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毕业实习心得体会模板（33篇）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精选毕业实习心得体会模板（精选33篇）</w:t>
      </w:r>
      <w:r>
        <w:rPr>
          <w:lang w:eastAsia="zh-CN"/>
        </w:rPr>
        <w:br/>
      </w:r>
      <w:r>
        <w:rPr>
          <w:lang w:eastAsia="zh-CN"/>
        </w:rPr>
        <w:t xml:space="preserve">    精选毕业实习心得体会模板 篇1 </w:t>
      </w:r>
      <w:r>
        <w:rPr>
          <w:lang w:eastAsia="zh-CN"/>
        </w:rPr>
        <w:br/>
      </w:r>
      <w:r>
        <w:rPr>
          <w:lang w:eastAsia="zh-CN"/>
        </w:rPr>
        <w:t>　　土木工程测量作为专业的一项基本功，是我们学习土木专业学生必须很好掌握的一项技能。为了提高我们的测绘能力，能更好的把实践和理论联系起来，城市建设系为我们开展了为期十天的工程测量实习。</w:t>
      </w:r>
      <w:r>
        <w:rPr>
          <w:lang w:eastAsia="zh-CN"/>
        </w:rPr>
        <w:br/>
      </w:r>
      <w:r>
        <w:rPr>
          <w:lang w:eastAsia="zh-CN"/>
        </w:rPr>
        <w:t>　　一、理论是基础实践是根本</w:t>
      </w:r>
      <w:r>
        <w:rPr>
          <w:lang w:eastAsia="zh-CN"/>
        </w:rPr>
        <w:br/>
      </w:r>
      <w:r>
        <w:rPr>
          <w:lang w:eastAsia="zh-CN"/>
        </w:rPr>
        <w:t>　　没有理论基础，我们就不能正确地分析问题，解决问题。所以我们进行测量实习前，这学期张老师经过对理论知识精细的讲解，我们踏踏实实的学习态度，致使我们很好地掌握了理论知识。对于学习建筑工程技术这一专业的学生，我们不仅要有丰富的专业理论知识，而且更应当有过硬的实践操作能力。</w:t>
      </w:r>
      <w:r>
        <w:rPr>
          <w:lang w:eastAsia="zh-CN"/>
        </w:rPr>
        <w:br/>
      </w:r>
      <w:r>
        <w:rPr>
          <w:lang w:eastAsia="zh-CN"/>
        </w:rPr>
        <w:t>　　无人不知“实践是检查真理的唯一标准。”所以在掌握理论知识的基础上就是实践。《建筑工程测量》是这样，其它的还是如此。我们不能纸上谈兵，必须树立起理论是基础，实践是根本这一理念。只有这样我们才能真正做到学以致用，为建设中国特色社会主义而奉献自己的微薄之力。</w:t>
      </w:r>
      <w:r>
        <w:rPr>
          <w:lang w:eastAsia="zh-CN"/>
        </w:rPr>
        <w:br/>
      </w:r>
      <w:r>
        <w:rPr>
          <w:lang w:eastAsia="zh-CN"/>
        </w:rPr>
        <w:t>　　二、明确目标制定计划</w:t>
      </w:r>
      <w:r>
        <w:rPr>
          <w:lang w:eastAsia="zh-CN"/>
        </w:rPr>
        <w:br/>
      </w:r>
    </w:p>
    <w:p w:rsidR="001B1F19" w14:textId="0AE8485B">
      <w:pPr>
        <w:pStyle w:val="Heading1"/>
        <w:jc w:val="center"/>
        <w:rPr>
          <w:rFonts w:hint="eastAsia"/>
          <w:lang w:eastAsia="zh-CN"/>
        </w:rPr>
      </w:pPr>
      <w:r>
        <w:rPr>
          <w:sz w:val="44"/>
          <w:lang w:eastAsia="zh-CN"/>
        </w:rPr>
        <w:t>毕业实习心得体会模板（33篇）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精选毕业实习心得体会模板（精选33篇）</w:t>
      </w:r>
      <w:r>
        <w:rPr>
          <w:lang w:eastAsia="zh-CN"/>
        </w:rPr>
        <w:br/>
      </w:r>
      <w:r>
        <w:rPr>
          <w:lang w:eastAsia="zh-CN"/>
        </w:rPr>
        <w:t xml:space="preserve">    精选毕业实习心得体会模板 篇1 </w:t>
      </w:r>
      <w:r>
        <w:rPr>
          <w:lang w:eastAsia="zh-CN"/>
        </w:rPr>
        <w:br/>
      </w:r>
      <w:r>
        <w:rPr>
          <w:lang w:eastAsia="zh-CN"/>
        </w:rPr>
        <w:t>　　土木工程测量作为专业的一项基本功，是我们学习土木专业学生必须很好掌握的一项技能。为了提高我们的测绘能力，能更好的把实践和理论联系起来，城市建设系为我们开展了为期十天的工程测量实习。</w:t>
      </w:r>
      <w:r>
        <w:rPr>
          <w:lang w:eastAsia="zh-CN"/>
        </w:rPr>
        <w:br/>
      </w:r>
      <w:r>
        <w:rPr>
          <w:lang w:eastAsia="zh-CN"/>
        </w:rPr>
        <w:t>　　一、理论是基础实践是根本</w:t>
      </w:r>
      <w:r>
        <w:rPr>
          <w:lang w:eastAsia="zh-CN"/>
        </w:rPr>
        <w:br/>
      </w:r>
      <w:r>
        <w:rPr>
          <w:lang w:eastAsia="zh-CN"/>
        </w:rPr>
        <w:t>　　没有理论基础，我们就不能正确地分析问题，解决问题。所以我们进行测量实习前，这学期张老师经过对理论知识精细的讲解，我们踏踏实实的学习态度，致使我们很好地掌握了理论知识。对于学习建筑工程技术这一专业的学生，我们不仅要有丰富的专业理论知识，而且更应当有过硬的实践操作能力。</w:t>
      </w:r>
      <w:r>
        <w:rPr>
          <w:lang w:eastAsia="zh-CN"/>
        </w:rPr>
        <w:br/>
      </w:r>
      <w:r>
        <w:rPr>
          <w:lang w:eastAsia="zh-CN"/>
        </w:rPr>
        <w:t>　　无人不知“实践是检查真理的唯一标准。”所以在掌握理论知识的基础上就是实践。《建筑工程测量》是这样，其它的还是如此。我们不能纸上谈兵，必须树立起理论是基础，实践是根本这一理念。只有这样我们才能真正做到学以致用，为建设中国特色社会主义而奉献自己的微薄之力。</w:t>
      </w:r>
      <w:r>
        <w:rPr>
          <w:lang w:eastAsia="zh-CN"/>
        </w:rPr>
        <w:br/>
      </w:r>
      <w:r>
        <w:rPr>
          <w:lang w:eastAsia="zh-CN"/>
        </w:rPr>
        <w:t>　　二、明确目标制定计划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没有航向的船，永远也无法到达成功的彼岸。当然，没有目标的工作，永远也无法品尝成功的喜悦，所以我们这次测量实习首先明确了我们的目标。我们这次为期十天的测量实习的内容主要有三项，地形图测绘、建筑物放样、道路圆曲线测设。明确了目标，就应当为之拼搏。我们可不能盲目地拼搏，因为“凡事预则立，不预则废。”，所以我们在进行测量实习初就对测量实习的进程做了相关计划。终于让我们少走了许多曲折之路。比如，我们每天实习都有不同的内容和任务，那么我们准备仪器时就只带需要的仪器，而并非劳神、费力全都带到实习场地。虽然这是在实习期间的亲身体验，我们却对此受益终生。</w:t>
      </w:r>
      <w:r>
        <w:rPr>
          <w:lang w:eastAsia="zh-CN"/>
        </w:rPr>
        <w:br/>
      </w:r>
      <w:r>
        <w:rPr>
          <w:lang w:eastAsia="zh-CN"/>
        </w:rPr>
        <w:t>　　三、树立起团结协作的团队认识</w:t>
      </w:r>
      <w:r>
        <w:rPr>
          <w:lang w:eastAsia="zh-CN"/>
        </w:rPr>
        <w:br/>
      </w:r>
      <w:r>
        <w:rPr>
          <w:lang w:eastAsia="zh-CN"/>
        </w:rPr>
        <w:t>　　我们《建筑工程测量》实习并非单枪匹马就能完成任务，必须由大家共同努力才能完成。比如，在进行碎部点的测量时，在同一时间我们需要立尺人员立足、观测人员读取数据、记录人员记录数据、绘图人员绘制草图等。为此，我们需要让组员们树立起团结协作的认识，早日圆满完成实习任务。由此，我真的领悟到了“人心齐，泰山移。”的内涵了，正如抗日战争时期，没有国、共两党的合作，没有统一战线的形成，也许抗日战争将会持续更长时间。如果我们这次测量实习没有组员齐心协力地奋进，我们也根本不可能按时、按质、按量地完成实习任务。因此，团结协作是我们必然要做出的选择。</w:t>
      </w:r>
      <w:r>
        <w:rPr>
          <w:lang w:eastAsia="zh-CN"/>
        </w:rPr>
        <w:br/>
      </w:r>
      <w:r>
        <w:rPr>
          <w:lang w:eastAsia="zh-CN"/>
        </w:rPr>
        <w:t>　　四、老师指导同学探讨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我们在实际操作过程中，离不开同学们的相互学习和探讨，更离不开张老师顶着烈日不畏艰辛仔细、耐心给我们的正确指导。让我们才茅塞顿开，思维也更加开阔，最终取得优异的成绩。</w:t>
      </w:r>
      <w:r>
        <w:rPr>
          <w:lang w:eastAsia="zh-CN"/>
        </w:rPr>
        <w:br/>
      </w:r>
      <w:r>
        <w:rPr>
          <w:lang w:eastAsia="zh-CN"/>
        </w:rPr>
        <w:t>　　五、吃苦耐劳自强不息</w:t>
      </w:r>
      <w:r>
        <w:rPr>
          <w:lang w:eastAsia="zh-CN"/>
        </w:rPr>
        <w:br/>
      </w:r>
      <w:r>
        <w:rPr>
          <w:lang w:eastAsia="zh-CN"/>
        </w:rPr>
        <w:t>　　大家都明白一点，我们学习建筑工程技术专业的学生以后的工作地方一般大多是室外露天工作，遇到风吹日晒是再所难免。正如我们这次测量实习一样，由于时间是夏季，所以天气炎热。于是我们许多时候都是利用早、晚的这一段时间工作，这就要求我们早出晚归。虽然不习惯，但这是我们必然的选择。选择吃苦耐劳，选择自强不息。终于一份耕耘，一份收获，我们组员用十天辛勤的汉水换回了实习工作的圆满结束。</w:t>
      </w:r>
      <w:r>
        <w:rPr>
          <w:lang w:eastAsia="zh-CN"/>
        </w:rPr>
        <w:br/>
      </w:r>
      <w:r>
        <w:rPr>
          <w:lang w:eastAsia="zh-CN"/>
        </w:rPr>
        <w:t>　　一个测量工作是这样，其它的还是要求我们这样做啊!因为如此，才有新的希望。一场突如其来的特大汶川地震的降临，没有压到我们。这归功于党和国家的科学发展，更是我们拥有吃苦耐劳的品质和自强不息的精神为我们打下了坚定的信念——中国加油，中国雄起!</w:t>
      </w:r>
      <w:r>
        <w:rPr>
          <w:lang w:eastAsia="zh-CN"/>
        </w:rPr>
        <w:br/>
      </w:r>
      <w:r>
        <w:rPr>
          <w:lang w:eastAsia="zh-CN"/>
        </w:rPr>
        <w:t>　　六、严格要求求真务实</w:t>
      </w:r>
      <w:r>
        <w:rPr>
          <w:lang w:eastAsia="zh-CN"/>
        </w:rPr>
        <w:br/>
      </w:r>
      <w:r>
        <w:rPr>
          <w:lang w:eastAsia="zh-CN"/>
        </w:rPr>
        <w:t>　　没有规矩，不成方圆。我们在进行仪器操作时，务必按照正规的操作进行测量实习。我们实习相关内容时，也务必按照一定的程序进行。否则，我们将走许多曲折之路。这就告诉我们必须将时代性与规律性相结合，运用创造性思维思考问题，解决问题。当然，我们在严格要求的同时还应求真务实地不断进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七、存在问题不断完善</w:t>
      </w:r>
      <w:r>
        <w:rPr>
          <w:lang w:eastAsia="zh-CN"/>
        </w:rPr>
        <w:br/>
      </w:r>
      <w:r>
        <w:rPr>
          <w:lang w:eastAsia="zh-CN"/>
        </w:rPr>
        <w:t>　　我们这些天的实习取得可喜可贺的成绩，但还是存在一些问题。因为我们是团队工作，所以在组织协调人员任务时还有少许不足。有些仪器操作生疏，测量误差大等问题。有问题不可怕，可怕的是不去解决问题。那么，解决问题，首先就要熟练牢固地掌握理论知识，用理论指导实践。其次是保持优良的心态，在不断总结中前进，达到熟能生巧，为我所用的目的。最后要树立起失败乃成功之母的观念，不耻下问，虚心学习。</w:t>
      </w:r>
      <w:r>
        <w:rPr>
          <w:lang w:eastAsia="zh-CN"/>
        </w:rPr>
        <w:br/>
      </w:r>
      <w:r>
        <w:rPr>
          <w:lang w:eastAsia="zh-CN"/>
        </w:rPr>
        <w:t>　　为期十天的建筑工程测量实习，不仅是我们对这学期所学知识的综合运用，更是在无形地教导我们如何做人。我坚信学会做人更重于学会做事。这次实习将时刻铭记心底，将我的心得运用于今后的人生道路上。</w:t>
      </w:r>
      <w:r>
        <w:rPr>
          <w:lang w:eastAsia="zh-CN"/>
        </w:rPr>
        <w:br/>
      </w:r>
      <w:r>
        <w:rPr>
          <w:lang w:eastAsia="zh-CN"/>
        </w:rPr>
        <w:t xml:space="preserve">    精选毕业实习心得体会模板 篇2 </w:t>
      </w:r>
      <w:r>
        <w:rPr>
          <w:lang w:eastAsia="zh-CN"/>
        </w:rPr>
        <w:br/>
      </w:r>
      <w:r>
        <w:rPr>
          <w:lang w:eastAsia="zh-CN"/>
        </w:rPr>
        <w:t>　　回想这一年的实习，从当初对刚进临床对未知的恐惧和能及早成为一名合格的临床医生的期待，到融入医院环境和职场文化，并能单独去接触病人，询问病史，为病人做一些自己力所能及的事，努力同院内工作人员建立良好的关系，这些都是我们医学生必不可少的一次历练。一年的实习生活，让我成长了很多，学到了很多，懂得了如何做好一名医生，学会了怎样把理论和临床实际相结合，怎样去搭建与患者沟通的桥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实习期间，我在医院众多主任及全体带教老师的悉心培养和指导下积极参加医院开展和组织的病历讨论、学术讲座及实习生教学查房等各种教学活动，学习如何操作各种穿刺、清创缝合术及换药拆线等临床技能操作，跟随的带教老师们学习如何完成阑尾切除、石膏外固定等简单手术，每一项操作程序都能严格按照无菌操作进行，熟悉并掌握各种常见疾病整体诊疗流程。记得有一次做手术时由于紧张，和老师换位时没按照背对背的要求换位，结果主任叫我把手套和手术衣全换掉再上台，就那一次，我把无菌观念深深刻在脑子里，时时刻刻提醒着自己。同时也告诫自己要善于接受批评，在错误中成长，这是我们作为一名实习生必备的素质，同样重要的一点就是培养临床思维，我们不应该只是坐在教室里枯燥地看着课本，被动的听取知识的学生，而是要学会认真详尽的翻阅资料课本，积极主动的提问，尽最大努力把理论知识与临床实际相结合的临床医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临床上我们偶尔会遇到某些家属的无理取闹和蛮横跋扈，那时我们会质疑我们的付出是否值得。但是，换个角度来说，当看到病人痊愈出院，尤其是病人带着笑容跟你说声“谢谢”时，我们却可以获得那无法用言语形容的成就感，那是对我们的尊重。作为一名医生，有些东西需要我们去承受，病人态度不好，我们更多是应该去反思我们有哪些没做好，怎样去做到更好。西方医学之父希波克拉底曾经讲过一句名言，他说医生有三大谎言：第一是语言，第二是药物，第三是手术刀。语言就是态度，医生的态度决定一切。在当今的医疗卫生界，很多的医患关系皆起因于医生的态度不好，解释工作做得不够多。病人来求医问药，我们觉得是小病，三言两语就打发了，就会让病人觉得医生态度不好，一旦出些差错，病人铁定投诉。我们应从患者的角度出发，病无大小，都应认真对待，态度诚恳，为病人提出最佳的治疗方案。人心都是肉长的，你对病人付出的点点滴滴，病人是看得到的，自然就会对你抱着宽容之心。总而言之，医生不光要医病，还要医心。不是有技术或有能力就能做好工作，更要有良好的服务态度。也许你心情不好，或很疲劳，但作为医生，你面对病人就要有慈爱之心，要有耐心，不可将自己放在高高的位臵上俯视芸芸众生，更不能用高傲的态度对待病人，这是医生应具备的基本素质的职业道德。</w:t>
      </w:r>
      <w:r>
        <w:rPr>
          <w:lang w:eastAsia="zh-CN"/>
        </w:rPr>
        <w:br/>
      </w:r>
      <w:r>
        <w:rPr>
          <w:lang w:eastAsia="zh-CN"/>
        </w:rPr>
        <w:t>　　有人说一名优秀的医生就应以病人的痛苦为痛苦，真诚地对待每一位病人，尽我们最大的努力，提高他们生活的品质，延长他们的生命。而我们需要做到的是，一是精心医治，认真地以知识和经验服务于病人，尽可能地作出准确诊断、施之有效地治疗，让病人感到不虚此行；二是诚心对待，态度要好，即使很忙、很累，即使病人很啰嗦以致出现误解也要尽力克制，让病人有亲切感、放心感；三是耐心倾听，保持对病人不厌其烦的态度。出于对病情的关心、疑心，病人及其亲属会问这问那，医生要坐得住、听得进，逐一作出回应；四是恻隐之心，关心帮助病人，有些大病经常使得农民们经济拮据，药费都得东挪西借。所以，为其看病时应尽量进行合理检查、合理用药，心慈点，手软点，能省就帮着省点，让患者带来的不多的钱能帮其解决大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如果说实习有哪些遗憾，那就是在中医方面没得到较好的锻炼，很多人并不认可中西结合这个专业，刚开始我也是那样觉得，因为当今社会更偏向于西医，但我看到了中医在某些领域的优越性，例如在</w:t>
      </w:r>
      <w:r>
        <w:rPr>
          <w:lang w:eastAsia="zh-CN"/>
        </w:rPr>
        <w:t xml:space="preserve"> 肿瘤治疗方面，西医的主要手段有手术、放疗和化疗，虽然取得了很好的近期疗效，可是给患者带来的痛苦也很大，而且惊人的费用也不是普通老百姓承担得起的；中医治疗肿瘤的效果我还不是很确定，但在缓解患者经西医治疗后的不良反应以及恢复正气方面却卓有成效。在防治心血管疾病方面也有进展，如活血化瘀治疗冠心病、益气活血治疗心肌梗塞或心功能不全、益气通脉温阳治疗心律失常等方面皆有显著疗效。尽管其针对某个病理环节的作用强度不如化学合成药物，但在防治心血管系统方面，还是有一定优势。如果把两者结合起来，互补不足，一定能取得更好的疗效。我对医学没有偏爱，中医是一门技能，更是一种文化，博大精深，像一杯茶，需要我们慢慢去品味；</w:t>
      </w:r>
      <w:r>
        <w:rPr>
          <w:lang w:eastAsia="zh-CN"/>
        </w:rPr>
        <w:br/>
      </w:r>
      <w:r>
        <w:rPr>
          <w:lang w:eastAsia="zh-CN"/>
        </w:rPr>
        <w:t>　　西医是一门科学，精准客观，像机器，让我们把一切看得更清楚。五年学医，只是让我们对中医、西医都有一些基础的了解，我们还要学得更精，用我们的经验和努力，去寻找中西医的结合点，展现出更高的医疗水准。未来我有一个方向，就是希望在某一专科，能真正地把中医应用在临床上，辅助西医以达到更好的治疗效果，让病人更好更快地恢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实习不仅培养了我们更为扎实牢固的操作技能及丰富深厚的理论知识，还建立了我们更为开阔流畅的交际能力，从而为我们今后工作和学习打下良好的基础。同时让我们意识到医学的进程是永无止境的，在以后的医生生涯中，我们要不停地学习，提高自己的临床水平，刻苦专研医疗技术；在临床实践中，应全面思考病情的发展，考虑每一种疾病存在的可能性，做出最精准的诊断；在人际交往中，应做到态度可亲，待人诚恳，言语谦逊，耐心细致，认真负责，感化患者，赢得信任和尊重；在工作上，做到有时去治愈，常常去帮助，总是去安慰；在态度上，要热情主动，耐心细致，面带微笑给患者以战胜病魔的勇气和信心。</w:t>
      </w:r>
      <w:r>
        <w:rPr>
          <w:lang w:eastAsia="zh-CN"/>
        </w:rPr>
        <w:br/>
      </w:r>
      <w:r>
        <w:rPr>
          <w:lang w:eastAsia="zh-CN"/>
        </w:rPr>
        <w:t xml:space="preserve">    精选毕业实习心得体会模板 篇3 </w:t>
      </w:r>
      <w:r>
        <w:rPr>
          <w:lang w:eastAsia="zh-CN"/>
        </w:rPr>
        <w:br/>
      </w:r>
      <w:r>
        <w:rPr>
          <w:lang w:eastAsia="zh-CN"/>
        </w:rPr>
        <w:t>　　个人情况：</w:t>
      </w:r>
      <w:r>
        <w:rPr>
          <w:lang w:eastAsia="zh-CN"/>
        </w:rPr>
        <w:br/>
      </w:r>
      <w:r>
        <w:rPr>
          <w:lang w:eastAsia="zh-CN"/>
        </w:rPr>
        <w:t>　　本人__年至__年年就读于山东__学院机电工程学院、在校期间曾任班长，团支书等职，并多次被评为优秀班干部和三好学生、__年12月至今，实习并就职于昆山和机械有限公司、实习期间任生产技术，现任生产技术担当、主要负责本公司和设备维护与管理，新产品的投产准备工作和产品品质问题的分析与解决、</w:t>
      </w:r>
      <w:r>
        <w:rPr>
          <w:lang w:eastAsia="zh-CN"/>
        </w:rPr>
        <w:br/>
      </w:r>
      <w:r>
        <w:rPr>
          <w:lang w:eastAsia="zh-CN"/>
        </w:rPr>
        <w:t>　　公司规模：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本公司位于江苏昆山出口加工区、公司成立于__年9月、占地23750平方米、从业人员约400人、本公司是由日本中央发条株式会社（80%）和昆山六三机械工业有限公司（20%）共同投资900万usd兴办、本公司主要产品为汽车用控制线缆：包括门锁线缆，开启线缆，窗户控制器线缆，停车制动器线缆、本公司生产线主要分dl线（短线）和openner线（长线）、dl线又分open线和lock线、公司已由最初的1条dl线（包括1条open线和1条lock线），发展到今天的4条dl线和2条openner线、二期工程正在筹建中、</w:t>
      </w:r>
      <w:r>
        <w:rPr>
          <w:lang w:eastAsia="zh-CN"/>
        </w:rPr>
        <w:br/>
      </w:r>
      <w:r>
        <w:rPr>
          <w:lang w:eastAsia="zh-CN"/>
        </w:rPr>
        <w:t>　　工作业绩：本人从事工作以来，除了日常设备维护与管理，保证生产线的正常运行外，主要负责了第三、四条dl线和openner2线的投产准备工作（主要是设备的安装与调试，投产新产品的试生产）并分别于__年6月和12月顺利投产。</w:t>
      </w:r>
      <w:r>
        <w:rPr>
          <w:lang w:eastAsia="zh-CN"/>
        </w:rPr>
        <w:br/>
      </w:r>
      <w:r>
        <w:rPr>
          <w:lang w:eastAsia="zh-CN"/>
        </w:rPr>
        <w:t>　　工作心得：</w:t>
      </w:r>
      <w:r>
        <w:rPr>
          <w:lang w:eastAsia="zh-CN"/>
        </w:rPr>
        <w:br/>
      </w:r>
      <w:r>
        <w:rPr>
          <w:lang w:eastAsia="zh-CN"/>
        </w:rPr>
        <w:t>　　本人从开始工作到现在已有一年半的时间，在这期间，我学到了许多，也悟到了许多。主要有以下几点：</w:t>
      </w:r>
      <w:r>
        <w:rPr>
          <w:lang w:eastAsia="zh-CN"/>
        </w:rPr>
        <w:br/>
      </w:r>
      <w:r>
        <w:rPr>
          <w:lang w:eastAsia="zh-CN"/>
        </w:rPr>
        <w:t>　　1、扎实的专业知识是你提高工作水平的坚实基础、在学校学习专业知识时，可能感觉枯燥无味，但当你工作以后，你才会发现专业知识是多么的重要、如我学的机电一体化、机械原理，机械制图，电气知识这些是必须知道的，因为在日常工作中要处处用到、但我要想提高我的工作效率，工作质量，这些知识只是知道是远远不行的，而是要精通、做为生产技术，在我们公司来说就是设备方面的权威，若没有扎实的机械知识，在这方面你怎能服人那？遇到设备问题怎能快速有效的解决呢？</w:t>
      </w:r>
      <w:r>
        <w:rPr>
          <w:lang w:eastAsia="zh-CN"/>
        </w:rPr>
        <w:br/>
      </w:r>
      <w:r>
        <w:rPr>
          <w:lang w:eastAsia="zh-CN"/>
        </w:rPr>
        <w:t>　　2、学好一门外语是你增加工资的资本、学我们机电这一行的，也就是理科生，不注重外语的学习，只要是考试能通过就可以了，而没有想到在以后的工作中会用到、你在一外资企业工作，不会一门外语是行不通的，不会外语，你就无法和老板交流，沟通、你只能闷着头的干（和一个哑巴没有什么区别）.干了什么？干的怎么样？老板根本不知道，那他怎么认可你呢？你在这个公司又怎么发展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3、不但有良好的工作态度，而且要有很好的表现力、中国有句俗语：踏踏实实做人，老老实实做事、在今天，只是老老实实，勤勤恳恳做事是不够的，你还要学会适时地，恰当地表现自己、让老板知道你做了什么，让老板知道你的存在是必要的！这样你才有发展的的可能，别人才会认可你，承认你！</w:t>
      </w:r>
      <w:r>
        <w:rPr>
          <w:lang w:eastAsia="zh-CN"/>
        </w:rPr>
        <w:br/>
      </w:r>
      <w:r>
        <w:rPr>
          <w:lang w:eastAsia="zh-CN"/>
        </w:rPr>
        <w:t>　　4、团结协作，善于沟通、团结协作指的是部门内部、你这个部门肯定不止你一个人，作为部门担当，你若想把本部门的事做的出色，那你必须把部门成员团结起来，发挥集体的力量，那样才能事半功倍！善于沟通是指部门之间、任何一个公司都是由众多部门组成的、部门之间的沟通是必要的也是必须的、像我们公司，工场包括制造课，生产技术课，质量课和生管课、我们生技课是为制造课提供技术指导和设备维护的服务的；我们做的初品（试生产品）又要经过质量课检验合格后才能量产；生管发行新产品看板时又要委托我们先做初品等等、和任何一个部门沟通不好都会遇到不必要的麻烦、所以，团结、沟通是非常必要的！总之，用知识武装起自己来，学会做人，学会做事。你才能成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时间过的真快，转眼间，在海规生物科技有限公司的实习马上要接近尾声了。在这半年多的时间，我学到了很多东西，不仅有学习方面的，更学到了很多做人的道理，对我来说受益非浅。做为一个刚踏入社会的年轻人来说，什么都不懂，没有任何社会经验。不过，在老师和师姐的帮助下，我很快融入了这个新的环境，这对我今后踏入新的工作岗位是非常有益的。除此以外，我还学会了如何更好地与别人沟通，如何更好地去陈述自己的观点，如何说服别人认同自己的观点。相信这些宝贵的经验会成为我今后成功的最重要的基石。实习是每一个大学毕业生必须拥有的一段经历，它使我们在实践中了解社会，让我们学到了很多在课堂上根本就学不到的知识，也打开了视野，增长了见识，为我们以后更好地服务社会打下了坚实的基矗s0100这次在海规生物技术（上海）有限公司为期7个月的实习生活，对我而言有着十分重要的意义。它不仅使我在理论上对生物技术这个领域有了全新的认识，而且在实践能力上也得到了提高，真正地做到了学以致用。刚接触论文课题时，我对自己能否完成它曾表示怀疑，也为自己长期存在的惧怕动物的心理所左右。可是，现实的脚步声却是那么地清晰、有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在一次次理论与实践相结合的过程中，在老师们悉心指导下，我不但对ELISA有了系统的理解，从无数次的失败中吸取了宝贵的经验教训，而且随着时间的推移，自己的意志也得到了磨练，恐惧心理也逐渐地消失了。我时刻提醒自己，唯有不断努力，才能与时俱进。总之，这次实习的意义，对我来说已不再是完成学分、完成毕业实习的任务，而是在开启“生命之旅”大门的过程中迈出了第一步。我一定会好好地珍惜这个机会，并为自己所喜爱的生物科技努力贡献自己的聪明才智。我在海规生物科技（上海）有限公司做生产实习和毕业设计总共半年的时间。在这半年的时间里，我受益非浅。我在那里不仅学到了许多关于专业的知识，最重要的是进一步体会到了做人的原则。海规公司的宗旨是：规规矩矩做人、规规矩矩做事。</w:t>
      </w:r>
      <w:r>
        <w:rPr>
          <w:lang w:eastAsia="zh-CN"/>
        </w:rPr>
        <w:br/>
      </w:r>
      <w:r>
        <w:rPr>
          <w:lang w:eastAsia="zh-CN"/>
        </w:rPr>
        <w:t>　　在去公司的第一天，老师们就教导我们做人一定要正直、要实事求是，诚以待人，人品对一个人来说非常重要的。我充分的体验到了你如何待人，他人也会如是回报。总之，在海规公司的半年时间里，我们脱离了学校的庇护，开始接触社会、了解我们今后工作的性质。不但增长了专业知识，还学习到了不少为人处是的方法。十几年的学生生活，即将划上一个句号。在海规公司实习的这段时间，我懂了不少东西。大人们都说刚毕业的学生身上总存在着许多让公司老板头痛的“特点”，现在我终于亲身体会到了。以前作为一名学生，主要的工作是学习；现在即将踏上社会，显然，自己的身份就有所变化，自然重心也随之而改变，现在我的主要任务应从学习逐步转移到工作上。这6个月，好比是一个过渡期——从学生过渡到上班族，是十分关键的阶段。回想自己在这期间的工作情况，不尽如意。对此我思考过，学习经验自然是一个因素，然而更重要的是心态的转变没有做到位。现在发现了这个不足之处，应该还算是及时吧，因为我明白了何谓工作。在接下来的日子里，我会朝这个方向努力，我相信自己能够把那些不该再存在的“特点”抹掉。感谢老师们在这段时间里对我的指导和教诲，我从中受益非浅。</w:t>
      </w:r>
      <w:r>
        <w:rPr>
          <w:lang w:eastAsia="zh-CN"/>
        </w:rPr>
        <w:br/>
      </w:r>
      <w:r>
        <w:rPr>
          <w:lang w:eastAsia="zh-CN"/>
        </w:rPr>
        <w:t xml:space="preserve">    精选毕业实习心得体会模板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一转眼，我在公司已经工作12天了。这段时间，我开始接触了一些本部门日常的内务工作，比如文件复印、经费报销、统计员工考勤等，另外，我还参与了公司“跨越工程”的工作。经过这些天的工作，我也有了一些对于工作和自我的想法。</w:t>
      </w:r>
      <w:r>
        <w:rPr>
          <w:lang w:eastAsia="zh-CN"/>
        </w:rPr>
        <w:br/>
      </w:r>
      <w:r>
        <w:rPr>
          <w:lang w:eastAsia="zh-CN"/>
        </w:rPr>
        <w:t>　　我在刚来的2天里，一直感觉很迷茫。不知道自己所在的部门的职责是什么，也不知道自己要负责干什么。后来是经过部门会议，我了解到我身处的这个部门的重要性。当我知道投资拓展是房地产工作中的最关键环节时，我开始有些焦虑，毕竟我从来没有接触过这个领域的工作，也没有相关的专业知识。转而想想部门的其他同事，其中有大部分都是从事过房地产相关行业的工作，即使也有同事不是专业对口，但他们的学历都比我高，应该比我更有基础。所以，我非常害怕会因为我对部门工作的无知而拖累本部门的团队优势。</w:t>
      </w:r>
      <w:r>
        <w:rPr>
          <w:lang w:eastAsia="zh-CN"/>
        </w:rPr>
        <w:br/>
      </w:r>
      <w:r>
        <w:rPr>
          <w:lang w:eastAsia="zh-CN"/>
        </w:rPr>
        <w:t>　　我觉得目前的状况用著名的水桶效应来形容会很贴切。一只水桶盛水的多少，并不取决于桶壁上最高的那块木板，而恰恰取决于桶壁上最短的那块。而我现在正是那块最低的木板，我们部门的薄弱环节。只有我自己不断努力提升自己的高度，才能使整个部门的实力和竞争力得到最好的发挥。</w:t>
      </w:r>
      <w:r>
        <w:rPr>
          <w:lang w:eastAsia="zh-CN"/>
        </w:rPr>
        <w:br/>
      </w:r>
      <w:r>
        <w:rPr>
          <w:lang w:eastAsia="zh-CN"/>
        </w:rPr>
        <w:t>　　在我还在为怎样学习本行业的专业知识时，罗昕经理安排我们部门所有员工通过业余时间进行房地产相关知识的学习，并给每人配发了学习教材。拿到教材后，我很欣喜，这无疑是对我提高自己的一次指引。利用每天晚上的休息时间，我开始学习教材中的内容。经过1个星期的自学，我对整个房地产业和本部门的工作职能有了一个初步的了解，不再像刚来的时候那样懵懂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我相信，只要坚持这样学习下去，我一定能较快的提高自己的专业知识，适应本部门的工作。我希望通过这次学习，能尽快弥补自己的劣势，不要因为我而影响了整个部门的竞争优势。</w:t>
      </w:r>
      <w:r>
        <w:rPr>
          <w:lang w:eastAsia="zh-CN"/>
        </w:rPr>
        <w:br/>
      </w:r>
      <w:r>
        <w:rPr>
          <w:lang w:eastAsia="zh-CN"/>
        </w:rPr>
        <w:t>　　我怀着忐忑不安的心情来到电力公司，即将从一名学生走上实习工作岗位，面临的一切都是那么新鲜。以前总是期待也像大人们上下班，贡献青春服务人民。现在这机会终于到来，心里很是高兴，但同时无形中也感到了一份责任。既然工作了，就得学习更多知识，懂得更多做人的道理。要想不被社会所抛弃，就必须不断充实自己，完善自己，丰富自己。</w:t>
      </w:r>
      <w:r>
        <w:rPr>
          <w:lang w:eastAsia="zh-CN"/>
        </w:rPr>
        <w:br/>
      </w:r>
      <w:r>
        <w:rPr>
          <w:lang w:eastAsia="zh-CN"/>
        </w:rPr>
        <w:t xml:space="preserve">    精选毕业实习心得体会模板 篇5 </w:t>
      </w:r>
      <w:r>
        <w:rPr>
          <w:lang w:eastAsia="zh-CN"/>
        </w:rPr>
        <w:br/>
      </w:r>
      <w:r>
        <w:rPr>
          <w:lang w:eastAsia="zh-CN"/>
        </w:rPr>
        <w:t>　　通过三个月的煤矿认知实习，虽然时间很短，但我觉得学到的的经验却是很宝贵的。我零距离的接触到了煤矿工作者的生活，从他们身上我学到了很多东西。了解到做一名好矿工的不易，每一吨煤里都有这些矿工辛苦的汗水。三班倒的工作制度把他们的生活规律完全被打乱，让他们不能有规律的饮食和休息，有时为了井下生产连饭也顾不上吃，正是有了这些敬业的煤矿工作者的努力，才有了今天平煤的强大发展。经过这次的实习，让我对矿工这个职业更加肃然起敬，更想加入到他们的行列，成为一名优秀的矿工。同时也正是因为有了这些尽职尽责的优秀矿工，才能有煤矿产业今天的欣欣向荣。</w:t>
      </w:r>
      <w:r>
        <w:rPr>
          <w:lang w:eastAsia="zh-CN"/>
        </w:rPr>
        <w:br/>
      </w:r>
      <w:r>
        <w:rPr>
          <w:lang w:eastAsia="zh-CN"/>
        </w:rPr>
        <w:t>　　一、实习的目的和要求</w:t>
      </w:r>
      <w:r>
        <w:rPr>
          <w:lang w:eastAsia="zh-CN"/>
        </w:rPr>
        <w:br/>
      </w:r>
      <w:r>
        <w:rPr>
          <w:lang w:eastAsia="zh-CN"/>
        </w:rPr>
        <w:t>　　1、实习目的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生产实习是学生将所学的专业知识与实际生产相结合的一次实践活动。通过生产实习巩固和扩展所学的知识与技能；运用所学的知识去观测、调查、分析矿井、化工、消防的安全管理技术和方法，以及在安全管理过程中还存在的问题，对未来工作的内容有更进一步地了解；学习现场有关的组织管理知识和经验，锻炼学生独立工作能力和从事科学科研的能力；为进一步学习本专业的课程建立感性认识。</w:t>
      </w:r>
      <w:r>
        <w:rPr>
          <w:lang w:eastAsia="zh-CN"/>
        </w:rPr>
        <w:br/>
      </w:r>
      <w:r>
        <w:rPr>
          <w:lang w:eastAsia="zh-CN"/>
        </w:rPr>
        <w:t>　　2、实习要求</w:t>
      </w:r>
      <w:r>
        <w:rPr>
          <w:lang w:eastAsia="zh-CN"/>
        </w:rPr>
        <w:br/>
      </w:r>
      <w:r>
        <w:rPr>
          <w:lang w:eastAsia="zh-CN"/>
        </w:rPr>
        <w:t>　　生产实习要求学生在掌握矿井、化工、消防安全常识的前提下，应充分深入现场，并跟班劳动，全面熟悉各项技术和管理业务。具体要求如下：</w:t>
      </w:r>
      <w:r>
        <w:rPr>
          <w:lang w:eastAsia="zh-CN"/>
        </w:rPr>
        <w:br/>
      </w:r>
      <w:r>
        <w:rPr>
          <w:lang w:eastAsia="zh-CN"/>
        </w:rPr>
        <w:t>　　(1)指导教师对实习工作全面负责。工作中应积极争取实习地点的领导及有关人员的支持，调动学生的积极性，做好学生的思想工作和技术内容指导。督促学生完成实习任务，并根据学生的实习态度，遵守纪律情况，独立工作能力和实习效果评价学生成绩。</w:t>
      </w:r>
      <w:r>
        <w:rPr>
          <w:lang w:eastAsia="zh-CN"/>
        </w:rPr>
        <w:br/>
      </w:r>
      <w:r>
        <w:rPr>
          <w:lang w:eastAsia="zh-CN"/>
        </w:rPr>
        <w:t>　　(2)遵纪守法，注意实习和路途中的安全。</w:t>
      </w:r>
      <w:r>
        <w:rPr>
          <w:lang w:eastAsia="zh-CN"/>
        </w:rPr>
        <w:br/>
      </w:r>
      <w:r>
        <w:rPr>
          <w:lang w:eastAsia="zh-CN"/>
        </w:rPr>
        <w:t>　　(3)发扬团结友爱、互帮互助的精神，搞好团结，为胜利完成实习任务制造良好的实习氛围。</w:t>
      </w:r>
      <w:r>
        <w:rPr>
          <w:lang w:eastAsia="zh-CN"/>
        </w:rPr>
        <w:br/>
      </w:r>
      <w:r>
        <w:rPr>
          <w:lang w:eastAsia="zh-CN"/>
        </w:rPr>
        <w:t>　　(4)要虚心向现场工程技术人员及工人学习请教。</w:t>
      </w:r>
      <w:r>
        <w:rPr>
          <w:lang w:eastAsia="zh-CN"/>
        </w:rPr>
        <w:br/>
      </w:r>
      <w:r>
        <w:rPr>
          <w:lang w:eastAsia="zh-CN"/>
        </w:rPr>
        <w:t>　　(5)学生要培养独立工作能力，独立思考、分析、研究问题的能力。</w:t>
      </w:r>
      <w:r>
        <w:rPr>
          <w:lang w:eastAsia="zh-CN"/>
        </w:rPr>
        <w:br/>
      </w:r>
      <w:r>
        <w:rPr>
          <w:lang w:eastAsia="zh-CN"/>
        </w:rPr>
        <w:t>　　(6)必须在实习结束时，完成实习大纲所要求的实习内容，提交实习报告。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(7)学生在实习中违反纪律，不服从指挥，视情节轻重及本人态度按校规处理。</w:t>
      </w:r>
      <w:r>
        <w:rPr>
          <w:lang w:eastAsia="zh-CN"/>
        </w:rPr>
        <w:br/>
      </w:r>
      <w:r>
        <w:rPr>
          <w:lang w:eastAsia="zh-CN"/>
        </w:rPr>
        <w:t>　　二、实习内容</w:t>
      </w:r>
      <w:r>
        <w:rPr>
          <w:lang w:eastAsia="zh-CN"/>
        </w:rPr>
        <w:br/>
      </w:r>
      <w:r>
        <w:rPr>
          <w:lang w:eastAsia="zh-CN"/>
        </w:rPr>
        <w:t>　　1、观看录像</w:t>
      </w:r>
      <w:r>
        <w:rPr>
          <w:lang w:eastAsia="zh-CN"/>
        </w:rPr>
        <w:br/>
      </w:r>
      <w:r>
        <w:rPr>
          <w:lang w:eastAsia="zh-CN"/>
        </w:rPr>
        <w:t>　　在校内实验室，观看煤矿、化工、消防安全等方面的录像。针对不同的安全事故，能进行初步分析，编写安全操作规程，提出对策措施。</w:t>
      </w:r>
      <w:r>
        <w:rPr>
          <w:lang w:eastAsia="zh-CN"/>
        </w:rPr>
        <w:br/>
      </w:r>
      <w:r>
        <w:rPr>
          <w:lang w:eastAsia="zh-CN"/>
        </w:rPr>
        <w:t>　　2、矿井实习</w:t>
      </w:r>
      <w:r>
        <w:rPr>
          <w:lang w:eastAsia="zh-CN"/>
        </w:rPr>
        <w:br/>
      </w:r>
      <w:r>
        <w:rPr>
          <w:lang w:eastAsia="zh-CN"/>
        </w:rPr>
        <w:t>　　（1）由煤矿安全管理部门对煤矿的安全状况作报告，熟悉实习矿井的全面状况和各种生产系统，特别是开拓开采和矿井通风系统。了解矿区的地理位置、交通情况、地形特征、气候条件、主导风向、最大风速降水量及历年最高洪水位，了解煤炭的自燃性、含瓦斯性及煤尘爆炸性；</w:t>
      </w:r>
      <w:r>
        <w:rPr>
          <w:lang w:eastAsia="zh-CN"/>
        </w:rPr>
        <w:br/>
      </w:r>
      <w:r>
        <w:rPr>
          <w:lang w:eastAsia="zh-CN"/>
        </w:rPr>
        <w:t>　　（2）了解煤矿井下的“一通三防”。熟悉了解井下通风系统；熟悉了解井下瓦斯抽排有关设施；熟悉了解井下防火、防尘、防水有关设施。</w:t>
      </w:r>
      <w:r>
        <w:rPr>
          <w:lang w:eastAsia="zh-CN"/>
        </w:rPr>
        <w:br/>
      </w:r>
      <w:r>
        <w:rPr>
          <w:lang w:eastAsia="zh-CN"/>
        </w:rPr>
        <w:t>　　（3）学习实习矿井安全生产和“一通三防”等方面的先进技术和经验。</w:t>
      </w:r>
      <w:r>
        <w:rPr>
          <w:lang w:eastAsia="zh-CN"/>
        </w:rPr>
        <w:br/>
      </w:r>
      <w:r>
        <w:rPr>
          <w:lang w:eastAsia="zh-CN"/>
        </w:rPr>
        <w:t>　　（4）了解矿井通风安全技术及管理人员的业务范围及职责，收集和学习通风安全的有关技术资料。</w:t>
      </w:r>
      <w:r>
        <w:rPr>
          <w:lang w:eastAsia="zh-CN"/>
        </w:rPr>
        <w:br/>
      </w:r>
      <w:r>
        <w:rPr>
          <w:lang w:eastAsia="zh-CN"/>
        </w:rPr>
        <w:t>　　3、机械安全实习</w:t>
      </w:r>
      <w:r>
        <w:rPr>
          <w:lang w:eastAsia="zh-CN"/>
        </w:rPr>
        <w:br/>
      </w:r>
      <w:r>
        <w:rPr>
          <w:lang w:eastAsia="zh-CN"/>
        </w:rPr>
        <w:t>　　（1）参观前湾煤矿，听取相关技术人员机械安全生产的报告。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（2）熟悉机械生产过程中的各种危险有害因素，能够进行识别和风险分析。</w:t>
      </w:r>
      <w:r>
        <w:rPr>
          <w:lang w:eastAsia="zh-CN"/>
        </w:rPr>
        <w:br/>
      </w:r>
      <w:r>
        <w:rPr>
          <w:lang w:eastAsia="zh-CN"/>
        </w:rPr>
        <w:t>　　（3）学习和掌握机械安全生产过程中的各种安全生产措施。</w:t>
      </w:r>
      <w:r>
        <w:rPr>
          <w:lang w:eastAsia="zh-CN"/>
        </w:rPr>
        <w:br/>
      </w:r>
      <w:r>
        <w:rPr>
          <w:lang w:eastAsia="zh-CN"/>
        </w:rPr>
        <w:t>　　（4）学习和了解机械安全生产的各章规章制度和管理措施。包括岗位责任制、交接班制度、安全管理制度等等。</w:t>
      </w:r>
      <w:r>
        <w:rPr>
          <w:lang w:eastAsia="zh-CN"/>
        </w:rPr>
        <w:br/>
      </w:r>
      <w:r>
        <w:rPr>
          <w:lang w:eastAsia="zh-CN"/>
        </w:rPr>
        <w:t>　　三、实习时间</w:t>
      </w:r>
      <w:r>
        <w:rPr>
          <w:lang w:eastAsia="zh-CN"/>
        </w:rPr>
        <w:br/>
      </w:r>
      <w:r>
        <w:rPr>
          <w:lang w:eastAsia="zh-CN"/>
        </w:rPr>
        <w:t>　　实习时间20__年6月16日-20__年9月16日</w:t>
      </w:r>
      <w:r>
        <w:rPr>
          <w:lang w:eastAsia="zh-CN"/>
        </w:rPr>
        <w:br/>
      </w:r>
      <w:r>
        <w:rPr>
          <w:lang w:eastAsia="zh-CN"/>
        </w:rPr>
        <w:t>　　四、实习地点</w:t>
      </w:r>
      <w:r>
        <w:rPr>
          <w:lang w:eastAsia="zh-CN"/>
        </w:rPr>
        <w:br/>
      </w:r>
      <w:r>
        <w:rPr>
          <w:lang w:eastAsia="zh-CN"/>
        </w:rPr>
        <w:t>　　山西乡宁焦煤集团台头前湾煤业有限公司</w:t>
      </w:r>
      <w:r>
        <w:rPr>
          <w:lang w:eastAsia="zh-CN"/>
        </w:rPr>
        <w:br/>
      </w:r>
      <w:r>
        <w:rPr>
          <w:lang w:eastAsia="zh-CN"/>
        </w:rPr>
        <w:t>　　五、实习人员</w:t>
      </w:r>
      <w:r>
        <w:rPr>
          <w:lang w:eastAsia="zh-CN"/>
        </w:rPr>
        <w:br/>
      </w:r>
      <w:r>
        <w:rPr>
          <w:lang w:eastAsia="zh-CN"/>
        </w:rPr>
        <w:t>　　太原理工大学20__级采矿工程专业学生</w:t>
      </w:r>
      <w:r>
        <w:rPr>
          <w:lang w:eastAsia="zh-CN"/>
        </w:rPr>
        <w:br/>
      </w:r>
      <w:r>
        <w:rPr>
          <w:lang w:eastAsia="zh-CN"/>
        </w:rPr>
        <w:t>　　六、实习内容</w:t>
      </w:r>
      <w:r>
        <w:rPr>
          <w:lang w:eastAsia="zh-CN"/>
        </w:rPr>
        <w:br/>
      </w:r>
      <w:r>
        <w:rPr>
          <w:lang w:eastAsia="zh-CN"/>
        </w:rPr>
        <w:t>　　本次实习以采区巷道布置和采煤方法区队技术员为主，同时全面了解煤矿矿井的开拓布置、矿井通风、矿井机械、矿井供电运输、提升、排水、压气等系统，以及生产管理等方面的问题以其达到重点突出，全面了解的目的。</w:t>
      </w:r>
      <w:r>
        <w:rPr>
          <w:lang w:eastAsia="zh-CN"/>
        </w:rPr>
        <w:br/>
      </w:r>
      <w:r>
        <w:rPr>
          <w:lang w:eastAsia="zh-CN"/>
        </w:rPr>
        <w:t xml:space="preserve">    精选毕业实习心得体会模板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今年_月份，我正式走进罗蒙公司开始了自己人生中的第一份实习工作。我是应届毕业生，本身对企业的经营方式等都很陌生，公司让我们的北方区经理刘总带我学习，以师傅带徒弟的方式，指导我的日常实习。在刘总的热心指导下，我依次对公司的基本产品、产业结构、信息化实施进行了了解，并积极参与相关工作，注意把书本上学到的管理理论知识以及信息管理的相关知识对照实际工作，用理论知识加深对实际工作的认识，用实践验证大学所学确实有用。以双重身份完成了学习与工作两重任务。跟公司同事1样上下班，协助同事完成部门工作；又以学生身份虚心学习，努力汲取实践知识。我心里明白我要以良好的工作态度以及较强的工作能力和勤奋好学来适应公司的工作，完成公司的任务。简短的实习生活，既紧张，又新奇，收获也很多。通过实习，使我对宁波服装企业的生产、管理工作以及发展前景有了深层次的感性与理性的认识。</w:t>
      </w:r>
      <w:r>
        <w:rPr>
          <w:lang w:eastAsia="zh-CN"/>
        </w:rPr>
        <w:br/>
      </w:r>
      <w:r>
        <w:rPr>
          <w:lang w:eastAsia="zh-CN"/>
        </w:rPr>
        <w:t>　　在公司我主要的工作任务是与华北区分公司的联系，统计每周的销售情况，还有参与了公司春夏、秋冬产品的发布、订货会。由于缺乏经验，我在期间做数据统计的时间走了很多弯路，给同事的工作带来了很多麻烦，但是我们经理没批评我，而是让我继续认真的把事情做好，我很受鼓舞，同时也很努力的去把事情做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实习生活，感触是很深的，提高的方面很多，但对我来说最主要的是工作能力的进步。毕业实习主要的目的就是提高我们应届毕业生社会工作的能力，如何学以至用，给我们1次将自己在大学期间所学习的各种书面以及实际的知识，实际操作、演练的机会。自走进罗蒙开始我本着积极肯干，虚心好学、工作认真负责的态度，积极主动的参与企业市场调查、产品跟踪、产品销售、以及对企业的各种产品的了解，对企业分公司的熟悉，让自己以最快的速度融入公司，发挥自己特长。同时认真完成实习日记、撰写实习报告，成绩良好。实习单位的反馈情况表明，在实习期间反映出我具有较强的适应能力，具备了1定的组织能力和沟通能力，能很好的完成企业在实习期间给我布置的工作任务。实习收获，主要有4个方面：</w:t>
      </w:r>
      <w:r>
        <w:rPr>
          <w:lang w:eastAsia="zh-CN"/>
        </w:rPr>
        <w:br/>
      </w:r>
      <w:r>
        <w:rPr>
          <w:lang w:eastAsia="zh-CN"/>
        </w:rPr>
        <w:t>　　1、通过直接参与企业的运作过程，学到了实践知识，同时进一步加深了对理论知识的理解，使理论与实践知识都有所提高，圆满地完成了本科教学的实践任务。</w:t>
      </w:r>
      <w:r>
        <w:rPr>
          <w:lang w:eastAsia="zh-CN"/>
        </w:rPr>
        <w:br/>
      </w:r>
      <w:r>
        <w:rPr>
          <w:lang w:eastAsia="zh-CN"/>
        </w:rPr>
        <w:t>　　2、提高了实际工作能力，为就业和将来的工作取得了一些宝贵的实践经验。</w:t>
      </w:r>
      <w:r>
        <w:rPr>
          <w:lang w:eastAsia="zh-CN"/>
        </w:rPr>
        <w:br/>
      </w:r>
      <w:r>
        <w:rPr>
          <w:lang w:eastAsia="zh-CN"/>
        </w:rPr>
        <w:t>　　3、学生在实习单位受到认可并促成就业。并为毕业后的正式工作进行了良好的准备。</w:t>
      </w:r>
      <w:r>
        <w:rPr>
          <w:lang w:eastAsia="zh-CN"/>
        </w:rPr>
        <w:br/>
      </w:r>
      <w:r>
        <w:rPr>
          <w:lang w:eastAsia="zh-CN"/>
        </w:rPr>
        <w:t>　　通过实习，我对我国服装行业品牌的发展有了大致的了解，也准备在实习结束后，借回校的机会，抓紧时间学习。</w:t>
      </w:r>
      <w:r>
        <w:rPr>
          <w:lang w:eastAsia="zh-CN"/>
        </w:rPr>
        <w:br/>
      </w:r>
      <w:r>
        <w:rPr>
          <w:lang w:eastAsia="zh-CN"/>
        </w:rPr>
        <w:t xml:space="preserve">    精选毕业实习心得体会模板 篇7 </w:t>
      </w:r>
      <w:r>
        <w:rPr>
          <w:lang w:eastAsia="zh-CN"/>
        </w:rPr>
        <w:br/>
      </w:r>
      <w:r>
        <w:rPr>
          <w:lang w:eastAsia="zh-CN"/>
        </w:rPr>
        <w:t>　　8月——9月对我来说，是一段难忘的回忆。我们在珠江时报实习，可以说这是我们第一次正式与社会接轨踏上工作岗位。刚开始时有期待也有忐忑。我明白工作与学校的学习生活有很大区别，我们首先要调整好自己的心态，一方面，要将自己归零，还原空瓶状态；另一方面，要独立，不能再依赖别人，就像指导老师所说：出来社会，你伤心难过了，如果别人不顾及你，那是正常的事，因为每个人都有自己的事要做，如果别人顾及你了，你应该视为惊喜，并且满怀感激之情。我们就在这样一种心态下，走向工作岗位，开始为期6个星期的实习生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我被安排到南海新闻部。说是安排，其实是报社根据我们的兴趣爱好进行调配的，相比其它部门，如社区报和新媒体，我更希望学会写最常见的新闻体。带我的记者老师是戴欢婷老师，第一天她跟我说，接下来有个综治大行动系列报道，她负责三电和教育专版，任务将会很重。当时我心想：任务重好啊，我们正式来报社学习的，而且实习时间只有6个星期，任务多可以学到多一点东西。在往后的日子里，正如老师所言，忙得不可开交。当别人休息时，我经常外出采访；当别人上网时，我在办公室写稿；而周末，难得休息，我也在加班，对我而言，每天已没有星期之分，这样充实的日子正式我所企盼的。我相信钻石是在压力下造成的。</w:t>
      </w:r>
      <w:r>
        <w:rPr>
          <w:lang w:eastAsia="zh-CN"/>
        </w:rPr>
        <w:br/>
      </w:r>
      <w:r>
        <w:rPr>
          <w:lang w:eastAsia="zh-CN"/>
        </w:rPr>
        <w:t>　　在报社里，我每天的工作就是外出采访、写稿件，有时听听采访时录下的.录音，把录音整理成文字。除了综治行动的专题报道外，日常一般都是写消息，大约800——1000字左右，比专题要好写很多。</w:t>
      </w:r>
      <w:r>
        <w:rPr>
          <w:lang w:eastAsia="zh-CN"/>
        </w:rPr>
        <w:br/>
      </w:r>
      <w:r>
        <w:rPr>
          <w:lang w:eastAsia="zh-CN"/>
        </w:rPr>
        <w:t>　　下面我将通过做人与业务两方面写我在珠江时报实习的体会和收获：</w:t>
      </w:r>
      <w:r>
        <w:rPr>
          <w:lang w:eastAsia="zh-CN"/>
        </w:rPr>
        <w:br/>
      </w:r>
      <w:r>
        <w:rPr>
          <w:lang w:eastAsia="zh-CN"/>
        </w:rPr>
        <w:t>　　做人方面：</w:t>
      </w:r>
      <w:r>
        <w:rPr>
          <w:lang w:eastAsia="zh-CN"/>
        </w:rPr>
        <w:br/>
      </w:r>
      <w:r>
        <w:rPr>
          <w:lang w:eastAsia="zh-CN"/>
        </w:rPr>
        <w:t>　　要有礼貌。礼貌是处理人际中最基本的要求，我在报社时称呼带我的记者为老师，其它认识的记者就叫姐、哥，不认识的直接用“您好”，说实话，我连搞卫生的阿姨都不遗漏。见面打个招呼，那才比较有可能有后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要懂得感恩。我很幸运，我跟的记者对我非常好，经常带我去改善伙食，空闲时间也去逛逛街，更重要的是教了我很多东西。我也一直怀着感恩之心，临走时，我给她送了一盆可以防辐射的花（目前还没发芽），花名叫勿忘我，希望老师能明白我的心意。</w:t>
      </w:r>
      <w:r>
        <w:rPr>
          <w:lang w:eastAsia="zh-CN"/>
        </w:rPr>
        <w:br/>
      </w:r>
      <w:r>
        <w:rPr>
          <w:lang w:eastAsia="zh-CN"/>
        </w:rPr>
        <w:t>　　要察言观色。作为实习生，我们可能缺乏社会经验，但是我们多的是学习的机会。处处留心皆学问。要学习别人是怎么做的，下次自己该如何做。比如在实习期，搭乘电梯时，我会走在前面按键；在饭桌上，我会端茶倒水，（刚开始时经常在犹豫是不是坐错位置了，还有也犹豫自己有没有资格倒水，（^^）</w:t>
      </w:r>
      <w:r>
        <w:rPr>
          <w:lang w:eastAsia="zh-CN"/>
        </w:rPr>
        <w:br/>
      </w:r>
      <w:r>
        <w:rPr>
          <w:lang w:eastAsia="zh-CN"/>
        </w:rPr>
        <w:t>　　嘻嘻……）；中午老师要休息了，我会关灯，并把窗帘拉上；要是有人打喷嚏，我也会将空调调到一点温度。我认为做这些并不是奉承，而是表达真诚。</w:t>
      </w:r>
      <w:r>
        <w:rPr>
          <w:lang w:eastAsia="zh-CN"/>
        </w:rPr>
        <w:br/>
      </w:r>
      <w:r>
        <w:rPr>
          <w:lang w:eastAsia="zh-CN"/>
        </w:rPr>
        <w:t>　　要有内涵。这是人际关系中要求较高的一点。如果自己肚子里没有内容，如何来吸引别人来和你聊天、交朋友所以我们一定要学习更多知识、增长更多见闻，做一个有墨水的人，将身边的人吸引过来。</w:t>
      </w:r>
      <w:r>
        <w:rPr>
          <w:lang w:eastAsia="zh-CN"/>
        </w:rPr>
        <w:br/>
      </w:r>
      <w:r>
        <w:rPr>
          <w:lang w:eastAsia="zh-CN"/>
        </w:rPr>
        <w:t xml:space="preserve">    精选毕业实习心得体会模板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本次实习以生产实习为主，生产实习是学习工业工程专业的一项重要的实践性教学环节，旨在开拓我们的视野，增强专业意识，巩固和理解专业课程。实习方式主要是请企业技术管理和企业管理人员以讲座形式介绍有关内容;同学们下生产车间参观，向企业的现场管理，技术生产工作人员学习请教相关知识;由带队老师组织同学们分组讨论、发言，通过交流实习体会方式，加深巩固实习和专题讲座内容。通过本次实习，我们学到了很多课本上学不到的东西，并对生产管理有了更深的认识。</w:t>
      </w:r>
      <w:r>
        <w:rPr>
          <w:lang w:eastAsia="zh-CN"/>
        </w:rPr>
        <w:br/>
      </w:r>
      <w:r>
        <w:rPr>
          <w:lang w:eastAsia="zh-CN"/>
        </w:rPr>
        <w:t>　　实习安排及相关准备知识</w:t>
      </w:r>
      <w:r>
        <w:rPr>
          <w:lang w:eastAsia="zh-CN"/>
        </w:rPr>
        <w:br/>
      </w:r>
      <w:r>
        <w:rPr>
          <w:lang w:eastAsia="zh-CN"/>
        </w:rPr>
        <w:t>　　实习安排：实习时间跨度三个星期(8月30日—9月18日)，实习安排如下：</w:t>
      </w:r>
      <w:r>
        <w:rPr>
          <w:lang w:eastAsia="zh-CN"/>
        </w:rPr>
        <w:br/>
      </w:r>
      <w:r>
        <w:rPr>
          <w:lang w:eastAsia="zh-CN"/>
        </w:rPr>
        <w:t>　　8月30日—9月3日 许昌烟草机械公司。</w:t>
      </w:r>
      <w:r>
        <w:rPr>
          <w:lang w:eastAsia="zh-CN"/>
        </w:rPr>
        <w:br/>
      </w:r>
      <w:r>
        <w:rPr>
          <w:lang w:eastAsia="zh-CN"/>
        </w:rPr>
        <w:t>　　9月6日—9月10日 郑州纺织机械有限责任公司。</w:t>
      </w:r>
      <w:r>
        <w:rPr>
          <w:lang w:eastAsia="zh-CN"/>
        </w:rPr>
        <w:br/>
      </w:r>
      <w:r>
        <w:rPr>
          <w:lang w:eastAsia="zh-CN"/>
        </w:rPr>
        <w:t>　　9月13日—9月18日 同学分组讨论、交流实习体会、完成实习报告。</w:t>
      </w:r>
      <w:r>
        <w:rPr>
          <w:lang w:eastAsia="zh-CN"/>
        </w:rPr>
        <w:br/>
      </w:r>
      <w:r>
        <w:rPr>
          <w:lang w:eastAsia="zh-CN"/>
        </w:rPr>
        <w:t>　　相关准备知识：</w:t>
      </w:r>
      <w:r>
        <w:rPr>
          <w:lang w:eastAsia="zh-CN"/>
        </w:rPr>
        <w:br/>
      </w:r>
      <w:r>
        <w:rPr>
          <w:lang w:eastAsia="zh-CN"/>
        </w:rPr>
        <w:t>　　工业工程(ie)的目标：是使生产系统投入的要素得到有效的利用，降低成本，保证质量和安全、提高生产效率，获得最佳效益。ie的基本功能是研究人员、物料、设备、能源、信息所组成的集成系统，进行设计、改善和设置。具体表现为规划、设计、评价、和创新四个方面。</w:t>
      </w:r>
      <w:r>
        <w:rPr>
          <w:lang w:eastAsia="zh-CN"/>
        </w:rPr>
        <w:br/>
      </w:r>
      <w:r>
        <w:rPr>
          <w:lang w:eastAsia="zh-CN"/>
        </w:rPr>
        <w:t>　　设施规划与设计：对系统(工厂、医院、学校、商店等)进行具体的规划设计，包括选址、平面布置、物流分析、物料搬运方法与设备选择等，使个生产要素和各子系统(设计、生产制造、供应、后勤保障、销售等部门)按照ie要求得到合理的配置，组成有效地集成系统。涉及se、or、工作研究、成组技术、管理信息系统、工效学、工程经济学、计算机模拟等知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生产计划与控制：研究生产过程和资源的组织、计划、调度和控制，保障生产系统有效地运行。包括生产过程的时间与空间上的组织、生产与作业计划。</w:t>
      </w:r>
      <w:r>
        <w:rPr>
          <w:lang w:eastAsia="zh-CN"/>
        </w:rPr>
        <w:br/>
      </w:r>
      <w:r>
        <w:rPr>
          <w:lang w:eastAsia="zh-CN"/>
        </w:rPr>
        <w:t xml:space="preserve">    精选毕业实习心得体会模板 篇9 </w:t>
      </w:r>
      <w:r>
        <w:rPr>
          <w:lang w:eastAsia="zh-CN"/>
        </w:rPr>
        <w:br/>
      </w:r>
      <w:r>
        <w:rPr>
          <w:lang w:eastAsia="zh-CN"/>
        </w:rPr>
        <w:t>　　斗转星移，花谢花开，时间过得真非常快！还记得__年4月28，我们怀揣着好奇心，懵懵懂懂地踏进了江西省肿瘤医院！经过十个月的磨砺我蜕了青涩、浮躁，学会了沉着和稳重。</w:t>
      </w:r>
      <w:r>
        <w:rPr>
          <w:lang w:eastAsia="zh-CN"/>
        </w:rPr>
        <w:br/>
      </w:r>
      <w:r>
        <w:rPr>
          <w:lang w:eastAsia="zh-CN"/>
        </w:rPr>
        <w:t>　　下临床前，我总觉得自己学到的理论知识足以应付临床上的一些护理工作了。当我看到老师们流利的动作，熟练的手法，我却又像泄了气的皮球，她们做的每一项操作都那么的精准。此时，内心多了一些不安！看着老师们忙碌的身影我的不安转为了恐惶。实习伊始，我只是跟着老师们的后面，看着，很少会让我们动手，对此，常常不解。后来老师终于放手让我动手，由于没解释治疗的目的，导致患者对我的不理解且不配合，当时，我很无奈，突然觉得，护理工作中也要学会使用语言，而不是无言的操作。</w:t>
      </w:r>
      <w:r>
        <w:rPr>
          <w:lang w:eastAsia="zh-CN"/>
        </w:rPr>
        <w:br/>
      </w:r>
      <w:r>
        <w:rPr>
          <w:lang w:eastAsia="zh-CN"/>
        </w:rPr>
        <w:t>　　“白衣天使”是神圣的职业，但有些护士的工作态度却和这个称号不是那么相称。偶尔，我会从患者口中听到各种各样的埋怨声。看着他们被病魔折磨得心力交瘁，我突然觉得，我们的责任，不再应该只停留在打针，发药。我们更应该注重患者的心理护理，不能因繁忙而琐碎的临床工作给患者造成负面的影响。</w:t>
      </w:r>
      <w:r>
        <w:rPr>
          <w:lang w:eastAsia="zh-CN"/>
        </w:rPr>
        <w:br/>
      </w:r>
      <w:r>
        <w:rPr>
          <w:lang w:eastAsia="zh-CN"/>
        </w:rPr>
        <w:t>　　这次实习，让我深深的体会到实践与理论的重要性，领悟到良好的护患关系的重要性。没有实践的考验，再多的</w:t>
      </w:r>
      <w:r>
        <w:rPr>
          <w:lang w:eastAsia="zh-CN"/>
        </w:rPr>
        <w:br/>
      </w:r>
      <w:r>
        <w:rPr>
          <w:lang w:eastAsia="zh-CN"/>
        </w:rPr>
        <w:t>　　护士毕业实习心得体会</w:t>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xml:space="preserve"> 理论都是纸上谈兵，良好的护患关系是促进病人康复的关键。在内三时，有一位年轻的老师，用她的行为诠释着“为了病人的一切，一切为了病人”比如，有一次，在做晨护时，这位老师进每一间病房，看见每一位病人，她都不厌其烦的问候，虚寒问暖。看到此情此景，我感动，我激励！</w:t>
      </w:r>
      <w:r>
        <w:rPr>
          <w:lang w:eastAsia="zh-CN"/>
        </w:rPr>
        <w:br/>
      </w:r>
      <w:r>
        <w:rPr>
          <w:lang w:eastAsia="zh-CN"/>
        </w:rPr>
        <w:t>　　实习确实很累，而且前几个月，由于自己的心态没有摆正，总会去责怪老师不给我们机会动手，只会让我们跑腿，总会有一种“英雄无用武之地”的失落感。但是我却依然怪乖乖的照着老师的去做，我端正了心态，跑腿就当是锻炼身体，后来收获到的确实不一样，也让我的心智更加的成熟，更加的坚强。也让我明白了一些道理，踏踏实实做人，勤勤恳恳的做事！</w:t>
      </w:r>
      <w:r>
        <w:rPr>
          <w:lang w:eastAsia="zh-CN"/>
        </w:rPr>
        <w:br/>
      </w:r>
      <w:r>
        <w:rPr>
          <w:lang w:eastAsia="zh-CN"/>
        </w:rPr>
        <w:t>　　老师们总是不断的提醒我们，实习就是让我们能更好的将理论知识运用到临床实践中，我总是表示明白，但是却在该运用理论知识的时候，总是有“书到用时，方恨少”的悲哀！我深知自己的还有欠缺，比如，有些操作我不明白其原理我却不敢去问老师，这表现了我学习不过主动，造成我掌握的临床操作不全面，有人说过在学习方面要“磨破嘴皮，厚着脸皮” 所以我在今后的工作生活中会更加注重知识的积累，培养自己主动学习的习惯，让自己得到进一步的提升！</w:t>
      </w:r>
      <w:r>
        <w:rPr>
          <w:lang w:eastAsia="zh-CN"/>
        </w:rPr>
        <w:br/>
      </w:r>
      <w:r>
        <w:rPr>
          <w:lang w:eastAsia="zh-CN"/>
        </w:rPr>
        <w:t>　　实习过程中，我还学会了处理各种人际关系。科室里，医生与护士的关系，护士与病人及其家属的关系，上级领导与下属的关|系·····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最大的收获就是低调——别太把自己当回事。“三人行，必有我师焉”，在工作生活中要相互协作、相互尊重，对待病人要有爱心，遵循“善待原则”，这样才能战胜人类共同的敌人——疾病！</w:t>
      </w:r>
      <w:r>
        <w:rPr>
          <w:lang w:eastAsia="zh-CN"/>
        </w:rPr>
        <w:br/>
      </w:r>
      <w:r>
        <w:rPr>
          <w:lang w:eastAsia="zh-CN"/>
        </w:rPr>
        <w:t>　　十个月实习的时光，我收获的不仅仅是知识，还有无形的财富——经验！我将永远保存这段美好的经历。唐代孙思邈所著《千金方》有这样的论述“凡大医生治病，必当安神定志，无欲无求，先发大慈恻隐之心，誓愿普救寒灵之苦。”因此学医者，在掌握临床护理技术的同时，还要有爱岗敬业，廉洁奉献，全心全意为人民服务的品格，更好的为国家的医疗事业做贡献！</w:t>
      </w:r>
      <w:r>
        <w:rPr>
          <w:lang w:eastAsia="zh-CN"/>
        </w:rPr>
        <w:br/>
      </w:r>
      <w:r>
        <w:rPr>
          <w:lang w:eastAsia="zh-CN"/>
        </w:rPr>
        <w:t xml:space="preserve">    精选毕业实习心得体会模板 篇10 </w:t>
      </w:r>
      <w:r>
        <w:rPr>
          <w:lang w:eastAsia="zh-CN"/>
        </w:rPr>
        <w:br/>
      </w:r>
      <w:r>
        <w:rPr>
          <w:lang w:eastAsia="zh-CN"/>
        </w:rPr>
        <w:t>　　通过这次顶岗的实习，我也是感受到在社会工作的艰辛，体会到想要做好一份工作是多么的不易，但我也是相信自己还是能在以后做好，能在社会好好的立足的，这份工作也是给予了我很多的成长，让我进步很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实习中，所做的事情都是更加的有目的性，不像在大学的时候，想学什么就可以去学什么，甚至可能自己的学习还比较的没有什么计划，除了专业的课程，其余的时间也是会自己花在娱乐或者其他的方面，而在实习的时候，除了工作的时间，其余的时间，我也是要去思考，如果能把事情做得更好，如何能收获更多，存在着竞争，也是需要我付出更多才能是有收获的。特别是在我知道该如何的工作之后，开始的时候可能只是我们在学习，掌握工作的方法，但是学会之后的压力也是变得大了，岗位上，想要做好除了学，也是需要多去做，我也是通过在工作的时间，认真的去把工作给做好，在部门里面，虽然不是最优秀的那一批，但是我也是不甘心掉位末尾去。下班之后，我也是会去总结，会去反思自己的工作哪些做得还可以再好一些，哪些方面又是能再多一些的改进。</w:t>
      </w:r>
      <w:r>
        <w:rPr>
          <w:lang w:eastAsia="zh-CN"/>
        </w:rPr>
        <w:br/>
      </w:r>
      <w:r>
        <w:rPr>
          <w:lang w:eastAsia="zh-CN"/>
        </w:rPr>
        <w:t>　　工作的最后结果也是非常的重要，如果在学校，可能考试没有考得那么好，除了没学好的原因也是有发挥失常，但是在实习的一个工作方面，如果是最后的结果没有一个好的，那么之前所做的一个工作，一些努力其实就是白费了，更加的会去看中结果，而不是说付出了多少，毕竟只有做出了业绩，那么这才是真的有价值的，而不是说白费了功夫，所以我也是在实习里面，掌握了工作的技巧，尽力的去把事情给做好，达成一个好的结果，来让自己做的事情是有用的，而不是只仅仅自己是做了事情，学了一些东西，掌握了一些经验，那样对于自己是有一些用，但是对于公司，对于自己以后的发展并没有太多的作用，还是需要有一个好的成果才行。</w:t>
      </w:r>
      <w:r>
        <w:rPr>
          <w:lang w:eastAsia="zh-CN"/>
        </w:rPr>
        <w:br/>
      </w:r>
      <w:r>
        <w:rPr>
          <w:lang w:eastAsia="zh-CN"/>
        </w:rPr>
        <w:t>　　通过顶岗的实习，让我明白，在工作里面，除了能做，也是要会做好事情，这样才能在岗位上去立足，去让自己有更多的收获，通过这次工作，我也是积累了一定的经验，也是会在以后做得更好的，并且想要有更好的发展，我也是要不断的去学，去掌握新的东西，去在岗位上作出更多的业绩来。</w:t>
      </w:r>
      <w:r>
        <w:rPr>
          <w:lang w:eastAsia="zh-CN"/>
        </w:rPr>
        <w:br/>
      </w:r>
      <w:r>
        <w:rPr>
          <w:lang w:eastAsia="zh-CN"/>
        </w:rPr>
        <w:t xml:space="preserve">    精选毕业实习心得体会模板 篇11 </w:t>
      </w:r>
      <w:r>
        <w:rPr>
          <w:lang w:eastAsia="zh-CN"/>
        </w:rPr>
        <w:br/>
      </w:r>
      <w:r>
        <w:rPr>
          <w:lang w:eastAsia="zh-CN"/>
        </w:rPr>
        <w:t>　　因为我是经朋友介绍我来这家公司的，所以面试很简单，将办公室中几台电脑进行维护就可以，这也算是个测验吧，我知道真正的考验还在后头。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一个星期的试用下来，经理对我的总体印象还算可以吧，所以我也就顺利上岗实习了，一开始公司觉得公司的同事挺少，其他同事都听说去深圳做工程了。公司暂时没有外派工程，我只有在公司里看书，一些比较专业的书籍，如综合布线工程实施与验收，门禁系统，防雷系统，还看了一些公司的工程文档，以加强对公司的了解。</w:t>
      </w:r>
      <w:r>
        <w:rPr>
          <w:lang w:eastAsia="zh-CN"/>
        </w:rPr>
        <w:br/>
      </w:r>
      <w:r>
        <w:rPr>
          <w:lang w:eastAsia="zh-CN"/>
        </w:rPr>
        <w:t>　　很快，工程队的员工们回来了，很兴奋的和他们聊得很火热，他们也对我这个新人很照顾，这算是好的开始吧。慢慢的，他们又走了，继续下一个工程，看到他们那么忙，我也很想加入他们那一行，毕竟综合布线是我很希望学习的，也是我们网络技术专业要掌握的一门技能。接下来的工作我主要是熟悉公司的业务，一句话就是什么都做，送货发货，思想汇报专题还要做搬运，感觉好像是个打杂的。工作很辛苦，所以那段时间很郁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机会终于来了，恩平的工程已经完工了，还有服务评奖器没装，以前我在学校可从来没接触过的，那天我们公司的工程师对我说我，要求我去安装的时候，我吓了一跳，又喜又怕，怕自己经验不足，做不好，但是考虑到有同事带我，而且经理给我这个机会，我必须好好珍惜。到了恩平，见过几个工程的主管和我们的另一个经理，他教会了我做工程的最基本的东西，就算是对我交代了。要求我做工程上的事情，都要和别人学会沟通，包括工程进度等。终于一切就绪，要开工了，开工前有请教过我们同事，也做过一些准备工作，所以做起来不至于手忙脚乱的，先看他示范性的做了几次。然后他就监督我，指出我错的地方，这是我工作以来最充实的一天了，接下来的工作就由我一个人完成了，他和经理要去上海办事，只留下我一人指挥工人们工作。虽然不放心我，叮嘱了一番后才走，但我想，我不会让他们失望的。接下来的工作一切顺利。完工那天，经理来了，对我的工作做了一番检查，发现我在安装完成后，没有给他们银行的工作人员做简单的培训，虽然事情不大，但对公司的影响不好。我也向经理承认这事我的疏忽，因为是第一次，经理只是以教育的态度说说我。回到广州公司总部之后，我为这次工程做了总结，并向经理做了详细的汇报，毕业实习快了三个多月，这次外派工作，是我学到最多东西的一次，我想接下来肯定还有很多这样的机会的。</w:t>
      </w:r>
      <w:r>
        <w:rPr>
          <w:lang w:eastAsia="zh-CN"/>
        </w:rPr>
        <w:br/>
      </w:r>
      <w:r>
        <w:rPr>
          <w:lang w:eastAsia="zh-CN"/>
        </w:rPr>
        <w:t>　　这是我工作三个月之后的一些体会，希望我以后的工作能更加充实，学到实用东西。</w:t>
      </w:r>
      <w:r>
        <w:rPr>
          <w:lang w:eastAsia="zh-CN"/>
        </w:rPr>
        <w:br/>
      </w:r>
      <w:r>
        <w:rPr>
          <w:lang w:eastAsia="zh-CN"/>
        </w:rPr>
        <w:t xml:space="preserve">    精选毕业实习心得体会模板 篇12 </w:t>
      </w:r>
      <w:r>
        <w:rPr>
          <w:lang w:eastAsia="zh-CN"/>
        </w:rPr>
        <w:br/>
      </w:r>
      <w:r>
        <w:rPr>
          <w:lang w:eastAsia="zh-CN"/>
        </w:rPr>
        <w:t>　　转眼间，实习已有一个月了。对于实习生这个曾经陌生、曾经神往的身份有了一点新的认识。</w:t>
      </w:r>
      <w:r>
        <w:rPr>
          <w:lang w:eastAsia="zh-CN"/>
        </w:rPr>
        <w:br/>
      </w:r>
      <w:r>
        <w:rPr>
          <w:lang w:eastAsia="zh-CN"/>
        </w:rPr>
        <w:t>　　所谓实习生，顾名思义，它始终离不开学生的身份，是建设在社会理论之上的。故其别与正职人员，其宗旨并非赚钱、谋利，而是要进修常识、积攒经历。正因为有了这点认识，面对亲朋好友惊叹的眼光和难以置信的疑问：放假也去实习啊?怎不断息一下呢?又没钱。时，我能找到一个满意的答案。我不想虚度悠长的暑假，我要过增长一下见识，积攒一下工作经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这短短一个月的实习经验，让我认识到实习生该有初生牛犊不怕虎的精力。实习是一个学生走进社会的过渡阶段和必经阶段。在我看来，一个胜利的实习生，应要牢记实习生的身份，也要忘却实习生的身份。之所以要牢记，如上边讲到的，宗旨是进修，这也职责之在。因此，必必要主动争取时机，多做，多考虑。而忘却则是因为只要把本人当作是正职人员来对待，从心态上端本来人的态度，威力在实习期间有更大的收成实习生实习心得领会通用版实习生实习心得领会通用版。</w:t>
      </w:r>
      <w:r>
        <w:rPr>
          <w:lang w:eastAsia="zh-CN"/>
        </w:rPr>
        <w:br/>
      </w:r>
      <w:r>
        <w:rPr>
          <w:lang w:eastAsia="zh-CN"/>
        </w:rPr>
        <w:t>　　在当前教育形式下的学生大多缺乏积极主动性和创新才华。从课堂上走出去的我们带着深深的教科书影子。在各样千般的条条框框下发展的我们，办事安分守纪、唯唯是诺。这样的状况在我本人身上还是比较鲜亮的。刚到单位实习的时候，仿佛像个小学生上课那般灵巧和矜持。人家没叫我坐时，我就呆站着;坐着的时候也是毕恭毕敬，不敢多手乱动人家的东西;私底下说话也不敢大声，拍扰乱了课堂纪律。然而，工作和时机都是要靠本人去争取的。在学生到实习生，再由实习生到从职人员这个过程中，谁的角色转变得越快，谁就在起跑线上当先了一步。在刚初步的一个星期里，我的缄默和低调给我带来了闲适和无聊的实习生活。我初步觉得厌倦，也初步考虑并找到问题的根源是在于我没有把本人当作是正职人员般要求本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无可否定的是，有不少人实习的宗旨并非单纯想理论体验，更多的是想要赚钱或取得实习凭证。这样的人只会把本人局限在实习生的身份之下，缺乏应有的集体意识和主人翁态度，故不能主动承当工作。事不关己，高高挂起的作风以至会滋生出实习生好逸懒做、得过且过的不良影响。前几天，单位里来了一位和我们年龄相仿的女孩，她专科结业一年，如今已经是单位里的正职员工。在此刻就业合作无比剧烈的市场里，一个只要专科结业的女孩，怎能挤身于这种高门槛、高要求的政府机关呢?或许很多人城市和我一样有这样的答案：靠关系，走后门。然而，在接下来的几天工夫里，那个女孩用行动否认了我的猜度。</w:t>
      </w:r>
      <w:r>
        <w:rPr>
          <w:lang w:eastAsia="zh-CN"/>
        </w:rPr>
        <w:br/>
      </w:r>
      <w:r>
        <w:rPr>
          <w:lang w:eastAsia="zh-CN"/>
        </w:rPr>
        <w:t>　　同是年轻人，同是刚到单位，同是面对陌生环境。女孩的表示比我们积极、冷静得多。即使跟单位里的人都不相熟，但是当她闲着的时候就会四围逛下，看到有人必要匡助的，岂论是苦活还是重活，她都主动上前匡助。而我们呢，因为怕影响他人工作，不敢乱动，坐在位置上等人家喊我们名字，给我们安排工作实习生实习心得领会通用版心得领会。有一次，一个居委主任上来领质料时，认出了她，并嗤嗤传颂女孩以前在居委实习时十分能干，办事也积极之类的看来，谜团得以解开了。</w:t>
      </w:r>
      <w:r>
        <w:rPr>
          <w:lang w:eastAsia="zh-CN"/>
        </w:rPr>
        <w:br/>
      </w:r>
      <w:r>
        <w:rPr>
          <w:lang w:eastAsia="zh-CN"/>
        </w:rPr>
        <w:t>　　作为一个实习生，既然投入了工夫与精神，就要争取收成更多。每每会听到前辈们的告诫：掌握好实习时机，要好好表示。在此次实习前的见面会上，教师也再三强调要虚心进修，积极主动。此刻一个活生生的'例子放在眼前讲述我们，岂论就业市场合作有多大，只有我们充裕做好筹备，掌握好每一次时机，决不会没有我们的存身之所，立身之地。</w:t>
      </w:r>
      <w:r>
        <w:rPr>
          <w:lang w:eastAsia="zh-CN"/>
        </w:rPr>
        <w:br/>
      </w:r>
      <w:r>
        <w:rPr>
          <w:lang w:eastAsia="zh-CN"/>
        </w:rPr>
        <w:t xml:space="preserve">    精选毕业实习心得体会模板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20__年月日，我踏进了齐齐哈尔建华厂医院，带着彷徨与紧张的心情，开始了为期9个多月的临床护理实践。时至今天，实习结束了，原本迷茫与无知，现如今满载而归。因而十分感谢齐齐哈尔建华厂医院给我提供了这样好的实习环境和各种优越条件，感谢所有的带教老师对我的辛勤教导，让我在踏上岗位之前拥有了如此良好的实践机会。</w:t>
      </w:r>
      <w:r>
        <w:rPr>
          <w:lang w:eastAsia="zh-CN"/>
        </w:rPr>
        <w:br/>
      </w:r>
      <w:r>
        <w:rPr>
          <w:lang w:eastAsia="zh-CN"/>
        </w:rPr>
        <w:t>　　临床的实习是对理论学习阶段的巩固与加强，也是对护理技能操作的培养和锻炼，同时也是我就业岗前的最佳训练。尽管这段时间很短，但对我是非常重要的。我倍偿珍惜这段时间，珍惜每一天的锻炼和自我提高的机会，珍惜与老师们这段难得的师徒之情。</w:t>
      </w:r>
      <w:r>
        <w:rPr>
          <w:lang w:eastAsia="zh-CN"/>
        </w:rPr>
        <w:br/>
      </w:r>
      <w:r>
        <w:rPr>
          <w:lang w:eastAsia="zh-CN"/>
        </w:rPr>
        <w:t>　　刚进入病房，总有一种茫然的感觉，对于护理的工作处于比较陌生的状态，也对于自己在这样的新环境中能够做的事还是没有一种成型的概念。庆幸的是，我有老师为我介绍病房结构，介绍各班工作，带教老师们的丰富经验，让我可以较快地适应医院各科护理工作。能够尽快地适应医院环境，为在医院实习和工作打定了良好的基础，这应该算的上是实习阶段的第一个收获：学会适应，学会在新的环境中成长和生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护士的工作是非常繁重与杂乱的，尽管在未入临床之前也有所感悟，但是真正进入病房后，感触又更深了。的确，护士的活很零碎，很杂乱，还可以说是很低微，可是透过多数人的不理解，我发现，护士有着其独特的魅力。医院不可能没有护士，这就说明了护士的重要性。医生离不开护士，病人离不开护士，整个环境都离不开护士。这琐碎的工作，有着完整的体系，可谓“麻雀虽小，五脏俱全”，也正因如此，才能发挥其独到的作用，产生不可或缺的作用。因为有了临床的实习，我才更全面而深刻的了解护理工作，更具体而详尽的了解这个行业。进入临床的第二个收获：正确认识护理，树立了正确的职业道德观，养成了良好的工作态度。</w:t>
      </w:r>
      <w:r>
        <w:rPr>
          <w:lang w:eastAsia="zh-CN"/>
        </w:rPr>
        <w:br/>
      </w:r>
      <w:r>
        <w:rPr>
          <w:lang w:eastAsia="zh-CN"/>
        </w:rPr>
        <w:t>　　到病房实习，接触最多的是病人，了解甚深的是各种疾病，掌握透彻的是各项基础护理操作。实习的最大及最终目的是培养良好的各项操作技能及提高各种护理工作能力。所以在带教老师“放手不放眼，放眼不放心”的带教原则下，我积极努力的争取每一次的锻炼机会，如静脉输液,抽血,皮下注射,肌内注射,生命体症的测量,各种注射泵的使用等基础护理操作。同时还不断丰富临床理论知识，积极主动地思考各类问题，对于不懂的问题虚心的向带教老师或其它老师请教，做好知识笔记。跟随老师分管病人的同时，还会加强病情观察，增进对病人疾病的了解，同时对病人进行各项健康知识宣教，这样能锻炼所学知识的应用能力。整体上说，实习期间的第三个收获，也是最庞大的收获：护理操作技能提高了，疾病认识水平上升，各项护理工作逐渐熟练，在培养优秀的职业技能水平同时也培养了一种良好的学习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在医院实习期间，我所做的一切都以病人的身体健康，疾病转归为目的，我严格遵守医院的各项规章制度，所有操作都严格遵循无菌原则，严格执行“三查七对”。在骨科、内科、外科、妇科、儿科等各个科室里，我都是认真细心的做好各项工作，遵守无菌原则，执行查对制度，培养着良好的工作方式，这应该算的上是第四个收获吧，虽不能说很大，却也是非常重要，不可或缺的收获。</w:t>
      </w:r>
      <w:r>
        <w:rPr>
          <w:lang w:eastAsia="zh-CN"/>
        </w:rPr>
        <w:br/>
      </w:r>
      <w:r>
        <w:rPr>
          <w:lang w:eastAsia="zh-CN"/>
        </w:rPr>
        <w:t>　　在这段短暂的实习时间里，我的收获很多很多，如果用简单的词汇来概括就显得言语的苍白无力，至少不能很准确和清晰的表达我们受益匪浅。收获还有第五、第六点，甚至更多，只是没有必要将它一一列出，因为我知道实习期间的收获将在今后工作中有更好的体现，所以我用某些点线来代替面，用特殊代表个别。总之在感谢沈医二院培养我点点滴滴收获时，我将以更积极主动的`工作态度，更扎实牢固的操作技能，更丰富深厚的理论知识，走上工作岗位，提高临床护理工作能力，对护理事业尽心尽责！</w:t>
      </w:r>
      <w:r>
        <w:rPr>
          <w:lang w:eastAsia="zh-CN"/>
        </w:rPr>
        <w:br/>
      </w:r>
      <w:r>
        <w:rPr>
          <w:lang w:eastAsia="zh-CN"/>
        </w:rPr>
        <w:t xml:space="preserve">    精选毕业实习心得体会模板 篇14 </w:t>
      </w:r>
      <w:r>
        <w:rPr>
          <w:lang w:eastAsia="zh-CN"/>
        </w:rPr>
        <w:br/>
      </w:r>
      <w:r>
        <w:rPr>
          <w:lang w:eastAsia="zh-CN"/>
        </w:rPr>
        <w:t>　　我在海规生物科技（上海）有限公司做生产实习和毕业设计总共半年的时间。在这半年的时间里，我受益非浅。我在那里不仅学到了许多关于专业的知识，最重要的是进一步体会到了做人的原则。海规公司的宗旨是：规规矩矩做人、规规矩矩做事。在去公司的第一天，老师们就教导我们做人一定要正直、要实事求是，诚以待人，人品对一个人来说非常重要的。我充分的体验到了你如何待人，他人也会如是回报。总之，在海规公司的半年时间里，我们脱离了学校的庇护，开始接触社会、了解我们今后工作的性质。不但增长了专业知识，还学习到了不少为人处是的方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十几年的学生生活，即将划上一个句号。在海规公司实习的这段时间，我懂了不少东西。大人们都说刚毕业的学生身上总存在着许多让公司老板头痛的'“特点”，现在我终于亲身体会到了。以前作为一名学生，主要的工作是学习；现在即将踏上社会，显然，自己的身份就有所变化，自然重心也随之而改变，现在我的主要任务应从学习逐步转移到工作上。这6个月，好比是一个过渡期——从学生过渡到上班族，是十分关键的阶段。回想自己在这期间的工作情况，不尽如意。对此我思考过，学习经验自然是一个因素，然而更重要的是心态的转变没有做到位。现在发现了这个不足之处，应该还算是及时吧，因为我明白了何谓工作。在接下来的日子里，我会朝这个方向努力，我相信自己能够把那些不该再存在的“特点”抹掉。感谢老师们在这段时间里对我的指导和教诲，我从中受益非浅。</w:t>
      </w:r>
      <w:r>
        <w:rPr>
          <w:lang w:eastAsia="zh-CN"/>
        </w:rPr>
        <w:br/>
      </w:r>
      <w:r>
        <w:rPr>
          <w:lang w:eastAsia="zh-CN"/>
        </w:rPr>
        <w:t xml:space="preserve">    精选毕业实习心得体会模板 篇15 </w:t>
      </w:r>
      <w:r>
        <w:rPr>
          <w:lang w:eastAsia="zh-CN"/>
        </w:rPr>
        <w:br/>
      </w:r>
      <w:r>
        <w:rPr>
          <w:lang w:eastAsia="zh-CN"/>
        </w:rPr>
        <w:t>　　时光的车轮匆忙碾过，伴随夏日的炎炎烈日，不知不觉中，一年的见习期转瞬即逝。自分配到牡丹江供电段以来，我从一个懵懂、迷茫的学生逐步成长为一名勤奋、敬业的员工，在这一年中，我不断的努力学习，努力提高自己的各方面能力，尽快的让自己适应我们铁路单位快节奏、高效率的工作环境。在领导和同事们的指导与帮助下，我完全融入了供电段这个大家庭中，较圆满的完成了各项工作任务，各方面能力也得到了一定的提高，为今后的工作学习打下了良好的基础。在这里，我要感谢见习中领导及其同事们对我的培养和关怀，回顾过去的一年，我自己有很多的感想和体会。现就见习期工作情况总结如下：</w:t>
      </w:r>
      <w:r>
        <w:rPr>
          <w:lang w:eastAsia="zh-CN"/>
        </w:rPr>
        <w:br/>
      </w:r>
    </w:p>
    <w:p w:rsidR="001B1F19" w14:textId="27C3F48A">
      <w:pPr>
        <w:rPr>
          <w:rFonts w:hint="eastAsia"/>
          <w:lang w:eastAsia="zh-CN"/>
        </w:rPr>
      </w:pPr>
      <w:r>
        <w:rPr>
          <w:lang w:eastAsia="zh-CN"/>
        </w:rPr>
        <w:t>　　一、牡丹江供电段检修车间：虚心学习、不骄不躁、努力提高自身各方面能力。因为我从事工作的时间不是很长，自身的素质和业务水平离工作的实际要求还有很大的差距，所以我希望能够克服困难，努力学习，端正工作态度，积极的向其他同志请教和学习，能踏实、认真地做好本职工作，坚持理论联系实际，学以致用。在检修车间的三个月，我深刻体会到了作为一名供电段职工的义务和责任。这三个月中，我有幸参加了一次到绥芬河车间制做电缆头的工作。在现场我跟着徐应龙工长和另外一名师傅一起工作并观摩整个工作过程。说实话，直到第一个电缆头做完我心里就有点飘飘然了，因为在我看来这实在是太简单了，没有什么技术含量。可等到我伸手去做的时候却是困难重重，最后实在没办法完成还是徐工长帮忙做完了，虽然徐工长没说什么，但我从徐工长熟练的技术工艺中感到了惭愧。从这件事中我学到了一个道理：无论从事什么工作，在没动手之前永远不要自满自足，一定要怀着一种虚心学习的心态去参加工作，认真学习前辈师傅们的工作经验，结合自己的理论争取更快更好的学会技术、掌握技术。检修车间的褚主任也给我很大的感触，褚主任丰富的实际工作经验让我折服。记得有一次别的车间的。设备出现问题，褚主任简单的询问了一下就</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https://d.book118.com/588137004140006034</w:t>
        </w:r>
      </w:hyperlink>
    </w:p>
    <w:p w:rsidR="001B1F19">
      <w:pPr>
        <w:rPr>
          <w:rFonts w:hint="eastAsia"/>
          <w:lang w:eastAsia="zh-CN"/>
        </w:rPr>
      </w:pPr>
    </w:p>
    <w:sectPr>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8813700414000603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