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2024银行贷款合同范本（31篇）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2024银行贷款合同范本（精选31篇）</w:t>
      </w:r>
      <w:r>
        <w:rPr>
          <w:lang w:eastAsia="zh-CN"/>
        </w:rPr>
        <w:br/>
      </w:r>
      <w:r>
        <w:rPr>
          <w:lang w:eastAsia="zh-CN"/>
        </w:rPr>
        <w:t xml:space="preserve">    2024银行贷款合同范本 篇1 </w:t>
      </w:r>
      <w:r>
        <w:rPr>
          <w:lang w:eastAsia="zh-CN"/>
        </w:rPr>
        <w:br/>
      </w:r>
      <w:r>
        <w:rPr>
          <w:lang w:eastAsia="zh-CN"/>
        </w:rPr>
        <w:t>　　乙方:</w:t>
      </w:r>
      <w:r>
        <w:rPr>
          <w:lang w:eastAsia="zh-CN"/>
        </w:rPr>
        <w:br/>
      </w:r>
      <w:r>
        <w:rPr>
          <w:lang w:eastAsia="zh-CN"/>
        </w:rPr>
        <w:t>　　根据《中华人民共和国合同法》及其他法律法规，甲方和乙方本着平等、自愿、公平、诚实信用的原则，经协商一致，达成如下协议：</w:t>
      </w:r>
      <w:r>
        <w:rPr>
          <w:lang w:eastAsia="zh-CN"/>
        </w:rPr>
        <w:br/>
      </w:r>
      <w:r>
        <w:rPr>
          <w:lang w:eastAsia="zh-CN"/>
        </w:rPr>
        <w:t>　　第一条 委托事项</w:t>
      </w:r>
      <w:r>
        <w:rPr>
          <w:lang w:eastAsia="zh-CN"/>
        </w:rPr>
        <w:br/>
      </w:r>
      <w:r>
        <w:rPr>
          <w:lang w:eastAsia="zh-CN"/>
        </w:rPr>
        <w:t>　　甲方委托乙方代办银行贷款，办理银行贷款金额具体金额不限定。</w:t>
      </w:r>
      <w:r>
        <w:rPr>
          <w:lang w:eastAsia="zh-CN"/>
        </w:rPr>
        <w:br/>
      </w:r>
      <w:r>
        <w:rPr>
          <w:lang w:eastAsia="zh-CN"/>
        </w:rPr>
        <w:t>　　第二条 借款用途及额度</w:t>
      </w:r>
      <w:r>
        <w:rPr>
          <w:lang w:eastAsia="zh-CN"/>
        </w:rPr>
        <w:br/>
      </w:r>
      <w:r>
        <w:rPr>
          <w:lang w:eastAsia="zh-CN"/>
        </w:rPr>
        <w:t>　　1.用于贷款的房屋位于：鹤壁市幢单元号房，面积平方米;结构 ;外观 ;房屋建成年限 年;产权证号：鹤壁市房权证字第 号或官字第 号、共有权证号为： 号。</w:t>
      </w:r>
      <w:r>
        <w:rPr>
          <w:lang w:eastAsia="zh-CN"/>
        </w:rPr>
        <w:br/>
      </w:r>
      <w:r>
        <w:rPr>
          <w:lang w:eastAsia="zh-CN"/>
        </w:rPr>
        <w:t>　　第三条 报酬及支付方式</w:t>
      </w:r>
      <w:r>
        <w:rPr>
          <w:lang w:eastAsia="zh-CN"/>
        </w:rPr>
        <w:br/>
      </w:r>
      <w:r>
        <w:rPr>
          <w:lang w:eastAsia="zh-CN"/>
        </w:rPr>
        <w:t>　　1.在为甲方成功办理完成贷款手续之前，乙方不收取甲方任何费用。当贷款手续办理完毕，甲方即付给乙方实际贷款金额的2%作为费用。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2.为那保证乙方能顺利办理银行贷款，甲方因积极配合乙方办理贷款相关手续。</w:t>
      </w:r>
      <w:r>
        <w:rPr>
          <w:lang w:eastAsia="zh-CN"/>
        </w:rPr>
        <w:br/>
      </w:r>
      <w:r>
        <w:rPr>
          <w:lang w:eastAsia="zh-CN"/>
        </w:rPr>
        <w:t>　　3.如因甲方的原因导致贷款人停止发放贷款的，乙方有权终止办理贷款相关手续。</w:t>
      </w:r>
      <w:r>
        <w:rPr>
          <w:lang w:eastAsia="zh-CN"/>
        </w:rPr>
        <w:br/>
      </w:r>
      <w:r>
        <w:rPr>
          <w:lang w:eastAsia="zh-CN"/>
        </w:rPr>
        <w:t>　　第四条 双方义务</w:t>
      </w:r>
      <w:r>
        <w:rPr>
          <w:lang w:eastAsia="zh-CN"/>
        </w:rPr>
        <w:br/>
      </w:r>
      <w:r>
        <w:rPr>
          <w:lang w:eastAsia="zh-CN"/>
        </w:rPr>
        <w:t>　　甲方义务</w:t>
      </w:r>
      <w:r>
        <w:rPr>
          <w:lang w:eastAsia="zh-CN"/>
        </w:rPr>
        <w:br/>
      </w:r>
      <w:r>
        <w:rPr>
          <w:lang w:eastAsia="zh-CN"/>
        </w:rPr>
        <w:t>　　1.甲方保证用于贷款的抵押物真实，没有抵押、查封等产权纠纷;</w:t>
      </w:r>
      <w:r>
        <w:rPr>
          <w:lang w:eastAsia="zh-CN"/>
        </w:rPr>
        <w:br/>
      </w:r>
      <w:r>
        <w:rPr>
          <w:lang w:eastAsia="zh-CN"/>
        </w:rPr>
        <w:t>　　2.甲方保证贷款人征信正常、并符合贷款银行要求;</w:t>
      </w:r>
      <w:r>
        <w:rPr>
          <w:lang w:eastAsia="zh-CN"/>
        </w:rPr>
        <w:br/>
      </w:r>
      <w:r>
        <w:rPr>
          <w:lang w:eastAsia="zh-CN"/>
        </w:rPr>
        <w:t>　　3.甲方应向乙方提供的真实有效的材料，甲方应配合乙方办理贷款手续;</w:t>
      </w:r>
      <w:r>
        <w:rPr>
          <w:lang w:eastAsia="zh-CN"/>
        </w:rPr>
        <w:br/>
      </w:r>
      <w:r>
        <w:rPr>
          <w:lang w:eastAsia="zh-CN"/>
        </w:rPr>
        <w:t>　　4.甲方和乙方协商办理贷款手续的时间，协商不成，由乙方指定;乙方经办人、甲方及贷款相关人员必须按时到达;</w:t>
      </w:r>
      <w:r>
        <w:rPr>
          <w:lang w:eastAsia="zh-CN"/>
        </w:rPr>
        <w:br/>
      </w:r>
      <w:r>
        <w:rPr>
          <w:lang w:eastAsia="zh-CN"/>
        </w:rPr>
        <w:t>　　5.在办理贷款手续中所产生的抵押公证费、评估费、贷款印花税、贷款合同工本费等费用由甲方承担;</w:t>
      </w:r>
      <w:r>
        <w:rPr>
          <w:lang w:eastAsia="zh-CN"/>
        </w:rPr>
        <w:br/>
      </w:r>
      <w:r>
        <w:rPr>
          <w:lang w:eastAsia="zh-CN"/>
        </w:rPr>
        <w:t>　　6.甲方对乙方因履行本合同提供的相关资料负有保密义务，不得泄露;</w:t>
      </w:r>
      <w:r>
        <w:rPr>
          <w:lang w:eastAsia="zh-CN"/>
        </w:rPr>
        <w:br/>
      </w:r>
      <w:r>
        <w:rPr>
          <w:lang w:eastAsia="zh-CN"/>
        </w:rPr>
        <w:t>　　7.其他规定：</w:t>
      </w:r>
      <w:r>
        <w:rPr>
          <w:lang w:eastAsia="zh-CN"/>
        </w:rPr>
        <w:br/>
      </w:r>
      <w:r>
        <w:rPr>
          <w:lang w:eastAsia="zh-CN"/>
        </w:rPr>
        <w:t>　　乙方义务</w:t>
      </w:r>
      <w:r>
        <w:rPr>
          <w:lang w:eastAsia="zh-CN"/>
        </w:rPr>
        <w:br/>
      </w:r>
      <w:r>
        <w:rPr>
          <w:lang w:eastAsia="zh-CN"/>
        </w:rPr>
        <w:t>　　1.乙方应及时向甲方通报有关委托事项的进展情况，接受甲方咨询相关问题;</w:t>
      </w:r>
      <w:r>
        <w:rPr>
          <w:lang w:eastAsia="zh-CN"/>
        </w:rPr>
        <w:br/>
      </w:r>
      <w:r>
        <w:rPr>
          <w:lang w:eastAsia="zh-CN"/>
        </w:rPr>
        <w:t>　　2.乙方按照甲方提供的材料，即时、准确的办理贷款手续，以快捷、高效、优质的服务完成贷款手续;并保证贷款人在</w:t>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工作日内将贷款放到</w:t>
      </w:r>
      <w:r>
        <w:rPr>
          <w:lang w:eastAsia="zh-CN"/>
        </w:rPr>
        <w:t xml:space="preserve"> 账户上;</w:t>
      </w:r>
      <w:r>
        <w:rPr>
          <w:lang w:eastAsia="zh-CN"/>
        </w:rPr>
        <w:br/>
      </w:r>
      <w:r>
        <w:rPr>
          <w:lang w:eastAsia="zh-CN"/>
        </w:rPr>
        <w:t>　　3. 乙方不得擅自单方终止本合同;</w:t>
      </w:r>
      <w:r>
        <w:rPr>
          <w:lang w:eastAsia="zh-CN"/>
        </w:rPr>
        <w:br/>
      </w:r>
      <w:r>
        <w:rPr>
          <w:lang w:eastAsia="zh-CN"/>
        </w:rPr>
        <w:t>　　4.除本合同约定的费用外不以任何方式或理由向甲方收取其他费用;</w:t>
      </w:r>
      <w:r>
        <w:rPr>
          <w:lang w:eastAsia="zh-CN"/>
        </w:rPr>
        <w:br/>
      </w:r>
      <w:r>
        <w:rPr>
          <w:lang w:eastAsia="zh-CN"/>
        </w:rPr>
        <w:t>　　5.未经甲方同意不得将委托事项转委托其它房地产中介或个人;</w:t>
      </w:r>
      <w:r>
        <w:rPr>
          <w:lang w:eastAsia="zh-CN"/>
        </w:rPr>
        <w:br/>
      </w:r>
      <w:r>
        <w:rPr>
          <w:lang w:eastAsia="zh-CN"/>
        </w:rPr>
        <w:t>　　6.乙方对甲方因履行本合同提供的相关资料负有保密义务，不得泄露;</w:t>
      </w:r>
      <w:r>
        <w:rPr>
          <w:lang w:eastAsia="zh-CN"/>
        </w:rPr>
        <w:br/>
      </w:r>
      <w:r>
        <w:rPr>
          <w:lang w:eastAsia="zh-CN"/>
        </w:rPr>
        <w:t>　　7.其他规定：。</w:t>
      </w:r>
      <w:r>
        <w:rPr>
          <w:lang w:eastAsia="zh-CN"/>
        </w:rPr>
        <w:br/>
      </w:r>
      <w:r>
        <w:rPr>
          <w:lang w:eastAsia="zh-CN"/>
        </w:rPr>
        <w:t>　　第五条 违约责任</w:t>
      </w:r>
      <w:r>
        <w:rPr>
          <w:lang w:eastAsia="zh-CN"/>
        </w:rPr>
        <w:br/>
      </w:r>
      <w:r>
        <w:rPr>
          <w:lang w:eastAsia="zh-CN"/>
        </w:rPr>
        <w:t>　　甲方违约责任</w:t>
      </w:r>
      <w:r>
        <w:rPr>
          <w:lang w:eastAsia="zh-CN"/>
        </w:rPr>
        <w:br/>
      </w:r>
      <w:r>
        <w:rPr>
          <w:lang w:eastAsia="zh-CN"/>
        </w:rPr>
        <w:t>　　1. 甲方因甲方故意提供虚假的上述房屋证件和资料等行为的，给乙方及贷款人造成损失的，由甲方承担全部责任(包括不限于给乙方及贷款人造成的经济损失)。</w:t>
      </w:r>
      <w:r>
        <w:rPr>
          <w:lang w:eastAsia="zh-CN"/>
        </w:rPr>
        <w:br/>
      </w:r>
      <w:r>
        <w:rPr>
          <w:lang w:eastAsia="zh-CN"/>
        </w:rPr>
        <w:t>　　2. 甲方应当在约定的期限内向乙方支付报酬，逾期支付的，每逾期一日按应付报酬额的万分之三向乙方支付违约金。</w:t>
      </w:r>
      <w:r>
        <w:rPr>
          <w:lang w:eastAsia="zh-CN"/>
        </w:rPr>
        <w:br/>
      </w:r>
      <w:r>
        <w:rPr>
          <w:lang w:eastAsia="zh-CN"/>
        </w:rPr>
        <w:t>　　3.甲方违反保密义务，不当泄露乙方商业秘密或个人隐私，应承担因此给乙方造成的经济损失。</w:t>
      </w:r>
      <w:r>
        <w:rPr>
          <w:lang w:eastAsia="zh-CN"/>
        </w:rPr>
        <w:br/>
      </w:r>
      <w:r>
        <w:rPr>
          <w:lang w:eastAsia="zh-CN"/>
        </w:rPr>
        <w:t>　　乙方违约责任</w:t>
      </w:r>
      <w:r>
        <w:rPr>
          <w:lang w:eastAsia="zh-CN"/>
        </w:rPr>
        <w:br/>
      </w:r>
      <w:r>
        <w:rPr>
          <w:lang w:eastAsia="zh-CN"/>
        </w:rPr>
        <w:t>　　1. 乙方违反保密义务，不当泄露甲方商业秘密或个人隐私，应承担因此给甲方造成的经济损失。</w:t>
      </w:r>
      <w:r>
        <w:rPr>
          <w:lang w:eastAsia="zh-CN"/>
        </w:rPr>
        <w:br/>
      </w:r>
      <w:r>
        <w:rPr>
          <w:lang w:eastAsia="zh-CN"/>
        </w:rPr>
        <w:t>　　2. 乙方有隐瞒、虚构信息或恶意串通等影响甲方利益的行为，乙方应承担因此给甲方造成的全部经济损失。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3. 乙方在委托代办事项中，因工作疏漏，遗失甲方的证件、文件、资料、发票等原件的，应给予相应经济补偿;</w:t>
      </w:r>
      <w:r>
        <w:rPr>
          <w:lang w:eastAsia="zh-CN"/>
        </w:rPr>
        <w:br/>
      </w:r>
      <w:r>
        <w:rPr>
          <w:lang w:eastAsia="zh-CN"/>
        </w:rPr>
        <w:t>　　第六条 合同的变更与解除</w:t>
      </w:r>
      <w:r>
        <w:rPr>
          <w:lang w:eastAsia="zh-CN"/>
        </w:rPr>
        <w:br/>
      </w:r>
      <w:r>
        <w:rPr>
          <w:lang w:eastAsia="zh-CN"/>
        </w:rPr>
        <w:t>　　1.协议变更与解除</w:t>
      </w:r>
      <w:r>
        <w:rPr>
          <w:lang w:eastAsia="zh-CN"/>
        </w:rPr>
        <w:br/>
      </w:r>
      <w:r>
        <w:rPr>
          <w:lang w:eastAsia="zh-CN"/>
        </w:rPr>
        <w:t>　　在本合同履行期间，任何一方要求变更或者解除本合同，应书面通知对方，并经双方书面协商一致可变更或解除，因变更或解除给对方造成损失的，应赔偿对方损失。</w:t>
      </w:r>
      <w:r>
        <w:rPr>
          <w:lang w:eastAsia="zh-CN"/>
        </w:rPr>
        <w:br/>
      </w:r>
      <w:r>
        <w:rPr>
          <w:lang w:eastAsia="zh-CN"/>
        </w:rPr>
        <w:t>　　2.单方解除</w:t>
      </w:r>
      <w:r>
        <w:rPr>
          <w:lang w:eastAsia="zh-CN"/>
        </w:rPr>
        <w:br/>
      </w:r>
      <w:r>
        <w:rPr>
          <w:lang w:eastAsia="zh-CN"/>
        </w:rPr>
        <w:t>　　甲方故意提供虚假的上述房屋证件和资料等办理贷款所需的资料的，乙方享有单方解除权;　解除合同以通知的形式送达对方，当解除合同的通知送达对方在本合同注明的地址时，本合同解除。</w:t>
      </w:r>
      <w:r>
        <w:rPr>
          <w:lang w:eastAsia="zh-CN"/>
        </w:rPr>
        <w:br/>
      </w:r>
      <w:r>
        <w:rPr>
          <w:lang w:eastAsia="zh-CN"/>
        </w:rPr>
        <w:t>　　第七条、本合同一式两份，甲方签字或盖章、乙方签字盖章之日生效，空格部分及备注部分填写的文字与印刷文字具有同等效力。</w:t>
      </w:r>
      <w:r>
        <w:rPr>
          <w:lang w:eastAsia="zh-CN"/>
        </w:rPr>
        <w:br/>
      </w:r>
      <w:r>
        <w:rPr>
          <w:lang w:eastAsia="zh-CN"/>
        </w:rPr>
        <w:t>　　第八条、本合同未尽事宜，双方可签订补充协议，经甲乙双方协商一致，在不违反国家及地方相关法律、法规的前提下，所签订的补充协议为本合同不可分割的部分，具备同等法律效力。</w:t>
      </w:r>
      <w:r>
        <w:rPr>
          <w:lang w:eastAsia="zh-CN"/>
        </w:rPr>
        <w:br/>
      </w:r>
      <w:r>
        <w:rPr>
          <w:lang w:eastAsia="zh-CN"/>
        </w:rPr>
        <w:t>　　第九条、本合同在履行中如发生争议，由受托方、委托方协商解决。协商不成的，双方可向合同签订地人民法院起诉。</w:t>
      </w:r>
      <w:r>
        <w:rPr>
          <w:lang w:eastAsia="zh-CN"/>
        </w:rPr>
        <w:br/>
      </w:r>
      <w:r>
        <w:rPr>
          <w:lang w:eastAsia="zh-CN"/>
        </w:rPr>
        <w:t>　　第十条、补充协议：</w:t>
      </w:r>
      <w:r>
        <w:rPr>
          <w:lang w:eastAsia="zh-CN"/>
        </w:rPr>
        <w:br/>
      </w:r>
      <w:r>
        <w:rPr>
          <w:lang w:eastAsia="zh-CN"/>
        </w:rPr>
        <w:t>　　甲方(公章)：_________　　　　　　　　乙方(公章)：_________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法定代表人(签字)：_________　　　　　法定代表人(签字)：_________</w:t>
      </w:r>
      <w:r>
        <w:rPr>
          <w:lang w:eastAsia="zh-CN"/>
        </w:rPr>
        <w:br/>
      </w:r>
      <w:r>
        <w:rPr>
          <w:lang w:eastAsia="zh-CN"/>
        </w:rPr>
        <w:t>　　_________年____月____日　　　　　　　_________年____月____日</w:t>
      </w:r>
      <w:r>
        <w:rPr>
          <w:lang w:eastAsia="zh-CN"/>
        </w:rPr>
        <w:br/>
      </w:r>
      <w:r>
        <w:rPr>
          <w:lang w:eastAsia="zh-CN"/>
        </w:rPr>
        <w:t xml:space="preserve">    2024银行贷款合同范本 篇2 </w:t>
      </w:r>
      <w:r>
        <w:rPr>
          <w:lang w:eastAsia="zh-CN"/>
        </w:rPr>
        <w:br/>
      </w:r>
      <w:r>
        <w:rPr>
          <w:lang w:eastAsia="zh-CN"/>
        </w:rPr>
        <w:t>　　贷款人：_________</w:t>
      </w:r>
      <w:r>
        <w:rPr>
          <w:lang w:eastAsia="zh-CN"/>
        </w:rPr>
        <w:br/>
      </w:r>
      <w:r>
        <w:rPr>
          <w:lang w:eastAsia="zh-CN"/>
        </w:rPr>
        <w:t>　　借款人：_______</w:t>
      </w:r>
      <w:r>
        <w:rPr>
          <w:lang w:eastAsia="zh-CN"/>
        </w:rPr>
        <w:br/>
      </w:r>
      <w:r>
        <w:rPr>
          <w:lang w:eastAsia="zh-CN"/>
        </w:rPr>
        <w:t>　　担保人：_______</w:t>
      </w:r>
      <w:r>
        <w:rPr>
          <w:lang w:eastAsia="zh-CN"/>
        </w:rPr>
        <w:br/>
      </w:r>
      <w:r>
        <w:rPr>
          <w:lang w:eastAsia="zh-CN"/>
        </w:rPr>
        <w:t>　　保证人：_______</w:t>
      </w:r>
      <w:r>
        <w:rPr>
          <w:lang w:eastAsia="zh-CN"/>
        </w:rPr>
        <w:br/>
      </w:r>
      <w:r>
        <w:rPr>
          <w:lang w:eastAsia="zh-CN"/>
        </w:rPr>
        <w:t>　　经贷款人、借款人、保证人三方充分协商，根据有关法律法规，签订本合同，双方共同遵守。</w:t>
      </w:r>
      <w:r>
        <w:rPr>
          <w:lang w:eastAsia="zh-CN"/>
        </w:rPr>
        <w:br/>
      </w:r>
      <w:r>
        <w:rPr>
          <w:lang w:eastAsia="zh-CN"/>
        </w:rPr>
        <w:t>　　一、贷款人同意向借款人发放以下贷款：</w:t>
      </w:r>
      <w:r>
        <w:rPr>
          <w:lang w:eastAsia="zh-CN"/>
        </w:rPr>
        <w:br/>
      </w:r>
      <w:r>
        <w:rPr>
          <w:lang w:eastAsia="zh-CN"/>
        </w:rPr>
        <w:t>　　（1）贷款类型_______；贷款用途为_______。</w:t>
      </w:r>
      <w:r>
        <w:rPr>
          <w:lang w:eastAsia="zh-CN"/>
        </w:rPr>
        <w:br/>
      </w:r>
      <w:r>
        <w:rPr>
          <w:lang w:eastAsia="zh-CN"/>
        </w:rPr>
        <w:t>　　（2）贷款金额_______（币种_______及金额大写_______）。</w:t>
      </w:r>
      <w:r>
        <w:rPr>
          <w:lang w:eastAsia="zh-CN"/>
        </w:rPr>
        <w:br/>
      </w:r>
      <w:r>
        <w:rPr>
          <w:lang w:eastAsia="zh-CN"/>
        </w:rPr>
        <w:t>　　（3）贷款期限：_______年_______月_______日至_______年_______月_______日。还款方式_______（分期还款的日期和金额为________。在_______）。</w:t>
      </w:r>
      <w:r>
        <w:rPr>
          <w:lang w:eastAsia="zh-CN"/>
        </w:rPr>
        <w:br/>
      </w:r>
      <w:r>
        <w:rPr>
          <w:lang w:eastAsia="zh-CN"/>
        </w:rPr>
        <w:t>　　（4）利率为每月_______‰，利息按_______计算（如遇国家利率调整或借款人未能按时向贷款人支付利息，按中国人民银行的有关规定执行）。</w:t>
      </w:r>
      <w:r>
        <w:rPr>
          <w:lang w:eastAsia="zh-CN"/>
        </w:rPr>
        <w:br/>
      </w:r>
      <w:r>
        <w:rPr>
          <w:lang w:eastAsia="zh-CN"/>
        </w:rPr>
        <w:t>　　二、保证人和借款人对债务承担连带责任。</w:t>
      </w:r>
      <w:r>
        <w:rPr>
          <w:lang w:eastAsia="zh-CN"/>
        </w:rPr>
        <w:br/>
      </w:r>
      <w:r>
        <w:rPr>
          <w:lang w:eastAsia="zh-CN"/>
        </w:rPr>
        <w:t>　　三、保证人的保证期间：从_______年_______月_______日至_______年_______月_______日。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四、担保人的担保范围包括主要债权、利息、违约金和贷款人债权的费用。</w:t>
      </w:r>
      <w:r>
        <w:rPr>
          <w:lang w:eastAsia="zh-CN"/>
        </w:rPr>
        <w:br/>
      </w:r>
      <w:r>
        <w:rPr>
          <w:lang w:eastAsia="zh-CN"/>
        </w:rPr>
        <w:t>　　五、借款人应在合同规定的期限内偿还贷款本息。逾期贷款在逾期期间按日利率_______计息。如发生延期还款，借款人必须在贷款到期前15天向贷款人提出延期申请，经贷款人同意后签订延期还款协议。延期协议签订后，保证人自愿继续承担保证责任。</w:t>
      </w:r>
      <w:r>
        <w:rPr>
          <w:lang w:eastAsia="zh-CN"/>
        </w:rPr>
        <w:br/>
      </w:r>
      <w:r>
        <w:rPr>
          <w:lang w:eastAsia="zh-CN"/>
        </w:rPr>
        <w:t>　　六、借款人应按合同规定的用途使用贷款，挪用贷款的利息按日利率计算</w:t>
      </w:r>
      <w:r>
        <w:rPr>
          <w:lang w:eastAsia="zh-CN"/>
        </w:rPr>
        <w:br/>
      </w:r>
      <w:r>
        <w:rPr>
          <w:lang w:eastAsia="zh-CN"/>
        </w:rPr>
        <w:t>　　七、借款人承诺：</w:t>
      </w:r>
      <w:r>
        <w:rPr>
          <w:lang w:eastAsia="zh-CN"/>
        </w:rPr>
        <w:br/>
      </w:r>
      <w:r>
        <w:rPr>
          <w:lang w:eastAsia="zh-CN"/>
        </w:rPr>
        <w:t>　　（1）向贷款人提供真实的资产负债表、损益表、所有银行账户、账号、存款余额等信息。</w:t>
      </w:r>
      <w:r>
        <w:rPr>
          <w:lang w:eastAsia="zh-CN"/>
        </w:rPr>
        <w:br/>
      </w:r>
      <w:r>
        <w:rPr>
          <w:lang w:eastAsia="zh-CN"/>
        </w:rPr>
        <w:t>　　（2）接受贷款人对其信贷资金使用及相关生产经营和财务活动的监督。</w:t>
      </w:r>
      <w:r>
        <w:rPr>
          <w:lang w:eastAsia="zh-CN"/>
        </w:rPr>
        <w:br/>
      </w:r>
      <w:r>
        <w:rPr>
          <w:lang w:eastAsia="zh-CN"/>
        </w:rPr>
        <w:t>　　（3）按合同规定的用途使用贷款，并按期偿还贷款本息。</w:t>
      </w:r>
      <w:r>
        <w:rPr>
          <w:lang w:eastAsia="zh-CN"/>
        </w:rPr>
        <w:br/>
      </w:r>
      <w:r>
        <w:rPr>
          <w:lang w:eastAsia="zh-CN"/>
        </w:rPr>
        <w:t>　　（4）用企业资产担保他人债务时，应提前通知贷款人，不影响贷款人到期收回贷款。</w:t>
      </w:r>
      <w:r>
        <w:rPr>
          <w:lang w:eastAsia="zh-CN"/>
        </w:rPr>
        <w:br/>
      </w:r>
      <w:r>
        <w:rPr>
          <w:lang w:eastAsia="zh-CN"/>
        </w:rPr>
        <w:t>　　（5）借款人法定代表人变更住所或营业场所，减少注册资本时，应提前通知贷款人。</w:t>
      </w:r>
      <w:r>
        <w:rPr>
          <w:lang w:eastAsia="zh-CN"/>
        </w:rPr>
        <w:br/>
      </w:r>
      <w:r>
        <w:rPr>
          <w:lang w:eastAsia="zh-CN"/>
        </w:rPr>
        <w:t>　　（6）借款人因承包、租赁、合资、股份制改造、分立、合并（兼并）、对外投资等原因改变经营方式或产权组织形式时，应提前通知贷款人，落实债务及还款措施。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借款人违反本条任何内容的`，贷款人有权提前收回贷款、停止发放借款人未使用的贷款或采取其他信用制裁措施。</w:t>
      </w:r>
      <w:r>
        <w:rPr>
          <w:lang w:eastAsia="zh-CN"/>
        </w:rPr>
        <w:br/>
      </w:r>
      <w:r>
        <w:rPr>
          <w:lang w:eastAsia="zh-CN"/>
        </w:rPr>
        <w:t>　　八、当贷款到期，借款人有能力以资金形式偿还贷款本息时，应先归还账户资金，不能归还或不足归还的部分，由贷款人和出质人协议折价质押或拍卖或优先出售质押物。赔偿仍不足的，贷款人有权继续向借款人追偿。</w:t>
      </w:r>
      <w:r>
        <w:rPr>
          <w:lang w:eastAsia="zh-CN"/>
        </w:rPr>
        <w:br/>
      </w:r>
      <w:r>
        <w:rPr>
          <w:lang w:eastAsia="zh-CN"/>
        </w:rPr>
        <w:t>　　九、贷款人按照合同约定提前收回贷款本息，有权按照第六条的规定折价质押或拍卖或变卖质押物。</w:t>
      </w:r>
      <w:r>
        <w:rPr>
          <w:lang w:eastAsia="zh-CN"/>
        </w:rPr>
        <w:br/>
      </w:r>
      <w:r>
        <w:rPr>
          <w:lang w:eastAsia="zh-CN"/>
        </w:rPr>
        <w:t>　　十、出质人违反本合同第二条的，应向贷款人支付相当于质押物评估价值_%的违约金，并赔偿贷款人由此造成的损失。</w:t>
      </w:r>
      <w:r>
        <w:rPr>
          <w:lang w:eastAsia="zh-CN"/>
        </w:rPr>
        <w:br/>
      </w:r>
      <w:r>
        <w:rPr>
          <w:lang w:eastAsia="zh-CN"/>
        </w:rPr>
        <w:t>　　十一、贷款人按照本合同规定提前收回或收回贷款本息，可直接从借款人账户中扣除，必要时，可要求其他金融机构扣除。</w:t>
      </w:r>
      <w:r>
        <w:rPr>
          <w:lang w:eastAsia="zh-CN"/>
        </w:rPr>
        <w:br/>
      </w:r>
      <w:r>
        <w:rPr>
          <w:lang w:eastAsia="zh-CN"/>
        </w:rPr>
        <w:t>　　十二、质押品的保险、鉴定、运输、保管和登记费用由借款人承担。</w:t>
      </w:r>
      <w:r>
        <w:rPr>
          <w:lang w:eastAsia="zh-CN"/>
        </w:rPr>
        <w:br/>
      </w:r>
      <w:r>
        <w:rPr>
          <w:lang w:eastAsia="zh-CN"/>
        </w:rPr>
        <w:t>　　十三、因本合同发生的争议，由贷款人所在地人民法院管辖。</w:t>
      </w:r>
      <w:r>
        <w:rPr>
          <w:lang w:eastAsia="zh-CN"/>
        </w:rPr>
        <w:br/>
      </w:r>
      <w:r>
        <w:rPr>
          <w:lang w:eastAsia="zh-CN"/>
        </w:rPr>
        <w:t>　　十四、本合同一式份，贷款人、贷款人、出质人各执一份。本合同自各方依法签字并设定质押之日起生效。</w:t>
      </w:r>
      <w:r>
        <w:rPr>
          <w:lang w:eastAsia="zh-CN"/>
        </w:rPr>
        <w:br/>
      </w:r>
      <w:r>
        <w:rPr>
          <w:lang w:eastAsia="zh-CN"/>
        </w:rPr>
        <w:t>　　借款人：_______</w:t>
      </w:r>
      <w:r>
        <w:rPr>
          <w:lang w:eastAsia="zh-CN"/>
        </w:rPr>
        <w:br/>
      </w:r>
      <w:r>
        <w:rPr>
          <w:lang w:eastAsia="zh-CN"/>
        </w:rPr>
        <w:t>　　担保人：_______</w:t>
      </w:r>
      <w:r>
        <w:rPr>
          <w:lang w:eastAsia="zh-CN"/>
        </w:rPr>
        <w:br/>
      </w:r>
      <w:r>
        <w:rPr>
          <w:lang w:eastAsia="zh-CN"/>
        </w:rPr>
        <w:t>　　保证人：_______</w:t>
      </w:r>
      <w:r>
        <w:rPr>
          <w:lang w:eastAsia="zh-CN"/>
        </w:rPr>
        <w:br/>
      </w:r>
      <w:r>
        <w:rPr>
          <w:lang w:eastAsia="zh-CN"/>
        </w:rPr>
        <w:t>　　签署日期：___年___月___日</w:t>
      </w:r>
      <w:r>
        <w:rPr>
          <w:lang w:eastAsia="zh-CN"/>
        </w:rPr>
        <w:br/>
      </w:r>
      <w:r>
        <w:rPr>
          <w:lang w:eastAsia="zh-CN"/>
        </w:rPr>
        <w:t xml:space="preserve">    2024银行贷款合同范本 篇3 </w:t>
      </w:r>
      <w:r>
        <w:rPr>
          <w:lang w:eastAsia="zh-CN"/>
        </w:rPr>
        <w:br/>
      </w:r>
      <w:r>
        <w:rPr>
          <w:lang w:eastAsia="zh-CN"/>
        </w:rPr>
        <w:t>　　申请贷款单位：_____________（以下简称甲方）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_______________________银行（以下简称乙方）</w:t>
      </w:r>
      <w:r>
        <w:rPr>
          <w:lang w:eastAsia="zh-CN"/>
        </w:rPr>
        <w:br/>
      </w:r>
      <w:r>
        <w:rPr>
          <w:lang w:eastAsia="zh-CN"/>
        </w:rPr>
        <w:t>　　甲方为承包_________国（地区）_________工程项目所需人民币周转资金，经乙方审查，同意在建设银行总行_________号文件核定的贷款指标范围对内发放贷款.双方除遵守《中国人民建设银行关于中央级对外承包工程公司贷款办法》（以下简称《贷款办法》）的规定外，协商同意下列各项内容，签订本合同，共同遵守。</w:t>
      </w:r>
      <w:r>
        <w:rPr>
          <w:lang w:eastAsia="zh-CN"/>
        </w:rPr>
        <w:br/>
      </w:r>
      <w:r>
        <w:rPr>
          <w:lang w:eastAsia="zh-CN"/>
        </w:rPr>
        <w:t>　　一、乙方同意根据批准的贷款申请书，贷给甲方人民币（大写）_________元。</w:t>
      </w:r>
      <w:r>
        <w:rPr>
          <w:lang w:eastAsia="zh-CN"/>
        </w:rPr>
        <w:br/>
      </w:r>
      <w:r>
        <w:rPr>
          <w:lang w:eastAsia="zh-CN"/>
        </w:rPr>
        <w:t>　　二、乙方凭甲方提送的详细用款计划和具体用途清单，作为付款时审核依据，并作为本合同的附件。</w:t>
      </w:r>
      <w:r>
        <w:rPr>
          <w:lang w:eastAsia="zh-CN"/>
        </w:rPr>
        <w:br/>
      </w:r>
      <w:r>
        <w:rPr>
          <w:lang w:eastAsia="zh-CN"/>
        </w:rPr>
        <w:t>　　三、乙方提供的贷款，期限_________年_________个月。甲方保证从签订合同之日起至_________年_________月_________日止，还清全部本息。并附分次还款具体计划做为本合同的附件（略）。</w:t>
      </w:r>
      <w:r>
        <w:rPr>
          <w:lang w:eastAsia="zh-CN"/>
        </w:rPr>
        <w:br/>
      </w:r>
      <w:r>
        <w:rPr>
          <w:lang w:eastAsia="zh-CN"/>
        </w:rPr>
        <w:t>　　四、贷款利息在合同规定还款期内，按年息百分之_________计算。超过还款期限，逾期部分加收百分之二十利息。贷款被挪作其他用途的，挪用部分加收百分之五十利息。贷款利息每季计收一次。</w:t>
      </w:r>
      <w:r>
        <w:rPr>
          <w:lang w:eastAsia="zh-CN"/>
        </w:rPr>
        <w:br/>
      </w:r>
      <w:r>
        <w:rPr>
          <w:lang w:eastAsia="zh-CN"/>
        </w:rPr>
        <w:t>　　五、乙方提供贷款的项目，如果甲方中止对外施工合同，应即通知乙方并还清贷款本息。</w:t>
      </w:r>
      <w:r>
        <w:rPr>
          <w:lang w:eastAsia="zh-CN"/>
        </w:rPr>
        <w:br/>
      </w:r>
      <w:r>
        <w:rPr>
          <w:lang w:eastAsia="zh-CN"/>
        </w:rPr>
        <w:t>　　六、甲方应按期归还贷款。到期不能如数归还时，应由甲方的担保单位负责从_________（单位）_________资金中清偿。</w:t>
      </w:r>
      <w:r>
        <w:rPr>
          <w:lang w:eastAsia="zh-CN"/>
        </w:rPr>
        <w:br/>
      </w:r>
      <w:r>
        <w:rPr>
          <w:lang w:eastAsia="zh-CN"/>
        </w:rPr>
        <w:t>　　七、本合同经甲乙双方和甲方担保单位三方签章后生效，至全部贷款本息还清后失效。合同一式三份，上述三方各执一份。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甲方（签章）：</w:t>
      </w:r>
      <w:r>
        <w:rPr>
          <w:lang w:eastAsia="zh-CN"/>
        </w:rPr>
        <w:br/>
      </w:r>
      <w:r>
        <w:rPr>
          <w:lang w:eastAsia="zh-CN"/>
        </w:rPr>
        <w:t>　　乙方（签章） ：</w:t>
      </w:r>
      <w:r>
        <w:rPr>
          <w:lang w:eastAsia="zh-CN"/>
        </w:rPr>
        <w:br/>
      </w:r>
      <w:r>
        <w:rPr>
          <w:lang w:eastAsia="zh-CN"/>
        </w:rPr>
        <w:t>　　日期：</w:t>
      </w:r>
      <w:r>
        <w:rPr>
          <w:lang w:eastAsia="zh-CN"/>
        </w:rPr>
        <w:br/>
      </w:r>
      <w:r>
        <w:rPr>
          <w:lang w:eastAsia="zh-CN"/>
        </w:rPr>
        <w:t>　　签订地点：</w:t>
      </w:r>
      <w:r>
        <w:rPr>
          <w:lang w:eastAsia="zh-CN"/>
        </w:rPr>
        <w:br/>
      </w:r>
      <w:r>
        <w:rPr>
          <w:lang w:eastAsia="zh-CN"/>
        </w:rPr>
        <w:t xml:space="preserve">    2024银行贷款合同范本 篇4 </w:t>
      </w:r>
      <w:r>
        <w:rPr>
          <w:lang w:eastAsia="zh-CN"/>
        </w:rPr>
        <w:br/>
      </w:r>
      <w:r>
        <w:rPr>
          <w:lang w:eastAsia="zh-CN"/>
        </w:rPr>
        <w:t>　　承接方（乙方）</w:t>
      </w:r>
      <w:r>
        <w:rPr>
          <w:lang w:eastAsia="zh-CN"/>
        </w:rPr>
        <w:br/>
      </w:r>
      <w:r>
        <w:rPr>
          <w:lang w:eastAsia="zh-CN"/>
        </w:rPr>
        <w:t>　　发包方（甲方）</w:t>
      </w:r>
      <w:r>
        <w:rPr>
          <w:lang w:eastAsia="zh-CN"/>
        </w:rPr>
        <w:br/>
      </w:r>
      <w:r>
        <w:rPr>
          <w:lang w:eastAsia="zh-CN"/>
        </w:rPr>
        <w:t>　　工程项目：</w:t>
      </w:r>
      <w:r>
        <w:rPr>
          <w:lang w:eastAsia="zh-CN"/>
        </w:rPr>
        <w:br/>
      </w:r>
      <w:r>
        <w:rPr>
          <w:lang w:eastAsia="zh-CN"/>
        </w:rPr>
        <w:t>　　甲、乙双方经友好洽谈和协商，甲方决定委托乙方进行居室装潢。为保证工程顺利进行，根据国家有关法律规定，特签订本合同，以便共同遵守。</w:t>
      </w:r>
      <w:r>
        <w:rPr>
          <w:lang w:eastAsia="zh-CN"/>
        </w:rPr>
        <w:br/>
      </w:r>
      <w:r>
        <w:rPr>
          <w:lang w:eastAsia="zh-CN"/>
        </w:rPr>
        <w:t>　　第一条：工程概况</w:t>
      </w:r>
      <w:r>
        <w:rPr>
          <w:lang w:eastAsia="zh-CN"/>
        </w:rPr>
        <w:br/>
      </w:r>
      <w:r>
        <w:rPr>
          <w:lang w:eastAsia="zh-CN"/>
        </w:rPr>
        <w:t>　　1、工程地址：</w:t>
      </w:r>
      <w:r>
        <w:rPr>
          <w:lang w:eastAsia="zh-CN"/>
        </w:rPr>
        <w:br/>
      </w:r>
      <w:r>
        <w:rPr>
          <w:lang w:eastAsia="zh-CN"/>
        </w:rPr>
        <w:t>　　2、居室规格：房型层（式）室厅</w:t>
      </w:r>
      <w:r>
        <w:rPr>
          <w:lang w:eastAsia="zh-CN"/>
        </w:rPr>
        <w:br/>
      </w:r>
      <w:r>
        <w:rPr>
          <w:lang w:eastAsia="zh-CN"/>
        </w:rPr>
        <w:t>　　厨卫，总计施工面积平方米。</w:t>
      </w:r>
      <w:r>
        <w:rPr>
          <w:lang w:eastAsia="zh-CN"/>
        </w:rPr>
        <w:br/>
      </w:r>
      <w:r>
        <w:rPr>
          <w:lang w:eastAsia="zh-CN"/>
        </w:rPr>
        <w:t>　　3、施工内容：详见本合同附件（一）《家庭装潢施工内容单》和施工图。</w:t>
      </w:r>
      <w:r>
        <w:rPr>
          <w:lang w:eastAsia="zh-CN"/>
        </w:rPr>
        <w:br/>
      </w:r>
      <w:r>
        <w:rPr>
          <w:lang w:eastAsia="zh-CN"/>
        </w:rPr>
        <w:t>　　4、委托方式：</w:t>
      </w:r>
      <w:r>
        <w:rPr>
          <w:lang w:eastAsia="zh-CN"/>
        </w:rPr>
        <w:br/>
      </w:r>
      <w:r>
        <w:rPr>
          <w:lang w:eastAsia="zh-CN"/>
        </w:rPr>
        <w:t>　　5、工程开工日期：年月日</w:t>
      </w:r>
      <w:r>
        <w:rPr>
          <w:lang w:eastAsia="zh-CN"/>
        </w:rPr>
        <w:br/>
      </w:r>
      <w:r>
        <w:rPr>
          <w:lang w:eastAsia="zh-CN"/>
        </w:rPr>
        <w:t>　　6、工程竣工日期：年月日</w:t>
      </w:r>
      <w:r>
        <w:rPr>
          <w:lang w:eastAsia="zh-CN"/>
        </w:rPr>
        <w:br/>
      </w:r>
      <w:r>
        <w:rPr>
          <w:lang w:eastAsia="zh-CN"/>
        </w:rPr>
        <w:t>　　工程总天数：天</w:t>
      </w:r>
      <w:r>
        <w:rPr>
          <w:lang w:eastAsia="zh-CN"/>
        </w:rPr>
        <w:br/>
      </w:r>
      <w:r>
        <w:rPr>
          <w:lang w:eastAsia="zh-CN"/>
        </w:rPr>
        <w:t>　　第二条：工程价款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工程价款（金额大写）元，详见本合同附件（二）《家庭装潢工程材料预算表》。</w:t>
      </w:r>
      <w:r>
        <w:rPr>
          <w:lang w:eastAsia="zh-CN"/>
        </w:rPr>
        <w:br/>
      </w:r>
      <w:r>
        <w:rPr>
          <w:lang w:eastAsia="zh-CN"/>
        </w:rPr>
        <w:t>　　1、材料款元；</w:t>
      </w:r>
      <w:r>
        <w:rPr>
          <w:lang w:eastAsia="zh-CN"/>
        </w:rPr>
        <w:br/>
      </w:r>
      <w:r>
        <w:rPr>
          <w:lang w:eastAsia="zh-CN"/>
        </w:rPr>
        <w:t>　　2、人工费元；</w:t>
      </w:r>
      <w:r>
        <w:rPr>
          <w:lang w:eastAsia="zh-CN"/>
        </w:rPr>
        <w:br/>
      </w:r>
      <w:r>
        <w:rPr>
          <w:lang w:eastAsia="zh-CN"/>
        </w:rPr>
        <w:t>　　3、设计费元；</w:t>
      </w:r>
      <w:r>
        <w:rPr>
          <w:lang w:eastAsia="zh-CN"/>
        </w:rPr>
        <w:br/>
      </w:r>
      <w:r>
        <w:rPr>
          <w:lang w:eastAsia="zh-CN"/>
        </w:rPr>
        <w:t>　　4、施工清运费元；</w:t>
      </w:r>
      <w:r>
        <w:rPr>
          <w:lang w:eastAsia="zh-CN"/>
        </w:rPr>
        <w:br/>
      </w:r>
      <w:r>
        <w:rPr>
          <w:lang w:eastAsia="zh-CN"/>
        </w:rPr>
        <w:t>　　5、搬卸费元；</w:t>
      </w:r>
      <w:r>
        <w:rPr>
          <w:lang w:eastAsia="zh-CN"/>
        </w:rPr>
        <w:br/>
      </w:r>
      <w:r>
        <w:rPr>
          <w:lang w:eastAsia="zh-CN"/>
        </w:rPr>
        <w:t>　　6、管理费元；</w:t>
      </w:r>
      <w:r>
        <w:rPr>
          <w:lang w:eastAsia="zh-CN"/>
        </w:rPr>
        <w:br/>
      </w:r>
      <w:r>
        <w:rPr>
          <w:lang w:eastAsia="zh-CN"/>
        </w:rPr>
        <w:t>　　7、其他费用（注明内容）____元。</w:t>
      </w:r>
      <w:r>
        <w:rPr>
          <w:lang w:eastAsia="zh-CN"/>
        </w:rPr>
        <w:br/>
      </w:r>
      <w:r>
        <w:rPr>
          <w:lang w:eastAsia="zh-CN"/>
        </w:rPr>
        <w:t>　　第三条：质量要求</w:t>
      </w:r>
      <w:r>
        <w:rPr>
          <w:lang w:eastAsia="zh-CN"/>
        </w:rPr>
        <w:br/>
      </w:r>
      <w:r>
        <w:rPr>
          <w:lang w:eastAsia="zh-CN"/>
        </w:rPr>
        <w:t>　　1、工程使用主要材料的品种、规格、名称，经双方认可。</w:t>
      </w:r>
      <w:r>
        <w:rPr>
          <w:lang w:eastAsia="zh-CN"/>
        </w:rPr>
        <w:br/>
      </w:r>
      <w:r>
        <w:rPr>
          <w:lang w:eastAsia="zh-CN"/>
        </w:rPr>
        <w:t>　　2、工程验收标准，双方同意参照国家的相关规定执行。</w:t>
      </w:r>
      <w:r>
        <w:rPr>
          <w:lang w:eastAsia="zh-CN"/>
        </w:rPr>
        <w:br/>
      </w:r>
      <w:r>
        <w:rPr>
          <w:lang w:eastAsia="zh-CN"/>
        </w:rPr>
        <w:t>　　3、施工中，甲方如有特殊施工项目或特殊质量要求，双方应确认，增加的费用，应另签订补充合同。</w:t>
      </w:r>
      <w:r>
        <w:rPr>
          <w:lang w:eastAsia="zh-CN"/>
        </w:rPr>
        <w:br/>
      </w:r>
      <w:r>
        <w:rPr>
          <w:lang w:eastAsia="zh-CN"/>
        </w:rPr>
        <w:t>　　4、凡由甲方自行采购的材料、设备，产品质量由甲方自负；施工质量由乙方负责。</w:t>
      </w:r>
      <w:r>
        <w:rPr>
          <w:lang w:eastAsia="zh-CN"/>
        </w:rPr>
        <w:br/>
      </w:r>
      <w:r>
        <w:rPr>
          <w:lang w:eastAsia="zh-CN"/>
        </w:rPr>
        <w:t>　　5、甲方如自聘工程监理，须在工程开工前通知乙方，以便于工作衔接。</w:t>
      </w:r>
      <w:r>
        <w:rPr>
          <w:lang w:eastAsia="zh-CN"/>
        </w:rPr>
        <w:br/>
      </w:r>
      <w:r>
        <w:rPr>
          <w:lang w:eastAsia="zh-CN"/>
        </w:rPr>
        <w:t>　　6、款项划入名称；账号</w:t>
      </w:r>
      <w:r>
        <w:rPr>
          <w:lang w:eastAsia="zh-CN"/>
        </w:rPr>
        <w:br/>
      </w:r>
      <w:r>
        <w:rPr>
          <w:lang w:eastAsia="zh-CN"/>
        </w:rPr>
        <w:t>　　第四条：材料供应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乙方须严格按照国家有关价格条例规定，对本合同中所用此材料一律实行明码标价。甲方所提供的材料均应用于本合同规定的装潢工程，非经甲方同意，不得挪作他用。乙方如挪作他用，应按挪用材料的双倍价款补偿给甲方。</w:t>
      </w:r>
      <w:r>
        <w:rPr>
          <w:lang w:eastAsia="zh-CN"/>
        </w:rPr>
        <w:br/>
      </w:r>
      <w:r>
        <w:rPr>
          <w:lang w:eastAsia="zh-CN"/>
        </w:rPr>
        <w:t>　　2、乙方提供的材料、设备如不符合质量要求，或规格有差异，应禁止使用。如已使用，对工程造成的损失均有乙方负责。</w:t>
      </w:r>
      <w:r>
        <w:rPr>
          <w:lang w:eastAsia="zh-CN"/>
        </w:rPr>
        <w:br/>
      </w:r>
      <w:r>
        <w:rPr>
          <w:lang w:eastAsia="zh-CN"/>
        </w:rPr>
        <w:t>　　3、甲方负责采购供应的材料、设备，应该是符合设计要求的合格产品，并应按时供应到场。如延期到达，施工期顺延，并按延误工期处罚。按甲方提供的材料合计金额的10%作为管理费支付给乙方。材料经乙方验收后，由乙方负责保管，由于保管不当而造成损失，由乙方负责赔偿。</w:t>
      </w:r>
      <w:r>
        <w:rPr>
          <w:lang w:eastAsia="zh-CN"/>
        </w:rPr>
        <w:br/>
      </w:r>
      <w:r>
        <w:rPr>
          <w:lang w:eastAsia="zh-CN"/>
        </w:rPr>
        <w:t>　　第五条：付款方式</w:t>
      </w:r>
      <w:r>
        <w:rPr>
          <w:lang w:eastAsia="zh-CN"/>
        </w:rPr>
        <w:br/>
      </w:r>
      <w:r>
        <w:rPr>
          <w:lang w:eastAsia="zh-CN"/>
        </w:rPr>
        <w:t>　　1、合同已经签订，甲方即应付100%工程材料款和施工工费的50%；当工期进度过半（____年____月____日），甲方即第二次付施工费的40%、剩余10%尾款待甲方对工程竣工验收后结算。（注：施工工费包括人工费）</w:t>
      </w:r>
      <w:r>
        <w:rPr>
          <w:lang w:eastAsia="zh-CN"/>
        </w:rPr>
        <w:br/>
      </w:r>
      <w:r>
        <w:rPr>
          <w:lang w:eastAsia="zh-CN"/>
        </w:rPr>
        <w:t>　　甲方在应付款日期不付款是违法行为，乙方有权停止施工。验收合格未结清工程价款时，不得交付使用。</w:t>
      </w:r>
      <w:r>
        <w:rPr>
          <w:lang w:eastAsia="zh-CN"/>
        </w:rPr>
        <w:br/>
      </w:r>
      <w:r>
        <w:rPr>
          <w:lang w:eastAsia="zh-CN"/>
        </w:rPr>
        <w:t>　　1、工程施工中如有项目增减或需要变动，双方应签订补充合同，并由乙方负责开具施工变更令，通知施工工地负责人。增减项目的价款，当场结清。</w:t>
      </w:r>
      <w:r>
        <w:rPr>
          <w:lang w:eastAsia="zh-CN"/>
        </w:rPr>
        <w:br/>
      </w:r>
      <w:r>
        <w:rPr>
          <w:lang w:eastAsia="zh-CN"/>
        </w:rPr>
        <w:t>　　2、甲方未按本合同规定期限预付工程价款的，每逾期一天按未付工程价款额的1%支付给乙方。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3、甲方在居室装潢中，如向银行按揭，须将按揭的凭证及相关文件（复印件）交给乙方。</w:t>
      </w:r>
      <w:r>
        <w:rPr>
          <w:lang w:eastAsia="zh-CN"/>
        </w:rPr>
        <w:br/>
      </w:r>
      <w:r>
        <w:rPr>
          <w:lang w:eastAsia="zh-CN"/>
        </w:rPr>
        <w:t>　　第六条：工程工期</w:t>
      </w:r>
      <w:r>
        <w:rPr>
          <w:lang w:eastAsia="zh-CN"/>
        </w:rPr>
        <w:br/>
      </w:r>
      <w:r>
        <w:rPr>
          <w:lang w:eastAsia="zh-CN"/>
        </w:rPr>
        <w:t>　　1、如果因乙方原因而延迟完工，每日按工费的1%作为违约金罚款支付给甲方，直至工费扣完为止。如果因甲方原因而延迟完工，每延迟一日，以装潢工程价款中人工费的1%作为误工费支付给乙方元。</w:t>
      </w:r>
      <w:r>
        <w:rPr>
          <w:lang w:eastAsia="zh-CN"/>
        </w:rPr>
        <w:br/>
      </w:r>
      <w:r>
        <w:rPr>
          <w:lang w:eastAsia="zh-CN"/>
        </w:rPr>
        <w:t>　　2、由甲方自行挑选的材料、设备，因质量不合格而影响工程质量和工期，其返工费由甲方承担，由于乙方施工原因造成质量事故，其返工费用由乙方承担，工期不变。</w:t>
      </w:r>
      <w:r>
        <w:rPr>
          <w:lang w:eastAsia="zh-CN"/>
        </w:rPr>
        <w:br/>
      </w:r>
      <w:r>
        <w:rPr>
          <w:lang w:eastAsia="zh-CN"/>
        </w:rPr>
        <w:t>　　3、在施工中，因工程质量问题、双方意见不一而造成停工，均不按误工或延迟工期论处，双方应主动要求有关部门调解或仲裁部门协调、处理，尽快解决纠纷，以继续施工。</w:t>
      </w:r>
      <w:r>
        <w:rPr>
          <w:lang w:eastAsia="zh-CN"/>
        </w:rPr>
        <w:br/>
      </w:r>
      <w:r>
        <w:rPr>
          <w:lang w:eastAsia="zh-CN"/>
        </w:rPr>
        <w:t>　　4、施工中如果因甲方原因要求重新返工的，或因甲方更改施工内容而延误工期的，均需签证，甲方须承担全部施工费用，如因乙方的`原因造成返工，由乙方承担责任，工期不变。</w:t>
      </w:r>
      <w:r>
        <w:rPr>
          <w:lang w:eastAsia="zh-CN"/>
        </w:rPr>
        <w:br/>
      </w:r>
      <w:r>
        <w:rPr>
          <w:lang w:eastAsia="zh-CN"/>
        </w:rPr>
        <w:t>　　5、施工中，甲方未经乙方同意，私自通知施工人员擅自更改施工内容所引起的质量问题和延误工期，甲方自负责任。</w:t>
      </w:r>
      <w:r>
        <w:rPr>
          <w:lang w:eastAsia="zh-CN"/>
        </w:rPr>
        <w:br/>
      </w:r>
      <w:r>
        <w:rPr>
          <w:lang w:eastAsia="zh-CN"/>
        </w:rPr>
        <w:t>　　第七条：工程验收</w:t>
      </w:r>
      <w:r>
        <w:rPr>
          <w:lang w:eastAsia="zh-CN"/>
        </w:rPr>
        <w:br/>
      </w:r>
      <w:r>
        <w:rPr>
          <w:lang w:eastAsia="zh-CN"/>
        </w:rPr>
        <w:t>　　1、工程质量验收，除隐蔽工程需分段验收外，待工程全部结束后，乙方组织甲方进行竣工验收。双方办理工程结算和移交手续。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2、乙方通知甲方进行工序验收及竣工验收后，甲方应在三天内前来验收，逾期视为甲方自动放弃权利并视为验收合格，如如有问题，甲方自负责任。甲方自行搬进入住，视为验收合格。</w:t>
      </w:r>
      <w:r>
        <w:rPr>
          <w:lang w:eastAsia="zh-CN"/>
        </w:rPr>
        <w:br/>
      </w:r>
      <w:r>
        <w:rPr>
          <w:lang w:eastAsia="zh-CN"/>
        </w:rPr>
        <w:t>　　3、甲方如不能在乙方指定时限内前来验收，应及时通知乙方，另定日期。但甲方应承认工序或工程的竣工日期，并承担乙方的看管费和相关费用。</w:t>
      </w:r>
      <w:r>
        <w:rPr>
          <w:lang w:eastAsia="zh-CN"/>
        </w:rPr>
        <w:br/>
      </w:r>
      <w:r>
        <w:rPr>
          <w:lang w:eastAsia="zh-CN"/>
        </w:rPr>
        <w:t>　　第八条：其他事项</w:t>
      </w:r>
      <w:r>
        <w:rPr>
          <w:lang w:eastAsia="zh-CN"/>
        </w:rPr>
        <w:br/>
      </w:r>
      <w:r>
        <w:rPr>
          <w:lang w:eastAsia="zh-CN"/>
        </w:rPr>
        <w:t>　　1、甲方责任</w:t>
      </w:r>
      <w:r>
        <w:rPr>
          <w:lang w:eastAsia="zh-CN"/>
        </w:rPr>
        <w:br/>
      </w:r>
      <w:r>
        <w:rPr>
          <w:lang w:eastAsia="zh-CN"/>
        </w:rPr>
        <w:t>　　（1）必须提供经物业管理部门认可的房屋平面图及水、电、气线路图，或由甲方提供房屋平面图及水、电、气线路图，并向乙方进行现场交底。</w:t>
      </w:r>
      <w:r>
        <w:rPr>
          <w:lang w:eastAsia="zh-CN"/>
        </w:rPr>
        <w:br/>
      </w:r>
      <w:r>
        <w:rPr>
          <w:lang w:eastAsia="zh-CN"/>
        </w:rPr>
        <w:t>　　（2）二次装饰工程，应全部腾空或部分腾空房屋，清除影响施工的障碍物。对只能部分腾空的房屋中所滞留的家具、陈设物等，须采取必要的保护措施，均需与乙方办理手续和承担费用。</w:t>
      </w:r>
      <w:r>
        <w:rPr>
          <w:lang w:eastAsia="zh-CN"/>
        </w:rPr>
        <w:br/>
      </w:r>
      <w:r>
        <w:rPr>
          <w:lang w:eastAsia="zh-CN"/>
        </w:rPr>
        <w:t>　　（3）如确实需要拆、改原建筑物结构或设备、管线，应向所在地房管部门办理手续，并承担有关费用。施工中如需临时使用公用部位，应向邻里打好招呼。</w:t>
      </w:r>
      <w:r>
        <w:rPr>
          <w:lang w:eastAsia="zh-CN"/>
        </w:rPr>
        <w:br/>
      </w:r>
      <w:r>
        <w:rPr>
          <w:lang w:eastAsia="zh-CN"/>
        </w:rPr>
        <w:t>　　2、乙方责任</w:t>
      </w:r>
      <w:r>
        <w:rPr>
          <w:lang w:eastAsia="zh-CN"/>
        </w:rPr>
        <w:br/>
      </w:r>
      <w:r>
        <w:rPr>
          <w:lang w:eastAsia="zh-CN"/>
        </w:rPr>
        <w:t>　　（1）应主动出示企业营业执照、会员证书或施工资质；经办业务员必需有法人代表的委托证书。</w:t>
      </w:r>
      <w:r>
        <w:rPr>
          <w:lang w:eastAsia="zh-CN"/>
        </w:rPr>
        <w:br/>
      </w:r>
      <w:r>
        <w:rPr>
          <w:lang w:eastAsia="zh-CN"/>
        </w:rPr>
        <w:t>　　（2）指派一名工作人员为乙方工地代表，负责合同履行，并按合同要求组织施工，保质保量地按期完成施工任务。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（3）负责施工现场的安全，严防火灾、佩证上岗、文明施工，并防止因施工造成的管道堵塞、渗漏水、停电、物品损坏等事故发生而影响他人。万一发生，必需尽快负责修复或赔偿。</w:t>
      </w:r>
      <w:r>
        <w:rPr>
          <w:lang w:eastAsia="zh-CN"/>
        </w:rPr>
        <w:br/>
      </w:r>
      <w:r>
        <w:rPr>
          <w:lang w:eastAsia="zh-CN"/>
        </w:rPr>
        <w:t>　　（4）严格履行合同，实行信誉工期，如果因延迟完工，如脱料、窝工或借故诱使甲方垫资，举查后均按违约论处。</w:t>
      </w:r>
      <w:r>
        <w:rPr>
          <w:lang w:eastAsia="zh-CN"/>
        </w:rPr>
        <w:br/>
      </w:r>
      <w:r>
        <w:rPr>
          <w:lang w:eastAsia="zh-CN"/>
        </w:rPr>
        <w:t>　　（5）在装潢施工范围内承担保修责任，保修期自工程竣工甲方验收入合格之日算起，为12个月。</w:t>
      </w:r>
      <w:r>
        <w:rPr>
          <w:lang w:eastAsia="zh-CN"/>
        </w:rPr>
        <w:br/>
      </w:r>
      <w:r>
        <w:rPr>
          <w:lang w:eastAsia="zh-CN"/>
        </w:rPr>
        <w:t>　　第九条：违约责任</w:t>
      </w:r>
      <w:r>
        <w:rPr>
          <w:lang w:eastAsia="zh-CN"/>
        </w:rPr>
        <w:br/>
      </w:r>
      <w:r>
        <w:rPr>
          <w:lang w:eastAsia="zh-CN"/>
        </w:rPr>
        <w:t>　　合同生效后，在合同履行期间，擅自解除合同方，应按合同总金额的5%作为违约金付给对方。因擅自解除合同，使对方造成的实际损失超过违约金的，应进行补偿。</w:t>
      </w:r>
      <w:r>
        <w:rPr>
          <w:lang w:eastAsia="zh-CN"/>
        </w:rPr>
        <w:br/>
      </w:r>
      <w:r>
        <w:rPr>
          <w:lang w:eastAsia="zh-CN"/>
        </w:rPr>
        <w:t>　　第十条：争议解决</w:t>
      </w:r>
      <w:r>
        <w:rPr>
          <w:lang w:eastAsia="zh-CN"/>
        </w:rPr>
        <w:br/>
      </w:r>
      <w:r>
        <w:rPr>
          <w:lang w:eastAsia="zh-CN"/>
        </w:rPr>
        <w:t>　　本合同履行期间，双方如发生争议，在不影响工程进度的前提下，双方应协商解决。当事人不愿通过协商解决，或协商解决不成时，可以按照本合同约定向人民法院提起诉讼。</w:t>
      </w:r>
      <w:r>
        <w:rPr>
          <w:lang w:eastAsia="zh-CN"/>
        </w:rPr>
        <w:br/>
      </w:r>
      <w:r>
        <w:rPr>
          <w:lang w:eastAsia="zh-CN"/>
        </w:rPr>
        <w:t>　　第十一条：合同的变更和终止</w:t>
      </w:r>
      <w:r>
        <w:rPr>
          <w:lang w:eastAsia="zh-CN"/>
        </w:rPr>
        <w:br/>
      </w:r>
      <w:r>
        <w:rPr>
          <w:lang w:eastAsia="zh-CN"/>
        </w:rPr>
        <w:t>　　1、合同经双方签字生效后，双方必需严格遵守。任何一方需变更合同的内容，应经双方协商一致后重新签订补充协议。如需终止合同，提出终止合同的一方要以书面形式提出，应按合同总价款的10%交付违约金，并办理终止合同手续。</w:t>
      </w:r>
      <w:r>
        <w:rPr>
          <w:lang w:eastAsia="zh-CN"/>
        </w:rPr>
        <w:br/>
      </w:r>
      <w:r>
        <w:rPr>
          <w:lang w:eastAsia="zh-CN"/>
        </w:rPr>
        <w:t>　　2、施工过程中任何一方提出终止合同，须向另一方以书面形式提出，经双方同意办理清算手续，订立终止合同协议后，可视为本合同解除。</w:t>
      </w:r>
      <w:r>
        <w:rPr>
          <w:lang w:eastAsia="zh-CN"/>
        </w:rPr>
        <w:br/>
      </w:r>
      <w:r>
        <w:rPr>
          <w:lang w:eastAsia="zh-CN"/>
        </w:rPr>
        <w:t>　　第十二条：合同生效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1、本合同和合同附件向双方盖章，签字后生效。</w:t>
      </w:r>
      <w:r>
        <w:rPr>
          <w:lang w:eastAsia="zh-CN"/>
        </w:rPr>
        <w:br/>
      </w:r>
      <w:r>
        <w:rPr>
          <w:lang w:eastAsia="zh-CN"/>
        </w:rPr>
        <w:t>　　2、补充合同与本合同具有同等的法律效力。</w:t>
      </w:r>
      <w:r>
        <w:rPr>
          <w:lang w:eastAsia="zh-CN"/>
        </w:rPr>
        <w:br/>
      </w:r>
      <w:r>
        <w:rPr>
          <w:lang w:eastAsia="zh-CN"/>
        </w:rPr>
        <w:t>　　3、本合同（包括合同附件、补充合同）一式_____份，甲乙双方各执_____份。</w:t>
      </w:r>
      <w:r>
        <w:rPr>
          <w:lang w:eastAsia="zh-CN"/>
        </w:rPr>
        <w:br/>
      </w:r>
      <w:r>
        <w:rPr>
          <w:lang w:eastAsia="zh-CN"/>
        </w:rPr>
        <w:t>　　甲方（业主）（签章）</w:t>
      </w:r>
      <w:r>
        <w:rPr>
          <w:lang w:eastAsia="zh-CN"/>
        </w:rPr>
        <w:br/>
      </w:r>
      <w:r>
        <w:rPr>
          <w:lang w:eastAsia="zh-CN"/>
        </w:rPr>
        <w:t>　　企业地址：</w:t>
      </w:r>
      <w:r>
        <w:rPr>
          <w:lang w:eastAsia="zh-CN"/>
        </w:rPr>
        <w:br/>
      </w:r>
      <w:r>
        <w:rPr>
          <w:lang w:eastAsia="zh-CN"/>
        </w:rPr>
        <w:t>　　法人代表：</w:t>
      </w:r>
      <w:r>
        <w:rPr>
          <w:lang w:eastAsia="zh-CN"/>
        </w:rPr>
        <w:br/>
      </w:r>
      <w:r>
        <w:rPr>
          <w:lang w:eastAsia="zh-CN"/>
        </w:rPr>
        <w:t>　　委托代理人：</w:t>
      </w:r>
      <w:r>
        <w:rPr>
          <w:lang w:eastAsia="zh-CN"/>
        </w:rPr>
        <w:br/>
      </w:r>
      <w:r>
        <w:rPr>
          <w:lang w:eastAsia="zh-CN"/>
        </w:rPr>
        <w:t>　　电话：</w:t>
      </w:r>
      <w:r>
        <w:rPr>
          <w:lang w:eastAsia="zh-CN"/>
        </w:rPr>
        <w:br/>
      </w:r>
      <w:r>
        <w:rPr>
          <w:lang w:eastAsia="zh-CN"/>
        </w:rPr>
        <w:t>　　签约日期：</w:t>
      </w:r>
      <w:r>
        <w:rPr>
          <w:lang w:eastAsia="zh-CN"/>
        </w:rPr>
        <w:br/>
      </w:r>
      <w:r>
        <w:rPr>
          <w:lang w:eastAsia="zh-CN"/>
        </w:rPr>
        <w:t>　　签约地址：</w:t>
      </w:r>
      <w:r>
        <w:rPr>
          <w:lang w:eastAsia="zh-CN"/>
        </w:rPr>
        <w:br/>
      </w:r>
      <w:r>
        <w:rPr>
          <w:lang w:eastAsia="zh-CN"/>
        </w:rPr>
        <w:t>　　乙方：（签章）</w:t>
      </w:r>
      <w:r>
        <w:rPr>
          <w:lang w:eastAsia="zh-CN"/>
        </w:rPr>
        <w:br/>
      </w:r>
      <w:r>
        <w:rPr>
          <w:lang w:eastAsia="zh-CN"/>
        </w:rPr>
        <w:t>　　住所地址：</w:t>
      </w:r>
      <w:r>
        <w:rPr>
          <w:lang w:eastAsia="zh-CN"/>
        </w:rPr>
        <w:br/>
      </w:r>
      <w:r>
        <w:rPr>
          <w:lang w:eastAsia="zh-CN"/>
        </w:rPr>
        <w:t>　　工作单位：</w:t>
      </w:r>
      <w:r>
        <w:rPr>
          <w:lang w:eastAsia="zh-CN"/>
        </w:rPr>
        <w:br/>
      </w:r>
      <w:r>
        <w:rPr>
          <w:lang w:eastAsia="zh-CN"/>
        </w:rPr>
        <w:t>　　委托代理人：</w:t>
      </w:r>
      <w:r>
        <w:rPr>
          <w:lang w:eastAsia="zh-CN"/>
        </w:rPr>
        <w:br/>
      </w:r>
      <w:r>
        <w:rPr>
          <w:lang w:eastAsia="zh-CN"/>
        </w:rPr>
        <w:t>　　电话：</w:t>
      </w:r>
      <w:r>
        <w:rPr>
          <w:lang w:eastAsia="zh-CN"/>
        </w:rPr>
        <w:br/>
      </w:r>
      <w:r>
        <w:rPr>
          <w:lang w:eastAsia="zh-CN"/>
        </w:rPr>
        <w:t>　　签约日期：</w:t>
      </w:r>
      <w:r>
        <w:rPr>
          <w:lang w:eastAsia="zh-CN"/>
        </w:rPr>
        <w:br/>
      </w:r>
      <w:r>
        <w:rPr>
          <w:lang w:eastAsia="zh-CN"/>
        </w:rPr>
        <w:t>　　签约地址：</w:t>
      </w:r>
      <w:r>
        <w:rPr>
          <w:lang w:eastAsia="zh-CN"/>
        </w:rPr>
        <w:br/>
      </w:r>
      <w:r>
        <w:rPr>
          <w:lang w:eastAsia="zh-CN"/>
        </w:rPr>
        <w:t xml:space="preserve">    2024银行贷款合同范本 篇5 </w:t>
      </w:r>
      <w:r>
        <w:rPr>
          <w:lang w:eastAsia="zh-CN"/>
        </w:rPr>
        <w:br/>
      </w:r>
      <w:r>
        <w:rPr>
          <w:lang w:eastAsia="zh-CN"/>
        </w:rPr>
        <w:t>　　借款人（以下简称甲方）：___________________</w:t>
      </w:r>
      <w:r>
        <w:rPr>
          <w:lang w:eastAsia="zh-CN"/>
        </w:rPr>
        <w:br/>
      </w:r>
      <w:r>
        <w:rPr>
          <w:lang w:eastAsia="zh-CN"/>
        </w:rPr>
        <w:t>　　贷款人（以下简称乙方）：___________________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甲方向乙方申请借款，乙方经审查并根据__________同意发放贷款。为明确各自的权利、义务，甲乙双方遵照有关法律规定，经协商一致，订立本合同，以便共同遵守执行。</w:t>
      </w:r>
      <w:r>
        <w:rPr>
          <w:lang w:eastAsia="zh-CN"/>
        </w:rPr>
        <w:br/>
      </w:r>
      <w:r>
        <w:rPr>
          <w:lang w:eastAsia="zh-CN"/>
        </w:rPr>
        <w:t>　　第一条 借款金额</w:t>
      </w:r>
      <w:r>
        <w:rPr>
          <w:lang w:eastAsia="zh-CN"/>
        </w:rPr>
        <w:br/>
      </w:r>
      <w:r>
        <w:rPr>
          <w:lang w:eastAsia="zh-CN"/>
        </w:rPr>
        <w:t>　　甲方向乙方贷款人民币（大写）___________________</w:t>
      </w:r>
      <w:r>
        <w:rPr>
          <w:lang w:eastAsia="zh-CN"/>
        </w:rPr>
        <w:br/>
      </w:r>
      <w:r>
        <w:rPr>
          <w:lang w:eastAsia="zh-CN"/>
        </w:rPr>
        <w:t>　　第二条 借款用途</w:t>
      </w:r>
      <w:r>
        <w:rPr>
          <w:lang w:eastAsia="zh-CN"/>
        </w:rPr>
        <w:br/>
      </w:r>
      <w:r>
        <w:rPr>
          <w:lang w:eastAsia="zh-CN"/>
        </w:rPr>
        <w:t>　　甲方借款将用于___________________</w:t>
      </w:r>
      <w:r>
        <w:rPr>
          <w:lang w:eastAsia="zh-CN"/>
        </w:rPr>
        <w:br/>
      </w:r>
      <w:r>
        <w:rPr>
          <w:lang w:eastAsia="zh-CN"/>
        </w:rPr>
        <w:t>　　第三条 借款期限</w:t>
      </w:r>
      <w:r>
        <w:rPr>
          <w:lang w:eastAsia="zh-CN"/>
        </w:rPr>
        <w:br/>
      </w:r>
      <w:r>
        <w:rPr>
          <w:lang w:eastAsia="zh-CN"/>
        </w:rPr>
        <w:t>　　甲方借款期限自_______年______月______日至_______年______月______日。</w:t>
      </w:r>
      <w:r>
        <w:rPr>
          <w:lang w:eastAsia="zh-CN"/>
        </w:rPr>
        <w:br/>
      </w:r>
      <w:r>
        <w:rPr>
          <w:lang w:eastAsia="zh-CN"/>
        </w:rPr>
        <w:t>　　第四条 贷款利率和利息</w:t>
      </w:r>
      <w:r>
        <w:rPr>
          <w:lang w:eastAsia="zh-CN"/>
        </w:rPr>
        <w:br/>
      </w:r>
      <w:r>
        <w:rPr>
          <w:lang w:eastAsia="zh-CN"/>
        </w:rPr>
        <w:t>　　贷款利率按________息________计算，按________结息。</w:t>
      </w:r>
      <w:r>
        <w:rPr>
          <w:lang w:eastAsia="zh-CN"/>
        </w:rPr>
        <w:br/>
      </w:r>
      <w:r>
        <w:rPr>
          <w:lang w:eastAsia="zh-CN"/>
        </w:rPr>
        <w:t>　　贷款利息自贷款转存到甲方指定的账户之日起计算。在合同有效期内，如遇利率调整，按人民银行规定调整。</w:t>
      </w:r>
      <w:r>
        <w:rPr>
          <w:lang w:eastAsia="zh-CN"/>
        </w:rPr>
        <w:br/>
      </w:r>
      <w:r>
        <w:rPr>
          <w:lang w:eastAsia="zh-CN"/>
        </w:rPr>
        <w:t>　　第五条 用款计划</w:t>
      </w:r>
      <w:r>
        <w:rPr>
          <w:lang w:eastAsia="zh-CN"/>
        </w:rPr>
        <w:br/>
      </w:r>
      <w:r>
        <w:rPr>
          <w:lang w:eastAsia="zh-CN"/>
        </w:rPr>
        <w:t>　　甲方的分次用款计划为：</w:t>
      </w:r>
      <w:r>
        <w:rPr>
          <w:lang w:eastAsia="zh-CN"/>
        </w:rPr>
        <w:br/>
      </w:r>
      <w:r>
        <w:rPr>
          <w:lang w:eastAsia="zh-CN"/>
        </w:rPr>
        <w:t>　　________年_______月_______日_______元 ________年_______月_______日_______元 ________年_______月_______日_______元 ________年_______月_______日_______元</w:t>
      </w:r>
      <w:r>
        <w:rPr>
          <w:lang w:eastAsia="zh-CN"/>
        </w:rPr>
        <w:br/>
      </w:r>
      <w:r>
        <w:rPr>
          <w:lang w:eastAsia="zh-CN"/>
        </w:rPr>
        <w:t>　　第六条 提款方式</w:t>
      </w:r>
      <w:r>
        <w:rPr>
          <w:lang w:eastAsia="zh-CN"/>
        </w:rPr>
        <w:br/>
      </w:r>
      <w:r>
        <w:rPr>
          <w:lang w:eastAsia="zh-CN"/>
        </w:rPr>
        <w:t>　　甲方借款采取___________（直接提款/专项提款）方式，按照本合同约定的用款计划转入_____________单位在乙方开立的存款账户内。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第七条 还款方式</w:t>
      </w:r>
      <w:r>
        <w:rPr>
          <w:lang w:eastAsia="zh-CN"/>
        </w:rPr>
        <w:br/>
      </w:r>
      <w:r>
        <w:rPr>
          <w:lang w:eastAsia="zh-CN"/>
        </w:rPr>
        <w:t>　　本合同项下的贷款本息采用_________（月均还款法/累进还款法）归还。</w:t>
      </w:r>
      <w:r>
        <w:rPr>
          <w:lang w:eastAsia="zh-CN"/>
        </w:rPr>
        <w:br/>
      </w:r>
      <w:r>
        <w:rPr>
          <w:lang w:eastAsia="zh-CN"/>
        </w:rPr>
        <w:t>　　累进还款法_____________（逐年/每隔_____年）按_____________%递增还款额。</w:t>
      </w:r>
      <w:r>
        <w:rPr>
          <w:lang w:eastAsia="zh-CN"/>
        </w:rPr>
        <w:br/>
      </w:r>
      <w:r>
        <w:rPr>
          <w:lang w:eastAsia="zh-CN"/>
        </w:rPr>
        <w:t>　　第八条 还款计划</w:t>
      </w:r>
      <w:r>
        <w:rPr>
          <w:lang w:eastAsia="zh-CN"/>
        </w:rPr>
        <w:br/>
      </w:r>
      <w:r>
        <w:rPr>
          <w:lang w:eastAsia="zh-CN"/>
        </w:rPr>
        <w:t>　　甲方从支用信用款的次月开始，按月偿还贷款本息。还本付息日期定为每月_______日至________日。</w:t>
      </w:r>
      <w:r>
        <w:rPr>
          <w:lang w:eastAsia="zh-CN"/>
        </w:rPr>
        <w:br/>
      </w:r>
      <w:r>
        <w:rPr>
          <w:lang w:eastAsia="zh-CN"/>
        </w:rPr>
        <w:t>　　采用月均还款法，每月归还贷款本息__________元</w:t>
      </w:r>
      <w:r>
        <w:rPr>
          <w:lang w:eastAsia="zh-CN"/>
        </w:rPr>
        <w:br/>
      </w:r>
      <w:r>
        <w:rPr>
          <w:lang w:eastAsia="zh-CN"/>
        </w:rPr>
        <w:t>　　采用累进还款法，甲方分次归还贷款本息为：</w:t>
      </w:r>
      <w:r>
        <w:rPr>
          <w:lang w:eastAsia="zh-CN"/>
        </w:rPr>
        <w:br/>
      </w:r>
      <w:r>
        <w:rPr>
          <w:lang w:eastAsia="zh-CN"/>
        </w:rPr>
        <w:t>　　第_______年每月________元 第_______年每月________元 第_______年每月________元 第_______年每月________元 第_______年每月________元 第_______年每月________元</w:t>
      </w:r>
      <w:r>
        <w:rPr>
          <w:lang w:eastAsia="zh-CN"/>
        </w:rPr>
        <w:br/>
      </w:r>
      <w:r>
        <w:rPr>
          <w:lang w:eastAsia="zh-CN"/>
        </w:rPr>
        <w:t>　　第九条 贷款的偿还</w:t>
      </w:r>
      <w:r>
        <w:rPr>
          <w:lang w:eastAsia="zh-CN"/>
        </w:rPr>
        <w:br/>
      </w:r>
      <w:r>
        <w:rPr>
          <w:lang w:eastAsia="zh-CN"/>
        </w:rPr>
        <w:t>　　甲方保证按本合同第八条确定的还款计划归还借款本息，并于每月还本付息日前将应还款额存入在乙方开立的存款账户内，委托乙方代扣。</w:t>
      </w:r>
      <w:r>
        <w:rPr>
          <w:lang w:eastAsia="zh-CN"/>
        </w:rPr>
        <w:br/>
      </w:r>
      <w:r>
        <w:rPr>
          <w:lang w:eastAsia="zh-CN"/>
        </w:rPr>
        <w:t>　　甲方如提前一次归还全部贷款本息，应在还款日前___________个营业日内通知乙方，并征得乙方同意。乙方已计收的贷款利息不再调整。甲方最后一次归还的贷款本金部分，乙方按其实际使用期限相应的借款利率计收利息。</w:t>
      </w:r>
      <w:r>
        <w:rPr>
          <w:lang w:eastAsia="zh-CN"/>
        </w:rPr>
        <w:br/>
      </w:r>
      <w:r>
        <w:rPr>
          <w:lang w:eastAsia="zh-CN"/>
        </w:rPr>
        <w:t>　　第十条 合同的变更和解除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本合同生效后，甲、乙任何一方不得擅自变更和解除本合同。当事人的任何一方要求变更合同内容或解除合同需以书面形式提前一个月通知合同的其他有关当事人。未达成协议前，原合同继续有效。</w:t>
      </w:r>
      <w:r>
        <w:rPr>
          <w:lang w:eastAsia="zh-CN"/>
        </w:rPr>
        <w:br/>
      </w:r>
      <w:r>
        <w:rPr>
          <w:lang w:eastAsia="zh-CN"/>
        </w:rPr>
        <w:t>　　第十一条 借款担保</w:t>
      </w:r>
      <w:r>
        <w:rPr>
          <w:lang w:eastAsia="zh-CN"/>
        </w:rPr>
        <w:br/>
      </w:r>
      <w:r>
        <w:rPr>
          <w:lang w:eastAsia="zh-CN"/>
        </w:rPr>
        <w:t>　　对于本合同项下的借款全部债务以______________作为抵押物或（和）以______________作为质物提供担保或（并）由_______作为甲方保证人承担全额连带责任保证，并另行签订《抵押合同》、《质押合同》或（和）《保证合同》作为全合同的从合同。</w:t>
      </w:r>
      <w:r>
        <w:rPr>
          <w:lang w:eastAsia="zh-CN"/>
        </w:rPr>
        <w:br/>
      </w:r>
      <w:r>
        <w:rPr>
          <w:lang w:eastAsia="zh-CN"/>
        </w:rPr>
        <w:t>　　第十二条 甲乙双方的.主要权利和义务</w:t>
      </w:r>
      <w:r>
        <w:rPr>
          <w:lang w:eastAsia="zh-CN"/>
        </w:rPr>
        <w:br/>
      </w:r>
      <w:r>
        <w:rPr>
          <w:lang w:eastAsia="zh-CN"/>
        </w:rPr>
        <w:t>　　1.甲方有权要求乙方按合同约定发放贷款；</w:t>
      </w:r>
      <w:r>
        <w:rPr>
          <w:lang w:eastAsia="zh-CN"/>
        </w:rPr>
        <w:br/>
      </w:r>
      <w:r>
        <w:rPr>
          <w:lang w:eastAsia="zh-CN"/>
        </w:rPr>
        <w:t>　　2.甲方应按合同约定的还款计划和还款期限归还贷款本息；</w:t>
      </w:r>
      <w:r>
        <w:rPr>
          <w:lang w:eastAsia="zh-CN"/>
        </w:rPr>
        <w:br/>
      </w:r>
      <w:r>
        <w:rPr>
          <w:lang w:eastAsia="zh-CN"/>
        </w:rPr>
        <w:t>　　3.甲方必须按约定用途使用贷款，不得将贷款挪作他用；</w:t>
      </w:r>
      <w:r>
        <w:rPr>
          <w:lang w:eastAsia="zh-CN"/>
        </w:rPr>
        <w:br/>
      </w:r>
      <w:r>
        <w:rPr>
          <w:lang w:eastAsia="zh-CN"/>
        </w:rPr>
        <w:t>　　4.甲方应按乙方要求定期提供其有关经济收入的证明；</w:t>
      </w:r>
      <w:r>
        <w:rPr>
          <w:lang w:eastAsia="zh-CN"/>
        </w:rPr>
        <w:br/>
      </w:r>
      <w:r>
        <w:rPr>
          <w:lang w:eastAsia="zh-CN"/>
        </w:rPr>
        <w:t>　　5.乙方有权检查贷款的使用情况；</w:t>
      </w:r>
      <w:r>
        <w:rPr>
          <w:lang w:eastAsia="zh-CN"/>
        </w:rPr>
        <w:br/>
      </w:r>
      <w:r>
        <w:rPr>
          <w:lang w:eastAsia="zh-CN"/>
        </w:rPr>
        <w:t>　　6.乙方应按合同规定期限及时发放贷款。</w:t>
      </w:r>
      <w:r>
        <w:rPr>
          <w:lang w:eastAsia="zh-CN"/>
        </w:rPr>
        <w:br/>
      </w:r>
      <w:r>
        <w:rPr>
          <w:lang w:eastAsia="zh-CN"/>
        </w:rPr>
        <w:t>　　第十三条 违约责任</w:t>
      </w:r>
      <w:r>
        <w:rPr>
          <w:lang w:eastAsia="zh-CN"/>
        </w:rPr>
        <w:br/>
      </w:r>
      <w:r>
        <w:rPr>
          <w:lang w:eastAsia="zh-CN"/>
        </w:rPr>
        <w:t>　　1.甲方未按本合同约定用途使用借款，乙方有权对违约使用部分在违约使用期间按__________计收利息；</w:t>
      </w:r>
      <w:r>
        <w:rPr>
          <w:lang w:eastAsia="zh-CN"/>
        </w:rPr>
        <w:br/>
      </w:r>
      <w:r>
        <w:rPr>
          <w:lang w:eastAsia="zh-CN"/>
        </w:rPr>
        <w:t>　　2.甲方未按合同规定归还全部贷款本息或连续二期以上未按合同约定的分次还款计划偿清的贷款为逾期贷款，乙方有权对逾期贷款在逾期期间按__________计收利息；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3.在合同有效期内，甲方发生下列情况之一的，乙方有权停止发放尚未划付的贷款，提前收回已发放的贷款本息或处置抵押物（质物）：</w:t>
      </w:r>
      <w:r>
        <w:rPr>
          <w:lang w:eastAsia="zh-CN"/>
        </w:rPr>
        <w:br/>
      </w:r>
      <w:r>
        <w:rPr>
          <w:lang w:eastAsia="zh-CN"/>
        </w:rPr>
        <w:t>　　3.1 甲方未按合同规定用途使用贷款；</w:t>
      </w:r>
      <w:r>
        <w:rPr>
          <w:lang w:eastAsia="zh-CN"/>
        </w:rPr>
        <w:br/>
      </w:r>
      <w:r>
        <w:rPr>
          <w:lang w:eastAsia="zh-CN"/>
        </w:rPr>
        <w:t>　　3.2 甲方拒绝或阻挠乙方对贷款使用情况进行监督检查；</w:t>
      </w:r>
      <w:r>
        <w:rPr>
          <w:lang w:eastAsia="zh-CN"/>
        </w:rPr>
        <w:br/>
      </w:r>
      <w:r>
        <w:rPr>
          <w:lang w:eastAsia="zh-CN"/>
        </w:rPr>
        <w:t>　　3.3 甲方向乙方提供虚假的证明材料；</w:t>
      </w:r>
      <w:r>
        <w:rPr>
          <w:lang w:eastAsia="zh-CN"/>
        </w:rPr>
        <w:br/>
      </w:r>
      <w:r>
        <w:rPr>
          <w:lang w:eastAsia="zh-CN"/>
        </w:rPr>
        <w:t>　　3.4 甲方与其他法人或经济组织签订有损乙方权益的合同和协议；</w:t>
      </w:r>
      <w:r>
        <w:rPr>
          <w:lang w:eastAsia="zh-CN"/>
        </w:rPr>
        <w:br/>
      </w:r>
      <w:r>
        <w:rPr>
          <w:lang w:eastAsia="zh-CN"/>
        </w:rPr>
        <w:t>　　3.5 设有第三方保证或（和）抵押（质押）的借款合同，保证人违反保证合同或丧失承担连带责任能力，或（和）抵押人（出质人）违反抵押合同（质押合同），或抵押物（质物）因意外毁损不足以清偿本合同项下的本息时，甲方无法落实符合乙方要求的新保证或（和）新抵押（质押）；</w:t>
      </w:r>
      <w:r>
        <w:rPr>
          <w:lang w:eastAsia="zh-CN"/>
        </w:rPr>
        <w:br/>
      </w:r>
      <w:r>
        <w:rPr>
          <w:lang w:eastAsia="zh-CN"/>
        </w:rPr>
        <w:t>　　3.6 甲方发生其他足以影响其偿债能力或缺乏偿债诚意的行为。</w:t>
      </w:r>
      <w:r>
        <w:rPr>
          <w:lang w:eastAsia="zh-CN"/>
        </w:rPr>
        <w:br/>
      </w:r>
      <w:r>
        <w:rPr>
          <w:lang w:eastAsia="zh-CN"/>
        </w:rPr>
        <w:t>　　4.乙方未按合同规定及时发放贷款，给甲方造成损失的，乙方应按影响天数和数额，每天付给甲方万分之_____________的违约金。</w:t>
      </w:r>
      <w:r>
        <w:rPr>
          <w:lang w:eastAsia="zh-CN"/>
        </w:rPr>
        <w:br/>
      </w:r>
      <w:r>
        <w:rPr>
          <w:lang w:eastAsia="zh-CN"/>
        </w:rPr>
        <w:t>　　第十四条 本合同争议解决方式</w:t>
      </w:r>
      <w:r>
        <w:rPr>
          <w:lang w:eastAsia="zh-CN"/>
        </w:rPr>
        <w:br/>
      </w:r>
      <w:r>
        <w:rPr>
          <w:lang w:eastAsia="zh-CN"/>
        </w:rPr>
        <w:t>　　甲、乙双方在履行本合同过程中发生争议时，可以通过协商解决，也可以直接向乙方所在地的人民法院起诉。在协商和诉讼期间，本合同不涉及争议部分的条款，双方仍须履行。 第十五条 甲、乙双方同意约定的其他事项。</w:t>
      </w:r>
      <w:r>
        <w:rPr>
          <w:lang w:eastAsia="zh-CN"/>
        </w:rPr>
        <w:br/>
      </w:r>
      <w:r>
        <w:rPr>
          <w:lang w:eastAsia="zh-CN"/>
        </w:rPr>
        <w:t>　　第十六条</w:t>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本合同未尽事宜，甲、乙双方按国家有关法律、法规和金融规章执行。</w:t>
      </w:r>
      <w:r>
        <w:rPr>
          <w:lang w:eastAsia="zh-CN"/>
        </w:rPr>
        <w:br/>
      </w:r>
      <w:r>
        <w:rPr>
          <w:lang w:eastAsia="zh-CN"/>
        </w:rPr>
        <w:t>　　第十七条 本合同自甲、乙双方签字、盖章后生效，至合同项下贷款本息全部清偿完毕后终止。</w:t>
      </w:r>
      <w:r>
        <w:rPr>
          <w:lang w:eastAsia="zh-CN"/>
        </w:rPr>
        <w:br/>
      </w:r>
      <w:r>
        <w:rPr>
          <w:lang w:eastAsia="zh-CN"/>
        </w:rPr>
        <w:t>　　第十八条 本合同正本一式__________份，甲、乙双方各执一份，有保证人或（和）抵押人（出质人）的，提供保证人或（和）抵押人（质押人）一份；副本__________份。</w:t>
      </w:r>
      <w:r>
        <w:rPr>
          <w:lang w:eastAsia="zh-CN"/>
        </w:rPr>
        <w:br/>
      </w:r>
      <w:r>
        <w:rPr>
          <w:lang w:eastAsia="zh-CN"/>
        </w:rPr>
        <w:t>　　甲方：（签字、盖章） __________</w:t>
      </w:r>
      <w:r>
        <w:rPr>
          <w:lang w:eastAsia="zh-CN"/>
        </w:rPr>
        <w:br/>
      </w:r>
      <w:r>
        <w:rPr>
          <w:lang w:eastAsia="zh-CN"/>
        </w:rPr>
        <w:t>　　乙方：（公章）__________________</w:t>
      </w:r>
      <w:r>
        <w:rPr>
          <w:lang w:eastAsia="zh-CN"/>
        </w:rPr>
        <w:br/>
      </w:r>
      <w:r>
        <w:rPr>
          <w:lang w:eastAsia="zh-CN"/>
        </w:rPr>
        <w:t>　　____________年_______月_______</w:t>
      </w:r>
      <w:r>
        <w:rPr>
          <w:lang w:eastAsia="zh-CN"/>
        </w:rPr>
        <w:br/>
      </w:r>
      <w:r>
        <w:rPr>
          <w:lang w:eastAsia="zh-CN"/>
        </w:rPr>
        <w:t xml:space="preserve">    2024银行贷款合同范本 篇6 </w:t>
      </w:r>
      <w:r>
        <w:rPr>
          <w:lang w:eastAsia="zh-CN"/>
        </w:rPr>
        <w:br/>
      </w:r>
      <w:r>
        <w:rPr>
          <w:lang w:eastAsia="zh-CN"/>
        </w:rPr>
        <w:t>　　甲方：________________</w:t>
      </w:r>
      <w:r>
        <w:rPr>
          <w:lang w:eastAsia="zh-CN"/>
        </w:rPr>
        <w:br/>
      </w:r>
      <w:r>
        <w:rPr>
          <w:lang w:eastAsia="zh-CN"/>
        </w:rPr>
        <w:t>　　乙方：___________________</w:t>
      </w:r>
      <w:r>
        <w:rPr>
          <w:lang w:eastAsia="zh-CN"/>
        </w:rPr>
        <w:br/>
      </w:r>
      <w:r>
        <w:rPr>
          <w:lang w:eastAsia="zh-CN"/>
        </w:rPr>
        <w:t>　　甲、乙双方经平等协商，现就乙方将其拥有的房产出卖给甲方等有关事项，自愿签订如下协议，各方都必须严格遵守：</w:t>
      </w:r>
      <w:r>
        <w:rPr>
          <w:lang w:eastAsia="zh-CN"/>
        </w:rPr>
        <w:br/>
      </w:r>
      <w:r>
        <w:rPr>
          <w:lang w:eastAsia="zh-CN"/>
        </w:rPr>
        <w:t>　　第一条房屋地址、面积乙方拥有的房产位于_________________，建筑面积为_____________，购房总价为__________。</w:t>
      </w:r>
      <w:r>
        <w:rPr>
          <w:lang w:eastAsia="zh-CN"/>
        </w:rPr>
        <w:br/>
      </w:r>
      <w:r>
        <w:rPr>
          <w:lang w:eastAsia="zh-CN"/>
        </w:rPr>
        <w:t>　　第二条乙方自愿在本协议约定的条件成就时，即自乙方所欠甲方借款到期后内仍未能付清本息时，将上述房产折价出卖给甲方。</w:t>
      </w:r>
      <w:r>
        <w:rPr>
          <w:lang w:eastAsia="zh-CN"/>
        </w:rPr>
        <w:br/>
      </w:r>
      <w:r>
        <w:rPr>
          <w:lang w:eastAsia="zh-CN"/>
        </w:rPr>
        <w:t>　　第三条按揭款支付义务</w:t>
      </w:r>
      <w:r>
        <w:rPr>
          <w:lang w:eastAsia="zh-CN"/>
        </w:rPr>
        <w:br/>
      </w:r>
      <w:r>
        <w:rPr>
          <w:lang w:eastAsia="zh-CN"/>
        </w:rPr>
        <w:t>　　1、乙方应当在本协议签订之后仍继续按时足额缴纳并自行承担抵押贷款还款。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在本协议约定的条件成就而需将房屋过户给甲方时，乙方应当立即向银行提前还清全部欠款。第四条买卖价款参照协议签订时同类房屋市场价，并考虑到该房屋产权证抵押于银行等因素，乙方自愿将上述房产折价为银行款项，由乙方按本协议第三条之约定承担。</w:t>
      </w:r>
      <w:r>
        <w:rPr>
          <w:lang w:eastAsia="zh-CN"/>
        </w:rPr>
        <w:br/>
      </w:r>
      <w:r>
        <w:rPr>
          <w:lang w:eastAsia="zh-CN"/>
        </w:rPr>
        <w:t>　　第五条价款支付方式</w:t>
      </w:r>
      <w:r>
        <w:rPr>
          <w:lang w:eastAsia="zh-CN"/>
        </w:rPr>
        <w:br/>
      </w:r>
      <w:r>
        <w:rPr>
          <w:lang w:eastAsia="zh-CN"/>
        </w:rPr>
        <w:t>　　甲方应付的购房价款，可由甲方用于代为乙方支付银行提前还款时所需的款项及费用，代为支付该房产所欠水电费、物业管理费等费用，再冲抵乙方对甲方所欠债务。如有剩余，则甲方应再将剩余部分支付给乙方;如不足以支付前述费用，则乙方应当将不足部分支付给甲方。不足部分按照借款协议约定条款执行。</w:t>
      </w:r>
      <w:r>
        <w:rPr>
          <w:lang w:eastAsia="zh-CN"/>
        </w:rPr>
        <w:br/>
      </w:r>
      <w:r>
        <w:rPr>
          <w:lang w:eastAsia="zh-CN"/>
        </w:rPr>
        <w:t>　　第六条相关义务及费用承担</w:t>
      </w:r>
      <w:r>
        <w:rPr>
          <w:lang w:eastAsia="zh-CN"/>
        </w:rPr>
        <w:br/>
      </w:r>
      <w:r>
        <w:rPr>
          <w:lang w:eastAsia="zh-CN"/>
        </w:rPr>
        <w:t>　　区银行办理贷款，当初_______平方米，现抵押于______元，抵押银行______元、尚欠银行_____________元。_______元出卖给甲方。该房屋项下所欠</w:t>
      </w:r>
      <w:r>
        <w:rPr>
          <w:lang w:eastAsia="zh-CN"/>
        </w:rPr>
        <w:br/>
      </w:r>
      <w:r>
        <w:rPr>
          <w:lang w:eastAsia="zh-CN"/>
        </w:rPr>
        <w:t>　　1、本协议约定的条件成就时，乙方必须立即积极办理向银行提前还款及房产过户等手续。提前还款所需的全部费用以及买卖双方应缴纳的各种税费、中介费等全部费用，均由乙方承担。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在本协议签订时，乙方应当将上述房屋的购房合同、购房发票、完税凭证等原始资料交付给甲方保管;乙方如因申办领取房产证、土地使用证而需要使用前述资料时，甲方应当予以配合，但所领取的房产证、土地使用证仍应交甲方保管。交甲方保管的上述证件、资料，乙方均不得以遗失、被盗等为由而另行补办，否则甲方将依法追究乙方的'刑事责任。</w:t>
      </w:r>
      <w:r>
        <w:rPr>
          <w:lang w:eastAsia="zh-CN"/>
        </w:rPr>
        <w:br/>
      </w:r>
      <w:r>
        <w:rPr>
          <w:lang w:eastAsia="zh-CN"/>
        </w:rPr>
        <w:t>　　3、如需办理公证委托，所需评估费、公证费由乙方承担。</w:t>
      </w:r>
      <w:r>
        <w:rPr>
          <w:lang w:eastAsia="zh-CN"/>
        </w:rPr>
        <w:br/>
      </w:r>
      <w:r>
        <w:rPr>
          <w:lang w:eastAsia="zh-CN"/>
        </w:rPr>
        <w:t>　　第七条协议解除如乙方在所欠甲方借款到期后_____日内向甲方还清了借款本息，则本协议自动解除，且各方均免予承担法律责任，但甲方应当将乙方交其保管的资料、证件及时交还给乙方。</w:t>
      </w:r>
      <w:r>
        <w:rPr>
          <w:lang w:eastAsia="zh-CN"/>
        </w:rPr>
        <w:br/>
      </w:r>
      <w:r>
        <w:rPr>
          <w:lang w:eastAsia="zh-CN"/>
        </w:rPr>
        <w:t>　　第八条违约责任</w:t>
      </w:r>
      <w:r>
        <w:rPr>
          <w:lang w:eastAsia="zh-CN"/>
        </w:rPr>
        <w:br/>
      </w:r>
      <w:r>
        <w:rPr>
          <w:lang w:eastAsia="zh-CN"/>
        </w:rPr>
        <w:t>　　乙方在本协议第五条约定的房屋买卖条件成就时，如未能将上述房产及时过户给甲方并办妥相关手续;或者在本协议签订后不继续及时足额缴纳欠款;或者在本协议有效期内将上述房产再次转卖给他人;或者在本协议有效期内提前还清银行欠款后将该房产抵押给他人，均属于违约。出现前述四种违约情形之一时，甲方除有权要求继续履行之外，乙方还应当按上述房产卖价的____%向甲方支付违约金;构成犯罪的，甲方还将依法追究乙方的刑事责任。</w:t>
      </w:r>
      <w:r>
        <w:rPr>
          <w:lang w:eastAsia="zh-CN"/>
        </w:rPr>
        <w:br/>
      </w:r>
      <w:r>
        <w:rPr>
          <w:lang w:eastAsia="zh-CN"/>
        </w:rPr>
        <w:t>　　第九条其他事项</w:t>
      </w:r>
      <w:r>
        <w:rPr>
          <w:lang w:eastAsia="zh-CN"/>
        </w:rPr>
        <w:br/>
      </w:r>
      <w:r>
        <w:rPr>
          <w:lang w:eastAsia="zh-CN"/>
        </w:rPr>
        <w:t>　　1、本协议一式_____份，甲、乙两方各执_____份，自甲、乙两方签字之日起生效。各方均郑重承诺在签字前已详读、准确理解并自愿遵守本协议全部条款。</w:t>
      </w:r>
      <w:r>
        <w:rPr>
          <w:lang w:eastAsia="zh-CN"/>
        </w:rPr>
        <w:br/>
      </w:r>
      <w:r>
        <w:rPr>
          <w:lang w:eastAsia="zh-CN"/>
        </w:rPr>
        <w:t>　　2、特别提请协议各方在协议每一页上均签名或者盖章。</w:t>
      </w:r>
      <w:r>
        <w:rPr>
          <w:lang w:eastAsia="zh-CN"/>
        </w:rPr>
        <w:br/>
      </w:r>
      <w:r>
        <w:rPr>
          <w:lang w:eastAsia="zh-CN"/>
        </w:rPr>
        <w:t>　　甲方：_________________</w:t>
      </w:r>
      <w:r>
        <w:rPr>
          <w:lang w:eastAsia="zh-CN"/>
        </w:rPr>
        <w:br/>
      </w:r>
      <w:r>
        <w:rPr>
          <w:lang w:eastAsia="zh-CN"/>
        </w:rPr>
        <w:t>　　乙方：_________________</w:t>
      </w:r>
      <w:r>
        <w:rPr>
          <w:lang w:eastAsia="zh-CN"/>
        </w:rPr>
        <w:br/>
      </w:r>
      <w:r>
        <w:rPr>
          <w:lang w:eastAsia="zh-CN"/>
        </w:rPr>
        <w:t>　　时间：__________________</w:t>
      </w:r>
      <w:r>
        <w:rPr>
          <w:lang w:eastAsia="zh-CN"/>
        </w:rPr>
        <w:br/>
      </w:r>
      <w:r>
        <w:rPr>
          <w:lang w:eastAsia="zh-CN"/>
        </w:rPr>
        <w:t xml:space="preserve">    2024银行贷款合同范本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借款单位：___________(简称借款方)</w:t>
      </w:r>
      <w:r>
        <w:rPr>
          <w:lang w:eastAsia="zh-CN"/>
        </w:rPr>
        <w:br/>
      </w:r>
      <w:r>
        <w:rPr>
          <w:lang w:eastAsia="zh-CN"/>
        </w:rPr>
        <w:t>　　贷款单位：中国人民建设银行_______行(简称贷款方)</w:t>
      </w:r>
      <w:r>
        <w:rPr>
          <w:lang w:eastAsia="zh-CN"/>
        </w:rPr>
        <w:br/>
      </w:r>
      <w:r>
        <w:rPr>
          <w:lang w:eastAsia="zh-CN"/>
        </w:rPr>
        <w:t>　　根据《建筑流动资金贷款办法》(以下简称《贷款办法》)的规定，借款方为保证施工生产正常进行，向贷款方申请建筑企业流动资金贷款，经贷款方审查同意发行，为明确各方权责，特签订本合同，共同遵守。</w:t>
      </w:r>
      <w:r>
        <w:rPr>
          <w:lang w:eastAsia="zh-CN"/>
        </w:rPr>
        <w:br/>
      </w:r>
      <w:r>
        <w:rPr>
          <w:lang w:eastAsia="zh-CN"/>
        </w:rPr>
        <w:t>　　第一条 本合同规定____年贷款额为人民币(大写)____万元，用于__________.</w:t>
      </w:r>
      <w:r>
        <w:rPr>
          <w:lang w:eastAsia="zh-CN"/>
        </w:rPr>
        <w:br/>
      </w:r>
      <w:r>
        <w:rPr>
          <w:lang w:eastAsia="zh-CN"/>
        </w:rPr>
        <w:t>　　第二条 借款方和贷款方必须共同遵守《贷款办法》，有关贷款事项按办法规定办理。</w:t>
      </w:r>
      <w:r>
        <w:rPr>
          <w:lang w:eastAsia="zh-CN"/>
        </w:rPr>
        <w:br/>
      </w:r>
      <w:r>
        <w:rPr>
          <w:lang w:eastAsia="zh-CN"/>
        </w:rPr>
        <w:t>　　第三条 贷款自支用之日起，按实际支用数计收利息，利率为月息___‰，超计划贷款的，超过部分利息为月息___‰，逾期还款的加计利息___%，挪用贷款的，对挪用部分加收罚息__%.</w:t>
      </w:r>
      <w:r>
        <w:rPr>
          <w:lang w:eastAsia="zh-CN"/>
        </w:rPr>
        <w:br/>
      </w:r>
      <w:r>
        <w:rPr>
          <w:lang w:eastAsia="zh-CN"/>
        </w:rPr>
        <w:t>　　第四条 贷款方保证按照本合同的规定供应资金，贷款方如因工作差错贻误放款，以致借款方遭受损失时，应按直接经济损失，由贷款方负责赔偿。</w:t>
      </w:r>
      <w:r>
        <w:rPr>
          <w:lang w:eastAsia="zh-CN"/>
        </w:rPr>
        <w:br/>
      </w:r>
      <w:r>
        <w:rPr>
          <w:lang w:eastAsia="zh-CN"/>
        </w:rPr>
        <w:t>　　第五条 贷款方有权检查贷款使用情况，检查时，借款方对调阅有关文件、帐册、凭证和报表，查核物资库存和施工生产情况等，必须给予方便。</w:t>
      </w:r>
      <w:r>
        <w:rPr>
          <w:lang w:eastAsia="zh-CN"/>
        </w:rPr>
        <w:br/>
      </w:r>
      <w:r>
        <w:rPr>
          <w:lang w:eastAsia="zh-CN"/>
        </w:rPr>
        <w:t>　　第六条 借款方如违反合同和贷款办法的规定，贷款方有权停止贷款、提前收回部分或全部贷款。</w:t>
      </w:r>
      <w:r>
        <w:rPr>
          <w:lang w:eastAsia="zh-CN"/>
        </w:rPr>
        <w:br/>
      </w:r>
      <w:r>
        <w:rPr>
          <w:lang w:eastAsia="zh-CN"/>
        </w:rPr>
        <w:t>　　第七条</w:t>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借款方的担保人是________，对借款方归还贷款本息承担连带责任。借款方未按期清偿贷款本息时，担保方应在接到贷款方还款通知后___个月内负责归还。</w:t>
      </w:r>
      <w:r>
        <w:rPr>
          <w:lang w:eastAsia="zh-CN"/>
        </w:rPr>
        <w:br/>
      </w:r>
      <w:r>
        <w:rPr>
          <w:lang w:eastAsia="zh-CN"/>
        </w:rPr>
        <w:t>　　第八条 本合同有效期自19__年__月__日起，至19__年__月__日为止。</w:t>
      </w:r>
      <w:r>
        <w:rPr>
          <w:lang w:eastAsia="zh-CN"/>
        </w:rPr>
        <w:br/>
      </w:r>
      <w:r>
        <w:rPr>
          <w:lang w:eastAsia="zh-CN"/>
        </w:rPr>
        <w:t>　　本合同正本一式__份，借款方、贷款方、保证方各执1份，副本__份，__、_____、_____等单位各执1份。</w:t>
      </w:r>
      <w:r>
        <w:rPr>
          <w:lang w:eastAsia="zh-CN"/>
        </w:rPr>
        <w:br/>
      </w:r>
      <w:r>
        <w:rPr>
          <w:lang w:eastAsia="zh-CN"/>
        </w:rPr>
        <w:t>　　借款方：(公章) 贷款方：(公章)</w:t>
      </w:r>
      <w:r>
        <w:rPr>
          <w:lang w:eastAsia="zh-CN"/>
        </w:rPr>
        <w:br/>
      </w:r>
      <w:r>
        <w:rPr>
          <w:lang w:eastAsia="zh-CN"/>
        </w:rPr>
        <w:t>　　地址： 地址：</w:t>
      </w:r>
      <w:r>
        <w:rPr>
          <w:lang w:eastAsia="zh-CN"/>
        </w:rPr>
        <w:br/>
      </w:r>
      <w:r>
        <w:rPr>
          <w:lang w:eastAsia="zh-CN"/>
        </w:rPr>
        <w:t>　　法人代表(签名) 法人代表(签名)</w:t>
      </w:r>
      <w:r>
        <w:rPr>
          <w:lang w:eastAsia="zh-CN"/>
        </w:rPr>
        <w:br/>
      </w:r>
      <w:r>
        <w:rPr>
          <w:lang w:eastAsia="zh-CN"/>
        </w:rPr>
        <w:t>　　开户银行及帐号：</w:t>
      </w:r>
      <w:r>
        <w:rPr>
          <w:lang w:eastAsia="zh-CN"/>
        </w:rPr>
        <w:br/>
      </w:r>
      <w:r>
        <w:rPr>
          <w:lang w:eastAsia="zh-CN"/>
        </w:rPr>
        <w:t>　　担保方：(公章)</w:t>
      </w:r>
      <w:r>
        <w:rPr>
          <w:lang w:eastAsia="zh-CN"/>
        </w:rPr>
        <w:br/>
      </w:r>
      <w:r>
        <w:rPr>
          <w:lang w:eastAsia="zh-CN"/>
        </w:rPr>
        <w:t>　　地址：</w:t>
      </w:r>
      <w:r>
        <w:rPr>
          <w:lang w:eastAsia="zh-CN"/>
        </w:rPr>
        <w:br/>
      </w:r>
      <w:r>
        <w:rPr>
          <w:lang w:eastAsia="zh-CN"/>
        </w:rPr>
        <w:t>　　法人代表(签名)</w:t>
      </w:r>
      <w:r>
        <w:rPr>
          <w:lang w:eastAsia="zh-CN"/>
        </w:rPr>
        <w:br/>
      </w:r>
      <w:r>
        <w:rPr>
          <w:lang w:eastAsia="zh-CN"/>
        </w:rPr>
        <w:t>　　开户银行及帐号：</w:t>
      </w:r>
      <w:r>
        <w:rPr>
          <w:lang w:eastAsia="zh-CN"/>
        </w:rPr>
        <w:br/>
      </w:r>
      <w:r>
        <w:rPr>
          <w:lang w:eastAsia="zh-CN"/>
        </w:rPr>
        <w:t>　　签约日期： 年 月 日</w:t>
      </w:r>
      <w:r>
        <w:rPr>
          <w:lang w:eastAsia="zh-CN"/>
        </w:rPr>
        <w:br/>
      </w:r>
      <w:r>
        <w:rPr>
          <w:lang w:eastAsia="zh-CN"/>
        </w:rPr>
        <w:t>　　签约地点：</w:t>
      </w:r>
      <w:r>
        <w:rPr>
          <w:lang w:eastAsia="zh-CN"/>
        </w:rPr>
        <w:br/>
      </w:r>
      <w:r>
        <w:rPr>
          <w:lang w:eastAsia="zh-CN"/>
        </w:rPr>
        <w:t xml:space="preserve">    2024银行贷款合同范本 篇8 </w:t>
      </w:r>
      <w:r>
        <w:rPr>
          <w:lang w:eastAsia="zh-CN"/>
        </w:rPr>
        <w:br/>
      </w:r>
      <w:r>
        <w:rPr>
          <w:lang w:eastAsia="zh-CN"/>
        </w:rPr>
        <w:t>　　借款人(以下称甲方)：______</w:t>
      </w:r>
      <w:r>
        <w:rPr>
          <w:lang w:eastAsia="zh-CN"/>
        </w:rPr>
        <w:br/>
      </w:r>
      <w:r>
        <w:rPr>
          <w:lang w:eastAsia="zh-CN"/>
        </w:rPr>
        <w:t>　　受托贷款人(以下称乙方)：______</w:t>
      </w:r>
      <w:r>
        <w:rPr>
          <w:lang w:eastAsia="zh-CN"/>
        </w:rPr>
        <w:br/>
      </w:r>
      <w:r>
        <w:rPr>
          <w:lang w:eastAsia="zh-CN"/>
        </w:rPr>
        <w:t>　　甲方因_________原因，不能按期偿还______号委托贷款合同的贷款。经委托人审查，同意甲方展期还款。现根据委托人出具的______文件，甲、乙双方签订以下协议：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一、甲方根据__号合同向乙方借用的______贷款______万元，应于____年__月__日到期，现经委托人审查，同意此笔贷款目前余额____万元(大写)展期____(年、月、日)，贷款期限修订为____年__月__日至____年__月__日。</w:t>
      </w:r>
      <w:r>
        <w:rPr>
          <w:lang w:eastAsia="zh-CN"/>
        </w:rPr>
        <w:br/>
      </w:r>
      <w:r>
        <w:rPr>
          <w:lang w:eastAsia="zh-CN"/>
        </w:rPr>
        <w:t>　　二、贷款利率按委托人规定调整为____。</w:t>
      </w:r>
      <w:r>
        <w:rPr>
          <w:lang w:eastAsia="zh-CN"/>
        </w:rPr>
        <w:br/>
      </w:r>
      <w:r>
        <w:rPr>
          <w:lang w:eastAsia="zh-CN"/>
        </w:rPr>
        <w:t>　　三、贷款展期后，甲方调整还款计划为：</w:t>
      </w:r>
      <w:r>
        <w:rPr>
          <w:lang w:eastAsia="zh-CN"/>
        </w:rPr>
        <w:br/>
      </w:r>
      <w:r>
        <w:rPr>
          <w:lang w:eastAsia="zh-CN"/>
        </w:rPr>
        <w:t>　　____年__月__日____万元;____年__月__日____万元;</w:t>
      </w:r>
      <w:r>
        <w:rPr>
          <w:lang w:eastAsia="zh-CN"/>
        </w:rPr>
        <w:br/>
      </w:r>
      <w:r>
        <w:rPr>
          <w:lang w:eastAsia="zh-CN"/>
        </w:rPr>
        <w:t>　　____年__月__日____万元;____年__月__日____万元;</w:t>
      </w:r>
      <w:r>
        <w:rPr>
          <w:lang w:eastAsia="zh-CN"/>
        </w:rPr>
        <w:br/>
      </w:r>
      <w:r>
        <w:rPr>
          <w:lang w:eastAsia="zh-CN"/>
        </w:rPr>
        <w:t>　　四、展期后，甲、乙双方的有关权利义务仍按____号合同约定的条款执行。</w:t>
      </w:r>
      <w:r>
        <w:rPr>
          <w:lang w:eastAsia="zh-CN"/>
        </w:rPr>
        <w:br/>
      </w:r>
      <w:r>
        <w:rPr>
          <w:lang w:eastAsia="zh-CN"/>
        </w:rPr>
        <w:t>　　五、当事人商定的其他事项：</w:t>
      </w:r>
      <w:r>
        <w:rPr>
          <w:lang w:eastAsia="zh-CN"/>
        </w:rPr>
        <w:br/>
      </w:r>
      <w:r>
        <w:rPr>
          <w:lang w:eastAsia="zh-CN"/>
        </w:rPr>
        <w:t>　　六、本协议自甲、乙双方法定代表人或其授权代理人签字并加盖单位公章之日起生效，至本协议项下贷款本息全部清偿完毕后失效。</w:t>
      </w:r>
      <w:r>
        <w:rPr>
          <w:lang w:eastAsia="zh-CN"/>
        </w:rPr>
        <w:br/>
      </w:r>
      <w:r>
        <w:rPr>
          <w:lang w:eastAsia="zh-CN"/>
        </w:rPr>
        <w:t>　　七、本协议正本两份，甲、乙双方各执一份，副本__份。</w:t>
      </w:r>
      <w:r>
        <w:rPr>
          <w:lang w:eastAsia="zh-CN"/>
        </w:rPr>
        <w:br/>
      </w:r>
      <w:r>
        <w:rPr>
          <w:lang w:eastAsia="zh-CN"/>
        </w:rPr>
        <w:t>　　甲方(公章)：_________　　　　　　　　乙方(公章)：_________</w:t>
      </w:r>
      <w:r>
        <w:rPr>
          <w:lang w:eastAsia="zh-CN"/>
        </w:rPr>
        <w:br/>
      </w:r>
      <w:r>
        <w:rPr>
          <w:lang w:eastAsia="zh-CN"/>
        </w:rPr>
        <w:t>　　法定代表人(签字)：_________　　　　　法定代表人(签字)：_________</w:t>
      </w:r>
      <w:r>
        <w:rPr>
          <w:lang w:eastAsia="zh-CN"/>
        </w:rPr>
        <w:br/>
      </w:r>
      <w:r>
        <w:rPr>
          <w:lang w:eastAsia="zh-CN"/>
        </w:rPr>
        <w:t>　　_________年____月____日　　　　　　　_________年____月____日</w:t>
      </w:r>
      <w:r>
        <w:rPr>
          <w:lang w:eastAsia="zh-CN"/>
        </w:rPr>
        <w:br/>
      </w:r>
      <w:r>
        <w:rPr>
          <w:lang w:eastAsia="zh-CN"/>
        </w:rPr>
        <w:t xml:space="preserve">    2024银行贷款合同范本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甲方：_______</w:t>
      </w:r>
      <w:r>
        <w:rPr>
          <w:lang w:eastAsia="zh-CN"/>
        </w:rPr>
        <w:br/>
      </w:r>
      <w:r>
        <w:rPr>
          <w:lang w:eastAsia="zh-CN"/>
        </w:rPr>
        <w:t>　　乙方：_______</w:t>
      </w:r>
      <w:r>
        <w:rPr>
          <w:lang w:eastAsia="zh-CN"/>
        </w:rPr>
        <w:br/>
      </w:r>
      <w:r>
        <w:rPr>
          <w:lang w:eastAsia="zh-CN"/>
        </w:rPr>
        <w:t>　　根据《中华人民共和国合同法》及其他法律法规，甲方和乙方本着平等、自愿、公平、诚实信用的原则，经协商一致，达成如下协议：</w:t>
      </w:r>
      <w:r>
        <w:rPr>
          <w:lang w:eastAsia="zh-CN"/>
        </w:rPr>
        <w:br/>
      </w:r>
      <w:r>
        <w:rPr>
          <w:lang w:eastAsia="zh-CN"/>
        </w:rPr>
        <w:t>　　第一条委托事项</w:t>
      </w:r>
      <w:r>
        <w:rPr>
          <w:lang w:eastAsia="zh-CN"/>
        </w:rPr>
        <w:br/>
      </w:r>
      <w:r>
        <w:rPr>
          <w:lang w:eastAsia="zh-CN"/>
        </w:rPr>
        <w:t>　　甲方委托乙方代办的银行贷款，办理银行贷款金额具体金额不限定。</w:t>
      </w:r>
      <w:r>
        <w:rPr>
          <w:lang w:eastAsia="zh-CN"/>
        </w:rPr>
        <w:br/>
      </w:r>
      <w:r>
        <w:rPr>
          <w:lang w:eastAsia="zh-CN"/>
        </w:rPr>
        <w:t>　　第二条借款用途及额度</w:t>
      </w:r>
      <w:r>
        <w:rPr>
          <w:lang w:eastAsia="zh-CN"/>
        </w:rPr>
        <w:br/>
      </w:r>
      <w:r>
        <w:rPr>
          <w:lang w:eastAsia="zh-CN"/>
        </w:rPr>
        <w:t>　　1、用于贷款的房屋位于：______________市_______幢_______单元_______号房，面积_______平方米；结构_______；外观_______；房屋建成年限_______年；产权证号：_______鹤壁市房权证字第_______号或官字第_______号、共有权证号为：_______号。</w:t>
      </w:r>
      <w:r>
        <w:rPr>
          <w:lang w:eastAsia="zh-CN"/>
        </w:rPr>
        <w:br/>
      </w:r>
      <w:r>
        <w:rPr>
          <w:lang w:eastAsia="zh-CN"/>
        </w:rPr>
        <w:t>　　第三条报酬及支付方式</w:t>
      </w:r>
      <w:r>
        <w:rPr>
          <w:lang w:eastAsia="zh-CN"/>
        </w:rPr>
        <w:br/>
      </w:r>
      <w:r>
        <w:rPr>
          <w:lang w:eastAsia="zh-CN"/>
        </w:rPr>
        <w:t>　　1、在为甲方成功办理完成贷款手续之前，乙方不收取甲方任何费用。当贷款手续办理完毕，甲方即付给乙方实际贷款金额的2%作为费用。</w:t>
      </w:r>
      <w:r>
        <w:rPr>
          <w:lang w:eastAsia="zh-CN"/>
        </w:rPr>
        <w:br/>
      </w:r>
      <w:r>
        <w:rPr>
          <w:lang w:eastAsia="zh-CN"/>
        </w:rPr>
        <w:t>　　2、为那保证乙方能顺利办理银行贷款，甲方因积极配合乙方办理贷款相关手续。</w:t>
      </w:r>
      <w:r>
        <w:rPr>
          <w:lang w:eastAsia="zh-CN"/>
        </w:rPr>
        <w:br/>
      </w:r>
      <w:r>
        <w:rPr>
          <w:lang w:eastAsia="zh-CN"/>
        </w:rPr>
        <w:t>　　3、如因甲方的原因导致贷款人停止发放贷款的，乙方有权终止办理贷款相关手续。</w:t>
      </w:r>
      <w:r>
        <w:rPr>
          <w:lang w:eastAsia="zh-CN"/>
        </w:rPr>
        <w:br/>
      </w:r>
      <w:r>
        <w:rPr>
          <w:lang w:eastAsia="zh-CN"/>
        </w:rPr>
        <w:t>　　第四条双方义务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甲方义务</w:t>
      </w:r>
      <w:r>
        <w:rPr>
          <w:lang w:eastAsia="zh-CN"/>
        </w:rPr>
        <w:br/>
      </w:r>
      <w:r>
        <w:rPr>
          <w:lang w:eastAsia="zh-CN"/>
        </w:rPr>
        <w:t>　　1、甲方保证用于贷款的抵押物真实，没有抵押、查封等产权纠纷；</w:t>
      </w:r>
      <w:r>
        <w:rPr>
          <w:lang w:eastAsia="zh-CN"/>
        </w:rPr>
        <w:br/>
      </w:r>
      <w:r>
        <w:rPr>
          <w:lang w:eastAsia="zh-CN"/>
        </w:rPr>
        <w:t>　　2、甲方保证贷款人征信正常、并符合贷款银行要求；</w:t>
      </w:r>
      <w:r>
        <w:rPr>
          <w:lang w:eastAsia="zh-CN"/>
        </w:rPr>
        <w:br/>
      </w:r>
      <w:r>
        <w:rPr>
          <w:lang w:eastAsia="zh-CN"/>
        </w:rPr>
        <w:t>　　3、甲方应向乙方提供的真实有效的材料，甲方应配合乙方办理贷款手续；</w:t>
      </w:r>
      <w:r>
        <w:rPr>
          <w:lang w:eastAsia="zh-CN"/>
        </w:rPr>
        <w:br/>
      </w:r>
      <w:r>
        <w:rPr>
          <w:lang w:eastAsia="zh-CN"/>
        </w:rPr>
        <w:t>　　4、甲方和乙方协商办理贷款手续的时间，协商不成，由乙方指定；乙方经办人、甲方及贷款相关人员必须按时到达；</w:t>
      </w:r>
      <w:r>
        <w:rPr>
          <w:lang w:eastAsia="zh-CN"/>
        </w:rPr>
        <w:br/>
      </w:r>
      <w:r>
        <w:rPr>
          <w:lang w:eastAsia="zh-CN"/>
        </w:rPr>
        <w:t>　　5、在办理贷款手续中所产生的抵押公证费、评估费、贷款印花税、贷款合同工本费等费用由甲方承担；</w:t>
      </w:r>
      <w:r>
        <w:rPr>
          <w:lang w:eastAsia="zh-CN"/>
        </w:rPr>
        <w:br/>
      </w:r>
      <w:r>
        <w:rPr>
          <w:lang w:eastAsia="zh-CN"/>
        </w:rPr>
        <w:t>　　6、甲方对乙方因履行本合同提供的相关资料负有保密义务，不得泄露；</w:t>
      </w:r>
      <w:r>
        <w:rPr>
          <w:lang w:eastAsia="zh-CN"/>
        </w:rPr>
        <w:br/>
      </w:r>
      <w:r>
        <w:rPr>
          <w:lang w:eastAsia="zh-CN"/>
        </w:rPr>
        <w:t>　　7、其他规定：</w:t>
      </w:r>
      <w:r>
        <w:rPr>
          <w:lang w:eastAsia="zh-CN"/>
        </w:rPr>
        <w:br/>
      </w:r>
      <w:r>
        <w:rPr>
          <w:lang w:eastAsia="zh-CN"/>
        </w:rPr>
        <w:t>　　乙方义务</w:t>
      </w:r>
      <w:r>
        <w:rPr>
          <w:lang w:eastAsia="zh-CN"/>
        </w:rPr>
        <w:br/>
      </w:r>
      <w:r>
        <w:rPr>
          <w:lang w:eastAsia="zh-CN"/>
        </w:rPr>
        <w:t>　　1、乙方应及时向甲方通报有关委托事项的进展情况，接受甲方咨询相关问题；</w:t>
      </w:r>
      <w:r>
        <w:rPr>
          <w:lang w:eastAsia="zh-CN"/>
        </w:rPr>
        <w:br/>
      </w:r>
      <w:r>
        <w:rPr>
          <w:lang w:eastAsia="zh-CN"/>
        </w:rPr>
        <w:t>　　2、乙方按照甲方提供的材料，即时、准确的办理贷款手续，以快捷、高效、优质的服务完成贷款手续；并保证贷款人在工作日内将贷款放到账户上；</w:t>
      </w:r>
      <w:r>
        <w:rPr>
          <w:lang w:eastAsia="zh-CN"/>
        </w:rPr>
        <w:br/>
      </w:r>
      <w:r>
        <w:rPr>
          <w:lang w:eastAsia="zh-CN"/>
        </w:rPr>
        <w:t>　　3、乙方不得擅自单方终止本合同；</w:t>
      </w:r>
      <w:r>
        <w:rPr>
          <w:lang w:eastAsia="zh-CN"/>
        </w:rPr>
        <w:br/>
      </w:r>
      <w:r>
        <w:rPr>
          <w:lang w:eastAsia="zh-CN"/>
        </w:rPr>
        <w:t>　　4、除本合同约定的费用外不以任何方式或理由向甲方收取其他费用；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5、未经甲方同意不得将委托事项转委托其它房地产中介或个人；</w:t>
      </w:r>
      <w:r>
        <w:rPr>
          <w:lang w:eastAsia="zh-CN"/>
        </w:rPr>
        <w:br/>
      </w:r>
      <w:r>
        <w:rPr>
          <w:lang w:eastAsia="zh-CN"/>
        </w:rPr>
        <w:t>　　6、乙方对甲方因履行本合同提供的'相关资料负有保密义务，不得泄露；</w:t>
      </w:r>
      <w:r>
        <w:rPr>
          <w:lang w:eastAsia="zh-CN"/>
        </w:rPr>
        <w:br/>
      </w:r>
      <w:r>
        <w:rPr>
          <w:lang w:eastAsia="zh-CN"/>
        </w:rPr>
        <w:t>　　7、其他规定：。</w:t>
      </w:r>
      <w:r>
        <w:rPr>
          <w:lang w:eastAsia="zh-CN"/>
        </w:rPr>
        <w:br/>
      </w:r>
      <w:r>
        <w:rPr>
          <w:lang w:eastAsia="zh-CN"/>
        </w:rPr>
        <w:t>　　第五条违约责任</w:t>
      </w:r>
      <w:r>
        <w:rPr>
          <w:lang w:eastAsia="zh-CN"/>
        </w:rPr>
        <w:br/>
      </w:r>
      <w:r>
        <w:rPr>
          <w:lang w:eastAsia="zh-CN"/>
        </w:rPr>
        <w:t>　　甲方违约责任</w:t>
      </w:r>
      <w:r>
        <w:rPr>
          <w:lang w:eastAsia="zh-CN"/>
        </w:rPr>
        <w:br/>
      </w:r>
      <w:r>
        <w:rPr>
          <w:lang w:eastAsia="zh-CN"/>
        </w:rPr>
        <w:t>　　1、甲方因甲方故意提供虚假的上述房屋证件和资料等行为的，给乙方及贷款人造成损失的，由甲方承担全部责任（包括不限于给乙方及贷款人造成的经济损失）。</w:t>
      </w:r>
      <w:r>
        <w:rPr>
          <w:lang w:eastAsia="zh-CN"/>
        </w:rPr>
        <w:br/>
      </w:r>
      <w:r>
        <w:rPr>
          <w:lang w:eastAsia="zh-CN"/>
        </w:rPr>
        <w:t>　　2、甲方应当在约定的期限内向乙方支付报酬，逾期支付的，每逾期一日按应付报酬额的万分之三向乙方支付违约金。</w:t>
      </w:r>
      <w:r>
        <w:rPr>
          <w:lang w:eastAsia="zh-CN"/>
        </w:rPr>
        <w:br/>
      </w:r>
      <w:r>
        <w:rPr>
          <w:lang w:eastAsia="zh-CN"/>
        </w:rPr>
        <w:t>　　3、甲方违反保密义务，不当泄露乙方商业秘密或个人隐私，应承担因此给乙方造成的经济损失。</w:t>
      </w:r>
      <w:r>
        <w:rPr>
          <w:lang w:eastAsia="zh-CN"/>
        </w:rPr>
        <w:br/>
      </w:r>
      <w:r>
        <w:rPr>
          <w:lang w:eastAsia="zh-CN"/>
        </w:rPr>
        <w:t>　　乙方违约责任</w:t>
      </w:r>
      <w:r>
        <w:rPr>
          <w:lang w:eastAsia="zh-CN"/>
        </w:rPr>
        <w:br/>
      </w:r>
      <w:r>
        <w:rPr>
          <w:lang w:eastAsia="zh-CN"/>
        </w:rPr>
        <w:t>　　1、乙方违反保密义务，不当泄露甲方商业秘密或个人隐私，应承担因此给甲方造成的经济损失。</w:t>
      </w:r>
      <w:r>
        <w:rPr>
          <w:lang w:eastAsia="zh-CN"/>
        </w:rPr>
        <w:br/>
      </w:r>
      <w:r>
        <w:rPr>
          <w:lang w:eastAsia="zh-CN"/>
        </w:rPr>
        <w:t>　　2、乙方有隐瞒、虚构信息或恶意串通等影响甲方利益的行为，乙方应承担因此给甲方造成的全部经济损失。</w:t>
      </w:r>
      <w:r>
        <w:rPr>
          <w:lang w:eastAsia="zh-CN"/>
        </w:rPr>
        <w:br/>
      </w:r>
      <w:r>
        <w:rPr>
          <w:lang w:eastAsia="zh-CN"/>
        </w:rPr>
        <w:t>　　3、乙方在委托代办事项中，因工作疏漏，遗失甲方的证件、文件、资料、发票等原件的，应给予相应经济补偿；</w:t>
      </w:r>
      <w:r>
        <w:rPr>
          <w:lang w:eastAsia="zh-CN"/>
        </w:rPr>
        <w:br/>
      </w:r>
      <w:r>
        <w:rPr>
          <w:lang w:eastAsia="zh-CN"/>
        </w:rPr>
        <w:t>　　第六条合同的变更与解除</w:t>
      </w:r>
      <w:r>
        <w:rPr>
          <w:lang w:eastAsia="zh-CN"/>
        </w:rPr>
        <w:br/>
      </w:r>
      <w:r>
        <w:rPr>
          <w:lang w:eastAsia="zh-CN"/>
        </w:rPr>
        <w:t>　　1、协议变更与解除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在本合同履行期间，任何一方要求变更或者解除本合同，应书面通知对方，并经双方书面协商一致可变更或解除，因变更或解除给对方造成损失的，应赔偿对方损失。</w:t>
      </w:r>
      <w:r>
        <w:rPr>
          <w:lang w:eastAsia="zh-CN"/>
        </w:rPr>
        <w:br/>
      </w:r>
      <w:r>
        <w:rPr>
          <w:lang w:eastAsia="zh-CN"/>
        </w:rPr>
        <w:t>　　2、单方解除</w:t>
      </w:r>
      <w:r>
        <w:rPr>
          <w:lang w:eastAsia="zh-CN"/>
        </w:rPr>
        <w:br/>
      </w:r>
      <w:r>
        <w:rPr>
          <w:lang w:eastAsia="zh-CN"/>
        </w:rPr>
        <w:t>　　甲方故意提供虚假的上述房屋证件和资料等办理贷款所需的资料的，乙方享有单方解除权；解除合同以通知的形式送达对方，当解除合同的通知送达对方在本合同注明的地址时，本合同解除。</w:t>
      </w:r>
      <w:r>
        <w:rPr>
          <w:lang w:eastAsia="zh-CN"/>
        </w:rPr>
        <w:br/>
      </w:r>
      <w:r>
        <w:rPr>
          <w:lang w:eastAsia="zh-CN"/>
        </w:rPr>
        <w:t>　　第七条、本合同一式两份，甲方签字或盖章、乙方签字盖章之日生效，空格部分及备注部分填写的文字与印刷文字具有同等效力。</w:t>
      </w:r>
      <w:r>
        <w:rPr>
          <w:lang w:eastAsia="zh-CN"/>
        </w:rPr>
        <w:br/>
      </w:r>
      <w:r>
        <w:rPr>
          <w:lang w:eastAsia="zh-CN"/>
        </w:rPr>
        <w:t>　　第八条、本合同未尽事宜，双方可签订补充协议，经甲乙双方协商一致，在不违反国家及地方相关法律、法规的前提下，所签订的补充协议为本合同不可分割的部分，具备同等法律效力。</w:t>
      </w:r>
      <w:r>
        <w:rPr>
          <w:lang w:eastAsia="zh-CN"/>
        </w:rPr>
        <w:br/>
      </w:r>
      <w:r>
        <w:rPr>
          <w:lang w:eastAsia="zh-CN"/>
        </w:rPr>
        <w:t>　　第九条、本合同在履行中如发生争议，由受托方、委托方协商解决。协商不成的，双方可向合同签订地人民法院起诉。</w:t>
      </w:r>
      <w:r>
        <w:rPr>
          <w:lang w:eastAsia="zh-CN"/>
        </w:rPr>
        <w:br/>
      </w:r>
      <w:r>
        <w:rPr>
          <w:lang w:eastAsia="zh-CN"/>
        </w:rPr>
        <w:t>　　第十条、补充协议：</w:t>
      </w:r>
      <w:r>
        <w:rPr>
          <w:lang w:eastAsia="zh-CN"/>
        </w:rPr>
        <w:br/>
      </w:r>
      <w:r>
        <w:rPr>
          <w:lang w:eastAsia="zh-CN"/>
        </w:rPr>
        <w:t>　　甲方（公章）：_________乙方（公章）：_________</w:t>
      </w:r>
      <w:r>
        <w:rPr>
          <w:lang w:eastAsia="zh-CN"/>
        </w:rPr>
        <w:br/>
      </w:r>
      <w:r>
        <w:rPr>
          <w:lang w:eastAsia="zh-CN"/>
        </w:rPr>
        <w:t>　　法定代表人（签字）：_________法定代表人（签字）：_________</w:t>
      </w:r>
      <w:r>
        <w:rPr>
          <w:lang w:eastAsia="zh-CN"/>
        </w:rPr>
        <w:br/>
      </w:r>
      <w:r>
        <w:rPr>
          <w:lang w:eastAsia="zh-CN"/>
        </w:rPr>
        <w:t>　　_________年____月____日_________年____月____日</w:t>
      </w:r>
      <w:r>
        <w:rPr>
          <w:lang w:eastAsia="zh-CN"/>
        </w:rPr>
        <w:br/>
      </w:r>
      <w:r>
        <w:rPr>
          <w:lang w:eastAsia="zh-CN"/>
        </w:rPr>
        <w:t xml:space="preserve">    2024银行贷款合同范本 篇10 </w:t>
      </w:r>
      <w:r>
        <w:rPr>
          <w:lang w:eastAsia="zh-CN"/>
        </w:rPr>
        <w:br/>
      </w:r>
      <w:r>
        <w:rPr>
          <w:lang w:eastAsia="zh-CN"/>
        </w:rPr>
        <w:t>　　甲方：</w:t>
      </w:r>
      <w:r>
        <w:rPr>
          <w:lang w:eastAsia="zh-CN"/>
        </w:rPr>
        <w:br/>
      </w:r>
      <w:r>
        <w:rPr>
          <w:lang w:eastAsia="zh-CN"/>
        </w:rPr>
        <w:t>　　乙方：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根据《中华人民共和国合同法》及其他法律法规，甲方和乙方本着平等、自愿、公平、诚实信用的原则，经协商一致，达成如下协议：</w:t>
      </w:r>
      <w:r>
        <w:rPr>
          <w:lang w:eastAsia="zh-CN"/>
        </w:rPr>
        <w:br/>
      </w:r>
      <w:r>
        <w:rPr>
          <w:lang w:eastAsia="zh-CN"/>
        </w:rPr>
        <w:t>　　第一条委托事项</w:t>
      </w:r>
      <w:r>
        <w:rPr>
          <w:lang w:eastAsia="zh-CN"/>
        </w:rPr>
        <w:br/>
      </w:r>
      <w:r>
        <w:rPr>
          <w:lang w:eastAsia="zh-CN"/>
        </w:rPr>
        <w:t>　　甲方委托乙方代办的银行贷款，办理银行贷款金额具体金额不限定。</w:t>
      </w:r>
      <w:r>
        <w:rPr>
          <w:lang w:eastAsia="zh-CN"/>
        </w:rPr>
        <w:br/>
      </w:r>
      <w:r>
        <w:rPr>
          <w:lang w:eastAsia="zh-CN"/>
        </w:rPr>
        <w:t>　　第二条借款用途及额度</w:t>
      </w:r>
      <w:r>
        <w:rPr>
          <w:lang w:eastAsia="zh-CN"/>
        </w:rPr>
        <w:br/>
      </w:r>
      <w:r>
        <w:rPr>
          <w:lang w:eastAsia="zh-CN"/>
        </w:rPr>
        <w:t>　　1、用于贷款的房屋位于：鹤壁市幢单元号房，面积平方米；结构；外观；房屋建成年限年；产权证号：鹤壁市房权证字第号或官字第号、共有权证号为：号。</w:t>
      </w:r>
      <w:r>
        <w:rPr>
          <w:lang w:eastAsia="zh-CN"/>
        </w:rPr>
        <w:br/>
      </w:r>
      <w:r>
        <w:rPr>
          <w:lang w:eastAsia="zh-CN"/>
        </w:rPr>
        <w:t>　　第三条报酬及支付方式</w:t>
      </w:r>
      <w:r>
        <w:rPr>
          <w:lang w:eastAsia="zh-CN"/>
        </w:rPr>
        <w:br/>
      </w:r>
      <w:r>
        <w:rPr>
          <w:lang w:eastAsia="zh-CN"/>
        </w:rPr>
        <w:t>　　1、在为甲方成功办理完成贷款手续之前，乙方不收取甲方任何费用。当贷款手续办理完毕，甲方即付给乙方实际贷款金额的2%作为费用。</w:t>
      </w:r>
      <w:r>
        <w:rPr>
          <w:lang w:eastAsia="zh-CN"/>
        </w:rPr>
        <w:br/>
      </w:r>
      <w:r>
        <w:rPr>
          <w:lang w:eastAsia="zh-CN"/>
        </w:rPr>
        <w:t>　　2、为那保证乙方能顺利办理银行贷款，甲方因积极配合乙方办理贷款相关手续。</w:t>
      </w:r>
      <w:r>
        <w:rPr>
          <w:lang w:eastAsia="zh-CN"/>
        </w:rPr>
        <w:br/>
      </w:r>
      <w:r>
        <w:rPr>
          <w:lang w:eastAsia="zh-CN"/>
        </w:rPr>
        <w:t>　　3、如因甲方的原因导致贷款人停止发放贷款的，乙方有权终止办理贷款相关手续。</w:t>
      </w:r>
      <w:r>
        <w:rPr>
          <w:lang w:eastAsia="zh-CN"/>
        </w:rPr>
        <w:br/>
      </w:r>
      <w:r>
        <w:rPr>
          <w:lang w:eastAsia="zh-CN"/>
        </w:rPr>
        <w:t>　　第四条双方义务</w:t>
      </w:r>
      <w:r>
        <w:rPr>
          <w:lang w:eastAsia="zh-CN"/>
        </w:rPr>
        <w:br/>
      </w:r>
      <w:r>
        <w:rPr>
          <w:lang w:eastAsia="zh-CN"/>
        </w:rPr>
        <w:t>　　甲方义务</w:t>
      </w:r>
      <w:r>
        <w:rPr>
          <w:lang w:eastAsia="zh-CN"/>
        </w:rPr>
        <w:br/>
      </w:r>
      <w:r>
        <w:rPr>
          <w:lang w:eastAsia="zh-CN"/>
        </w:rPr>
        <w:t>　　1、甲方保证用于贷款的抵押物真实，没有抵押、查封等产权纠纷；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2、甲方保证贷款人征信正常、并符合贷款银行要求；</w:t>
      </w:r>
      <w:r>
        <w:rPr>
          <w:lang w:eastAsia="zh-CN"/>
        </w:rPr>
        <w:br/>
      </w:r>
      <w:r>
        <w:rPr>
          <w:lang w:eastAsia="zh-CN"/>
        </w:rPr>
        <w:t>　　3、甲方应向乙方提供的真实有效的`材料，甲方应配合乙方办理贷款手续；</w:t>
      </w:r>
      <w:r>
        <w:rPr>
          <w:lang w:eastAsia="zh-CN"/>
        </w:rPr>
        <w:br/>
      </w:r>
      <w:r>
        <w:rPr>
          <w:lang w:eastAsia="zh-CN"/>
        </w:rPr>
        <w:t>　　4、甲方和乙方协商办理贷款手续的时间，协商不成，由乙方指定；乙方经办人、甲方及贷款相关人员必须按时到达；</w:t>
      </w:r>
      <w:r>
        <w:rPr>
          <w:lang w:eastAsia="zh-CN"/>
        </w:rPr>
        <w:br/>
      </w:r>
      <w:r>
        <w:rPr>
          <w:lang w:eastAsia="zh-CN"/>
        </w:rPr>
        <w:t>　　5、在办理贷款手续中所产生的抵押公证费、评估费、贷款印花税、贷款合同工本费等费用由甲方承担；</w:t>
      </w:r>
      <w:r>
        <w:rPr>
          <w:lang w:eastAsia="zh-CN"/>
        </w:rPr>
        <w:br/>
      </w:r>
      <w:r>
        <w:rPr>
          <w:lang w:eastAsia="zh-CN"/>
        </w:rPr>
        <w:t>　　6、甲方对乙方因履行本合同提供的相关资料负有保密义务，不得泄露；</w:t>
      </w:r>
      <w:r>
        <w:rPr>
          <w:lang w:eastAsia="zh-CN"/>
        </w:rPr>
        <w:br/>
      </w:r>
      <w:r>
        <w:rPr>
          <w:lang w:eastAsia="zh-CN"/>
        </w:rPr>
        <w:t>　　7、其他规定：</w:t>
      </w:r>
      <w:r>
        <w:rPr>
          <w:lang w:eastAsia="zh-CN"/>
        </w:rPr>
        <w:br/>
      </w:r>
      <w:r>
        <w:rPr>
          <w:lang w:eastAsia="zh-CN"/>
        </w:rPr>
        <w:t>　　乙方义务</w:t>
      </w:r>
      <w:r>
        <w:rPr>
          <w:lang w:eastAsia="zh-CN"/>
        </w:rPr>
        <w:br/>
      </w:r>
      <w:r>
        <w:rPr>
          <w:lang w:eastAsia="zh-CN"/>
        </w:rPr>
        <w:t>　　1、乙方应及时向甲方通报有关委托事项的进展情况，接受甲方咨询相关问题；</w:t>
      </w:r>
      <w:r>
        <w:rPr>
          <w:lang w:eastAsia="zh-CN"/>
        </w:rPr>
        <w:br/>
      </w:r>
      <w:r>
        <w:rPr>
          <w:lang w:eastAsia="zh-CN"/>
        </w:rPr>
        <w:t>　　2、乙方按照甲方提供的材料，即时、准确的办理贷款手续，以快捷、高效、优质的服务完成贷款手续；并保证贷款人在工作日内将贷款放到账户上；</w:t>
      </w:r>
      <w:r>
        <w:rPr>
          <w:lang w:eastAsia="zh-CN"/>
        </w:rPr>
        <w:br/>
      </w:r>
      <w:r>
        <w:rPr>
          <w:lang w:eastAsia="zh-CN"/>
        </w:rPr>
        <w:t>　　3、乙方不得擅自单方终止本合同；</w:t>
      </w:r>
      <w:r>
        <w:rPr>
          <w:lang w:eastAsia="zh-CN"/>
        </w:rPr>
        <w:br/>
      </w:r>
      <w:r>
        <w:rPr>
          <w:lang w:eastAsia="zh-CN"/>
        </w:rPr>
        <w:t>　　4、除本合同约定的费用外不以任何方式或理由向甲方收取其他费用；</w:t>
      </w:r>
      <w:r>
        <w:rPr>
          <w:lang w:eastAsia="zh-CN"/>
        </w:rPr>
        <w:br/>
      </w:r>
      <w:r>
        <w:rPr>
          <w:lang w:eastAsia="zh-CN"/>
        </w:rPr>
        <w:t>　　5、未经甲方同意不得将委托事项转委托其它房地产中介或个人；</w:t>
      </w:r>
      <w:r>
        <w:rPr>
          <w:lang w:eastAsia="zh-CN"/>
        </w:rPr>
        <w:br/>
      </w:r>
      <w:r>
        <w:rPr>
          <w:lang w:eastAsia="zh-CN"/>
        </w:rPr>
        <w:t>　　6、乙方对甲方因履行本合同提供的相关资料负有保密义务，不得泄露；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7、其他规定：</w:t>
      </w:r>
      <w:r>
        <w:rPr>
          <w:lang w:eastAsia="zh-CN"/>
        </w:rPr>
        <w:br/>
      </w:r>
      <w:r>
        <w:rPr>
          <w:lang w:eastAsia="zh-CN"/>
        </w:rPr>
        <w:t>　　第五条违约责任</w:t>
      </w:r>
      <w:r>
        <w:rPr>
          <w:lang w:eastAsia="zh-CN"/>
        </w:rPr>
        <w:br/>
      </w:r>
      <w:r>
        <w:rPr>
          <w:lang w:eastAsia="zh-CN"/>
        </w:rPr>
        <w:t>　　甲方违约责任</w:t>
      </w:r>
      <w:r>
        <w:rPr>
          <w:lang w:eastAsia="zh-CN"/>
        </w:rPr>
        <w:br/>
      </w:r>
      <w:r>
        <w:rPr>
          <w:lang w:eastAsia="zh-CN"/>
        </w:rPr>
        <w:t>　　1、甲方因甲方故意提供虚假的上述房屋证件和资料等行为的，给乙方及贷款人造成损失的，由甲方承担全部责任（包括不限于给乙方及贷款人造成的经济损失）。</w:t>
      </w:r>
      <w:r>
        <w:rPr>
          <w:lang w:eastAsia="zh-CN"/>
        </w:rPr>
        <w:br/>
      </w:r>
      <w:r>
        <w:rPr>
          <w:lang w:eastAsia="zh-CN"/>
        </w:rPr>
        <w:t>　　2、甲方应当在约定的期限内向乙方支付报酬，逾期支付的，每逾期一日按应付报酬额的万分之三向乙方支付违约金。</w:t>
      </w:r>
      <w:r>
        <w:rPr>
          <w:lang w:eastAsia="zh-CN"/>
        </w:rPr>
        <w:br/>
      </w:r>
      <w:r>
        <w:rPr>
          <w:lang w:eastAsia="zh-CN"/>
        </w:rPr>
        <w:t>　　3、甲方违反保密义务，不当泄露乙方商业秘密或个人隐私，应承担因此给乙方造成的经济损失。</w:t>
      </w:r>
      <w:r>
        <w:rPr>
          <w:lang w:eastAsia="zh-CN"/>
        </w:rPr>
        <w:br/>
      </w:r>
      <w:r>
        <w:rPr>
          <w:lang w:eastAsia="zh-CN"/>
        </w:rPr>
        <w:t>　　乙方违约责任</w:t>
      </w:r>
      <w:r>
        <w:rPr>
          <w:lang w:eastAsia="zh-CN"/>
        </w:rPr>
        <w:br/>
      </w:r>
      <w:r>
        <w:rPr>
          <w:lang w:eastAsia="zh-CN"/>
        </w:rPr>
        <w:t>　　1、乙方违反保密义务，不当泄露甲方商业秘密或个人隐私，应承担因此给甲方造成的经济损失。</w:t>
      </w:r>
      <w:r>
        <w:rPr>
          <w:lang w:eastAsia="zh-CN"/>
        </w:rPr>
        <w:br/>
      </w:r>
      <w:r>
        <w:rPr>
          <w:lang w:eastAsia="zh-CN"/>
        </w:rPr>
        <w:t>　　2、乙方有隐瞒、虚构信息或恶意串通等影响甲方利益的行为，乙方应承担因此给甲方造成的全部经济损失。</w:t>
      </w:r>
      <w:r>
        <w:rPr>
          <w:lang w:eastAsia="zh-CN"/>
        </w:rPr>
        <w:br/>
      </w:r>
      <w:r>
        <w:rPr>
          <w:lang w:eastAsia="zh-CN"/>
        </w:rPr>
        <w:t>　　3、乙方在委托代办事项中，因工作疏漏，遗失甲方的证件、文件、资料、发票等原件的，应给予相应经济补偿；</w:t>
      </w:r>
      <w:r>
        <w:rPr>
          <w:lang w:eastAsia="zh-CN"/>
        </w:rPr>
        <w:br/>
      </w:r>
      <w:r>
        <w:rPr>
          <w:lang w:eastAsia="zh-CN"/>
        </w:rPr>
        <w:t>　　第六条合同的变更与解除</w:t>
      </w:r>
      <w:r>
        <w:rPr>
          <w:lang w:eastAsia="zh-CN"/>
        </w:rPr>
        <w:br/>
      </w:r>
      <w:r>
        <w:rPr>
          <w:lang w:eastAsia="zh-CN"/>
        </w:rPr>
        <w:t>　　1、协议变更与解除</w:t>
      </w:r>
      <w:r>
        <w:rPr>
          <w:lang w:eastAsia="zh-CN"/>
        </w:rPr>
        <w:br/>
      </w:r>
      <w:r>
        <w:rPr>
          <w:lang w:eastAsia="zh-CN"/>
        </w:rPr>
        <w:t>　　在本合同履行期间，任何一方要求变更或者解除本合同，应书面通知对方，并经双方书面协商一致可变更或解除，因变更或解除给对方造成损失的，应赔偿对方损失。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2、单方解除</w:t>
      </w:r>
      <w:r>
        <w:rPr>
          <w:lang w:eastAsia="zh-CN"/>
        </w:rPr>
        <w:br/>
      </w:r>
      <w:r>
        <w:rPr>
          <w:lang w:eastAsia="zh-CN"/>
        </w:rPr>
        <w:t>　　甲方故意提供虚假的上述房屋证件和资料等办理贷款所需的资料的，乙方享有单方解除权；解除合同以通知的形式送达对方，当解除合同的通知送达对方在本合同注明的地址时，本合同解除。</w:t>
      </w:r>
      <w:r>
        <w:rPr>
          <w:lang w:eastAsia="zh-CN"/>
        </w:rPr>
        <w:br/>
      </w:r>
      <w:r>
        <w:rPr>
          <w:lang w:eastAsia="zh-CN"/>
        </w:rPr>
        <w:t>　　第七条、本合同一式两份，甲方签字或盖章、乙方签字盖章之日生效，空格部分及备注部分填写的文字与印刷文字具有同等效力。</w:t>
      </w:r>
      <w:r>
        <w:rPr>
          <w:lang w:eastAsia="zh-CN"/>
        </w:rPr>
        <w:br/>
      </w:r>
      <w:r>
        <w:rPr>
          <w:lang w:eastAsia="zh-CN"/>
        </w:rPr>
        <w:t>　　第八条、本合同未尽事宜，双方可签订补充协议，经甲乙双方协商一致，在不违反国家及地方相关法律、法规的前提下，所签订的补充协议为本合同不可分割的部分，具备同等法律效力。</w:t>
      </w:r>
      <w:r>
        <w:rPr>
          <w:lang w:eastAsia="zh-CN"/>
        </w:rPr>
        <w:br/>
      </w:r>
      <w:r>
        <w:rPr>
          <w:lang w:eastAsia="zh-CN"/>
        </w:rPr>
        <w:t>　　第九条、本合同在履行中如发生争议，由受托方、委托方协商解决。协商不成的，双方可向合同签订地人民法院起诉。</w:t>
      </w:r>
      <w:r>
        <w:rPr>
          <w:lang w:eastAsia="zh-CN"/>
        </w:rPr>
        <w:br/>
      </w:r>
      <w:r>
        <w:rPr>
          <w:lang w:eastAsia="zh-CN"/>
        </w:rPr>
        <w:t>　　甲方（公章）：_________</w:t>
      </w:r>
      <w:r>
        <w:rPr>
          <w:lang w:eastAsia="zh-CN"/>
        </w:rPr>
        <w:br/>
      </w:r>
      <w:r>
        <w:rPr>
          <w:lang w:eastAsia="zh-CN"/>
        </w:rPr>
        <w:t>　　乙方（公章）：_________</w:t>
      </w:r>
      <w:r>
        <w:rPr>
          <w:lang w:eastAsia="zh-CN"/>
        </w:rPr>
        <w:br/>
      </w:r>
      <w:r>
        <w:rPr>
          <w:lang w:eastAsia="zh-CN"/>
        </w:rPr>
        <w:t>　　_________年____月____日</w:t>
      </w:r>
      <w:r>
        <w:rPr>
          <w:lang w:eastAsia="zh-CN"/>
        </w:rPr>
        <w:br/>
      </w:r>
      <w:r>
        <w:rPr>
          <w:lang w:eastAsia="zh-CN"/>
        </w:rPr>
        <w:t xml:space="preserve">    2024银行贷款合同范本 篇11 </w:t>
      </w:r>
      <w:r>
        <w:rPr>
          <w:lang w:eastAsia="zh-CN"/>
        </w:rPr>
        <w:br/>
      </w:r>
      <w:r>
        <w:rPr>
          <w:lang w:eastAsia="zh-CN"/>
        </w:rPr>
        <w:t>　　借款人：_______________________（以下简称甲方）</w:t>
      </w:r>
      <w:r>
        <w:rPr>
          <w:lang w:eastAsia="zh-CN"/>
        </w:rPr>
        <w:br/>
      </w:r>
      <w:r>
        <w:rPr>
          <w:lang w:eastAsia="zh-CN"/>
        </w:rPr>
        <w:t>　　贷款人：_______________________（以下简称乙方）</w:t>
      </w:r>
      <w:r>
        <w:rPr>
          <w:lang w:eastAsia="zh-CN"/>
        </w:rPr>
        <w:br/>
      </w:r>
      <w:r>
        <w:rPr>
          <w:lang w:eastAsia="zh-CN"/>
        </w:rPr>
        <w:t>　　根据甲方的借款申请，为加强存单抵押贷款管理，明确双方的经济责任，按照国务院颁发的《借款合同条例》的有关规定，经双方协商签订合同。</w:t>
      </w:r>
      <w:r>
        <w:rPr>
          <w:lang w:eastAsia="zh-CN"/>
        </w:rPr>
        <w:br/>
      </w:r>
      <w:r>
        <w:rPr>
          <w:lang w:eastAsia="zh-CN"/>
        </w:rPr>
        <w:t>　　一、贷款种类、金额及用途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乙方同意贷给甲方储蓄定期存款存单抵押小额人民币贷款_________元整，用于解决储户存款未到期时急需使用资金的困难。</w:t>
      </w:r>
      <w:r>
        <w:rPr>
          <w:lang w:eastAsia="zh-CN"/>
        </w:rPr>
        <w:br/>
      </w:r>
      <w:r>
        <w:rPr>
          <w:lang w:eastAsia="zh-CN"/>
        </w:rPr>
        <w:t>　　二、贷款的期限和利率</w:t>
      </w:r>
      <w:r>
        <w:rPr>
          <w:lang w:eastAsia="zh-CN"/>
        </w:rPr>
        <w:br/>
      </w:r>
      <w:r>
        <w:rPr>
          <w:lang w:eastAsia="zh-CN"/>
        </w:rPr>
        <w:t>　　贷款利率按月息_________‰计收。贷款期间如遇利率调整，在贷款期限内利率不变。</w:t>
      </w:r>
      <w:r>
        <w:rPr>
          <w:lang w:eastAsia="zh-CN"/>
        </w:rPr>
        <w:br/>
      </w:r>
      <w:r>
        <w:rPr>
          <w:lang w:eastAsia="zh-CN"/>
        </w:rPr>
        <w:t>　　三、贷款的偿还</w:t>
      </w:r>
      <w:r>
        <w:rPr>
          <w:lang w:eastAsia="zh-CN"/>
        </w:rPr>
        <w:br/>
      </w:r>
      <w:r>
        <w:rPr>
          <w:lang w:eastAsia="zh-CN"/>
        </w:rPr>
        <w:t>　　存单抵押贷款原则上甲方应按期归还，利随本清，若甲方贷款提前还款按原定利率和实际借款天数计息。</w:t>
      </w:r>
      <w:r>
        <w:rPr>
          <w:lang w:eastAsia="zh-CN"/>
        </w:rPr>
        <w:br/>
      </w:r>
      <w:r>
        <w:rPr>
          <w:lang w:eastAsia="zh-CN"/>
        </w:rPr>
        <w:t>　　四、贷款的展期申请</w:t>
      </w:r>
      <w:r>
        <w:rPr>
          <w:lang w:eastAsia="zh-CN"/>
        </w:rPr>
        <w:br/>
      </w:r>
      <w:r>
        <w:rPr>
          <w:lang w:eastAsia="zh-CN"/>
        </w:rPr>
        <w:t>　　甲方因特殊原因而无法按期归还贷款，抵押存单到期或部分未到期，甲方应提前10天向乙方提出正式展期申请，期限最长不得超过六个月，累计贷款期限不超过一年，且不超过抵押存单到期日。</w:t>
      </w:r>
      <w:r>
        <w:rPr>
          <w:lang w:eastAsia="zh-CN"/>
        </w:rPr>
        <w:br/>
      </w:r>
      <w:r>
        <w:rPr>
          <w:lang w:eastAsia="zh-CN"/>
        </w:rPr>
        <w:t>　　五、违约责任</w:t>
      </w:r>
      <w:r>
        <w:rPr>
          <w:lang w:eastAsia="zh-CN"/>
        </w:rPr>
        <w:br/>
      </w:r>
      <w:r>
        <w:rPr>
          <w:lang w:eastAsia="zh-CN"/>
        </w:rPr>
        <w:t>　　1、如甲方到期不能如数归还贷款，在逾期一个月以内（含一个月），甲方同意从贷款到期之日起，对逾期部分加付20%的罚息，超过一个月，甲方同意部分和全部抵押存单的存款抵偿贷款本息。</w:t>
      </w:r>
      <w:r>
        <w:rPr>
          <w:lang w:eastAsia="zh-CN"/>
        </w:rPr>
        <w:br/>
      </w:r>
      <w:r>
        <w:rPr>
          <w:lang w:eastAsia="zh-CN"/>
        </w:rPr>
        <w:t>　　2、在借款合同规定的范围内，乙方及时向甲方提供贷款。</w:t>
      </w:r>
      <w:r>
        <w:rPr>
          <w:lang w:eastAsia="zh-CN"/>
        </w:rPr>
        <w:br/>
      </w:r>
      <w:r>
        <w:rPr>
          <w:lang w:eastAsia="zh-CN"/>
        </w:rPr>
        <w:t>　　3、乙方应妥善保管被抵押的存单，如乙方保管不妥造成丢失、损坏由乙方承担责任。</w:t>
      </w:r>
      <w:r>
        <w:rPr>
          <w:lang w:eastAsia="zh-CN"/>
        </w:rPr>
        <w:br/>
      </w:r>
      <w:r>
        <w:rPr>
          <w:lang w:eastAsia="zh-CN"/>
        </w:rPr>
        <w:t>　　4、抵押的.存单在抵押期内，甲方不得申请挂失、转让存单保管收据，如发生上述行为，乙方有权立即处理其抵押存单。</w:t>
      </w:r>
      <w:r>
        <w:rPr>
          <w:lang w:eastAsia="zh-CN"/>
        </w:rPr>
        <w:br/>
      </w:r>
      <w:r>
        <w:rPr>
          <w:lang w:eastAsia="zh-CN"/>
        </w:rPr>
        <w:t>　　六、其他条款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1、甲方死亡、其财产合法继承人依法办理存款过户和继承手续，并继续履行甲方签订的抵押贷款合同，如无继承人履行合同，乙方有权处理抵押存单，抵偿贷款本息。</w:t>
      </w:r>
      <w:r>
        <w:rPr>
          <w:lang w:eastAsia="zh-CN"/>
        </w:rPr>
        <w:br/>
      </w:r>
      <w:r>
        <w:rPr>
          <w:lang w:eastAsia="zh-CN"/>
        </w:rPr>
        <w:t>　　2、甲方所提供的贷款申请，抵押存单资料等书面证明材料，均作为本合同的组成部分，与本合同有同等法律效力。</w:t>
      </w:r>
      <w:r>
        <w:rPr>
          <w:lang w:eastAsia="zh-CN"/>
        </w:rPr>
        <w:br/>
      </w:r>
      <w:r>
        <w:rPr>
          <w:lang w:eastAsia="zh-CN"/>
        </w:rPr>
        <w:t>　　3、本合同发生纠纷时，任何一方均可向仲裁机构申请调解或仲裁，也可向人民法院起诉。</w:t>
      </w:r>
      <w:r>
        <w:rPr>
          <w:lang w:eastAsia="zh-CN"/>
        </w:rPr>
        <w:br/>
      </w:r>
      <w:r>
        <w:rPr>
          <w:lang w:eastAsia="zh-CN"/>
        </w:rPr>
        <w:t>　　4、本合同正本一式两份，经甲乙双方签章后生效，甲、乙双方各执一份。借款本息还清后本合同自动失效。</w:t>
      </w:r>
      <w:r>
        <w:rPr>
          <w:lang w:eastAsia="zh-CN"/>
        </w:rPr>
        <w:br/>
      </w:r>
      <w:r>
        <w:rPr>
          <w:lang w:eastAsia="zh-CN"/>
        </w:rPr>
        <w:t>　　甲方（公章）：_________</w:t>
      </w:r>
      <w:r>
        <w:rPr>
          <w:lang w:eastAsia="zh-CN"/>
        </w:rPr>
        <w:br/>
      </w:r>
      <w:r>
        <w:rPr>
          <w:lang w:eastAsia="zh-CN"/>
        </w:rPr>
        <w:t>　　乙方（公章）：_________</w:t>
      </w:r>
      <w:r>
        <w:rPr>
          <w:lang w:eastAsia="zh-CN"/>
        </w:rPr>
        <w:br/>
      </w:r>
      <w:r>
        <w:rPr>
          <w:lang w:eastAsia="zh-CN"/>
        </w:rPr>
        <w:t>　　_________年____月____日</w:t>
      </w:r>
      <w:r>
        <w:rPr>
          <w:lang w:eastAsia="zh-CN"/>
        </w:rPr>
        <w:br/>
      </w:r>
      <w:r>
        <w:rPr>
          <w:lang w:eastAsia="zh-CN"/>
        </w:rPr>
        <w:t xml:space="preserve">    2024银行贷款合同范本 篇12 </w:t>
      </w:r>
      <w:r>
        <w:rPr>
          <w:lang w:eastAsia="zh-CN"/>
        </w:rPr>
        <w:br/>
      </w:r>
      <w:r>
        <w:rPr>
          <w:lang w:eastAsia="zh-CN"/>
        </w:rPr>
        <w:t>　　工方：_______(以下简称甲方)</w:t>
      </w:r>
      <w:r>
        <w:rPr>
          <w:lang w:eastAsia="zh-CN"/>
        </w:rPr>
        <w:br/>
      </w:r>
      <w:r>
        <w:rPr>
          <w:lang w:eastAsia="zh-CN"/>
        </w:rPr>
        <w:t>　　贸方：_______(以下简称乙方)</w:t>
      </w:r>
      <w:r>
        <w:rPr>
          <w:lang w:eastAsia="zh-CN"/>
        </w:rPr>
        <w:br/>
      </w:r>
      <w:r>
        <w:rPr>
          <w:lang w:eastAsia="zh-CN"/>
        </w:rPr>
        <w:t>　　甲方为进一步提高出口产品质量，扩大生产能力，为国家多创外汇，需引进设备，增加产品的出口竞争能力。为此，拟向中国银行申请外汇贷款万美元。</w:t>
      </w:r>
      <w:r>
        <w:rPr>
          <w:lang w:eastAsia="zh-CN"/>
        </w:rPr>
        <w:br/>
      </w:r>
      <w:r>
        <w:rPr>
          <w:lang w:eastAsia="zh-CN"/>
        </w:rPr>
        <w:t>　　经同乙方磋商，达成工贸协议如下：</w:t>
      </w:r>
      <w:r>
        <w:rPr>
          <w:lang w:eastAsia="zh-CN"/>
        </w:rPr>
        <w:br/>
      </w:r>
      <w:r>
        <w:rPr>
          <w:lang w:eastAsia="zh-CN"/>
        </w:rPr>
        <w:t>　　一、甲方引进项目总投资__万元，其中用汇万美元，人民币______万元，引进项目的`可行性研究报告，由审批机关签章后提供给乙方。该项目建成后预计年增产量，产值，创汇。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二、本项目需用汇万美元，由甲方向中国银行申请外汇贷款，乙方在甲方年出口创汇的基础上，以甲方新增出口创汇部分归还外汇贷款本息，年内还清。</w:t>
      </w:r>
      <w:r>
        <w:rPr>
          <w:lang w:eastAsia="zh-CN"/>
        </w:rPr>
        <w:br/>
      </w:r>
      <w:r>
        <w:rPr>
          <w:lang w:eastAsia="zh-CN"/>
        </w:rPr>
        <w:t>　　三、甲方在还汇期间每年需按质、按量、按时向乙方提供出口产品吨(件、套)，乙方保证及时收购，并同时向甲方出具还汇凭证。甲方在还汇期间，新增创汇部分全部还汇，不计留成。</w:t>
      </w:r>
      <w:r>
        <w:rPr>
          <w:lang w:eastAsia="zh-CN"/>
        </w:rPr>
        <w:br/>
      </w:r>
      <w:r>
        <w:rPr>
          <w:lang w:eastAsia="zh-CN"/>
        </w:rPr>
        <w:t>　　四、乙方应及时向甲方提供国际市场信息，保证产品适销对路。</w:t>
      </w:r>
      <w:r>
        <w:rPr>
          <w:lang w:eastAsia="zh-CN"/>
        </w:rPr>
        <w:br/>
      </w:r>
      <w:r>
        <w:rPr>
          <w:lang w:eastAsia="zh-CN"/>
        </w:rPr>
        <w:t>　　五、本协议未尽事宜，由协议双方征得有关部门同意后修改或补充。</w:t>
      </w:r>
      <w:r>
        <w:rPr>
          <w:lang w:eastAsia="zh-CN"/>
        </w:rPr>
        <w:br/>
      </w:r>
      <w:r>
        <w:rPr>
          <w:lang w:eastAsia="zh-CN"/>
        </w:rPr>
        <w:t>　　六、本协议一式份。由协议单位签字盖章后生效，并报有关部门备案。</w:t>
      </w:r>
      <w:r>
        <w:rPr>
          <w:lang w:eastAsia="zh-CN"/>
        </w:rPr>
        <w:br/>
      </w:r>
      <w:r>
        <w:rPr>
          <w:lang w:eastAsia="zh-CN"/>
        </w:rPr>
        <w:t>　　七、本协议经双方签订后即具有法律效力，双方必须严格执行，不得违反。</w:t>
      </w:r>
      <w:r>
        <w:rPr>
          <w:lang w:eastAsia="zh-CN"/>
        </w:rPr>
        <w:br/>
      </w:r>
      <w:r>
        <w:rPr>
          <w:lang w:eastAsia="zh-CN"/>
        </w:rPr>
        <w:t>　　甲方(签字捺印)：_______</w:t>
      </w:r>
      <w:r>
        <w:rPr>
          <w:lang w:eastAsia="zh-CN"/>
        </w:rPr>
        <w:br/>
      </w:r>
      <w:r>
        <w:rPr>
          <w:lang w:eastAsia="zh-CN"/>
        </w:rPr>
        <w:t>　　乙方(签字捺印)：_______</w:t>
      </w:r>
      <w:r>
        <w:rPr>
          <w:lang w:eastAsia="zh-CN"/>
        </w:rPr>
        <w:br/>
      </w:r>
      <w:r>
        <w:rPr>
          <w:lang w:eastAsia="zh-CN"/>
        </w:rPr>
        <w:t>　　签订日期：___年___月___日</w:t>
      </w:r>
      <w:r>
        <w:rPr>
          <w:lang w:eastAsia="zh-CN"/>
        </w:rPr>
        <w:br/>
      </w:r>
      <w:r>
        <w:rPr>
          <w:lang w:eastAsia="zh-CN"/>
        </w:rPr>
        <w:t xml:space="preserve">    2024银行贷款合同范本 篇13 </w:t>
      </w:r>
      <w:r>
        <w:rPr>
          <w:lang w:eastAsia="zh-CN"/>
        </w:rPr>
        <w:br/>
      </w:r>
      <w:r>
        <w:rPr>
          <w:lang w:eastAsia="zh-CN"/>
        </w:rPr>
        <w:t>　　建设项目_________________________</w:t>
      </w:r>
      <w:r>
        <w:rPr>
          <w:lang w:eastAsia="zh-CN"/>
        </w:rPr>
        <w:br/>
      </w:r>
      <w:r>
        <w:rPr>
          <w:lang w:eastAsia="zh-CN"/>
        </w:rPr>
        <w:t>　　立合同单位：</w:t>
      </w:r>
      <w:r>
        <w:rPr>
          <w:lang w:eastAsia="zh-CN"/>
        </w:rPr>
        <w:br/>
      </w:r>
      <w:r>
        <w:rPr>
          <w:lang w:eastAsia="zh-CN"/>
        </w:rPr>
        <w:t>　　借款方：____________________</w:t>
      </w:r>
      <w:r>
        <w:rPr>
          <w:lang w:eastAsia="zh-CN"/>
        </w:rPr>
        <w:br/>
      </w:r>
      <w:r>
        <w:rPr>
          <w:lang w:eastAsia="zh-CN"/>
        </w:rPr>
        <w:t>　　贷款方　　中国人民建设银行___________</w:t>
      </w:r>
      <w:r>
        <w:rPr>
          <w:lang w:eastAsia="zh-CN"/>
        </w:rPr>
        <w:br/>
      </w:r>
      <w:r>
        <w:rPr>
          <w:lang w:eastAsia="zh-CN"/>
        </w:rPr>
        <w:t>　　根据___________，经借款方申请，贷款方审查同意发放贷款。为明确各方责任，恪守信用，特签订本合同，共同遵守。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第一条　借款方向贷款方借人民币(大写)_____万元。用于_______，预计分年用款为：</w:t>
      </w:r>
      <w:r>
        <w:rPr>
          <w:lang w:eastAsia="zh-CN"/>
        </w:rPr>
        <w:br/>
      </w:r>
      <w:r>
        <w:rPr>
          <w:lang w:eastAsia="zh-CN"/>
        </w:rPr>
        <w:t>　　____年__万元;____年__万元;</w:t>
      </w:r>
      <w:r>
        <w:rPr>
          <w:lang w:eastAsia="zh-CN"/>
        </w:rPr>
        <w:br/>
      </w:r>
      <w:r>
        <w:rPr>
          <w:lang w:eastAsia="zh-CN"/>
        </w:rPr>
        <w:t>　　____年__万元;____年__万元;</w:t>
      </w:r>
      <w:r>
        <w:rPr>
          <w:lang w:eastAsia="zh-CN"/>
        </w:rPr>
        <w:br/>
      </w:r>
      <w:r>
        <w:rPr>
          <w:lang w:eastAsia="zh-CN"/>
        </w:rPr>
        <w:t>　　____年__万元;____年__万元;</w:t>
      </w:r>
      <w:r>
        <w:rPr>
          <w:lang w:eastAsia="zh-CN"/>
        </w:rPr>
        <w:br/>
      </w:r>
      <w:r>
        <w:rPr>
          <w:lang w:eastAsia="zh-CN"/>
        </w:rPr>
        <w:t>　　第二条　借款方在本合同规定的贷款总额内，根据批准的年度计划和建设进度编制年、季度用款计划，送贷款方审查凭以供应资金。贷款方保证在核定的年度贷款计划内，按基本建设贷款的有关规定及时供应资金。如因贷款方责任，资金供应不及时，应承担由此造成的经济损失。</w:t>
      </w:r>
      <w:r>
        <w:rPr>
          <w:lang w:eastAsia="zh-CN"/>
        </w:rPr>
        <w:br/>
      </w:r>
      <w:r>
        <w:rPr>
          <w:lang w:eastAsia="zh-CN"/>
        </w:rPr>
        <w:t>　　第三条　借款方在贷款方开立帐户，根据工程情况将贷款按月(季)分次转到存款户支用，全部贷款由贷款方监督使用。借款方如不按规定使用贷款，贷款方有权停止发放和收回贷款。</w:t>
      </w:r>
      <w:r>
        <w:rPr>
          <w:lang w:eastAsia="zh-CN"/>
        </w:rPr>
        <w:br/>
      </w:r>
      <w:r>
        <w:rPr>
          <w:lang w:eastAsia="zh-CN"/>
        </w:rPr>
        <w:t>　　第四条　贷款期限：自____年__月起，至____年__月止，共为__年__个月。其中建设期从____年__月至____年__月，还款期从____年__月至____年__月。分年还款计划如下：</w:t>
      </w:r>
      <w:r>
        <w:rPr>
          <w:lang w:eastAsia="zh-CN"/>
        </w:rPr>
        <w:br/>
      </w:r>
      <w:r>
        <w:rPr>
          <w:lang w:eastAsia="zh-CN"/>
        </w:rPr>
        <w:t>　　____年__万元;____年__万元;</w:t>
      </w:r>
      <w:r>
        <w:rPr>
          <w:lang w:eastAsia="zh-CN"/>
        </w:rPr>
        <w:br/>
      </w:r>
      <w:r>
        <w:rPr>
          <w:lang w:eastAsia="zh-CN"/>
        </w:rPr>
        <w:t>　　____年__万元;____年__万元;</w:t>
      </w:r>
      <w:r>
        <w:rPr>
          <w:lang w:eastAsia="zh-CN"/>
        </w:rPr>
        <w:br/>
      </w:r>
      <w:r>
        <w:rPr>
          <w:lang w:eastAsia="zh-CN"/>
        </w:rPr>
        <w:t>　　____年__万元;____年__万元;</w:t>
      </w:r>
      <w:r>
        <w:rPr>
          <w:lang w:eastAsia="zh-CN"/>
        </w:rPr>
        <w:br/>
      </w:r>
      <w:r>
        <w:rPr>
          <w:lang w:eastAsia="zh-CN"/>
        </w:rPr>
        <w:t>　　____年__万元;____年__万元;</w:t>
      </w:r>
      <w:r>
        <w:rPr>
          <w:lang w:eastAsia="zh-CN"/>
        </w:rPr>
        <w:br/>
      </w:r>
      <w:r>
        <w:rPr>
          <w:lang w:eastAsia="zh-CN"/>
        </w:rPr>
        <w:t>　　____年__万元;____年__万元。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第五条　贷款利息，按年息___%计收;借款方不能按上述约定归还的，从次年开始未归还的贷款作为逾期还款加息___;挪用的贷款，从挪用期间加收罚息___。贷款利息按实际支用数计息并计算复利。如因国家政策性的利率变动，本合同贷款利率根据政策相应调整。</w:t>
      </w:r>
      <w:r>
        <w:rPr>
          <w:lang w:eastAsia="zh-CN"/>
        </w:rPr>
        <w:br/>
      </w:r>
      <w:r>
        <w:rPr>
          <w:lang w:eastAsia="zh-CN"/>
        </w:rPr>
        <w:t>　　第六条　还本付息的资金，经各方商定，同意用贷款项目的下列资金偿还：1.企业自有资金;2.基本建设收入;3.交纳所得税以前的新增利润和经税务机关批准减免的税金;4.新增固定资产折旧基金;5.实行投资包干分成部分。(附：贷款项目预计经济效益表)</w:t>
      </w:r>
      <w:r>
        <w:rPr>
          <w:lang w:eastAsia="zh-CN"/>
        </w:rPr>
        <w:br/>
      </w:r>
      <w:r>
        <w:rPr>
          <w:lang w:eastAsia="zh-CN"/>
        </w:rPr>
        <w:t>　　借款方对偿还贷款本息以___________方式提供担保。担保协议作为本合同附件。</w:t>
      </w:r>
      <w:r>
        <w:rPr>
          <w:lang w:eastAsia="zh-CN"/>
        </w:rPr>
        <w:br/>
      </w:r>
      <w:r>
        <w:rPr>
          <w:lang w:eastAsia="zh-CN"/>
        </w:rPr>
        <w:t>　　第七条　全部贷款到期，贷款方发出逾期通知3个月后，借款方仍不归还的，贷款方可以依据担保协议向借款方或担保方收回贷款。</w:t>
      </w:r>
      <w:r>
        <w:rPr>
          <w:lang w:eastAsia="zh-CN"/>
        </w:rPr>
        <w:br/>
      </w:r>
      <w:r>
        <w:rPr>
          <w:lang w:eastAsia="zh-CN"/>
        </w:rPr>
        <w:t>　　第八条　如因国家调整计划、产品价格、产品税率，以及修正概算等原因，需要变更合同条款时，由双方协商签订变更合同，作为本合同的组成部分。</w:t>
      </w:r>
      <w:r>
        <w:rPr>
          <w:lang w:eastAsia="zh-CN"/>
        </w:rPr>
        <w:br/>
      </w:r>
      <w:r>
        <w:rPr>
          <w:lang w:eastAsia="zh-CN"/>
        </w:rPr>
        <w:t>　　第九条　本合同经各方签章后生效，至贷款本息全部还清后失效。本合同签订后借款方如果超过3个月以上不使用贷款，合同即自动失效。</w:t>
      </w:r>
      <w:r>
        <w:rPr>
          <w:lang w:eastAsia="zh-CN"/>
        </w:rPr>
        <w:br/>
      </w:r>
      <w:r>
        <w:rPr>
          <w:lang w:eastAsia="zh-CN"/>
        </w:rPr>
        <w:t>　　本合同正本2份，借、贷双方各执1份;副本___份，借款方主管部门、保证方、_________、__________、__________等单位各执1份。</w:t>
      </w:r>
      <w:r>
        <w:rPr>
          <w:lang w:eastAsia="zh-CN"/>
        </w:rPr>
        <w:br/>
      </w:r>
      <w:r>
        <w:rPr>
          <w:lang w:eastAsia="zh-CN"/>
        </w:rPr>
        <w:t xml:space="preserve">    2024银行贷款合同范本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贷款人：_______________________</w:t>
      </w:r>
      <w:r>
        <w:rPr>
          <w:lang w:eastAsia="zh-CN"/>
        </w:rPr>
        <w:br/>
      </w:r>
      <w:r>
        <w:rPr>
          <w:lang w:eastAsia="zh-CN"/>
        </w:rPr>
        <w:t>　　借款人：_______________________</w:t>
      </w:r>
      <w:r>
        <w:rPr>
          <w:lang w:eastAsia="zh-CN"/>
        </w:rPr>
        <w:br/>
      </w:r>
      <w:r>
        <w:rPr>
          <w:lang w:eastAsia="zh-CN"/>
        </w:rPr>
        <w:t>　　甲方与乙方根据有关法律、法规，在平等、自愿的基础上，为明确责任，恪守信用，签订本合同。</w:t>
      </w:r>
      <w:r>
        <w:rPr>
          <w:lang w:eastAsia="zh-CN"/>
        </w:rPr>
        <w:br/>
      </w:r>
      <w:r>
        <w:rPr>
          <w:lang w:eastAsia="zh-CN"/>
        </w:rPr>
        <w:t>　　贷款金额、期限及利率</w:t>
      </w:r>
      <w:r>
        <w:rPr>
          <w:lang w:eastAsia="zh-CN"/>
        </w:rPr>
        <w:br/>
      </w:r>
      <w:r>
        <w:rPr>
          <w:lang w:eastAsia="zh-CN"/>
        </w:rPr>
        <w:t>　　第一条甲方根据乙方的申请，经审查同意向乙方发放住房贷款，金额为人民币________________________________________________________________。</w:t>
      </w:r>
      <w:r>
        <w:rPr>
          <w:lang w:eastAsia="zh-CN"/>
        </w:rPr>
        <w:br/>
      </w:r>
      <w:r>
        <w:rPr>
          <w:lang w:eastAsia="zh-CN"/>
        </w:rPr>
        <w:t>　　第二条贷款用于乙方购买坐落于_________市_________区路_________号_________房间的现房物业，建筑面积_________平方米。乙方不得以任何理由将贷款挪作他用。</w:t>
      </w:r>
      <w:r>
        <w:rPr>
          <w:lang w:eastAsia="zh-CN"/>
        </w:rPr>
        <w:br/>
      </w:r>
      <w:r>
        <w:rPr>
          <w:lang w:eastAsia="zh-CN"/>
        </w:rPr>
        <w:t>　　第三条贷款期限为_________年_______月。自_______年______月______日起至________年_____月____日止。</w:t>
      </w:r>
      <w:r>
        <w:rPr>
          <w:lang w:eastAsia="zh-CN"/>
        </w:rPr>
        <w:br/>
      </w:r>
      <w:r>
        <w:rPr>
          <w:lang w:eastAsia="zh-CN"/>
        </w:rPr>
        <w:t>　　第四条贷款利率根据国家有关规定，确定为月息千分之_________，利息从放款之日起计算。如遇国家贷款利率调整，按规定执行，甲方不再另行通知乙方。</w:t>
      </w:r>
      <w:r>
        <w:rPr>
          <w:lang w:eastAsia="zh-CN"/>
        </w:rPr>
        <w:br/>
      </w:r>
      <w:r>
        <w:rPr>
          <w:lang w:eastAsia="zh-CN"/>
        </w:rPr>
        <w:t>　　贷款的发放</w:t>
      </w:r>
      <w:r>
        <w:rPr>
          <w:lang w:eastAsia="zh-CN"/>
        </w:rPr>
        <w:br/>
      </w:r>
      <w:r>
        <w:rPr>
          <w:lang w:eastAsia="zh-CN"/>
        </w:rPr>
        <w:t>　　第五条乙方不可撤销地授权甲方在_________号和______________号担保合同生效后，以乙方购楼款的名义将贷款分_________次划入售房者在甲方开立的账户，以购买本合同第二条所列之房产。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_________年______月_______日，金额：__________________</w:t>
      </w:r>
      <w:r>
        <w:rPr>
          <w:lang w:eastAsia="zh-CN"/>
        </w:rPr>
        <w:br/>
      </w:r>
      <w:r>
        <w:rPr>
          <w:lang w:eastAsia="zh-CN"/>
        </w:rPr>
        <w:t>　　第六条本合同签订后且在贷款发放前，如乙方与售房者就该房产有关质量、条件、权属等事宜发生纠纷，本合同即告中止。由甲方视上述纠纷解决情况在一年内决定是否解除或继续履行本合同。</w:t>
      </w:r>
      <w:r>
        <w:rPr>
          <w:lang w:eastAsia="zh-CN"/>
        </w:rPr>
        <w:br/>
      </w:r>
      <w:r>
        <w:rPr>
          <w:lang w:eastAsia="zh-CN"/>
        </w:rPr>
        <w:t>　　第七条贷款发放后，借款人与售房者就该房产有关质量、条件、权属等其他事宜发生的任何纠纷，均与贷款人无关，借款合同应正常履行。</w:t>
      </w:r>
      <w:r>
        <w:rPr>
          <w:lang w:eastAsia="zh-CN"/>
        </w:rPr>
        <w:br/>
      </w:r>
      <w:r>
        <w:rPr>
          <w:lang w:eastAsia="zh-CN"/>
        </w:rPr>
        <w:t>　　贷款的归还</w:t>
      </w:r>
      <w:r>
        <w:rPr>
          <w:lang w:eastAsia="zh-CN"/>
        </w:rPr>
        <w:br/>
      </w:r>
      <w:r>
        <w:rPr>
          <w:lang w:eastAsia="zh-CN"/>
        </w:rPr>
        <w:t>　　第八条甲乙双方商定，自_________________起乙方用下列方式归还贷款本息：_______________。</w:t>
      </w:r>
      <w:r>
        <w:rPr>
          <w:lang w:eastAsia="zh-CN"/>
        </w:rPr>
        <w:br/>
      </w:r>
      <w:r>
        <w:rPr>
          <w:lang w:eastAsia="zh-CN"/>
        </w:rPr>
        <w:t>　　第九条乙方按月归还贷款本息的，应自借款之日起于每月_________日归还，每期金额_________万元，共_________期。</w:t>
      </w:r>
      <w:r>
        <w:rPr>
          <w:lang w:eastAsia="zh-CN"/>
        </w:rPr>
        <w:br/>
      </w:r>
      <w:r>
        <w:rPr>
          <w:lang w:eastAsia="zh-CN"/>
        </w:rPr>
        <w:t>　　乙方按季归还贷款本息的，应自借款之日起于每季度第________个月的______日归还，每期金额_________万元，共______期。</w:t>
      </w:r>
      <w:r>
        <w:rPr>
          <w:lang w:eastAsia="zh-CN"/>
        </w:rPr>
        <w:br/>
      </w:r>
      <w:r>
        <w:rPr>
          <w:lang w:eastAsia="zh-CN"/>
        </w:rPr>
        <w:t>　　乙方按_________归还贷款本息的，应自借款之日起于_________归还，每期金额_________万元，共_________期。</w:t>
      </w:r>
      <w:r>
        <w:rPr>
          <w:lang w:eastAsia="zh-CN"/>
        </w:rPr>
        <w:br/>
      </w:r>
      <w:r>
        <w:rPr>
          <w:lang w:eastAsia="zh-CN"/>
        </w:rPr>
        <w:t>　　第十条乙方应在甲方开设存款账户，并保证在每期还款日前存入当期足额还本付息的存款，同时授权甲方于每期还款日从该存款账户中以第八条规定的方法扣收贷款本息。</w:t>
      </w:r>
      <w:r>
        <w:rPr>
          <w:lang w:eastAsia="zh-CN"/>
        </w:rPr>
        <w:br/>
      </w:r>
      <w:r>
        <w:rPr>
          <w:lang w:eastAsia="zh-CN"/>
        </w:rPr>
        <w:t>　　第十一条乙方应按期偿还贷款本息，如未按约定的时间归还，甲方将按国家规定对逾期贷款每日计收万分之_______罚息。</w:t>
      </w:r>
      <w:r>
        <w:rPr>
          <w:lang w:eastAsia="zh-CN"/>
        </w:rPr>
        <w:br/>
      </w:r>
    </w:p>
    <w:p w:rsidR="001B1F19" w14:textId="27C3F48A">
      <w:pPr>
        <w:rPr>
          <w:rFonts w:hint="eastAsia"/>
          <w:lang w:eastAsia="zh-CN"/>
        </w:rPr>
      </w:pPr>
      <w:r>
        <w:rPr>
          <w:lang w:eastAsia="zh-CN"/>
        </w:rPr>
        <w:t>　　第十二条乙方不按期支付贷款利息时，甲方对乙方未支付的利息计收复利。</w:t>
      </w:r>
      <w:r>
        <w:rPr>
          <w:lang w:eastAsia="zh-CN"/>
        </w:rPr>
        <w:br/>
      </w:r>
      <w:r>
        <w:rPr>
          <w:lang w:eastAsia="zh-CN"/>
        </w:rPr>
        <w:t>　　第十三条乙方需提前还款的，提前还款额应为当期应付本息之整倍数，并在还款日_________日前书面通知甲方，经甲方确认后即为不可撤销，并作为修改本合同的补充通知。</w:t>
      </w:r>
      <w:r>
        <w:rPr>
          <w:lang w:eastAsia="zh-CN"/>
        </w:rPr>
        <w:br/>
      </w:r>
      <w:r>
        <w:rPr>
          <w:lang w:eastAsia="zh-CN"/>
        </w:rPr>
        <w:t>　　第十四条乙方如提前归还部分贷款本息，对提前还款部分，仍按本合同第四条规定的方法计收贷款利息，不计退提前还本部分贷款的利息。</w:t>
      </w:r>
      <w:r>
        <w:rPr>
          <w:lang w:eastAsia="zh-CN"/>
        </w:rPr>
        <w:br/>
      </w:r>
      <w:r>
        <w:rPr>
          <w:lang w:eastAsia="zh-CN"/>
        </w:rPr>
        <w:t>　　第十五条乙方如一次性提前归还全部贷款本息，甲方则不计收乙方提前还款部分的贷款利息。</w:t>
      </w:r>
      <w:r>
        <w:rPr>
          <w:lang w:eastAsia="zh-CN"/>
        </w:rPr>
        <w:br/>
      </w:r>
      <w:r>
        <w:rPr>
          <w:lang w:eastAsia="zh-CN"/>
        </w:rPr>
        <w:t>　　第十六条除非下列事项已在甲方感到满意的情况下获得完满解决，否则甲方有权在任何一项或多项事情发生时，宣布本合同提前到期，要求乙方立即提前偿还部分或全部贷款本息，而无须为正当行使上述权利所引起的任何损失负责：</w:t>
      </w:r>
      <w:r>
        <w:rPr>
          <w:lang w:eastAsia="zh-CN"/>
        </w:rPr>
        <w:br/>
      </w:r>
      <w:r>
        <w:rPr>
          <w:lang w:eastAsia="zh-CN"/>
        </w:rPr>
        <w:t>　　乙方违反本合同的任何条款</w:t>
      </w:r>
      <w:r>
        <w:rPr>
          <w:lang w:eastAsia="zh-CN"/>
        </w:rPr>
        <w:br/>
      </w:r>
      <w:r>
        <w:rPr>
          <w:lang w:eastAsia="zh-CN"/>
        </w:rPr>
        <w:t>　　乙方本人因丧失民事行为能力、被宣告失踪、被宣告死亡或死亡而无继承人或受遗赠人</w:t>
      </w:r>
      <w:r>
        <w:rPr>
          <w:lang w:eastAsia="zh-CN"/>
        </w:rPr>
        <w:br/>
      </w:r>
      <w:r>
        <w:rPr>
          <w:lang w:eastAsia="zh-CN"/>
        </w:rPr>
        <w:t>　　乙方的继承人或受遗赠人或财产代管人拒绝为乙方履行偿还贷款本息的义务</w:t>
      </w:r>
      <w:r>
        <w:rPr>
          <w:lang w:eastAsia="zh-CN"/>
        </w:rPr>
        <w:br/>
      </w:r>
      <w:r>
        <w:rPr>
          <w:lang w:eastAsia="zh-CN"/>
        </w:rPr>
        <w:t>　　乙方连续三个付款期或在本合同期内累计六个付款期未按时偿还贷款本息</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https://d.book118.com/588141065054006033</w:t>
        </w:r>
      </w:hyperlink>
    </w:p>
    <w:p w:rsidR="001B1F19">
      <w:pPr>
        <w:rPr>
          <w:rFonts w:hint="eastAsia"/>
          <w:lang w:eastAsia="zh-CN"/>
        </w:rPr>
      </w:pPr>
    </w:p>
    <w:sectPr>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88141065054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