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房地产销售员工简洁个人总结范文（35篇）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房地产销售员工工作总结</w:t>
      </w:r>
      <w:r>
        <w:rPr>
          <w:lang w:eastAsia="zh-CN"/>
        </w:rPr>
        <w:br/>
      </w:r>
      <w:r>
        <w:rPr>
          <w:lang w:eastAsia="zh-CN"/>
        </w:rPr>
        <w:t>　　在企业不断改革的推动下，我认识到不被淘汰就要不断学习，更新理念，提高自我的素质和业务技术水平，以适应新的形势的需要。</w:t>
      </w:r>
      <w:r>
        <w:rPr>
          <w:lang w:eastAsia="zh-CN"/>
        </w:rPr>
        <w:br/>
      </w:r>
      <w:r>
        <w:rPr>
          <w:lang w:eastAsia="zh-CN"/>
        </w:rPr>
        <w:t>　　现就个人的工作情况做以下总结：</w:t>
      </w:r>
      <w:r>
        <w:rPr>
          <w:lang w:eastAsia="zh-CN"/>
        </w:rPr>
        <w:br/>
      </w:r>
      <w:r>
        <w:rPr>
          <w:lang w:eastAsia="zh-CN"/>
        </w:rPr>
        <w:t>　　一、工作思想</w:t>
      </w:r>
      <w:r>
        <w:rPr>
          <w:lang w:eastAsia="zh-CN"/>
        </w:rPr>
        <w:br/>
      </w:r>
      <w:r>
        <w:rPr>
          <w:lang w:eastAsia="zh-CN"/>
        </w:rPr>
        <w:t>　　积极贯彻公司领导关于公司发展的一系列重要指示，忠于公司、忠于股东、诚实守信、爱岗敬业、团结进取，进一步转变观念，改革创新，面对竞争日趋激烈的房地产市场，强化核心竞争力，开展多元化经营经过努力和拼搏，使公司持续的发展。</w:t>
      </w:r>
      <w:r>
        <w:rPr>
          <w:lang w:eastAsia="zh-CN"/>
        </w:rPr>
        <w:br/>
      </w:r>
      <w:r>
        <w:rPr>
          <w:lang w:eastAsia="zh-CN"/>
        </w:rPr>
        <w:t>　　全面加强学习，努力提高自身业务素质水平。作为一名宣传销售人员肩负着上级领导和同事赋予的重要职责与使命，公司的销售计划及宣传方案需要我去制定并实施。因此，我十分注重房产销售理论的学习和管理能力的培养。注意用科学的方法指导自己的工作，规范自己的言行，树立强烈的责任感和事业心，不断提高自己的业务能力和管理能力。</w:t>
      </w:r>
      <w:r>
        <w:rPr>
          <w:lang w:eastAsia="zh-CN"/>
        </w:rPr>
        <w:br/>
      </w:r>
      <w:r>
        <w:rPr>
          <w:lang w:eastAsia="zh-CN"/>
        </w:rPr>
        <w:t>　　二、在开发公司的日常工作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于年初进入公司以来，在公司开发部工作。在公司领导，主管领导及各位同事及各位同事的帮助下，我对公司各项规章制度和办事流程有了清楚地了解，也从部门领导和其他同事身上学到了很多新的知识，我的工作能力也由此得到很大提高。</w:t>
      </w:r>
      <w:r>
        <w:rPr>
          <w:lang w:eastAsia="zh-CN"/>
        </w:rPr>
        <w:br/>
      </w:r>
      <w:r>
        <w:rPr>
          <w:lang w:eastAsia="zh-CN"/>
        </w:rPr>
        <w:t>　　进入公司一个月时间里，我主要负责开发公司的有关文件的保管，收发登记及文字处理等工作，并参加了商住小区的拆迁工作及商住小区的图纸会审。在公司各部门领导的正确指导和各部门同事的密切配合下，我能按时优质完成领导布置的各项工作，同时积极的对_周边楼盘进行市场调查，为公司的售房工作垫定了基础，保证了公司各项宣传推广活动的顺利进行。</w:t>
      </w:r>
      <w:r>
        <w:rPr>
          <w:lang w:eastAsia="zh-CN"/>
        </w:rPr>
        <w:br/>
      </w:r>
      <w:r>
        <w:rPr>
          <w:lang w:eastAsia="zh-CN"/>
        </w:rPr>
        <w:t>　　在这期间我主要做了以下工作：</w:t>
      </w:r>
      <w:r>
        <w:rPr>
          <w:lang w:eastAsia="zh-CN"/>
        </w:rPr>
        <w:br/>
      </w:r>
      <w:r>
        <w:rPr>
          <w:lang w:eastAsia="zh-CN"/>
        </w:rPr>
        <w:t>　　1、根据公司各月的会议精神，制定销售的月销售计划。</w:t>
      </w:r>
      <w:r>
        <w:rPr>
          <w:lang w:eastAsia="zh-CN"/>
        </w:rPr>
        <w:br/>
      </w:r>
      <w:r>
        <w:rPr>
          <w:lang w:eastAsia="zh-CN"/>
        </w:rPr>
        <w:t>　　2、策划__小区的宣传工作，制定出宣传方案，报领导审批后实施。</w:t>
      </w:r>
      <w:r>
        <w:rPr>
          <w:lang w:eastAsia="zh-CN"/>
        </w:rPr>
        <w:br/>
      </w:r>
      <w:r>
        <w:rPr>
          <w:lang w:eastAsia="zh-CN"/>
        </w:rPr>
        <w:t>　　3、办理售房合同，负责开发公司的文件文字处理，保管资料的收发登记。</w:t>
      </w:r>
      <w:r>
        <w:rPr>
          <w:lang w:eastAsia="zh-CN"/>
        </w:rPr>
        <w:br/>
      </w:r>
      <w:r>
        <w:rPr>
          <w:lang w:eastAsia="zh-CN"/>
        </w:rPr>
        <w:t>　　4、参加拆迁工作及合同的管理。</w:t>
      </w:r>
      <w:r>
        <w:rPr>
          <w:lang w:eastAsia="zh-CN"/>
        </w:rPr>
        <w:br/>
      </w:r>
      <w:r>
        <w:rPr>
          <w:lang w:eastAsia="zh-CN"/>
        </w:rPr>
        <w:t>　　5、进行社会调查，接待客户，对客户保持联系。</w:t>
      </w:r>
      <w:r>
        <w:rPr>
          <w:lang w:eastAsia="zh-CN"/>
        </w:rPr>
        <w:br/>
      </w:r>
      <w:r>
        <w:rPr>
          <w:lang w:eastAsia="zh-CN"/>
        </w:rPr>
        <w:t>　　三、通过这段时间在公司的工作与学习，我学到了很多。作为公司的售房宣传人员有以下几点设想：</w:t>
      </w:r>
      <w:r>
        <w:rPr>
          <w:lang w:eastAsia="zh-CN"/>
        </w:rPr>
        <w:br/>
      </w:r>
      <w:r>
        <w:rPr>
          <w:lang w:eastAsia="zh-CN"/>
        </w:rPr>
        <w:t>　　首先，销售宣传人员的工作，销售人员必须做到对销售流程的遵守，并控制整个销售环节。</w:t>
      </w:r>
      <w:r>
        <w:rPr>
          <w:lang w:eastAsia="zh-CN"/>
        </w:rPr>
        <w:br/>
      </w:r>
      <w:r>
        <w:rPr>
          <w:lang w:eastAsia="zh-CN"/>
        </w:rPr>
        <w:t>　　1、销售控制表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可以直观的显示所有楼盘的销售进展情况，并以制度销售改进策略，做好保密工作，绝不能向客户透露;</w:t>
      </w:r>
      <w:r>
        <w:rPr>
          <w:lang w:eastAsia="zh-CN"/>
        </w:rPr>
        <w:br/>
      </w:r>
      <w:r>
        <w:rPr>
          <w:lang w:eastAsia="zh-CN"/>
        </w:rPr>
        <w:t>　　2、来电、来客的登记</w:t>
      </w:r>
      <w:r>
        <w:rPr>
          <w:lang w:eastAsia="zh-CN"/>
        </w:rPr>
        <w:br/>
      </w:r>
      <w:r>
        <w:rPr>
          <w:lang w:eastAsia="zh-CN"/>
        </w:rPr>
        <w:t>　　填写客户资料表。无论成交与否，每接待一组客户后，立刻填写客户资料表。填写的重点是客户的联络方式和个人资讯。客户对产品的要求条件，成交或未成交的原因。根据客户成交的可能性，将其分类为：A、很有希望B、有希望C、一般D、希望渺茫，以便日后有重点地追踪询访。</w:t>
      </w:r>
      <w:r>
        <w:rPr>
          <w:lang w:eastAsia="zh-CN"/>
        </w:rPr>
        <w:br/>
      </w:r>
      <w:r>
        <w:rPr>
          <w:lang w:eastAsia="zh-CN"/>
        </w:rPr>
        <w:t>　　3、销售登记</w:t>
      </w:r>
      <w:r>
        <w:rPr>
          <w:lang w:eastAsia="zh-CN"/>
        </w:rPr>
        <w:br/>
      </w:r>
      <w:r>
        <w:rPr>
          <w:lang w:eastAsia="zh-CN"/>
        </w:rPr>
        <w:t>　　管理和登记销售的情况，包括认购资料认购合同，产权资料，付款资料。</w:t>
      </w:r>
      <w:r>
        <w:rPr>
          <w:lang w:eastAsia="zh-CN"/>
        </w:rPr>
        <w:br/>
      </w:r>
      <w:r>
        <w:rPr>
          <w:lang w:eastAsia="zh-CN"/>
        </w:rPr>
        <w:t>　　4、换、退房管理</w:t>
      </w:r>
      <w:r>
        <w:rPr>
          <w:lang w:eastAsia="zh-CN"/>
        </w:rPr>
        <w:br/>
      </w:r>
      <w:r>
        <w:rPr>
          <w:lang w:eastAsia="zh-CN"/>
        </w:rPr>
        <w:t>　　在销售过程中换、退房的原因，理由以及处理办法和结果。</w:t>
      </w:r>
      <w:r>
        <w:rPr>
          <w:lang w:eastAsia="zh-CN"/>
        </w:rPr>
        <w:br/>
      </w:r>
      <w:r>
        <w:rPr>
          <w:lang w:eastAsia="zh-CN"/>
        </w:rPr>
        <w:t>　　5、催交欠款</w:t>
      </w:r>
      <w:r>
        <w:rPr>
          <w:lang w:eastAsia="zh-CN"/>
        </w:rPr>
        <w:br/>
      </w:r>
      <w:r>
        <w:rPr>
          <w:lang w:eastAsia="zh-CN"/>
        </w:rPr>
        <w:t>　　处理销售过程中的楼款催交处理。</w:t>
      </w:r>
      <w:r>
        <w:rPr>
          <w:lang w:eastAsia="zh-CN"/>
        </w:rPr>
        <w:br/>
      </w:r>
      <w:r>
        <w:rPr>
          <w:lang w:eastAsia="zh-CN"/>
        </w:rPr>
        <w:t>　　6、成交客户资料管理</w:t>
      </w:r>
      <w:r>
        <w:rPr>
          <w:lang w:eastAsia="zh-CN"/>
        </w:rPr>
        <w:br/>
      </w:r>
      <w:r>
        <w:rPr>
          <w:lang w:eastAsia="zh-CN"/>
        </w:rPr>
        <w:t>　　登记已成交客户详细资料，方便公司营销人员有第一手资料，对客户进行分析，从而最大限度提高对客户的服务。</w:t>
      </w:r>
      <w:r>
        <w:rPr>
          <w:lang w:eastAsia="zh-CN"/>
        </w:rPr>
        <w:br/>
      </w:r>
      <w:r>
        <w:rPr>
          <w:lang w:eastAsia="zh-CN"/>
        </w:rPr>
        <w:t>　　7、换户</w:t>
      </w:r>
      <w:r>
        <w:rPr>
          <w:lang w:eastAsia="zh-CN"/>
        </w:rPr>
        <w:br/>
      </w:r>
      <w:r>
        <w:rPr>
          <w:lang w:eastAsia="zh-CN"/>
        </w:rPr>
        <w:t>　　换户者，在定购房屋栏内，填写换户后的户别、面积、总价，并注明何户换何户，收回原定单;应补金额及签约金若有变化，以换户后的户别为主;其他内容同原定单。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8、退户</w:t>
      </w:r>
      <w:r>
        <w:rPr>
          <w:lang w:eastAsia="zh-CN"/>
        </w:rPr>
        <w:br/>
      </w:r>
      <w:r>
        <w:rPr>
          <w:lang w:eastAsia="zh-CN"/>
        </w:rPr>
        <w:t>　　遇到退户情况，应分析退户原因，明确是否可以退户，报现场管理人员或更高一级主管确认后，办理退户手续，结清相关款项，将作废合同收回留存备案，有关资金移转事项，均须由双方当事人签名认定;若有争议无法解决时，可提请仲裁机构调解或人民法院裁决。</w:t>
      </w:r>
      <w:r>
        <w:rPr>
          <w:lang w:eastAsia="zh-CN"/>
        </w:rPr>
        <w:br/>
      </w:r>
      <w:r>
        <w:rPr>
          <w:lang w:eastAsia="zh-CN"/>
        </w:rPr>
        <w:t>　　9、加大宣传力度通过以下几种方式：</w:t>
      </w:r>
      <w:r>
        <w:rPr>
          <w:lang w:eastAsia="zh-CN"/>
        </w:rPr>
        <w:br/>
      </w:r>
      <w:r>
        <w:rPr>
          <w:lang w:eastAsia="zh-CN"/>
        </w:rPr>
        <w:t>　　1)、传播媒体报纸电视</w:t>
      </w:r>
      <w:r>
        <w:rPr>
          <w:lang w:eastAsia="zh-CN"/>
        </w:rPr>
        <w:br/>
      </w:r>
      <w:r>
        <w:rPr>
          <w:lang w:eastAsia="zh-CN"/>
        </w:rPr>
        <w:t>　　2)、户外媒体户外看板(位置：李辉庄的主要干道，主要客源钢司职工、中加职工、银龙职工及乡镇生意人和在市区工作的人员)网络、出租车、公交车、公交站台(可在其车体做喷绘广告，或车内显注位置做小张的粘贴广告，站牌上小型海报宣传)，内容主要以开盘为主。</w:t>
      </w:r>
      <w:r>
        <w:rPr>
          <w:lang w:eastAsia="zh-CN"/>
        </w:rPr>
        <w:br/>
      </w:r>
      <w:r>
        <w:rPr>
          <w:lang w:eastAsia="zh-CN"/>
        </w:rPr>
        <w:t>　　3)、印刷媒体</w:t>
      </w:r>
      <w:r>
        <w:rPr>
          <w:lang w:eastAsia="zh-CN"/>
        </w:rPr>
        <w:br/>
      </w:r>
      <w:r>
        <w:rPr>
          <w:lang w:eastAsia="zh-CN"/>
        </w:rPr>
        <w:t>　　四、工作中的不足</w:t>
      </w:r>
      <w:r>
        <w:rPr>
          <w:lang w:eastAsia="zh-CN"/>
        </w:rPr>
        <w:br/>
      </w:r>
      <w:r>
        <w:rPr>
          <w:lang w:eastAsia="zh-CN"/>
        </w:rPr>
        <w:t>　　第一，售房销售对我而言是一个新的岗位，许多工作我都是边干边摸索，以致工作起来不能游刃有余，工作效率有待进一步提高;第二，有些工作还不够过细，一些工作协调的不是十分到位;第三，自己的专业知识及理论水平十分有限不能很好完成自己的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今后的工作里，自己决心认真提高业务、工作水平，为公司经济的发展，贡献自己应该贡献的力量。我想我应努力做到：加强学习，拓宽知识面;努力学习房产专业知识、物业专业知识和相关法律常识。加强对房地产发展脉络、走向的了解，加强周围环境、同行业发展的了解、学习。遵守公司内部规章制度，维护公司利益，积极为公司创造更高价值，力争取得更大的工作成绩</w:t>
      </w:r>
      <w:r>
        <w:rPr>
          <w:lang w:eastAsia="zh-CN"/>
        </w:rPr>
        <w:br/>
      </w:r>
      <w:r>
        <w:rPr>
          <w:lang w:eastAsia="zh-CN"/>
        </w:rPr>
        <w:t>　　房地产职员销售工作总结</w:t>
      </w:r>
      <w:r>
        <w:rPr>
          <w:lang w:eastAsia="zh-CN"/>
        </w:rPr>
        <w:br/>
      </w:r>
      <w:r>
        <w:rPr>
          <w:lang w:eastAsia="zh-CN"/>
        </w:rPr>
        <w:t>　　我是__销售部门的一名普通员工，刚到房产公司时，对房地产方面的知识不是很精通，对于新环境、新事物比较陌生。在公司领导和各位同事的帮忙下，我很快了解到公司的性质及其房地产市场有关的一些资料。作为销售部中的一员，深深感觉到自我身肩重任。作为企业的门面，企业的窗口，自我的一言一行也同时代表了一个企业的形象。所以更要提高自身的素质，高标准的要求自我。在高素质的基础上更要加强自我的专业知识和专业技能。此外，还要广泛了解整个房地产市场的动态，走在市场的前沿。经过这段时间的磨练，我已成为一名合格的销售人员，并且一向努力做好自我的本职工作。</w:t>
      </w:r>
      <w:r>
        <w:rPr>
          <w:lang w:eastAsia="zh-CN"/>
        </w:rPr>
        <w:br/>
      </w:r>
      <w:r>
        <w:rPr>
          <w:lang w:eastAsia="zh-CN"/>
        </w:rPr>
        <w:t>　　20__年，我用心配合本公司有关部分同事工作，以提高销售率为目的，在公司领导的指导下，为__月份的销售高潮奠定了基础。最后以__个月完成合同额__万元的好成绩而告终。经过这次企业的洗礼和实践的检验，我从中学到了不少专业知识，也透过销售认识了许多新朋友，使自我在待人接物、行为礼仪、突发事件等各方面都比以前有所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经过之前销售部对房屋执行内部认购等手段的铺垫制造出了火爆认购的场面。在销售部，随着新楼盘的对外销售，应对工作量的增加以及对销售工作的系统化和正规化的深入，工作显得很繁重。从开盘至今，同事们基本上每一天都要加班加点完成工作。经过一个多月时间的熟悉和了解，我立刻进入主角并且娴熟的完成了自我的本职工作。</w:t>
      </w:r>
      <w:r>
        <w:rPr>
          <w:lang w:eastAsia="zh-CN"/>
        </w:rPr>
        <w:br/>
      </w:r>
      <w:r>
        <w:rPr>
          <w:lang w:eastAsia="zh-CN"/>
        </w:rPr>
        <w:t>　　此外在销售过程中每月的工作总结和每周例会，我不断总结自我的工作经验，及时找出弊端并及早改善。经过同事们的亲密合作，销售部在短短的三个月的时间将二期房屋全部清盘，而且一期余房也一并售罄，我想这其中也与其他销售部成员的努力是分不开的。</w:t>
      </w:r>
      <w:r>
        <w:rPr>
          <w:lang w:eastAsia="zh-CN"/>
        </w:rPr>
        <w:br/>
      </w:r>
      <w:r>
        <w:rPr>
          <w:lang w:eastAsia="zh-CN"/>
        </w:rPr>
        <w:t>　　这段时间是有好处的、有价值的、有收获的。公司在每一名员工的努力下，在新的一年中将会有新的突破，新的气象，能够在日益激烈的市场竞争中，占有一席之地。作为_企业的每一名员工，我们深深的为我们企业蓬勃发展的热气，同事们人人努力拼搏的精神所吸引。</w:t>
      </w:r>
      <w:r>
        <w:rPr>
          <w:lang w:eastAsia="zh-CN"/>
        </w:rPr>
        <w:br/>
      </w:r>
      <w:r>
        <w:rPr>
          <w:lang w:eastAsia="zh-CN"/>
        </w:rPr>
        <w:t>　　在未来，我将端正态度，一如既往的用心学习和工作，服从领导，团结同事，做好销售，为创造更高的销售业绩而努力。</w:t>
      </w:r>
      <w:r>
        <w:rPr>
          <w:lang w:eastAsia="zh-CN"/>
        </w:rPr>
        <w:br/>
      </w:r>
      <w:r>
        <w:rPr>
          <w:lang w:eastAsia="zh-CN"/>
        </w:rPr>
        <w:t xml:space="preserve">    房地产销售员工简洁个人总结范文 篇24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_年6月至今一直在从事房地产经纪人工作。在这里我学到了很多新东西，认识到了自己的不足，综合来说，在工作中我缺乏计划性，目标性不强，缺乏执行力，心态还是很浮躁，人际关系没有很好的去运用，主观意识不够强。所以我认为20__年是很失败的一年，我在失败的过程中，一定要善于发现问题，解决问题，很多事值得忏悔，我一定要痛改前非，相信在__年我会活出最精彩的自己，我一定会成功的!相信自己我是最棒的。</w:t>
      </w:r>
      <w:r>
        <w:rPr>
          <w:lang w:eastAsia="zh-CN"/>
        </w:rPr>
        <w:br/>
      </w:r>
      <w:r>
        <w:rPr>
          <w:lang w:eastAsia="zh-CN"/>
        </w:rPr>
        <w:t>　　用一句自己感触很深的话来概括这个总结：生活不去学会享受就得去学会忍受。</w:t>
      </w:r>
      <w:r>
        <w:rPr>
          <w:lang w:eastAsia="zh-CN"/>
        </w:rPr>
        <w:br/>
      </w:r>
      <w:r>
        <w:rPr>
          <w:lang w:eastAsia="zh-CN"/>
        </w:rPr>
        <w:t>　　工作总结：</w:t>
      </w:r>
      <w:r>
        <w:rPr>
          <w:lang w:eastAsia="zh-CN"/>
        </w:rPr>
        <w:br/>
      </w:r>
      <w:r>
        <w:rPr>
          <w:lang w:eastAsia="zh-CN"/>
        </w:rPr>
        <w:t>　　首先是业绩方面：从__年6月&amp;12月这七个月的时间我共做了30716，平均每月做了4388元，虽然完成了公司规定的最低任务，但离我个人规定的平均每月8000的任务还有很大一段距离。主要原因是个人能力不够强，其次是，受全国房价整体上涨、银行加息、实施新政等等因素影响了我们的二手房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其次是工作中遇到的问题：由于我们_店成立时间不长，许多工作还不是很完善，比如说在硬件问题上，我们的电脑老化、不够用，没有相机拍房源图，这给我们的工作带来很多不便。业务上，缺少培训，做为业务员总会有一个疲惫期，需要不断的培训，不断的进步，这样才能跟上业务的需求，再加上我们__店都是年轻人，年轻都有一个共同的缺点&amp;容易情绪化，这就更需要公司按时给他们做培训，增加我们的自信心。电话上，我们的电话不够用，话费过少，严重影响我们的业务进展。管理上，我们缺少一个真正的管理者。我们现在的店长既要负责管理又要做自己的业务，这样是两头都顾不过来，严重影响了整个团队成绩，希望领导们能改变一下店长的职责，管理与业务分开，只有这样才能提升整个店的业绩，提高公司的收益。后绪工作上，我们公司设计的流水式工作程序是不错，但我们实行情况却不好，特别是办证部让我们难以接受，态度不好，工作效率缓慢。工资上，随着物价的上价，我们的腰包越来越扁，希望公司能在原有工资制度上给我们上调一下工资。</w:t>
      </w:r>
      <w:r>
        <w:rPr>
          <w:lang w:eastAsia="zh-CN"/>
        </w:rPr>
        <w:br/>
      </w:r>
      <w:r>
        <w:rPr>
          <w:lang w:eastAsia="zh-CN"/>
        </w:rPr>
        <w:t>　　再就是我的工作心得：没有卖不出去的房子，只有卖不出去的价格，关键看你有没有恒心。所以说做业务员一定要有一个乐观的心态，经得起打击，永不气馁，要具有良好的应变能力、协调能力，要做到对工作热心、对客户耐心、对成功有信心。</w:t>
      </w:r>
      <w:r>
        <w:rPr>
          <w:lang w:eastAsia="zh-CN"/>
        </w:rPr>
        <w:br/>
      </w:r>
      <w:r>
        <w:rPr>
          <w:lang w:eastAsia="zh-CN"/>
        </w:rPr>
        <w:t>　　最后是行业分析：20__年是二手房动荡的一年，主要有五个方面的因素：第一是全国房地产市场大环境的影响。第二是房地产供需矛盾依然突出。第三新户籍制度放宽，外来购买一手房的人增加。第四是新开楼盘销售价格普遍较高。销售均价也都在每平方米120__元以上。第五是新政策的实施，银行加息、明确第二套住房贷款的认定条件，最低计税价提高等</w:t>
      </w:r>
      <w:r>
        <w:rPr>
          <w:lang w:eastAsia="zh-CN"/>
        </w:rPr>
        <w:br/>
      </w:r>
      <w:r>
        <w:rPr>
          <w:lang w:eastAsia="zh-CN"/>
        </w:rPr>
        <w:t>　　综上所述明年二手房市场会先萎缩后复苏，第一季度交易量会明显减少，但价格不会有太大的波动，必竟好地角就这么一点，可开发的地越来越少，要想在好地角买房只能买二手房了，所以说我们这一行业的市场前景还是非常广阔的。租赁市场前后肯定会受到较大的影响，我们得抓住这一机遇，做好明年的租赁工作。特别是我们_店，离基地很近，我们要利用好这一千载难逢的机会团结一致，共同做好周围的租赁工作。</w:t>
      </w:r>
      <w:r>
        <w:rPr>
          <w:lang w:eastAsia="zh-CN"/>
        </w:rPr>
        <w:br/>
      </w:r>
      <w:r>
        <w:rPr>
          <w:lang w:eastAsia="zh-CN"/>
        </w:rPr>
        <w:t>　　20__年工作计划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转眼之间又要进入新的一年&amp;&amp;20__年了新年要有新气象在总结过去的同时我们要对新的一年有一个好的计划.我是一个从事工作时间不长经验不足的经纪人很多方面都要有一定的要求这样才能在新的一年里有更大的进步和成绩.</w:t>
      </w:r>
      <w:r>
        <w:rPr>
          <w:lang w:eastAsia="zh-CN"/>
        </w:rPr>
        <w:br/>
      </w:r>
      <w:r>
        <w:rPr>
          <w:lang w:eastAsia="zh-CN"/>
        </w:rPr>
        <w:t>　　20__年是我们_有限公司发展非常重要的一年，对于一个刚刚踏入房地产中介市场的新人来说，也是一个充满挑战，机遇与压力的一年。为了提高工作效率我要调整工作心态、增强服务意识，充分认识并做好二手房中介的工作。为此，充分认识到自己目前各方面的不足，为了尽快的成长为一名职业经纪人，我订立了以下工作计划：</w:t>
      </w:r>
      <w:r>
        <w:rPr>
          <w:lang w:eastAsia="zh-CN"/>
        </w:rPr>
        <w:br/>
      </w:r>
      <w:r>
        <w:rPr>
          <w:lang w:eastAsia="zh-CN"/>
        </w:rPr>
        <w:t>　　第一，做好业绩。我希望自己能在完成公司规定的任务基础上，再提高50%-100%。年初受政策等各种因素影响了我们二手房的业绩但我们要利用澳帆赛来弥补这一缺陷。</w:t>
      </w:r>
      <w:r>
        <w:rPr>
          <w:lang w:eastAsia="zh-CN"/>
        </w:rPr>
        <w:br/>
      </w:r>
      <w:r>
        <w:rPr>
          <w:lang w:eastAsia="zh-CN"/>
        </w:rPr>
        <w:t>　　二、制订学习计划。做房地产市场中介是需要根据市场不停的变化局面，不断调整经营思路的工作，学习直接关系到业务人员业务方面的生命力。我会适时的根据需要调整我的学习方向来补充新的能量。知己知彼，方能百战不殆(在这方面还希望公司给与我们业务人员支持)。</w:t>
      </w:r>
      <w:r>
        <w:rPr>
          <w:lang w:eastAsia="zh-CN"/>
        </w:rPr>
        <w:br/>
      </w:r>
      <w:r>
        <w:rPr>
          <w:lang w:eastAsia="zh-CN"/>
        </w:rPr>
        <w:t>　　三、增强全局意识、增强服务意识、增强团队意识，积极主动地把工作做到点上、落到实处。我将尽我最大的能力减轻领导的压力。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以上，是我对20__年的一些设想，可能还很不成熟，希望领导指正。火车跑的快还靠车头带，我希望得到公司领导们的正确引导和帮助。展望20__年，我会更加努力、认真负责的去对待每一个业务，也力争赢得机会去寻求更多的客户，争取更多的单，完善部门的工作。相信自己会完成新的任务，能迎接20__年新的挑战。</w:t>
      </w:r>
      <w:r>
        <w:rPr>
          <w:lang w:eastAsia="zh-CN"/>
        </w:rPr>
        <w:br/>
      </w:r>
      <w:r>
        <w:rPr>
          <w:lang w:eastAsia="zh-CN"/>
        </w:rPr>
        <w:t xml:space="preserve">    房地产销售员工简洁个人总结范文 篇25 </w:t>
      </w:r>
      <w:r>
        <w:rPr>
          <w:lang w:eastAsia="zh-CN"/>
        </w:rPr>
        <w:br/>
      </w:r>
      <w:r>
        <w:rPr>
          <w:lang w:eastAsia="zh-CN"/>
        </w:rPr>
        <w:t>　　_年的房地产销售经历让我体会到不一样的人生，个性是在万科的案场，严格、严谨的管理下的洗礼也造就了我稳重踏实的工作作风。回首过去一步步的脚印，我总结如下：</w:t>
      </w:r>
      <w:r>
        <w:rPr>
          <w:lang w:eastAsia="zh-CN"/>
        </w:rPr>
        <w:br/>
      </w:r>
      <w:r>
        <w:rPr>
          <w:lang w:eastAsia="zh-CN"/>
        </w:rPr>
        <w:t>　　一、“坚持到底就是胜利”</w:t>
      </w:r>
      <w:r>
        <w:rPr>
          <w:lang w:eastAsia="zh-CN"/>
        </w:rPr>
        <w:br/>
      </w:r>
      <w:r>
        <w:rPr>
          <w:lang w:eastAsia="zh-CN"/>
        </w:rPr>
        <w:t>　　坚持不懈，不轻易放下就能一步步走向成功，虽然不明白几时能成功，但能肯定的是我们正离目标越来越近。有了顽强的精神，于是事半功倍。持续的工作，难免会令人疲倦，放松一下是人之常情，在最困难的时候，再坚持一下也就过去了。同样在销售中客人提出各种各样的异议，放下对客户解释的机会，客户就流失了。而再坚持一下、说服一下也就成交了。往往期望就在于多打一个电话，多一次沟通。同时坚持不懈的学习房地产专业相关知识，让自我过硬的专业素养从心地打动客户。</w:t>
      </w:r>
      <w:r>
        <w:rPr>
          <w:lang w:eastAsia="zh-CN"/>
        </w:rPr>
        <w:br/>
      </w:r>
      <w:r>
        <w:rPr>
          <w:lang w:eastAsia="zh-CN"/>
        </w:rPr>
        <w:t>　　二、学会聆听，把握时机</w:t>
      </w:r>
      <w:r>
        <w:rPr>
          <w:lang w:eastAsia="zh-CN"/>
        </w:rPr>
        <w:br/>
      </w:r>
      <w:r>
        <w:rPr>
          <w:lang w:eastAsia="zh-CN"/>
        </w:rPr>
        <w:t>　　我认为一个好的销售人员就应是个好听众，透过聆听来了解客户的各方面信息，不能以貌取人，不应当轻易以自我的经验来决定客户“一看客户感觉这客户不会买房”“这客户太刁，没诚意”，导致一些客户流失，就应透过客户的言行举止来决定他们潜在的想法，从而掌握客户真实信息，把握买房者的心理，在适当时机，一针见血的，点中要害，直至成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三、对工作持续长久的热情和用心性</w:t>
      </w:r>
      <w:r>
        <w:rPr>
          <w:lang w:eastAsia="zh-CN"/>
        </w:rPr>
        <w:br/>
      </w:r>
      <w:r>
        <w:rPr>
          <w:lang w:eastAsia="zh-CN"/>
        </w:rPr>
        <w:t>　　辛勤的工作造就优秀的员工，我深信着这一点。因此自从我进入__公司的那一刻起，我就一向持续着认真的工作态度和用心向上的进取心，无论做任何细小的事情都努力做到最好，推销自我的产品首先务必要先充分的熟悉自我的产品，喜爱自我的产品，持续热情，热诚的对待客户。脚踏实地的跟进客户，使不可能变成可能、使可能变成现实，点点滴滴的积累造就了我优秀的业绩。同时维护好所积累的老客户的关系，他们都对我认真的工作和热情的态度都抱以充分的肯定，又为我带来了更多的潜在客户，致使我的工作成绩能更上一层楼。这是我在销售工作中获得的最大的收获和财富，也是我最值得骄傲的。</w:t>
      </w:r>
      <w:r>
        <w:rPr>
          <w:lang w:eastAsia="zh-CN"/>
        </w:rPr>
        <w:br/>
      </w:r>
      <w:r>
        <w:rPr>
          <w:lang w:eastAsia="zh-CN"/>
        </w:rPr>
        <w:t>　　四、持续良好的心态</w:t>
      </w:r>
      <w:r>
        <w:rPr>
          <w:lang w:eastAsia="zh-CN"/>
        </w:rPr>
        <w:br/>
      </w:r>
      <w:r>
        <w:rPr>
          <w:lang w:eastAsia="zh-CN"/>
        </w:rPr>
        <w:t>　　每个人都有过状态不好的时候，用心、乐观的销售员会将此归结为个人潜力、经验的不完善，把此时作为必经的磨练的过程，他们乐意不断向好的方向改善和发展，而消极、悲观的销售员则怪罪于机遇和时运，总是抱怨、等待与放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龟兔赛跑的寓言，不断地出此刻现实生活当中，兔子倾向于机会导向，乌龟总是坚持核心竞争力。现实生活中，也像龟兔赛跑的结局一样，不断积累核心竞争力的人，最终会赢过追逐机会的人。人生有时候像爬山，当你年轻力壮的时候，总是像兔子一样活蹦乱跳，一有机会就想跳槽、抄捷径。一遇挫折就想放下，想休息。人生是需要积累的，有经验的人，像是乌龟一般，懂得匀速徐行的道理，我坚信只要方向正确，方法正确，一步一个脚印，每个脚步都结结实实地踏在前进的道路上，反而能够早点抵达终点。如果领先靠的是机会，运气总有用尽的一天。</w:t>
      </w:r>
      <w:r>
        <w:rPr>
          <w:lang w:eastAsia="zh-CN"/>
        </w:rPr>
        <w:br/>
      </w:r>
      <w:r>
        <w:rPr>
          <w:lang w:eastAsia="zh-CN"/>
        </w:rPr>
        <w:t>　　一向以来我坚持着做好自我能做好的事，一步一个脚印踏踏实实的坚定的向着我的目标前行。</w:t>
      </w:r>
      <w:r>
        <w:rPr>
          <w:lang w:eastAsia="zh-CN"/>
        </w:rPr>
        <w:br/>
      </w:r>
      <w:r>
        <w:rPr>
          <w:lang w:eastAsia="zh-CN"/>
        </w:rPr>
        <w:t xml:space="preserve">    房地产销售员工简洁个人总结范文 篇26 </w:t>
      </w:r>
      <w:r>
        <w:rPr>
          <w:lang w:eastAsia="zh-CN"/>
        </w:rPr>
        <w:br/>
      </w:r>
      <w:r>
        <w:rPr>
          <w:lang w:eastAsia="zh-CN"/>
        </w:rPr>
        <w:t>　　在房地产行业工作也已经半年多了，在销售方面还有待提高。虽然自己的水平有限，但还是想把自己的一些东西写出来，即从中发现得到提高，也可以从中找到自己需要学习的地方，完善自己的销售水平。</w:t>
      </w:r>
      <w:r>
        <w:rPr>
          <w:lang w:eastAsia="zh-CN"/>
        </w:rPr>
        <w:br/>
      </w:r>
      <w:r>
        <w:rPr>
          <w:lang w:eastAsia="zh-CN"/>
        </w:rPr>
        <w:t>　　经历了上次开盘，从前期的续水到后期的成功销售，整个的销售过程都开始熟悉了。在接待客户当中，自己的销售能力有所提高，慢慢的对于销售这个概念有所认识。从自己那些已经购房的客户中，在对他们进行销售的过程里，我也体会到了许多销售心得。在这里拿出来给大家看看，也许我还不是做的很好，但是希望拿出来跟大家分享一下。</w:t>
      </w:r>
      <w:r>
        <w:rPr>
          <w:lang w:eastAsia="zh-CN"/>
        </w:rPr>
        <w:br/>
      </w:r>
      <w:r>
        <w:rPr>
          <w:lang w:eastAsia="zh-CN"/>
        </w:rPr>
        <w:t>　　第一、 最基本的就是在接待当中，始终要保持热情。</w:t>
      </w:r>
      <w:r>
        <w:rPr>
          <w:lang w:eastAsia="zh-CN"/>
        </w:rPr>
        <w:br/>
      </w:r>
      <w:r>
        <w:rPr>
          <w:lang w:eastAsia="zh-CN"/>
        </w:rPr>
        <w:t>　　第二、 做好客户的登记，及进行回访跟踪。做好销售的前期工作，有于后期的销售工作，方便展开。</w:t>
      </w:r>
      <w:r>
        <w:rPr>
          <w:lang w:eastAsia="zh-CN"/>
        </w:rPr>
        <w:br/>
      </w:r>
      <w:r>
        <w:rPr>
          <w:lang w:eastAsia="zh-CN"/>
        </w:rPr>
        <w:t>　　第三、</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经常性约客户过来看看房，了解我们楼盘的动态。加强客户的购买信心，做好沟通工作，并针对客户的一些要求，为客户做好几种方案，便于客户考虑及开盘的销售，使客户的选择性大一些，避免在集中在同一个户型。这样也方便了自己的销售。</w:t>
      </w:r>
      <w:r>
        <w:rPr>
          <w:lang w:eastAsia="zh-CN"/>
        </w:rPr>
        <w:br/>
      </w:r>
      <w:r>
        <w:rPr>
          <w:lang w:eastAsia="zh-CN"/>
        </w:rPr>
        <w:t>　　第四、 提高自己的业务水平，加强房地产相关知识及最新的动态。在面对客户的时候就能游刃有余，树立自己的专业性，同时也让客户更加的想信自己。从而促进销售。</w:t>
      </w:r>
      <w:r>
        <w:rPr>
          <w:lang w:eastAsia="zh-CN"/>
        </w:rPr>
        <w:br/>
      </w:r>
      <w:r>
        <w:rPr>
          <w:lang w:eastAsia="zh-CN"/>
        </w:rPr>
        <w:t>　　第五、 多从客户的角度想问题，这样自己就可以针对性的进行化解，为客户提供最适合他的房子，解决他的疑虑，让客户可以放心的购房。</w:t>
      </w:r>
      <w:r>
        <w:rPr>
          <w:lang w:eastAsia="zh-CN"/>
        </w:rPr>
        <w:br/>
      </w:r>
      <w:r>
        <w:rPr>
          <w:lang w:eastAsia="zh-CN"/>
        </w:rPr>
        <w:t>　　第六、 学会运用销售技巧，营造一种购买的欲望及氛围，适当的逼客户尽快下定。</w:t>
      </w:r>
      <w:r>
        <w:rPr>
          <w:lang w:eastAsia="zh-CN"/>
        </w:rPr>
        <w:br/>
      </w:r>
      <w:r>
        <w:rPr>
          <w:lang w:eastAsia="zh-CN"/>
        </w:rPr>
        <w:t>　　第七、 无论做什么如果没有一个良好的心态，那肯定是做不好的。在工作中我觉得态度决定一切，当个人的需要受挫时，态度最能反映出你的价值观念。积极、乐观者将此归结为个人能力、经验的不完善，他们乐意不断向好的方向改进和发展，而消极、悲观者则怪罪于机遇、环境的不公，总是抱怨、等待与放弃!什么样的态度决定什么样的生活.</w:t>
      </w:r>
      <w:r>
        <w:rPr>
          <w:lang w:eastAsia="zh-CN"/>
        </w:rPr>
        <w:br/>
      </w:r>
      <w:r>
        <w:rPr>
          <w:lang w:eastAsia="zh-CN"/>
        </w:rPr>
        <w:t>　　第八、</w:t>
      </w:r>
      <w:r>
        <w:rPr>
          <w:lang w:eastAsia="zh-CN"/>
        </w:rPr>
        <w:t xml:space="preserve"> 找出并认清自己的目标，不断坚定自己勇往直前、坚持到底的信心，这个永远是最重要的。</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龟兔赛跑的寓言，不断地出现在现实生活当中，兔子倾向于机会导向，乌龟总是坚持核心竞争力。现实生活中，也像龟兔赛跑的结局一样，不断积累核心竞争力的人，最终会赢过追逐机会的人。人生有时候像爬山，当你年轻力壮的时候，总是像兔子一样活蹦乱跳，一有机会就想跳槽、抄捷径;一遇挫折就想放弃，想休息。人生是需要积累的，有经验的人，像是乌龟一般，懂得匀速徐行的道理，我坚信只要方向正确，方法正确，一步一个脚印，每个脚步都结结实实地踏在前进的道路上，反而可以早点抵达终点。如果领先靠的是机会，运气总有用尽的一天。</w:t>
      </w:r>
      <w:r>
        <w:rPr>
          <w:lang w:eastAsia="zh-CN"/>
        </w:rPr>
        <w:br/>
      </w:r>
      <w:r>
        <w:rPr>
          <w:lang w:eastAsia="zh-CN"/>
        </w:rPr>
        <w:t>　　对工作保持长久的热情和积极性，更需要有不待扬鞭自奋蹄的精神。所以这半年来我一直坚持做好自己能做好的事，一直做积累，一步一个脚印坚定的向着我的目标前行。为新的一年加油!</w:t>
      </w:r>
      <w:r>
        <w:rPr>
          <w:lang w:eastAsia="zh-CN"/>
        </w:rPr>
        <w:br/>
      </w:r>
      <w:r>
        <w:rPr>
          <w:lang w:eastAsia="zh-CN"/>
        </w:rPr>
        <w:t xml:space="preserve">    房地产销售员工简洁个人总结范文 篇27 </w:t>
      </w:r>
      <w:r>
        <w:rPr>
          <w:lang w:eastAsia="zh-CN"/>
        </w:rPr>
        <w:br/>
      </w:r>
      <w:r>
        <w:rPr>
          <w:lang w:eastAsia="zh-CN"/>
        </w:rPr>
        <w:t>　　回顾4月份的工作历程，我慢慢融入公司，成为公司大家庭的一份子。我常常暗示自己，在工作中一定要坚持自己的选择，不变初心，时刻反省总结，才能不改变初心，坚持自己的选择，坚持最初的梦想。接着，为了实现最初的梦想而战，为了明天的成功而战。下面我将四月的工作总结如下。</w:t>
      </w:r>
      <w:r>
        <w:rPr>
          <w:lang w:eastAsia="zh-CN"/>
        </w:rPr>
        <w:br/>
      </w:r>
      <w:r>
        <w:rPr>
          <w:lang w:eastAsia="zh-CN"/>
        </w:rPr>
        <w:t>　　工作回顾。本月我参加了公司的员工培训，首先深入学习我们公司的企业文化、红色教育营销、旅游规划、成功人士经验分享。其次，也能让我及时调整自己的心态，更好的完成新员工的角色转变。接着，我们还学习了互联网新媒体营销，学习微信社群和抖音直播的商业实战。最后，我相信自己会将学到的理论运用到实际工作中来，将学到的理论知识指导我今后的工作，是工作能得到进一步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承蒙领导的厚爱和信任，将“桃源小镇”商业街招商洽谈会的讲解工作和对接沙盘公司的工作交给我，我反复联系演讲稿为了圆满完成领导交给我的工作任务;努力学习沟通技巧避免在与第三方公司沟通的过程中出错。通过一个月的工作我接触了很多以前自己从来没有接触过的工作，我想这是一次很好的学习机会，对我工作上的进步起着巨大作用。</w:t>
      </w:r>
      <w:r>
        <w:rPr>
          <w:lang w:eastAsia="zh-CN"/>
        </w:rPr>
        <w:br/>
      </w:r>
      <w:r>
        <w:rPr>
          <w:lang w:eastAsia="zh-CN"/>
        </w:rPr>
        <w:t>　　工作中存在的不足。对景区“桃源小镇”的思考不足，只停留在对其概况的了解上，在接下来的工作中我更应该多加思考深入了解“桃源小镇”，不应该只停留在表面上。没有演讲技巧和沟通技巧，演讲过程比较生硬，同时，与人交流时会怯场。针对这两个方面，我需要继续学习演讲和沟通技巧，改掉不好的部分，强化优势点。领导下发的任务和工作事项跟进反馈不及时，在接下来的工作中更应该改掉这种问题，提高工作效率，及时反馈工作进度、情况。</w:t>
      </w:r>
      <w:r>
        <w:rPr>
          <w:lang w:eastAsia="zh-CN"/>
        </w:rPr>
        <w:br/>
      </w:r>
      <w:r>
        <w:rPr>
          <w:lang w:eastAsia="zh-CN"/>
        </w:rPr>
        <w:t>　　工作计划。首先是总结上月的经验和教训，积极思考问题，加强沟通，锻炼我的沟通能力;学习演讲技巧，多多练习，熟能生巧;提高工作效率，工作中多与同事和领导沟通。其次，我应该不断提高自己的个人能力，提高工作能力。在公司的培训中，应认真学习，培养自己的工作技能;训后认真反总结，吸收培训的内容及知识。最后，针对我个人的工作和生活习惯方面，我认为良好的生活习惯才能有更多的精力去完成工作任务，提高工作效率。</w:t>
      </w:r>
      <w:r>
        <w:rPr>
          <w:lang w:eastAsia="zh-CN"/>
        </w:rPr>
        <w:br/>
      </w:r>
      <w:r>
        <w:rPr>
          <w:lang w:eastAsia="zh-CN"/>
        </w:rPr>
        <w:t>　　通过将近两个月的实习工作我相信只有在工作中不断的剖析自己，总结自己的工作情况，发现自己工作中的不足，并在日常的工作中加以规范。在提升自己工作能力的同时加以学习，才能使自己的工作能力得到巨大的提升，我相信我的进步肯定也会在下个月工作中得到很好的体现。</w:t>
      </w:r>
      <w:r>
        <w:rPr>
          <w:lang w:eastAsia="zh-CN"/>
        </w:rPr>
        <w:br/>
      </w:r>
    </w:p>
    <w:p w:rsidR="001B1F19" w14:textId="27C3F48A">
      <w:pPr>
        <w:rPr>
          <w:rFonts w:hint="eastAsia"/>
          <w:lang w:eastAsia="zh-CN"/>
        </w:rPr>
      </w:pPr>
      <w:r>
        <w:rPr>
          <w:lang w:eastAsia="zh-CN"/>
        </w:rPr>
        <w:t xml:space="preserve">    房地产销售员工简洁个人总结范文 篇28 </w:t>
      </w:r>
      <w:r>
        <w:rPr>
          <w:lang w:eastAsia="zh-CN"/>
        </w:rPr>
        <w:br/>
      </w:r>
      <w:r>
        <w:rPr>
          <w:lang w:eastAsia="zh-CN"/>
        </w:rPr>
        <w:t>　　我进入&amp;&amp;房地产销售部工作也将近半年。在销售部综合点，主要负责营销策划方面的工作。</w:t>
      </w:r>
      <w:r>
        <w:rPr>
          <w:lang w:eastAsia="zh-CN"/>
        </w:rPr>
        <w:br/>
      </w:r>
      <w:r>
        <w:rPr>
          <w:lang w:eastAsia="zh-CN"/>
        </w:rPr>
        <w:t>　　这些工作主要包括：</w:t>
      </w:r>
      <w:r>
        <w:rPr>
          <w:lang w:eastAsia="zh-CN"/>
        </w:rPr>
        <w:br/>
      </w:r>
      <w:r>
        <w:rPr>
          <w:lang w:eastAsia="zh-CN"/>
        </w:rPr>
        <w:t>　　1、深入销售第一线，在销售现场了解客户的特点和需求，把握客户的心理动态，找出客户最关心的问题。</w:t>
      </w:r>
      <w:r>
        <w:rPr>
          <w:lang w:eastAsia="zh-CN"/>
        </w:rPr>
        <w:br/>
      </w:r>
      <w:r>
        <w:rPr>
          <w:lang w:eastAsia="zh-CN"/>
        </w:rPr>
        <w:t>　　2、收集其他楼盘的宣传资料和报纸广告，把握竞争楼盘的动向，了解其他楼盘的促销手段和销售措施。</w:t>
      </w:r>
      <w:r>
        <w:rPr>
          <w:lang w:eastAsia="zh-CN"/>
        </w:rPr>
        <w:br/>
      </w:r>
      <w:r>
        <w:rPr>
          <w:lang w:eastAsia="zh-CN"/>
        </w:rPr>
        <w:t>　　3、学习和观摩其他楼盘的促销活动，吸取别人成功的经验，以便为将来搞好公司的促销策划活动多做贡献。</w:t>
      </w:r>
      <w:r>
        <w:rPr>
          <w:lang w:eastAsia="zh-CN"/>
        </w:rPr>
        <w:br/>
      </w:r>
      <w:r>
        <w:rPr>
          <w:lang w:eastAsia="zh-CN"/>
        </w:rPr>
        <w:t>　　4、与策划公司对接，对其提交的策划方案根据实际情况提出修改意见供领导参考，同时把销售部的意见与策划公司沟通，力图将宣传推广工作做得更加切合公司的销售部署，更加实际，更加有效。</w:t>
      </w:r>
      <w:r>
        <w:rPr>
          <w:lang w:eastAsia="zh-CN"/>
        </w:rPr>
        <w:br/>
      </w:r>
      <w:r>
        <w:rPr>
          <w:lang w:eastAsia="zh-CN"/>
        </w:rPr>
        <w:t>　　5、参加公司的各种促销活动，组织销售人员在促销现场开展宣传工作，协调和沟通销售部和策划公司的分工合作。</w:t>
      </w:r>
      <w:r>
        <w:rPr>
          <w:lang w:eastAsia="zh-CN"/>
        </w:rPr>
        <w:br/>
      </w:r>
      <w:r>
        <w:rPr>
          <w:lang w:eastAsia="zh-CN"/>
        </w:rPr>
        <w:t>　　6、根据实际情况，对重要问题多想办法，多出主意，尽最大能力提出相应的建议和方案给领导参考，做好营销人员的参谋策划工作。</w:t>
      </w:r>
      <w:r>
        <w:rPr>
          <w:lang w:eastAsia="zh-CN"/>
        </w:rPr>
        <w:br/>
      </w:r>
      <w:r>
        <w:rPr>
          <w:lang w:eastAsia="zh-CN"/>
        </w:rPr>
        <w:t>　　7、参加每周销售部主管例会，将周销售情况整理好，发送给领导，让领导及时了解销售现场的动态。</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https://d.book118.com/595110234133011122</w:t>
        </w:r>
      </w:hyperlink>
    </w:p>
    <w:p w:rsidR="001B1F19">
      <w:pPr>
        <w:rPr>
          <w:rFonts w:hint="eastAsia"/>
          <w:lang w:eastAsia="zh-CN"/>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5110234133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