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火灾逃生演练心得体会</w:t>
      </w:r>
    </w:p>
    <w:p>
      <w:pPr>
        <w:spacing w:before="100" w:after="200" w:line="360" w:lineRule="auto"/>
        <w:ind w:firstLine="576"/>
        <w:jc w:val="left"/>
      </w:pPr>
      <w:r>
        <w:rPr>
          <w:rFonts w:ascii="宋体" w:eastAsia="宋体" w:hAnsi="宋体"/>
          <w:sz w:val="28"/>
        </w:rPr>
        <w:t>为切实加强兵团大厦的日常安全工作，提高全员安全消防素质、安全防范与自救能力，6月20日，兵团大厦联合举办了以“安全发展，预防为主”为主题的消防应急安全演练活动。</w:t>
      </w:r>
    </w:p>
    <w:p>
      <w:pPr>
        <w:spacing w:before="100" w:after="200" w:line="360" w:lineRule="auto"/>
        <w:ind w:firstLine="576"/>
        <w:jc w:val="left"/>
      </w:pPr>
      <w:r>
        <w:rPr>
          <w:rFonts w:ascii="宋体" w:eastAsia="宋体" w:hAnsi="宋体"/>
          <w:sz w:val="28"/>
        </w:rPr>
        <w:t>演练前，兵团大厦工程部、综合部一起结合兵团大厦的实际，认真细致的制定此次演练，明确了职责要求，为演练的成功举行提供了切实的保证。</w:t>
      </w:r>
    </w:p>
    <w:p>
      <w:pPr>
        <w:spacing w:before="100" w:after="200" w:line="360" w:lineRule="auto"/>
        <w:ind w:firstLine="576"/>
        <w:jc w:val="left"/>
      </w:pPr>
      <w:r>
        <w:rPr>
          <w:rFonts w:ascii="宋体" w:eastAsia="宋体" w:hAnsi="宋体"/>
          <w:sz w:val="28"/>
        </w:rPr>
        <w:t>6月20日中午14：00，兵团大厦请来了北京市东城消防支队的徐警官，为员工进行了消防安全知识培训，从日常消防安全工作，到消防器具的使用方法，为大家讲解与演示，补充了部分员工在消防安全上缺乏的必备知识，起到良好的效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6月20日中午14：30分，消防演练正式开始。按照预先起草的演练流程，餐食部后堂员工鲍家雷，发现火灾时，用手动报警器向消防中控室报警，中控室接到报警，确认火情，向兵团大厦总经理金总汇报，金总紧急启动消防应急预案，组织客房部、餐食部、工程部、等部门以及义务消防队、疏散引导组、通讯联络组及设备保障组、安全救护组有关人员参加灭火任务。数名被困员工手拿白毛巾，一边呼救一边跑向指定的安全通道。大厦义务消防队员身着消防服、持灭火水带、手提灭火器，迅速到位，将“火”扑灭。疏散引导组、医疗救护组和后勤保障组迅速展开灭火自救行动，大厦各岗位员工在消防广播及疏散引导组的正确引导下，开始自救逃生。从报警到预案启动，再到人员疏散，整个演练过程仅仅用了不到10分钟。全体人员安全抵达地面，演习圆满结束。</w:t>
      </w:r>
    </w:p>
    <w:p>
      <w:pPr>
        <w:spacing w:before="100" w:after="200" w:line="360" w:lineRule="auto"/>
        <w:ind w:firstLine="576"/>
        <w:jc w:val="left"/>
      </w:pPr>
      <w:r>
        <w:rPr>
          <w:rFonts w:ascii="宋体" w:eastAsia="宋体" w:hAnsi="宋体"/>
          <w:sz w:val="28"/>
        </w:rPr>
        <w:t>接着，由彭主任为员工们详细讲解了灭火器的使用方法，以及基本的消防安全常识与逃生自救知识。另外，大家对灭火器进行现场模拟，基本上都能正确使用灭火器。</w:t>
      </w:r>
    </w:p>
    <w:p>
      <w:pPr>
        <w:spacing w:before="100" w:after="200" w:line="360" w:lineRule="auto"/>
        <w:ind w:firstLine="576"/>
        <w:jc w:val="left"/>
      </w:pPr>
      <w:r>
        <w:rPr>
          <w:rFonts w:ascii="宋体" w:eastAsia="宋体" w:hAnsi="宋体"/>
          <w:sz w:val="28"/>
        </w:rPr>
        <w:t>最后，金副总对此次演习做了小结：本次消防演习达到了目的，并号召大家，努力学习消防安全知识，提高消防安全意识，遇到突发事故，沉着应对，切实的将消防安全工作落实到实际工作当中去。</w:t>
      </w:r>
    </w:p>
    <w:p>
      <w:pPr>
        <w:spacing w:before="100" w:after="200" w:line="360" w:lineRule="auto"/>
        <w:ind w:firstLine="576"/>
        <w:jc w:val="left"/>
      </w:pPr>
      <w:r>
        <w:rPr>
          <w:rFonts w:ascii="宋体" w:eastAsia="宋体" w:hAnsi="宋体"/>
          <w:sz w:val="28"/>
        </w:rPr>
        <w:t>通过这次消防演练，进一步强化了兵团大厦员工们的安全意识，检验了消防预案的可行性、可操作性，熟悉了应急抢险流程，对应急指挥、协调和处置能力起到有力的促进作用，对今后高效、有序开展应急工作奠定了坚实的基础。</w:t>
      </w:r>
    </w:p>
    <w:p>
      <w:pPr>
        <w:spacing w:before="100" w:after="200" w:line="360" w:lineRule="auto"/>
        <w:ind w:firstLine="576"/>
        <w:jc w:val="left"/>
      </w:pPr>
      <w:r>
        <w:rPr>
          <w:rFonts w:ascii="宋体" w:eastAsia="宋体" w:hAnsi="宋体"/>
          <w:sz w:val="28"/>
        </w:rPr>
        <w:t>为了进一步强化公司员工的消防安全教育，提高火灾防控潜力和突发事件应变潜力，学会正确使用灭火器和各类消防器材、设备、设施等。公司保安在安委会的指导下，于20xx年1月15日上午10时，在仓储部空地前，组织开展了一次实战消防演习。</w:t>
      </w:r>
    </w:p>
    <w:p>
      <w:pPr>
        <w:spacing w:before="100" w:after="200" w:line="360" w:lineRule="auto"/>
        <w:ind w:firstLine="576"/>
        <w:jc w:val="left"/>
      </w:pPr>
      <w:r>
        <w:rPr>
          <w:rFonts w:ascii="宋体" w:eastAsia="宋体" w:hAnsi="宋体"/>
          <w:sz w:val="28"/>
        </w:rPr>
        <w:t>消防演习按照预定方案，有序、紧张地进行。演习的目的是：提高公司整体火灾防控水平、员工消防安全意识和增强员工初始火灾扑救潜力，有效预防火灾和最大限度减少危害。使保安更加明确：一旦发生火情，要冷静、沉着，每个人都明白就应做什么，如何正确报警，如何正确扑救初期火灾，如何疏散人员；进一步提高防控火灾的潜力。</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消防演习取得了圆满成功。安委会副主任张先钰对此次演习进行了总结，对演习的成功感到满意，对加强防火的工作提出了新的要求。公司总经理熊以俊、总经理助理钟国雄、薛国元等三人携各工段中层领导及工段兼职安全员、消防员，对这次消防演习进行了观摩检验，演习结束后对保安的消防演习工作给予了充分的肯定，对突发事件的应对措施给予了高度的赞扬！</w:t>
      </w:r>
    </w:p>
    <w:p>
      <w:pPr>
        <w:spacing w:before="100" w:after="200" w:line="360" w:lineRule="auto"/>
        <w:ind w:firstLine="576"/>
        <w:jc w:val="left"/>
      </w:pPr>
      <w:r>
        <w:rPr>
          <w:rFonts w:ascii="宋体" w:eastAsia="宋体" w:hAnsi="宋体"/>
          <w:sz w:val="28"/>
        </w:rPr>
        <w:t>透过这次消防演习活动，使员工对消防安全知识有了进一步的了解，也使参加消防演习的人员防范意识和使用灭火器材、设备的潜力有所增强，在应对突发事件的潜力上也得到很大提高。公司保安在演习过程中，“一切行动听指挥”思想观念经受了考验，团队群众荣誉感得到了升华。</w:t>
      </w:r>
    </w:p>
    <w:p>
      <w:pPr>
        <w:spacing w:before="100" w:after="200" w:line="360" w:lineRule="auto"/>
        <w:ind w:firstLine="576"/>
        <w:jc w:val="left"/>
      </w:pPr>
      <w:r>
        <w:rPr>
          <w:rFonts w:ascii="宋体" w:eastAsia="宋体" w:hAnsi="宋体"/>
          <w:sz w:val="28"/>
        </w:rPr>
        <w:t>参加观摩的领导一致认为本次演习活动准备充分、组织严密，演习准确到位，到达了预期的效果，演习活动获得圆满成功。</w:t>
      </w:r>
    </w:p>
    <w:p>
      <w:pPr>
        <w:spacing w:before="100" w:after="200" w:line="360" w:lineRule="auto"/>
        <w:ind w:firstLine="576"/>
        <w:jc w:val="left"/>
      </w:pPr>
      <w:r>
        <w:rPr>
          <w:rFonts w:ascii="宋体" w:eastAsia="宋体" w:hAnsi="宋体"/>
          <w:sz w:val="28"/>
        </w:rPr>
        <w:t>这次消防演习活动主要体现了三个特点：一是公司各级领导高度重视，指挥得力；二是各部门密切协作配合，准备工作细致充分；三是反复推敲，多次预演，确保演习工作万无一失。</w:t>
      </w:r>
    </w:p>
    <w:p>
      <w:pPr>
        <w:spacing w:before="100" w:after="200" w:line="360" w:lineRule="auto"/>
        <w:ind w:firstLine="576"/>
        <w:jc w:val="left"/>
      </w:pPr>
      <w:r>
        <w:rPr>
          <w:rFonts w:ascii="宋体" w:eastAsia="宋体" w:hAnsi="宋体"/>
          <w:sz w:val="28"/>
        </w:rPr>
        <w:t>为了使公司全体员工了解消防基础知识，提高安全防范意识，增强自我保护能力，掌握对突发火灾的应变，逃生技能，学会灭火以及有序地进行人员，财物的疏散处理，确保员工生命安全及公司财产安全;20xx年x月13日，艾特航模股份有限公司组织了一次实战的全员消防演练。</w:t>
      </w:r>
    </w:p>
    <w:p>
      <w:pPr>
        <w:spacing w:before="100" w:after="200" w:line="360" w:lineRule="auto"/>
        <w:ind w:firstLine="576"/>
        <w:jc w:val="left"/>
      </w:pPr>
      <w:r>
        <w:rPr>
          <w:rFonts w:ascii="宋体" w:eastAsia="宋体" w:hAnsi="宋体"/>
          <w:sz w:val="28"/>
        </w:rPr>
        <w:t>本次全员消防演练由公司人事行政总监耿捷担任指挥长，负责消防演练的组织与指挥。演练工作组分为：警戒组，疏散组，灭火组，抢救组四个组。</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当天上午09：00-10：00，公司组织各部门，各组别代表在3楼A会议室参加了演练沟通协调会，特邀广东消安防火培训中心的李进军教官，对相关人员进行了消防安全知识与实际操作培训，并对下午的消防演练工作进行了周密的部署安排。</w:t>
      </w:r>
    </w:p>
    <w:p>
      <w:pPr>
        <w:spacing w:before="100" w:after="200" w:line="360" w:lineRule="auto"/>
        <w:ind w:firstLine="576"/>
        <w:jc w:val="left"/>
      </w:pPr>
      <w:r>
        <w:rPr>
          <w:rFonts w:ascii="宋体" w:eastAsia="宋体" w:hAnsi="宋体"/>
          <w:sz w:val="28"/>
        </w:rPr>
        <w:t>当天下午18：00，保安员发出火警报警信号。各演练工作组在听到指令后，迅速到位，参加演练的义务消防员和工作人员全部佩戴消防演习工作卡，在最短的时间内，于车间内，楼梯间及安全出口处，通过口令加手势，指挥员工从指定路线进行有秩序地疏散;把现场所有人员，快捷有序地疏散到安全地带(公司宿舍前篮球场)。</w:t>
      </w:r>
    </w:p>
    <w:p>
      <w:pPr>
        <w:spacing w:before="100" w:after="200" w:line="360" w:lineRule="auto"/>
        <w:ind w:firstLine="576"/>
        <w:jc w:val="left"/>
      </w:pPr>
      <w:r>
        <w:rPr>
          <w:rFonts w:ascii="宋体" w:eastAsia="宋体" w:hAnsi="宋体"/>
          <w:sz w:val="28"/>
        </w:rPr>
        <w:t>消防演练按照预定的方案，有序，紧张地进行。整体疏散到位后，各部门人员在公司宿舍前的篮球场集合，进行了人员的清点统计。随后，保安队长曾端生指导保安队员和义务消防员，演练用干粉灭火器进行现场灭火。</w:t>
      </w:r>
    </w:p>
    <w:p>
      <w:pPr>
        <w:spacing w:before="100" w:after="200" w:line="360" w:lineRule="auto"/>
        <w:ind w:firstLine="576"/>
        <w:jc w:val="left"/>
      </w:pPr>
      <w:r>
        <w:rPr>
          <w:rFonts w:ascii="宋体" w:eastAsia="宋体" w:hAnsi="宋体"/>
          <w:sz w:val="28"/>
        </w:rPr>
        <w:t>演练结束后，指挥长为全体员工进行了消防安全应急操作与火场逃生技巧讲解，教大家掌握一旦发生火情，每个人应该做什么，如何正确地报警，扑救，疏散，如何自救和逃生。最后，指挥长对此次消防演练做了总评，对于演练结果给了充分的肯定，表扬了员工们听从指挥，行动迅速，要求大家要进一步提高安全生产责任意识，宣布消防演练取得了圆满成功。</w:t>
      </w:r>
    </w:p>
    <w:p>
      <w:pPr>
        <w:spacing w:before="100" w:after="200" w:line="360" w:lineRule="auto"/>
        <w:ind w:firstLine="576"/>
        <w:jc w:val="left"/>
      </w:pPr>
      <w:r>
        <w:rPr>
          <w:rFonts w:ascii="宋体" w:eastAsia="宋体" w:hAnsi="宋体"/>
          <w:sz w:val="28"/>
        </w:rPr>
        <w:t>通过这次消防演练活动，参加消防演练人员的安全防范意识和灭火能力有所增强，全体员工对消防安全常识有了进一步的了解，对抗火灾的应变能力得到了提高。消防演练过程中，也锻炼了各演练工作小组的组织能力，指挥能力和应变能力。</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为了贯彻“安全第一，预防为主”的方针，加强我们小学生对家庭突发火灾时的自我保护能力，我特别制定了这个计划，并在我家中实际演练了一次，以便于火灾真的发生时我能顺利逃生并帮助家人逃生。</w:t>
      </w:r>
    </w:p>
    <w:p>
      <w:pPr>
        <w:spacing w:before="100" w:after="200" w:line="360" w:lineRule="auto"/>
        <w:ind w:firstLine="576"/>
        <w:jc w:val="left"/>
      </w:pPr>
      <w:r>
        <w:rPr>
          <w:rFonts w:ascii="宋体" w:eastAsia="宋体" w:hAnsi="宋体"/>
          <w:sz w:val="28"/>
        </w:rPr>
        <w:t>二、我画了一幅我家的平面图，并在每一个房间里我都标出了两条逃生路线。并且在院子里设置了一个集合地点。</w:t>
      </w:r>
    </w:p>
    <w:p>
      <w:pPr>
        <w:spacing w:before="100" w:after="200" w:line="360" w:lineRule="auto"/>
        <w:ind w:firstLine="576"/>
        <w:jc w:val="left"/>
      </w:pPr>
      <w:r>
        <w:rPr>
          <w:rFonts w:ascii="宋体" w:eastAsia="宋体" w:hAnsi="宋体"/>
          <w:sz w:val="28"/>
        </w:rPr>
        <w:t>三、全家人进行突发火灾的应急演练，以检查我们的逃生计划缺点和不足，也能够让大家真正的练习应对火灾的实战经验。</w:t>
      </w:r>
    </w:p>
    <w:p>
      <w:pPr>
        <w:spacing w:before="100" w:after="200" w:line="360" w:lineRule="auto"/>
        <w:jc w:val="left"/>
      </w:pPr>
      <w:r>
        <w:rPr>
          <w:rFonts w:ascii="宋体 (中文正文)" w:eastAsia="宋体" w:hAnsi="宋体 (中文正文)"/>
          <w:b/>
          <w:sz w:val="28"/>
        </w:rPr>
        <w:t>四、演练计划</w:t>
      </w:r>
    </w:p>
    <w:p>
      <w:pPr>
        <w:spacing w:before="100" w:after="200" w:line="360" w:lineRule="auto"/>
        <w:ind w:firstLine="576"/>
        <w:jc w:val="left"/>
      </w:pPr>
      <w:r>
        <w:rPr>
          <w:rFonts w:ascii="宋体" w:eastAsia="宋体" w:hAnsi="宋体"/>
          <w:sz w:val="28"/>
        </w:rPr>
        <w:t>1、时间：20xx0520，</w:t>
      </w:r>
    </w:p>
    <w:p>
      <w:pPr>
        <w:spacing w:before="100" w:after="200" w:line="360" w:lineRule="auto"/>
        <w:ind w:firstLine="576"/>
        <w:jc w:val="left"/>
      </w:pPr>
      <w:r>
        <w:rPr>
          <w:rFonts w:ascii="宋体" w:eastAsia="宋体" w:hAnsi="宋体"/>
          <w:sz w:val="28"/>
        </w:rPr>
        <w:t>2、地点：我家客厅，</w:t>
      </w:r>
    </w:p>
    <w:p>
      <w:pPr>
        <w:spacing w:before="100" w:after="200" w:line="360" w:lineRule="auto"/>
        <w:ind w:firstLine="576"/>
        <w:jc w:val="left"/>
      </w:pPr>
      <w:r>
        <w:rPr>
          <w:rFonts w:ascii="宋体" w:eastAsia="宋体" w:hAnsi="宋体"/>
          <w:sz w:val="28"/>
        </w:rPr>
        <w:t>3、参加人员：我家全体成员，演练内容：我家客厅突然发生火灾，大家按照设计好的路线和方法进行逃生，自救并及时报警。</w:t>
      </w:r>
    </w:p>
    <w:p>
      <w:pPr>
        <w:spacing w:before="100" w:after="200" w:line="360" w:lineRule="auto"/>
        <w:jc w:val="left"/>
      </w:pPr>
      <w:r>
        <w:rPr>
          <w:rFonts w:ascii="宋体 (中文正文)" w:eastAsia="宋体" w:hAnsi="宋体 (中文正文)"/>
          <w:sz w:val="28"/>
        </w:rPr>
        <w:t>五、演练过程：</w:t>
      </w:r>
    </w:p>
    <w:p>
      <w:pPr>
        <w:spacing w:before="100" w:after="200" w:line="360" w:lineRule="auto"/>
        <w:ind w:firstLine="576"/>
        <w:jc w:val="left"/>
      </w:pPr>
      <w:r>
        <w:rPr>
          <w:rFonts w:ascii="宋体" w:eastAsia="宋体" w:hAnsi="宋体"/>
          <w:sz w:val="28"/>
        </w:rPr>
        <w:t>1、假设有一天晚上我们一家人围坐在客厅看电视，突然发现沙发后面窜出了火苗，原来是电线短路引燃了沙发。随着爸爸一声“快跑”妈妈组织我跟姐姐用衣角捂住口鼻，猫着腰有顺序的从预先设计好的路线跑到了院子里。出来时我还顺便把家里的手电筒拿了出来。</w:t>
      </w:r>
    </w:p>
    <w:p>
      <w:pPr>
        <w:spacing w:before="100" w:after="200" w:line="360" w:lineRule="auto"/>
        <w:ind w:firstLine="576"/>
        <w:jc w:val="left"/>
      </w:pPr>
      <w:r>
        <w:rPr>
          <w:rFonts w:ascii="宋体" w:eastAsia="宋体" w:hAnsi="宋体"/>
          <w:sz w:val="28"/>
        </w:rPr>
        <w:t>2、爸爸最后一个出来的，看到大家都出来了，他迅速的拿着手电筒找到电源总开关及时的切断了全家的电源。并找来水桶进行灭火，妈妈也奔跑着找来邻居帮忙灭火，我们姐俩也没闲着，大声的呼救，“着火了，快救火呀！”。</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3、这时爸爸确认全家度撤离到了安全地带，并且火灾已经被扑灭，宣布演练结束。</w:t>
      </w:r>
    </w:p>
    <w:p>
      <w:pPr>
        <w:spacing w:before="100" w:after="200" w:line="360" w:lineRule="auto"/>
        <w:ind w:firstLine="576"/>
        <w:jc w:val="left"/>
      </w:pPr>
      <w:r>
        <w:rPr>
          <w:rFonts w:ascii="宋体" w:eastAsia="宋体" w:hAnsi="宋体"/>
          <w:sz w:val="28"/>
        </w:rPr>
        <w:t>4、全家总结演练的全过程，不足：爸爸说如果火势大的话我们应该用水弄湿衣服再捂住口鼻。爸爸还表扬了我，能在危急时刻顺手拿到了手电筒，这为他顺利切断电源提供了方便。</w:t>
      </w:r>
    </w:p>
    <w:p>
      <w:pPr>
        <w:spacing w:before="100" w:after="200" w:line="360" w:lineRule="auto"/>
        <w:ind w:firstLine="576"/>
        <w:jc w:val="left"/>
      </w:pPr>
      <w:r>
        <w:rPr>
          <w:rFonts w:ascii="宋体" w:eastAsia="宋体" w:hAnsi="宋体"/>
          <w:sz w:val="28"/>
        </w:rPr>
        <w:t>为了使全校师生了解消防基础知识，提高安全防范意识，增强自我保护能力，掌握对突发火灾的应变、逃生技巧20xx年x月xx日上午xx点，我校成功进行了消防疏散演练活动。演练中，从火警警报响起到学生全部从教室撤离到校园安全区域，历时三分钟，整个演练过程做到快速、安全、有序。现将本次演练中的优点和不足总结如下。</w:t>
      </w:r>
    </w:p>
    <w:p>
      <w:pPr>
        <w:spacing w:before="100" w:after="200" w:line="360" w:lineRule="auto"/>
        <w:jc w:val="left"/>
      </w:pPr>
      <w:r>
        <w:rPr>
          <w:rFonts w:ascii="宋体 (中文正文)" w:eastAsia="宋体" w:hAnsi="宋体 (中文正文)"/>
          <w:b/>
          <w:sz w:val="28"/>
        </w:rPr>
        <w:t>一、加强宣传教育，确保演习成功。</w:t>
      </w:r>
    </w:p>
    <w:p>
      <w:pPr>
        <w:spacing w:before="100" w:after="200" w:line="360" w:lineRule="auto"/>
        <w:ind w:firstLine="576"/>
        <w:jc w:val="left"/>
      </w:pPr>
      <w:r>
        <w:rPr>
          <w:rFonts w:ascii="宋体" w:eastAsia="宋体" w:hAnsi="宋体"/>
          <w:sz w:val="28"/>
        </w:rPr>
        <w:t>为了让全校师生高度重视本次演习，切实把安全教育放在首位，学校各部门齐抓共管，大力进行安全教育，并由班主任利用空闲时间，对全校学生进行了防震、防火、紧急状况下如何逃生知识培训，为本次演习和以后的生活中如何逃生打下了坚实基础。</w:t>
      </w:r>
    </w:p>
    <w:p>
      <w:pPr>
        <w:spacing w:before="100" w:after="200" w:line="360" w:lineRule="auto"/>
        <w:jc w:val="left"/>
      </w:pPr>
      <w:r>
        <w:rPr>
          <w:rFonts w:ascii="宋体 (中文正文)" w:eastAsia="宋体" w:hAnsi="宋体 (中文正文)"/>
          <w:b/>
          <w:sz w:val="28"/>
        </w:rPr>
        <w:t>二、制定紧急疏散预案，提高演习效果。</w:t>
      </w:r>
    </w:p>
    <w:p>
      <w:pPr>
        <w:spacing w:before="100" w:after="200" w:line="360" w:lineRule="auto"/>
        <w:ind w:firstLine="576"/>
        <w:jc w:val="left"/>
      </w:pPr>
      <w:r>
        <w:rPr>
          <w:rFonts w:ascii="宋体" w:eastAsia="宋体" w:hAnsi="宋体"/>
          <w:sz w:val="28"/>
        </w:rPr>
        <w:t>为了提高演习的效果，学校制定了紧急疏散暨逃生演练预案。</w:t>
      </w:r>
    </w:p>
    <w:p>
      <w:pPr>
        <w:spacing w:before="100" w:after="200" w:line="360" w:lineRule="auto"/>
        <w:ind w:firstLine="576"/>
        <w:jc w:val="left"/>
      </w:pPr>
      <w:r>
        <w:rPr>
          <w:rFonts w:ascii="宋体" w:eastAsia="宋体" w:hAnsi="宋体"/>
          <w:sz w:val="28"/>
        </w:rPr>
        <w:t>具体要求如下</w:t>
      </w:r>
    </w:p>
    <w:p>
      <w:pPr>
        <w:spacing w:before="100" w:after="200" w:line="360" w:lineRule="auto"/>
        <w:ind w:firstLine="576"/>
        <w:jc w:val="left"/>
      </w:pPr>
      <w:r>
        <w:rPr>
          <w:rFonts w:ascii="宋体" w:eastAsia="宋体" w:hAnsi="宋体"/>
          <w:sz w:val="28"/>
        </w:rPr>
        <w:t>1、各学年负责人及各班主任要高度重视，切实把安全教育放在首位，要严肃、认真、正确督导学生，充分认识此次演习的重要性。</w:t>
      </w:r>
    </w:p>
    <w:p>
      <w:pPr>
        <w:spacing w:before="100" w:after="200" w:line="360" w:lineRule="auto"/>
        <w:ind w:firstLine="576"/>
        <w:jc w:val="left"/>
      </w:pPr>
      <w:r>
        <w:rPr>
          <w:rFonts w:ascii="宋体" w:eastAsia="宋体" w:hAnsi="宋体"/>
          <w:sz w:val="28"/>
        </w:rPr>
        <w:t>2、班主任要从大局出发，严格执行学校制定的疏散时间和疏散路线，服从学校的统一指挥。</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3、班主任要亲临现场指挥，避免因拥挤、混乱或个别学生恶作剧导致不必要的安全事故发生。</w:t>
      </w:r>
    </w:p>
    <w:p>
      <w:pPr>
        <w:spacing w:before="100" w:after="200" w:line="360" w:lineRule="auto"/>
        <w:ind w:firstLine="576"/>
        <w:jc w:val="left"/>
      </w:pPr>
      <w:r>
        <w:rPr>
          <w:rFonts w:ascii="宋体" w:eastAsia="宋体" w:hAnsi="宋体"/>
          <w:sz w:val="28"/>
        </w:rPr>
        <w:t>4、听到警报后，学生应按照逃生路线快速撤离。</w:t>
      </w:r>
    </w:p>
    <w:p>
      <w:pPr>
        <w:spacing w:before="100" w:after="200" w:line="360" w:lineRule="auto"/>
        <w:ind w:firstLine="576"/>
        <w:jc w:val="left"/>
      </w:pPr>
      <w:r>
        <w:rPr>
          <w:rFonts w:ascii="宋体" w:eastAsia="宋体" w:hAnsi="宋体"/>
          <w:sz w:val="28"/>
        </w:rPr>
        <w:t>5、撤离过程中，要用湿毛巾或衣物捂住口鼻。</w:t>
      </w:r>
    </w:p>
    <w:p>
      <w:pPr>
        <w:spacing w:before="100" w:after="200" w:line="360" w:lineRule="auto"/>
        <w:ind w:firstLine="576"/>
        <w:jc w:val="left"/>
      </w:pPr>
      <w:r>
        <w:rPr>
          <w:rFonts w:ascii="宋体" w:eastAsia="宋体" w:hAnsi="宋体"/>
          <w:sz w:val="28"/>
        </w:rPr>
        <w:t>6、严禁拥挤、跳跃或逆向疏散。</w:t>
      </w:r>
    </w:p>
    <w:p>
      <w:pPr>
        <w:spacing w:before="100" w:after="200" w:line="360" w:lineRule="auto"/>
        <w:ind w:firstLine="576"/>
        <w:jc w:val="left"/>
      </w:pPr>
      <w:r>
        <w:rPr>
          <w:rFonts w:ascii="宋体" w:eastAsia="宋体" w:hAnsi="宋体"/>
          <w:sz w:val="28"/>
        </w:rPr>
        <w:t>7、一旦摔倒，要加强头、胸的保护，并立即站起来，防止踩踏受伤。</w:t>
      </w:r>
    </w:p>
    <w:p>
      <w:pPr>
        <w:spacing w:before="100" w:after="200" w:line="360" w:lineRule="auto"/>
        <w:jc w:val="left"/>
      </w:pPr>
      <w:r>
        <w:rPr>
          <w:rFonts w:ascii="宋体 (中文正文)" w:eastAsia="宋体" w:hAnsi="宋体 (中文正文)"/>
          <w:b/>
          <w:sz w:val="28"/>
        </w:rPr>
        <w:t>三、安全演习，成功之处。</w:t>
      </w:r>
    </w:p>
    <w:p>
      <w:pPr>
        <w:spacing w:before="100" w:after="200" w:line="360" w:lineRule="auto"/>
        <w:ind w:firstLine="576"/>
        <w:jc w:val="left"/>
      </w:pPr>
      <w:r>
        <w:rPr>
          <w:rFonts w:ascii="宋体" w:eastAsia="宋体" w:hAnsi="宋体"/>
          <w:sz w:val="28"/>
        </w:rPr>
        <w:t>1、本次疏散逃生演练得到了全校师生的高度重视。</w:t>
      </w:r>
    </w:p>
    <w:p>
      <w:pPr>
        <w:spacing w:before="100" w:after="200" w:line="360" w:lineRule="auto"/>
        <w:ind w:firstLine="576"/>
        <w:jc w:val="left"/>
      </w:pPr>
      <w:r>
        <w:rPr>
          <w:rFonts w:ascii="宋体" w:eastAsia="宋体" w:hAnsi="宋体"/>
          <w:sz w:val="28"/>
        </w:rPr>
        <w:t>2、各岗位负责的教师都能及时到岗并积极投入到疏散学生的状态。</w:t>
      </w:r>
    </w:p>
    <w:p>
      <w:pPr>
        <w:spacing w:before="100" w:after="200" w:line="360" w:lineRule="auto"/>
        <w:ind w:firstLine="576"/>
        <w:jc w:val="left"/>
      </w:pPr>
      <w:r>
        <w:rPr>
          <w:rFonts w:ascii="宋体" w:eastAsia="宋体" w:hAnsi="宋体"/>
          <w:sz w:val="28"/>
        </w:rPr>
        <w:t>3、此次演练基本上达到预期的目的，收到了一定的效果。提高了学生的安全防范意识，熟悉了逃生的流程。</w:t>
      </w:r>
    </w:p>
    <w:p>
      <w:pPr>
        <w:spacing w:before="100" w:after="200" w:line="360" w:lineRule="auto"/>
        <w:ind w:firstLine="576"/>
        <w:jc w:val="left"/>
      </w:pPr>
      <w:r>
        <w:rPr>
          <w:rFonts w:ascii="宋体" w:eastAsia="宋体" w:hAnsi="宋体"/>
          <w:sz w:val="28"/>
        </w:rPr>
        <w:t>4、学校的学生对灭火器进行了实际操作，并得到了王鹏飞对灭火器的正确使用方法的培训。</w:t>
      </w:r>
    </w:p>
    <w:p>
      <w:pPr>
        <w:spacing w:before="100" w:after="200" w:line="360" w:lineRule="auto"/>
        <w:ind w:firstLine="576"/>
        <w:jc w:val="left"/>
      </w:pPr>
      <w:r>
        <w:rPr>
          <w:rFonts w:ascii="宋体" w:eastAsia="宋体" w:hAnsi="宋体"/>
          <w:sz w:val="28"/>
        </w:rPr>
        <w:t>5、演练期间，教师组织疏散比较到位，比较严密，基本上作到了快而不乱。</w:t>
      </w:r>
    </w:p>
    <w:p>
      <w:pPr>
        <w:spacing w:before="100" w:after="200" w:line="360" w:lineRule="auto"/>
        <w:ind w:firstLine="576"/>
        <w:jc w:val="left"/>
      </w:pPr>
      <w:r>
        <w:rPr>
          <w:rFonts w:ascii="宋体" w:eastAsia="宋体" w:hAnsi="宋体"/>
          <w:sz w:val="28"/>
        </w:rPr>
        <w:t>6、此次演练达到了要求，按规定时间完成，学生逃离速度快，无一人出现安全事故。</w:t>
      </w:r>
    </w:p>
    <w:p>
      <w:pPr>
        <w:spacing w:before="100" w:after="200" w:line="360" w:lineRule="auto"/>
        <w:jc w:val="left"/>
      </w:pPr>
      <w:r>
        <w:rPr>
          <w:rFonts w:ascii="宋体 (中文正文)" w:eastAsia="宋体" w:hAnsi="宋体 (中文正文)"/>
          <w:b/>
          <w:sz w:val="28"/>
        </w:rPr>
        <w:t>四、安全演习，不足之处。</w:t>
      </w:r>
    </w:p>
    <w:p>
      <w:pPr>
        <w:spacing w:before="100" w:after="200" w:line="360" w:lineRule="auto"/>
        <w:ind w:firstLine="576"/>
        <w:jc w:val="left"/>
      </w:pPr>
      <w:r>
        <w:rPr>
          <w:rFonts w:ascii="宋体" w:eastAsia="宋体" w:hAnsi="宋体"/>
          <w:sz w:val="28"/>
        </w:rPr>
        <w:t>1、个别学生对演习重视不足。</w:t>
      </w:r>
    </w:p>
    <w:p>
      <w:pPr>
        <w:spacing w:before="100" w:after="200" w:line="360" w:lineRule="auto"/>
        <w:ind w:firstLine="576"/>
        <w:jc w:val="left"/>
      </w:pPr>
      <w:r>
        <w:rPr>
          <w:rFonts w:ascii="宋体" w:eastAsia="宋体" w:hAnsi="宋体"/>
          <w:sz w:val="28"/>
        </w:rPr>
        <w:t>2、学生对灭火器的使用培训人员数量过少。</w:t>
      </w:r>
    </w:p>
    <w:p>
      <w:pPr>
        <w:spacing w:before="100" w:after="200" w:line="360" w:lineRule="auto"/>
        <w:jc w:val="left"/>
        <w:sectPr w:rsidSect="00034616">
          <w:type w:val="nextPage"/>
          <w:pgSz w:w="11906" w:h="16838"/>
          <w:pgMar w:top="1440" w:right="1440" w:bottom="1440" w:left="1440" w:header="720" w:footer="720" w:gutter="0"/>
          <w:pgNumType w:start="7"/>
          <w:cols w:space="720"/>
          <w:titlePg w:val="0"/>
          <w:docGrid w:linePitch="360"/>
        </w:sectPr>
      </w:pPr>
      <w:r>
        <w:rPr>
          <w:rFonts w:ascii="宋体 (中文正文)" w:eastAsia="宋体" w:hAnsi="宋体 (中文正文)"/>
          <w:b/>
          <w:sz w:val="28"/>
        </w:rPr>
        <w:t>五、确保安全，今后努力方向。</w:t>
      </w:r>
    </w:p>
    <w:p>
      <w:pPr>
        <w:spacing w:before="100" w:after="200" w:line="360" w:lineRule="auto"/>
        <w:ind w:firstLine="576"/>
        <w:jc w:val="left"/>
      </w:pPr>
      <w:r>
        <w:rPr>
          <w:rFonts w:ascii="宋体" w:eastAsia="宋体" w:hAnsi="宋体"/>
          <w:sz w:val="28"/>
        </w:rPr>
        <w:t>1、继续加强安全教育宣传，要警钟常鸣。</w:t>
      </w:r>
    </w:p>
    <w:p>
      <w:pPr>
        <w:spacing w:before="100" w:after="200" w:line="360" w:lineRule="auto"/>
        <w:ind w:firstLine="576"/>
        <w:jc w:val="left"/>
      </w:pPr>
      <w:r>
        <w:rPr>
          <w:rFonts w:ascii="宋体" w:eastAsia="宋体" w:hAnsi="宋体"/>
          <w:sz w:val="28"/>
        </w:rPr>
        <w:t>2、定期进行安全讲座和疏散演习。</w:t>
      </w:r>
    </w:p>
    <w:p>
      <w:pPr>
        <w:spacing w:before="100" w:after="200" w:line="360" w:lineRule="auto"/>
        <w:ind w:firstLine="576"/>
        <w:jc w:val="left"/>
      </w:pPr>
      <w:r>
        <w:rPr>
          <w:rFonts w:ascii="宋体" w:eastAsia="宋体" w:hAnsi="宋体"/>
          <w:sz w:val="28"/>
        </w:rPr>
        <w:t>3、增加学生对灭火器的使用培训人员数量。</w:t>
      </w:r>
    </w:p>
    <w:p>
      <w:pPr>
        <w:spacing w:before="100" w:after="200" w:line="360" w:lineRule="auto"/>
        <w:ind w:firstLine="576"/>
        <w:jc w:val="left"/>
      </w:pPr>
      <w:r>
        <w:rPr>
          <w:rFonts w:ascii="宋体" w:eastAsia="宋体" w:hAnsi="宋体"/>
          <w:sz w:val="28"/>
        </w:rPr>
        <w:t>4、各个楼层的安全门平时应该上锁，各个班级都要培训固定学生在关键时刻开锁，每个楼层都要有多把钥匙，以防关键时刻找不到钥匙，影响逃生。</w:t>
      </w:r>
    </w:p>
    <w:p>
      <w:pPr>
        <w:spacing w:before="100" w:after="200" w:line="360" w:lineRule="auto"/>
        <w:ind w:firstLine="576"/>
        <w:jc w:val="left"/>
      </w:pPr>
      <w:r>
        <w:rPr>
          <w:rFonts w:ascii="宋体" w:eastAsia="宋体" w:hAnsi="宋体"/>
          <w:sz w:val="28"/>
        </w:rPr>
        <w:t>本次消防疏散演习，不仅使学生上了一节生动的安全课，让她们学会了怎样预防火灾和火灾的逃生方式，也是我们学校与学生互动的一次难得机会。火灾防患于未然，我们只有懂得如何去防范才能让我们的生活环境更加安全，才能让学生的生活更加愉快和难忘。消防演习虽然过去了，但是留给我们的是无尽的思考。这种逃生演练在以后的教学生活中，我们还会多次演练，确保在出现危险时，能够最大限度的保护全体师生的安全，不出现人为原因造成的安全事故。</w:t>
      </w:r>
    </w:p>
    <w:p>
      <w:pPr>
        <w:spacing w:before="100" w:after="200" w:line="360" w:lineRule="auto"/>
        <w:ind w:firstLine="576"/>
        <w:jc w:val="left"/>
      </w:pPr>
      <w:r>
        <w:rPr>
          <w:rFonts w:ascii="宋体" w:eastAsia="宋体" w:hAnsi="宋体"/>
          <w:sz w:val="28"/>
        </w:rPr>
        <w:t>本次消防演习于9月10日周六上午10:00准时开始，10：30圆满结束，参加本次消防演习应到1426人，实到1332人，身体不适和团队有事安排94人请假，参与率高达93.4%，符合本次消防演习预期计划和要求。</w:t>
      </w:r>
    </w:p>
    <w:p>
      <w:pPr>
        <w:spacing w:before="100" w:after="200" w:line="360" w:lineRule="auto"/>
        <w:ind w:firstLine="576"/>
        <w:jc w:val="left"/>
      </w:pPr>
      <w:r>
        <w:rPr>
          <w:rFonts w:ascii="宋体" w:eastAsia="宋体" w:hAnsi="宋体"/>
          <w:sz w:val="28"/>
        </w:rPr>
        <w:t>疏散演练流程用时10分钟，同学们在工作人员的引导下有序疏散，没有发生拥挤和踩踏、摔伤事件。</w:t>
      </w:r>
    </w:p>
    <w:p>
      <w:pPr>
        <w:spacing w:before="100" w:after="200" w:line="360" w:lineRule="auto"/>
        <w:ind w:firstLine="576"/>
        <w:jc w:val="left"/>
      </w:pPr>
      <w:r>
        <w:rPr>
          <w:rFonts w:ascii="宋体" w:eastAsia="宋体" w:hAnsi="宋体"/>
          <w:sz w:val="28"/>
        </w:rPr>
        <w:t>站位点集合清点人数用时5分钟，各个房间宿舍负责人尽职尽责，没有发现无故逗留房间内不参加消防疏散演练者。</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演习总指挥总结致辞和同学们返回房间休息用时10分钟，返回房间顺序井然，没有发生拥挤和意外事件。</w:t>
      </w:r>
    </w:p>
    <w:p>
      <w:pPr>
        <w:spacing w:before="100" w:after="200" w:line="360" w:lineRule="auto"/>
        <w:ind w:firstLine="576"/>
        <w:jc w:val="left"/>
      </w:pPr>
      <w:r>
        <w:rPr>
          <w:rFonts w:ascii="宋体" w:eastAsia="宋体" w:hAnsi="宋体"/>
          <w:sz w:val="28"/>
        </w:rPr>
        <w:t>剩余宿舍长代表观看灭火器演示灭火用时5分钟，演示过程大家虚心学习、认真观察，个别代表上场亲自体验，本环节顺利完成没有出现意外情况。</w:t>
      </w:r>
    </w:p>
    <w:p>
      <w:pPr>
        <w:spacing w:before="100" w:after="200" w:line="360" w:lineRule="auto"/>
        <w:ind w:firstLine="576"/>
        <w:jc w:val="left"/>
      </w:pPr>
      <w:r>
        <w:rPr>
          <w:rFonts w:ascii="宋体" w:eastAsia="宋体" w:hAnsi="宋体"/>
          <w:sz w:val="28"/>
        </w:rPr>
        <w:t>通过本次消防演习，发现宿舍区域存在消防安全隐患，例如楼道内垃圾间堆放有易燃物品，个别实习生房间使用大功率用电器，部分房间私拉电线以增加电源插座数量，消防通道内指示标志不够清晰和完善，通过演习前期自我检查逐步改善达标。</w:t>
      </w:r>
    </w:p>
    <w:p>
      <w:pPr>
        <w:spacing w:before="100" w:after="200" w:line="360" w:lineRule="auto"/>
        <w:ind w:firstLine="576"/>
        <w:jc w:val="left"/>
      </w:pPr>
      <w:r>
        <w:rPr>
          <w:rFonts w:ascii="宋体" w:eastAsia="宋体" w:hAnsi="宋体"/>
          <w:sz w:val="28"/>
        </w:rPr>
        <w:t>通过本次消防演习，同学们熟知了火灾发生时的逃生路线和注意事项，掌握了逃生技巧和逃生技能，了解了消防安全常识，提高了消防安全意识，懂得了手提式干粉灭火器的原理和使用方法，疏散演练过程中没有发生任何意外安全事件，完全按照预定方案进行，本次消防演习达到了预期目的，圆满结束。</w:t>
      </w:r>
    </w:p>
    <w:p>
      <w:pPr>
        <w:spacing w:before="100" w:after="200" w:line="360" w:lineRule="auto"/>
        <w:ind w:firstLine="576"/>
        <w:jc w:val="left"/>
      </w:pPr>
      <w:r>
        <w:rPr>
          <w:rFonts w:ascii="宋体" w:eastAsia="宋体" w:hAnsi="宋体"/>
          <w:sz w:val="28"/>
        </w:rPr>
        <w:t>在这个寒风习习的冬天，我们进行了一次火灾逃生演练。</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那是一个晴朗的中午，虽然没有雨，但我们感受到了冬天的凉意。中午，我正懒洋洋地躺在床上睡觉。突然，外面传来巨响把我吵醒，我揉了揉眼睛，到底怎么了仔细一听，这响声是火灾警报声，哪里火灾发生了吗我马上跑进厕所，学着老师教的逃生方法，拿着自己的毛巾用水打湿，并拧干，同学们也纷纷做起来，我把毛巾象征性地捂住鼻子，惊慌地跟着生活老师身后往楼下跑去，而有的同学手里虽然一手拿着毛巾，但根本没有派上用场。到了操场，我找到自己班的指定位置站好，体育委员刘鑫柯清点着人数。清点完后，一位教官出现在了主席台上，他的皮肤黑黑的，戴着一顶军帽，身穿着军服，拿着话筒严肃地说：“我是一位来自成都的教官，这次演练大家都很棒，火灾逃生姿势大部分人都正确，火灾正确逃生姿势是用湿毛巾捂着口鼻，弯着腰走。因为烟是向上升的，为了获取更多的氧气，弯着腰更好，呼的空气经过毛巾的过滤，有害物质会减少，但也不能捂太紧，不然烟没把你熏死，你自己却把自己捂死。”说完叫了几名同学上台做示范，想到我自己的动作，恍然大悟，原来要这样做才是对。</w:t>
      </w:r>
    </w:p>
    <w:p>
      <w:pPr>
        <w:spacing w:before="100" w:after="200" w:line="360" w:lineRule="auto"/>
        <w:ind w:firstLine="576"/>
        <w:jc w:val="left"/>
      </w:pPr>
      <w:r>
        <w:rPr>
          <w:rFonts w:ascii="宋体" w:eastAsia="宋体" w:hAnsi="宋体"/>
          <w:sz w:val="28"/>
        </w:rPr>
        <w:t>经过这次火灾消防演练，我学会了正确的逃生姿势，增涨了火灾的逃生知识。</w:t>
      </w:r>
    </w:p>
    <w:p>
      <w:pPr>
        <w:spacing w:before="100" w:after="200" w:line="360" w:lineRule="auto"/>
        <w:ind w:firstLine="576"/>
        <w:jc w:val="left"/>
      </w:pPr>
      <w:r>
        <w:rPr>
          <w:rFonts w:ascii="宋体" w:eastAsia="宋体" w:hAnsi="宋体"/>
          <w:sz w:val="28"/>
        </w:rPr>
        <w:t>今天下午，我园组织校车的师生开展了“校车消防疏散演习”活动。</w:t>
      </w:r>
    </w:p>
    <w:p>
      <w:pPr>
        <w:spacing w:before="100" w:after="200" w:line="360" w:lineRule="auto"/>
        <w:ind w:firstLine="576"/>
        <w:jc w:val="left"/>
      </w:pPr>
      <w:r>
        <w:rPr>
          <w:rFonts w:ascii="宋体" w:eastAsia="宋体" w:hAnsi="宋体"/>
          <w:sz w:val="28"/>
        </w:rPr>
        <w:t>活动开始，跟车老师发出“校车起火危险，立刻抢救孩子”的警报，校车司机立即下车和跟车老师互相配合组织校车上的幼儿有次序地从车门逃生，并将孩子转移到安全地带清点人数，前后只用了2分钟就完成校车所有师生的安全转移。</w:t>
      </w:r>
    </w:p>
    <w:p>
      <w:pPr>
        <w:spacing w:before="100" w:after="200" w:line="360" w:lineRule="auto"/>
        <w:ind w:firstLine="576"/>
        <w:jc w:val="left"/>
      </w:pPr>
      <w:r>
        <w:rPr>
          <w:rFonts w:ascii="宋体" w:eastAsia="宋体" w:hAnsi="宋体"/>
          <w:sz w:val="28"/>
        </w:rPr>
        <w:t>校车的安全工作一直是我园工作的重中之重，我园除定期督促司机检查校车功能及到指定汽车维修点保养汽车外，还组织司机学习校车安全、文明驾驶知识，组织跟车老师学习跟车职责，使校车工作人员时刻保持清醒头脑，确保行车安全和乘车安全。并坚持定期对幼儿开展安全教育，使师生树立安全意识，提高紧急事故应变能力和应急逃生能力。</w:t>
      </w:r>
    </w:p>
    <w:p>
      <w:pPr>
        <w:spacing w:before="100" w:after="200" w:line="360" w:lineRule="auto"/>
        <w:ind w:firstLine="576"/>
        <w:jc w:val="left"/>
      </w:pPr>
      <w:r>
        <w:rPr>
          <w:rFonts w:ascii="宋体" w:eastAsia="宋体" w:hAnsi="宋体"/>
          <w:sz w:val="28"/>
        </w:rPr>
        <w:t>此次对校车突发事件的演练活动，除了对幼儿进行逃生训练外，还考察了老师和司机在突发事件的协同配合，这次演练也将正式形成应急预案，以便对今后发生的.类似真实事件进行应急处置。</w:t>
      </w:r>
    </w:p>
    <w:p>
      <w:pPr>
        <w:spacing w:before="100" w:after="200" w:line="360" w:lineRule="auto"/>
        <w:ind w:firstLine="576"/>
        <w:jc w:val="left"/>
      </w:pPr>
      <w:r>
        <w:rPr>
          <w:rFonts w:ascii="宋体" w:eastAsia="宋体" w:hAnsi="宋体"/>
          <w:sz w:val="28"/>
        </w:rPr>
        <w:t>为了提高全园师生的安全意识，增强师生应急疏散能力和安全意识，让幼儿掌握基本的应急疏散技能，熟悉逃生路线，学会正确掌握逃生的方法，限度地减轻灾害造成的损失，x实验幼儿园在11.9全国消防安全教育宣传日这一天，联合x消防大队开展消防演习活动。</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https://d.book118.com/595220321241011123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95220321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