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信息技术应用能力提升工程2.0个人总结范文（33篇）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信息技术应用能力提升工程2.0个人总结范文（精选33篇）</w:t>
      </w:r>
      <w:r>
        <w:rPr>
          <w:lang w:eastAsia="zh-CN"/>
        </w:rPr>
        <w:br/>
      </w:r>
      <w:r>
        <w:rPr>
          <w:lang w:eastAsia="zh-CN"/>
        </w:rPr>
        <w:t xml:space="preserve">    信息技术应用能力提升工程2.0个人总结范文 篇1 </w:t>
      </w:r>
      <w:r>
        <w:rPr>
          <w:lang w:eastAsia="zh-CN"/>
        </w:rPr>
        <w:br/>
      </w:r>
      <w:r>
        <w:rPr>
          <w:lang w:eastAsia="zh-CN"/>
        </w:rPr>
        <w:t>　　通过学习我认识到《信息技术教育》是近几年发展起来的新兴学科，是学科教育的重要组成部分之一，同时也是计算机教育专业最重要的主干课程。本课程以现代教学观为指导，以建构主义理论作为主线，介绍了我国信息技术教育的观念、目标、任务，让学者掌握现代信息技术教育的教学原则和教学方法，掌握基本的信息技术教学理论和教学技能，使其成为合格信息技术教师。 通过该课程的学习，正确认识和理解与信息技术课程在当今信息时代的重要性，充分认识到信息技术教育对培养中学生的信息素养的重要性，有效的运用现代教学观建构一种既能发挥教师的主导作用又能充分体现学生主体作用的新型教学结构，逐步实现以信息技术为特征的教学模式、教学内容、教学手段和教学方法的全面改革。</w:t>
      </w:r>
      <w:r>
        <w:rPr>
          <w:lang w:eastAsia="zh-CN"/>
        </w:rPr>
        <w:br/>
      </w:r>
      <w:r>
        <w:rPr>
          <w:lang w:eastAsia="zh-CN"/>
        </w:rPr>
        <w:t>　　学习中我做到了：</w:t>
      </w:r>
      <w:r>
        <w:rPr>
          <w:lang w:eastAsia="zh-CN"/>
        </w:rPr>
        <w:br/>
      </w:r>
      <w:r>
        <w:rPr>
          <w:lang w:eastAsia="zh-CN"/>
        </w:rPr>
        <w:t>　　1.认真学习了文档处理、电子表格、幻灯片等办公教学软件的操作知识与技能，并按要求进行上机练习，及时巩固学习内容。</w:t>
      </w:r>
      <w:r>
        <w:rPr>
          <w:lang w:eastAsia="zh-CN"/>
        </w:rPr>
        <w:br/>
      </w:r>
    </w:p>
    <w:p w:rsidR="001B1F19" w14:textId="0AE8485B">
      <w:pPr>
        <w:pStyle w:val="Heading1"/>
        <w:jc w:val="center"/>
        <w:rPr>
          <w:rFonts w:hint="eastAsia"/>
          <w:lang w:eastAsia="zh-CN"/>
        </w:rPr>
      </w:pPr>
      <w:r>
        <w:rPr>
          <w:sz w:val="44"/>
          <w:lang w:eastAsia="zh-CN"/>
        </w:rPr>
        <w:t>信息技术应用能力提升工程2.0个人总结范文（33篇）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信息技术应用能力提升工程2.0个人总结范文（精选33篇）</w:t>
      </w:r>
      <w:r>
        <w:rPr>
          <w:lang w:eastAsia="zh-CN"/>
        </w:rPr>
        <w:br/>
      </w:r>
      <w:r>
        <w:rPr>
          <w:lang w:eastAsia="zh-CN"/>
        </w:rPr>
        <w:t xml:space="preserve">    信息技术应用能力提升工程2.0个人总结范文 篇1 </w:t>
      </w:r>
      <w:r>
        <w:rPr>
          <w:lang w:eastAsia="zh-CN"/>
        </w:rPr>
        <w:br/>
      </w:r>
      <w:r>
        <w:rPr>
          <w:lang w:eastAsia="zh-CN"/>
        </w:rPr>
        <w:t>　　通过学习我认识到《信息技术教育》是近几年发展起来的新兴学科，是学科教育的重要组成部分之一，同时也是计算机教育专业最重要的主干课程。本课程以现代教学观为指导，以建构主义理论作为主线，介绍了我国信息技术教育的观念、目标、任务，让学者掌握现代信息技术教育的教学原则和教学方法，掌握基本的信息技术教学理论和教学技能，使其成为合格信息技术教师。 通过该课程的学习，正确认识和理解与信息技术课程在当今信息时代的重要性，充分认识到信息技术教育对培养中学生的信息素养的重要性，有效的运用现代教学观建构一种既能发挥教师的主导作用又能充分体现学生主体作用的新型教学结构，逐步实现以信息技术为特征的教学模式、教学内容、教学手段和教学方法的全面改革。</w:t>
      </w:r>
      <w:r>
        <w:rPr>
          <w:lang w:eastAsia="zh-CN"/>
        </w:rPr>
        <w:br/>
      </w:r>
      <w:r>
        <w:rPr>
          <w:lang w:eastAsia="zh-CN"/>
        </w:rPr>
        <w:t>　　学习中我做到了：</w:t>
      </w:r>
      <w:r>
        <w:rPr>
          <w:lang w:eastAsia="zh-CN"/>
        </w:rPr>
        <w:br/>
      </w:r>
      <w:r>
        <w:rPr>
          <w:lang w:eastAsia="zh-CN"/>
        </w:rPr>
        <w:t>　　1.认真学习了文档处理、电子表格、幻灯片等办公教学软件的操作知识与技能，并按要求进行上机练习，及时巩固学习内容。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2.学习时认真听课，并做好听课记录。</w:t>
      </w:r>
      <w:r>
        <w:rPr>
          <w:lang w:eastAsia="zh-CN"/>
        </w:rPr>
        <w:br/>
      </w:r>
      <w:r>
        <w:rPr>
          <w:lang w:eastAsia="zh-CN"/>
        </w:rPr>
        <w:t>　　3.课余和同事间相互交流、学习，共同提高。</w:t>
      </w:r>
      <w:r>
        <w:rPr>
          <w:lang w:eastAsia="zh-CN"/>
        </w:rPr>
        <w:br/>
      </w:r>
      <w:r>
        <w:rPr>
          <w:lang w:eastAsia="zh-CN"/>
        </w:rPr>
        <w:t>　　4.严格遵守仪器设备的操作规则，爱护设备，保持室内整洁</w:t>
      </w:r>
      <w:r>
        <w:rPr>
          <w:lang w:eastAsia="zh-CN"/>
        </w:rPr>
        <w:br/>
      </w:r>
      <w:r>
        <w:rPr>
          <w:lang w:eastAsia="zh-CN"/>
        </w:rPr>
        <w:t>　　5.会制作自己上课所用的简单课件。</w:t>
      </w:r>
      <w:r>
        <w:rPr>
          <w:lang w:eastAsia="zh-CN"/>
        </w:rPr>
        <w:br/>
      </w:r>
      <w:r>
        <w:rPr>
          <w:lang w:eastAsia="zh-CN"/>
        </w:rPr>
        <w:t xml:space="preserve">    信息技术应用能力提升工程2.0个人总结范文 篇2 </w:t>
      </w:r>
      <w:r>
        <w:rPr>
          <w:lang w:eastAsia="zh-CN"/>
        </w:rPr>
        <w:br/>
      </w:r>
      <w:r>
        <w:rPr>
          <w:lang w:eastAsia="zh-CN"/>
        </w:rPr>
        <w:t>　　本学期的信息技术课使用教材人教版《信息技术》第二册。现针对我校学生的实际情况及教学进度特定教学计划如下：</w:t>
      </w:r>
      <w:r>
        <w:rPr>
          <w:lang w:eastAsia="zh-CN"/>
        </w:rPr>
        <w:br/>
      </w:r>
      <w:r>
        <w:rPr>
          <w:lang w:eastAsia="zh-CN"/>
        </w:rPr>
        <w:t>　　一、学生基本情况分析</w:t>
      </w:r>
      <w:r>
        <w:rPr>
          <w:lang w:eastAsia="zh-CN"/>
        </w:rPr>
        <w:br/>
      </w:r>
      <w:r>
        <w:rPr>
          <w:lang w:eastAsia="zh-CN"/>
        </w:rPr>
        <w:t>　　1、高二（1）（14）班学生共约1000人，班额26—81人，人数不均，不利于上机操作实习。</w:t>
      </w:r>
      <w:r>
        <w:rPr>
          <w:lang w:eastAsia="zh-CN"/>
        </w:rPr>
        <w:br/>
      </w:r>
      <w:r>
        <w:rPr>
          <w:lang w:eastAsia="zh-CN"/>
        </w:rPr>
        <w:t>　　2、通过高一对信息技术有关知识的学习，已经具有一定的信息技术使用经验及具备一定的信息素养，但总体信息道德与安全等方面有待进一步引导与教育。</w:t>
      </w:r>
      <w:r>
        <w:rPr>
          <w:lang w:eastAsia="zh-CN"/>
        </w:rPr>
        <w:br/>
      </w:r>
      <w:r>
        <w:rPr>
          <w:lang w:eastAsia="zh-CN"/>
        </w:rPr>
        <w:t>　　3、对信息知识了解所有增强，能力有所提高，但学生独立处理问题的能力不是很好，学习爱好有待进一步引导。</w:t>
      </w:r>
      <w:r>
        <w:rPr>
          <w:lang w:eastAsia="zh-CN"/>
        </w:rPr>
        <w:br/>
      </w:r>
      <w:r>
        <w:rPr>
          <w:lang w:eastAsia="zh-CN"/>
        </w:rPr>
        <w:t>　　二、本学期教材分析</w:t>
      </w:r>
      <w:r>
        <w:rPr>
          <w:lang w:eastAsia="zh-CN"/>
        </w:rPr>
        <w:br/>
      </w:r>
      <w:r>
        <w:rPr>
          <w:lang w:eastAsia="zh-CN"/>
        </w:rPr>
        <w:t>　　本册教材内容主要介绍应该计算机完成几种信息处理任务的实用操作，同时，更多地渗透了有关信息、信息技术的知识，思想与方法。本学期教学内容：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数据表处理、防治计算机病毒与保护软件著作权、制作多媒体作品、制作网页本学期教学要密切结合学生学习与生活的实际，“立足基本操作，渗透基础知识”，“注重任务驱动，以学生为中心”是这套课本的教学策略。课文中的绝大部分内容，都从一个个学生感兴趣的实用处理任务出发来展开，引导学生由简到繁，由易到难地动手实践，去完成相关的任务，在完成任务的过程中，适时地了解有关的知识，掌握相应的操作方法。</w:t>
      </w:r>
      <w:r>
        <w:rPr>
          <w:lang w:eastAsia="zh-CN"/>
        </w:rPr>
        <w:br/>
      </w:r>
      <w:r>
        <w:rPr>
          <w:lang w:eastAsia="zh-CN"/>
        </w:rPr>
        <w:t>　　三、教学目标要求</w:t>
      </w:r>
      <w:r>
        <w:rPr>
          <w:lang w:eastAsia="zh-CN"/>
        </w:rPr>
        <w:br/>
      </w:r>
      <w:r>
        <w:rPr>
          <w:lang w:eastAsia="zh-CN"/>
        </w:rPr>
        <w:t>　　1、让学生通过本学期的学习能利用E_CEL电子表格进行数据处理，能做多媒体作品，能建立自己的网站，逐步形成信息安全与道德素养。</w:t>
      </w:r>
      <w:r>
        <w:rPr>
          <w:lang w:eastAsia="zh-CN"/>
        </w:rPr>
        <w:br/>
      </w:r>
      <w:r>
        <w:rPr>
          <w:lang w:eastAsia="zh-CN"/>
        </w:rPr>
        <w:t>　　2、通过本学期教学逐步提高学生的动手实践上机操作能力。</w:t>
      </w:r>
      <w:r>
        <w:rPr>
          <w:lang w:eastAsia="zh-CN"/>
        </w:rPr>
        <w:br/>
      </w:r>
      <w:r>
        <w:rPr>
          <w:lang w:eastAsia="zh-CN"/>
        </w:rPr>
        <w:t>　　3、通过本学期的教学让学生完成一个多媒体作品或网站。</w:t>
      </w:r>
      <w:r>
        <w:rPr>
          <w:lang w:eastAsia="zh-CN"/>
        </w:rPr>
        <w:br/>
      </w:r>
      <w:r>
        <w:rPr>
          <w:lang w:eastAsia="zh-CN"/>
        </w:rPr>
        <w:t xml:space="preserve">    信息技术应用能力提升工程2.0个人总结范文 篇3 </w:t>
      </w:r>
      <w:r>
        <w:rPr>
          <w:lang w:eastAsia="zh-CN"/>
        </w:rPr>
        <w:br/>
      </w:r>
      <w:r>
        <w:rPr>
          <w:lang w:eastAsia="zh-CN"/>
        </w:rPr>
        <w:t>　　短暂、紧张而让我痴迷一周就这样擦肩而过。20__年11月9日到14日我与全县各中小学教师接受了信息技术应用能力提升工程培训学习。以理论相渗透、以技术为支撑，先后聆听了谢文斌教授、刘芳教授、傅绍湘教授、李维魏教授、张清阳教授五位专家的理论讲座及案例分析，观摩了五堂精彩的展示课，让我充分感受了教育技术应用的多样性，在学习体验中感悟了现代教育理念与运用信息技术支持教学创新的魅力。本次培训具备很多的优点，还增加了网络研修平台学习任务，给我的感受很深刻，让我的思想和观念接受了一次空前的洗礼。下面谈谈自己在这次培训中一些感悟。</w:t>
      </w:r>
      <w:r>
        <w:rPr>
          <w:lang w:eastAsia="zh-CN"/>
        </w:rPr>
        <w:br/>
      </w:r>
      <w:r>
        <w:rPr>
          <w:lang w:eastAsia="zh-CN"/>
        </w:rPr>
        <w:t>　　一、认识了新的课程——微课、ScienceWord科技文档处理软件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在11月12日在张清阳教授的讲解下，我初步认识了“微课”这一门新的课程。他们指出“微课”是指以视频为主要载体，记录教师在课堂内外教育教学过程中围绕某个知识点或教学环节而开展的精彩教与学活动的全过程。“微课””课将革新传统的教学与教研方式，突破教师传统的听课评课模式，是教师专业成长的重要途径之一。对于学生而言，微课能更好的满足学生对不同学科知识点的个性化学习、按需选择学习，既可查缺补漏又能强化巩固知识，是传统课堂学习的一种重要补充和拓展资源。在网络时代，随着信息与通迅技术的快速发展，特别是随着移动数码产品和无线网络的普及，基于微课的移动学习、远程学习、在线学习将会越来越普及，微课必将成为一种新型的教学模式和学习方式。微课设计与制作，让我真正的意识到自己在专业知识方面太落后与不足。还接触了使用ScienceWord科技文档处理软件，了解了ScienceWord的优势的非线性编辑的基本概念，掌握了与自己专业相关的ScienceWord特色编排功能，其中许多基本操作特别对我们小学老师很实用的，比如：“自动标注拼音”、“算术竖式、”“汉字笔画及动画显示”……</w:t>
      </w:r>
      <w:r>
        <w:rPr>
          <w:lang w:eastAsia="zh-CN"/>
        </w:rPr>
        <w:br/>
      </w:r>
      <w:r>
        <w:rPr>
          <w:lang w:eastAsia="zh-CN"/>
        </w:rPr>
        <w:t>　　二、专业知识方面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通过聆听谢文斌专家教授对“中小学教师信息技术能力标准解读”、“信息化教学环境”专题与案例分析的学习，使我充认识到做互联网时代的教师，首先要具备基本的信息素养，掌握信息操作的基本能力和获取信息的能力，除此之外还应具备信息收集处理以及表达的能力和综合运用能力。深刻的认识到教育信息的重要性，教育技术应用于教学是教育信息化的必然要求，明白了什么是教育信息化发的发展情况，真正理解了信息化教学环境在教育教学中的作用，我们必须掌握几种常用的教学模式和软件的基本应用。要“应用”为核心，以“标准”为引领。</w:t>
      </w:r>
      <w:r>
        <w:rPr>
          <w:lang w:eastAsia="zh-CN"/>
        </w:rPr>
        <w:br/>
      </w:r>
      <w:r>
        <w:rPr>
          <w:lang w:eastAsia="zh-CN"/>
        </w:rPr>
        <w:t>　　通过聆听了向婷的对“信息技术支持的学习策略与模式的设计方法”，我理解了教学模式与教学策略的基本概念，了解信息技术环境下通用的教学模式和教学策略，探索课程整合途径分三个阶段结合——整合——融合。信息技术环境下常用的教学策略，“应用”是起航，“融合”是教育信息化的深水区，不同类型的学习资源具有不同的学习支持属性。听傅绍湘教授对“音视频素材的编辑与加工”的解析和李维魏教授对Photoshop软件及相关概念介绍对“多媒体课件的制作与设计”深入仔细的分析与演示操作，使我真正的知道了什么是办公软件强大的功能，平时我只会对办公软件进行简单的应用，没有更进一步去学习，听了傅教授和李教授解析与演示操作，深刻的认识到什么专业知识，我将在今后的工作中忘记年龄不忘学习，不断来丰富我专业知识。</w:t>
      </w:r>
      <w:r>
        <w:rPr>
          <w:lang w:eastAsia="zh-CN"/>
        </w:rPr>
        <w:br/>
      </w:r>
      <w:r>
        <w:rPr>
          <w:lang w:eastAsia="zh-CN"/>
        </w:rPr>
        <w:t>　　三、专业成长方面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此次培训中先后观摩了《眼睛》、《虾趣》、《数学广角》、《数学编码》、《生命的感动》五堂优秀教师精彩的展示课，五位教师的教学模式、新的思想和理念，信息技术能力恰如其分的运用，让我感觉到了一个全新的教学舞台，也为提升自己的教学素养和教学能力正真的学有所获。通过观摩、讨论交流、评课活动、专家指导，学习到了全县各地优秀教师的宝贵教学经验，专业上的互补，共同提高。让我充分感受了教育技术在各学科中应用的多样性，不仅理解了教育技术的基本内涵，要深入到自己教学设计的每个程序中去，对信息技术与课程整合的内涵也有了新的认识，为今后提升了教学设计的整合水平搭建了一个很好的平台，时间紧凑，实用性强，只能用“收获颇丰”来概括。</w:t>
      </w:r>
      <w:r>
        <w:rPr>
          <w:lang w:eastAsia="zh-CN"/>
        </w:rPr>
        <w:br/>
      </w:r>
      <w:r>
        <w:rPr>
          <w:lang w:eastAsia="zh-CN"/>
        </w:rPr>
        <w:t>　　总之，很遗憾培训时间之短，很喜悦收获颇多。我是70后的移动网民，虽然跟不上90后的原居民，但作为互联网时代的一名教师，我时刻准备着学习。不敢奢望培训中所学技能在教学实践中立竿见影，但我会争取把自己所学的新的教育信息技术和新的教学理念切实地运用到教学中去。我时刻准备着清空自己，学习新的知识，老师将来的课堂与信息高度的融合是我不断努力的方向。</w:t>
      </w:r>
      <w:r>
        <w:rPr>
          <w:lang w:eastAsia="zh-CN"/>
        </w:rPr>
        <w:br/>
      </w:r>
      <w:r>
        <w:rPr>
          <w:lang w:eastAsia="zh-CN"/>
        </w:rPr>
        <w:t xml:space="preserve">    信息技术应用能力提升工程2.0个人总结范文 篇4 </w:t>
      </w:r>
      <w:r>
        <w:rPr>
          <w:lang w:eastAsia="zh-CN"/>
        </w:rPr>
        <w:br/>
      </w:r>
      <w:r>
        <w:rPr>
          <w:lang w:eastAsia="zh-CN"/>
        </w:rPr>
        <w:t>　　一、树立了新的理念</w:t>
      </w:r>
      <w:r>
        <w:rPr>
          <w:lang w:eastAsia="zh-CN"/>
        </w:rPr>
        <w:br/>
      </w:r>
      <w:r>
        <w:rPr>
          <w:lang w:eastAsia="zh-CN"/>
        </w:rPr>
        <w:t>　　1、此次信息技术应用能力提升培训，虽然时间不长，但是每一天紧张有序的培训都使我在观念上有一个更新。在平时我都停流在基本应用上，然而通过此培训，才真正的认识到自我在专业方面还有许多的不足，在今后的业务提升方面还有大量的知识要学习，只有这样随时为自我更新，补充新识，更新观念，从根本上提升专业素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随着信息化快速发展，作为一名信息技术教师，必须具备良好的信息素养是终生学习、不断完善自身的需要。作为一名信息技术教师应具有现代化的教育思想、教学观念，掌握现代化的教学方法和教学手段，熟练运用信息工具(网络、电脑等)对信息资源进行有效的收集、加工、组织、运用;这些素质的养成就要求信息技术教师不断地学习，才能满足现代化教学的需要;信息素养成了终生学习的必备素质之一，如果信息技术教师没有良好的信息素养，就不能成为一名满足现代教学需要的高素质的教师。</w:t>
      </w:r>
      <w:r>
        <w:rPr>
          <w:lang w:eastAsia="zh-CN"/>
        </w:rPr>
        <w:br/>
      </w:r>
      <w:r>
        <w:rPr>
          <w:lang w:eastAsia="zh-CN"/>
        </w:rPr>
        <w:t>　　二、提升了专业知识</w:t>
      </w:r>
      <w:r>
        <w:rPr>
          <w:lang w:eastAsia="zh-CN"/>
        </w:rPr>
        <w:br/>
      </w:r>
      <w:r>
        <w:rPr>
          <w:lang w:eastAsia="zh-CN"/>
        </w:rPr>
        <w:t>　　1、通过聆听专家教授对中小学教师信息技术能力标准解读、信息化教学环境专题与案例分析的学习，使我充认识到作为信息技术老师，首先要具备基本的信息素养，掌握信息操作的基本能力和获取信息的能力，除此之外还应具备信息收集处理以及表达的能力和综合运用能力。深刻的认识到教育信息的重要性，明白什么是教育信息化发的发展情况，真正理解了信息化教学环境在教育教学中的作用，掌握了几种常用的教学模式和软件的基本应用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通过聆听专家们对资源检索与获取、多媒体素材的处理、办公软件综合应用、多媒体课件设计与制作、微课设计与制作，等等的解析，才真正的意识到自己在专业知识方面太落后与不足。如一些视频对办公软件综合应用的解析和对多媒体课件的制作与设计深入仔细的分析与演示操作，使我真正的知道了什么是办公软件强大的功能，平时我只会对办公软件进行简单的应用，没有更进一步去学习，看了视频的解析与演示操作，深刻的认识到什么专业知识，我将在今后的工作中不断学习来丰富自我专业知识。</w:t>
      </w:r>
      <w:r>
        <w:rPr>
          <w:lang w:eastAsia="zh-CN"/>
        </w:rPr>
        <w:br/>
      </w:r>
      <w:r>
        <w:rPr>
          <w:lang w:eastAsia="zh-CN"/>
        </w:rPr>
        <w:t>　　三、开阔了交流空间</w:t>
      </w:r>
      <w:r>
        <w:rPr>
          <w:lang w:eastAsia="zh-CN"/>
        </w:rPr>
        <w:br/>
      </w:r>
      <w:r>
        <w:rPr>
          <w:lang w:eastAsia="zh-CN"/>
        </w:rPr>
        <w:t>　　1、远程研修教育不再局限在课堂，教师可以通过网络媒体通讯技术进行自主学习，可以随时将自己的薄弱环节强化学习，直到完全巩固.更加便于对每个知识内容的融 会贯通，使原来想做而做不到的事情成为现实。</w:t>
      </w:r>
      <w:r>
        <w:rPr>
          <w:lang w:eastAsia="zh-CN"/>
        </w:rPr>
        <w:br/>
      </w:r>
      <w:r>
        <w:rPr>
          <w:lang w:eastAsia="zh-CN"/>
        </w:rPr>
        <w:t>　　2、通过这个平台，与全国教育专家进行了一次零距离的接触，面对面聆听他们的辅导讲座、鲜活的案例和丰富 的知识内涵，让我开阔了视野。专业方面，通过论坛与同仁们的谈数学、探迷惑，使我在思想、专业方面都得到很大的提高。这种平台，使我们的距离变得更近、更方便交流。</w:t>
      </w:r>
      <w:r>
        <w:rPr>
          <w:lang w:eastAsia="zh-CN"/>
        </w:rPr>
        <w:br/>
      </w:r>
      <w:r>
        <w:rPr>
          <w:lang w:eastAsia="zh-CN"/>
        </w:rPr>
        <w:t>　　3、通过看视频,视频答疑让我们有了一次与专家学者进行近距离探讨问题的机会。在答疑过程中，专家们的建议和意见对我们今后更好地驾驭课堂，更好的解决课堂突发事件提供了 理论基础和方法支撑。专家学者们奉献了他们的经验和研究成果，大大提高了我们的教学水平，让我们收获了知识的同时，也让我们增长了见识。通过观看答疑，我得到了很大启发，学会了许多解决问题的方法和窍门，让我在今后的教学中更加游刃有余，对今后的教育教学来说感觉受益匪浅!与专家老师交流，在班级论坛中发帖、回贴，进行论坛研讨等活动,我学到了很多新知识，并为以后的教学工作奠定了厚实的基础。</w:t>
      </w:r>
      <w:r>
        <w:rPr>
          <w:lang w:eastAsia="zh-CN"/>
        </w:rPr>
        <w:br/>
      </w:r>
      <w:r>
        <w:rPr>
          <w:lang w:eastAsia="zh-CN"/>
        </w:rPr>
        <w:t>　　四、注重了细节渗透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次培训中，专家教授们都注重细节上的教学渗透，他们通过专题讲与案例分析和演示操作的方式，不仅教给我们知识和技巧，更在无形中用自己的言行来引导大家，在一些细节的讲解上十分细致，恰当地渗透一些学科常识，使不同程度的老师都能得到提高，真正的学有所获。</w:t>
      </w:r>
      <w:r>
        <w:rPr>
          <w:lang w:eastAsia="zh-CN"/>
        </w:rPr>
        <w:br/>
      </w:r>
      <w:r>
        <w:rPr>
          <w:lang w:eastAsia="zh-CN"/>
        </w:rPr>
        <w:t>　　五、更新了教学方法</w:t>
      </w:r>
      <w:r>
        <w:rPr>
          <w:lang w:eastAsia="zh-CN"/>
        </w:rPr>
        <w:br/>
      </w:r>
      <w:r>
        <w:rPr>
          <w:lang w:eastAsia="zh-CN"/>
        </w:rPr>
        <w:t>　　1、此次远程教育培训，教育观念有所更新，教学方法更新，让我们农村教师也充分享受了运用远程教育培训的成果。结合专家讲座、作业练习、教师间相互交流等学习方式，更新教学理念，也明确了今后教学努力的方向。</w:t>
      </w:r>
      <w:r>
        <w:rPr>
          <w:lang w:eastAsia="zh-CN"/>
        </w:rPr>
        <w:br/>
      </w:r>
      <w:r>
        <w:rPr>
          <w:lang w:eastAsia="zh-CN"/>
        </w:rPr>
        <w:t>　　2、本次培训让我在模块2：教师工作坊研修中以下几个方面的内容收获颇多：一是初中数学教学中运用虚拟实验工具的策略;二是初中数学课堂教学提问与反思的教学策略;三是初中数学课堂提问与反思的教学策略;四是对初中数学拓展教材资源提高教学效益和策略。这将对知识更新，能力提高具有很大的帮助。通过学习使我认识到在数学教学中，教师要关注教学目标、关注学生参与、关注课堂效益和质量。使我认识到数学教学是数学活动的过程。</w:t>
      </w:r>
      <w:r>
        <w:rPr>
          <w:lang w:eastAsia="zh-CN"/>
        </w:rPr>
        <w:br/>
      </w:r>
      <w:r>
        <w:rPr>
          <w:lang w:eastAsia="zh-CN"/>
        </w:rPr>
        <w:t>　　六、增进了老师的友谊</w:t>
      </w:r>
      <w:r>
        <w:rPr>
          <w:lang w:eastAsia="zh-CN"/>
        </w:rPr>
        <w:br/>
      </w:r>
      <w:r>
        <w:rPr>
          <w:lang w:eastAsia="zh-CN"/>
        </w:rPr>
        <w:t>　　1、通过远程教育培训，在学习的同时，在班级论坛学习交流时与区县内县外相识或不相识的同行朋友进行网上探讨。学到了许多新的教育观念，也通过同行的帮助，解除</w:t>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了自己在教育教学此文转自斐斐课件园中的许多困惑。发帖、回帖充分交流阐述自己在教育教学的感想、心得、体会，促进了教师之间的真挚交流，增长了教师的见识，增进了我们老师之间的友谊。</w:t>
      </w:r>
      <w:r>
        <w:rPr>
          <w:lang w:eastAsia="zh-CN"/>
        </w:rPr>
        <w:br/>
      </w:r>
      <w:r>
        <w:rPr>
          <w:lang w:eastAsia="zh-CN"/>
        </w:rPr>
        <w:t>　　2、在培训的整个过程中，我不仅仅是在学怎样教学生，更为重要的是，我学到了一些原来自己也不是太清楚的知识，巩固和升级了自己的知识库，这一点是非常有价值的。在本次培训过程中，通过完成专家推荐的作业，我发现，天外有天，人外有人，我深深感到自身的不足，感到加强学习的重要性。很多老师的作业中提供了精彩的案例，优秀的教学设计，完美的教学策略这些都是值得我去学习的。</w:t>
      </w:r>
      <w:r>
        <w:rPr>
          <w:lang w:eastAsia="zh-CN"/>
        </w:rPr>
        <w:br/>
      </w:r>
      <w:r>
        <w:rPr>
          <w:lang w:eastAsia="zh-CN"/>
        </w:rPr>
        <w:t>　　3、培训是短暂的，效益是明显的，收获是充实的。远程研修平台上的老师都在努力地学习，积极地参与互动，发表文章和评论，作为指导老师几乎每天深夜十一二点都在网上批阅我们的作业，与同事们互动。像他们这样孜孜不倦的精神真是值得我学习。</w:t>
      </w:r>
      <w:r>
        <w:rPr>
          <w:lang w:eastAsia="zh-CN"/>
        </w:rPr>
        <w:br/>
      </w:r>
      <w:r>
        <w:rPr>
          <w:lang w:eastAsia="zh-CN"/>
        </w:rPr>
        <w:t>　　4、这一次培训活动后，我要把所学的教学理念，咀嚼、消化，内化为自己的教学思想，指导自己的教学实践;要不断搜集教育信息，学习教育理论，增长专业知识，课后经常撰写教学反思，以便今后上课进一步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这次研修，使我耳目一新。通过深入学习，知道了作为一名教师必须不断的提高自己，充实自己，具有丰富的知识含量，扎实的教学基本功，才能适应社会，适应学生。这次培训我感觉增强了自身学习的紧迫性，危机感和责任感，树立了以学生发展为本的教育思想，只有不断进行教学观念的更新，树立新的教学观，转变教学方法，才能讲出好课，才能讲出学生喜欢的课。在日常教学中，我们经常是一本教科书，一本教案就是教学的全部，往往在教学中教师千言万语，学生无动于衷，根本没有兴趣听老师在前面大讲理论，在实践中根本无法运用，这些理论应该由实践来支撑。在设计活动的时候，往往我们考虑到的只是我该如何教，而忽视了</w:t>
      </w:r>
      <w:r>
        <w:rPr>
          <w:lang w:eastAsia="zh-CN"/>
        </w:rPr>
        <w:t xml:space="preserve"> 学生如何去学的问题。有人说过：讲好一节课，不仅是知识信息的传播过程，更是一个心灵交汇的心理场。如果教师在教学中的表现只是平平淡淡，没有激情，</w:t>
      </w:r>
      <w:r>
        <w:rPr>
          <w:lang w:eastAsia="zh-CN"/>
        </w:rPr>
        <w:t xml:space="preserve"> 那么学生的情绪也不会特别高涨。因此我觉得在教学中激发学生的情感，教师自我的情感体现是非常重要的。</w:t>
      </w:r>
      <w:r>
        <w:rPr>
          <w:lang w:eastAsia="zh-CN"/>
        </w:rPr>
        <w:br/>
      </w:r>
      <w:r>
        <w:rPr>
          <w:lang w:eastAsia="zh-CN"/>
        </w:rPr>
        <w:t>　　总之，这是收获丰厚的一次培训学习，充实和完善了自己，我很荣幸，但更多感到的是责任、是压力，也是促进我教学上不断成长的一次培训。这次培训使我受益匪浅。它让我站在了一个崭新的平台上审视了我的教学，使我对今后的教学工作有了明确的方向。</w:t>
      </w:r>
      <w:r>
        <w:rPr>
          <w:lang w:eastAsia="zh-CN"/>
        </w:rPr>
        <w:br/>
      </w:r>
      <w:r>
        <w:rPr>
          <w:lang w:eastAsia="zh-CN"/>
        </w:rPr>
        <w:t xml:space="preserve">    信息技术应用能力提升工程2.0个人总结范文 篇5 </w:t>
      </w:r>
      <w:r>
        <w:rPr>
          <w:lang w:eastAsia="zh-CN"/>
        </w:rPr>
        <w:br/>
      </w:r>
      <w:r>
        <w:rPr>
          <w:lang w:eastAsia="zh-CN"/>
        </w:rPr>
        <w:t>　　信息技术应用能力提升工程培训总结 7月_日，我们在成都师范学校开始了信息技术应用能力提升培训。在这里，我们要积极参与，更新观念，拓展知识，提高水平，转变角色。做到信息技术应用能力在思想理念、技术应用上真正的提升。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这里，我们了解了信息时代的挑战与变革、中国的教育顶层化设计、教师信息技术应力标准解读。现代信息技术深刻的改变着时代，是谁也无法抗拒的。要转变观念，现在需要的信息技术与学科深度融合，而不再是以前的只是与学科整合，我们要在信息技术与学科深度融合中去创新。那种认为狼来了的思想必须得以摒弃，我们要用教育信息化推动教育的现代化，用教育信息化破解中国教育难题，促进教育均衡发展和教育公平。我们要认真研读《教育信息化十年发展规划》及《国家中长期教育改革发展纲要》，明白它的核心理念是深度融合与革命性影响，以前我们使用信息技术只是效率的影响，现在我们使用信息技术要使教学发生结构性的变化，改变教与学的地位。对信息技术的应用要做到经常用、普遍用、教学用。对于偏远农村地区的学校、学生来说，学校、家庭承载教育信息化的设备还不足，有了理念的先行，先掌握了相应的技能，在需要应用时就会很快适应、很快融入时代潮流。</w:t>
      </w:r>
      <w:r>
        <w:rPr>
          <w:lang w:eastAsia="zh-CN"/>
        </w:rPr>
        <w:br/>
      </w:r>
      <w:r>
        <w:rPr>
          <w:lang w:eastAsia="zh-CN"/>
        </w:rPr>
        <w:t>　　作为一个地方的骨干老师，我们有可能还要成为培训者。经过培训，我们懂得了作为一个好的培训者，要有一个精彩的开场(龙头)，华丽的承接(金身)，满结束培训(凤尾)。一个实在、实用的讲座，</w:t>
      </w:r>
      <w:r>
        <w:rPr>
          <w:lang w:eastAsia="zh-CN"/>
        </w:rPr>
        <w:br/>
      </w:r>
      <w:r>
        <w:rPr>
          <w:lang w:eastAsia="zh-CN"/>
        </w:rPr>
        <w:t>　　让我懂得了培训者的一些基本技能和方法，希望对以后的培训有很大的帮助。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作为教师，我们最重要的还是在于教学。在教育信息化的浪潮中，我们要改变教学模式、改变学生的学习模式。在这里，我们学习了微课、慕课、与翻转课堂的相关知识。这些新技术深刻影响着基础教育，慕课是大规模开放在线课程的简称，是为了增强知识传播而由具有分享和协作精神的个人组织发布的、散布于互联网上的开放课程。微课，主要是指以视频为主要载体，记录教师在课堂内外教育教学过程中围绕某个知识点或教学环节而开展的精彩教与学活动全过程。慕课与微课区别一个是教学模式、学习模式方面，一个是资源、内容方面，微课为慕课做准备，把教学内容碎片化。翻转课堂，就是教师创建视频，学生在家中或课外观看视频中教师的讲解，回到课堂上师生面对面交流和完成作业的这样一种教学形态。翻转让学生自己掌控学习，翻转增加了学习中的互动，翻转让教师与学生、家长的交流更深入。我深刻认识到，不久的将来，我们的教育将会发生深刻的变化。</w:t>
      </w:r>
      <w:r>
        <w:rPr>
          <w:lang w:eastAsia="zh-CN"/>
        </w:rPr>
        <w:br/>
      </w:r>
      <w:r>
        <w:rPr>
          <w:lang w:eastAsia="zh-CN"/>
        </w:rPr>
        <w:t>　　在这里，我们通过学习，学过小组合作，我们懂得了教学素材收集与加工的方法，学会了多媒体教学环境及课件制作，我们学会了制作微课。对于微课的应用来说，技术只是形式，内容才是核心。微课的路在于与学科结合，内容结合，作为微课的使用者，应该既要懂必要的信息技术，又要有专业的学科知识。虽然我们是农村学校，存在不小的城乡差距，微课、翻转课堂的使用暂时还很难，但信息时代</w:t>
      </w:r>
      <w:r>
        <w:rPr>
          <w:lang w:eastAsia="zh-CN"/>
        </w:rPr>
        <w:br/>
      </w:r>
      <w:r>
        <w:rPr>
          <w:lang w:eastAsia="zh-CN"/>
        </w:rPr>
        <w:t>　　的变革是相当快的，所以我们要在理论上认识它，技能上掌握它的制作，适当的加以尝试，当条件具备的时候，我们可以迅速的应用它，改进我们的教学方法、方式，提升我们的教学质量。</w:t>
      </w:r>
      <w:r>
        <w:rPr>
          <w:lang w:eastAsia="zh-CN"/>
        </w:rPr>
        <w:br/>
      </w:r>
      <w:r>
        <w:rPr>
          <w:lang w:eastAsia="zh-CN"/>
        </w:rPr>
        <w:t>　　我们将结合本次的培训，在以后的工作中，转变思想，进一步熟悉各种新技术、新观念，投身新技术在教育中的实践，为教育信息化促进教育现代化做贡献。</w:t>
      </w:r>
      <w:r>
        <w:rPr>
          <w:lang w:eastAsia="zh-CN"/>
        </w:rPr>
        <w:br/>
      </w:r>
      <w:r>
        <w:rPr>
          <w:lang w:eastAsia="zh-CN"/>
        </w:rPr>
        <w:t xml:space="preserve">    信息技术应用能力提升工程2.0个人总结范文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20__年12月至20__年3月，我参加了国培甘肃省中小学（幼儿园）教师信息技术应用能力提升培训。这次培训，我感触很深。通过三个多月的信息技术培训学习，我对信息技术在教学中的应用有了进一步的理解。听了专家的讲座和辅导培训老师的指导后，我感触最深的是微课的认识与制作方法。培训中，培训专家一方面要求我们以超脱姿态，踏实前行，坚持遵循教育规律，研究微课新思路；另一方面也要求我们自觉培养自学发展意识，力求适应现代教育技术的要求，促进学校的信息技术教学上新的台阶。我深深地体会到利用信息技术设计教学方案的特点和作用，认识到课堂上要把信息技术完美地融合到教学之中,充分发挥计算机工具性能，利用网络资源，搜集信息、处理信息，从而提高教学质量。这次培训，学习内容非常实用，西北师范大学郭绍青专家主讲的《信息技术引发的教育教学变革》和《中小学信息技术应用能力培训课程标》，赵健(老师的《多媒体演示文稿设计与制作（初级）》、《微课的设计与制作》和《小学语文伴侣》等，他们（她们）分别从信息技术应用能力提升的重要性、信息化环境的运行与维护、数据的统计处理、网络研修与校本研修的整合、新技术新媒体网络教学平台在教学中的应用、电子白板的应用、演示文稿制作，多媒体素材的获取、加工方法，如何利用网络搜索信息的方法和技巧，信息技术与学科的整合等方面展开培训。还结合大量中小学实际教学案例，特别是教学各环节的具体设计与处理，上网查找资源和一些软件的学习和使用，教师如何深入开展教科研、更多的获取资料、展示成果提供了指导与帮助。通过深入学习，下面谈一谈这次培训学习的一些感悟。</w:t>
      </w:r>
      <w:r>
        <w:rPr>
          <w:lang w:eastAsia="zh-CN"/>
        </w:rPr>
        <w:br/>
      </w:r>
      <w:r>
        <w:rPr>
          <w:lang w:eastAsia="zh-CN"/>
        </w:rPr>
        <w:t>　　在赵健老师的的讲解下，我初步认识了“微课”这一门新的课程。他指出“微课”是指以视频为主要载体，记录教师在课堂内外教育教学过程中围绕某个知识点或教学环节而开展的精彩教与学活动的全过程。“微课”具有教学时间较短、教学内容较少、资源容量较小、资源使用方便等特点。对教师而言，微课将革新传统的教学与教研方式，突破教师传统的听评课模式，是教师专业成长的重要途径之一。对于学生而言，微课能更好的满足学生对不同学科知识点的个性化学习、按需选择学习，既可查缺补漏又能强化巩固知识，是传统课堂学习的一种重要补充和拓展资源。在网络时代，随着信息与通迅技术的快速发展，特别是随着移动数码产品和无线网络的普及，基于微课的移动学习、远程学习、在线学习将会越来越普及，微课必将成为一种新型的教学模式和学习方式。</w:t>
      </w:r>
      <w:r>
        <w:rPr>
          <w:lang w:eastAsia="zh-CN"/>
        </w:rPr>
        <w:br/>
      </w:r>
      <w:r>
        <w:rPr>
          <w:lang w:eastAsia="zh-CN"/>
        </w:rPr>
        <w:t>　　“信息技术能力培训”的内容和我们平时的教学工作紧密联系，实用性很强。比如创建教学设计方案，规划主题单元等一系列学习活动对我们的教学思路进行了梳理，促使我们整合各方面的资源，更好的理解信息技术和课程整合的意义，为我们今后能将信息技术运用到具体的教学工作中打下了扎实的理论基础。同时在老师的有效点拨下，我们进一步理解了信息技术对现代教学产生的重大意义，了解了信息技术和课程整合的优化方法。</w:t>
      </w:r>
      <w:r>
        <w:rPr>
          <w:lang w:eastAsia="zh-CN"/>
        </w:rPr>
        <w:br/>
      </w:r>
      <w:r>
        <w:rPr>
          <w:lang w:eastAsia="zh-CN"/>
        </w:rPr>
        <w:t>　　这次培训的培训平台虽然还略显生涩，但也雏形颇具，使我深受启发，并理清了自己的收获：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这次信息技术培训教想到了以前教育技术能力培训，其实教育是一半科学一半艺术，现代教育技术首先致力于以科学观来考察教学过程的各个环节，运用系统方法分析教学问题和设计教学策略，力求发挥教学系统的整体功能，通过优化教学过程来获得尽可能理想的教学效益。</w:t>
      </w:r>
      <w:r>
        <w:rPr>
          <w:lang w:eastAsia="zh-CN"/>
        </w:rPr>
        <w:br/>
      </w:r>
      <w:r>
        <w:rPr>
          <w:lang w:eastAsia="zh-CN"/>
        </w:rPr>
        <w:t>　　2、深入领会了解了教育过程的各个环节。以前我们的教学更多的是重知识、轻能力；重结果、轻过程；重技术、轻思想等。通过这次培训，使我体会到，要真正上好一堂课，课前的思考、准备及课后评价、反思与课堂上的组织、教学等环节同等重要。</w:t>
      </w:r>
      <w:r>
        <w:rPr>
          <w:lang w:eastAsia="zh-CN"/>
        </w:rPr>
        <w:br/>
      </w:r>
      <w:r>
        <w:rPr>
          <w:lang w:eastAsia="zh-CN"/>
        </w:rPr>
        <w:t>　　3、学习领会了新的教学模式和教学环境。在这里，我是作为一个学生的角色在课堂里感受合作学习、探究学习，对比自己的学生如插秧苗式的传统教学模式，有了更多合理利用身边的教育媒体激发学生学习兴致的思考。</w:t>
      </w:r>
      <w:r>
        <w:rPr>
          <w:lang w:eastAsia="zh-CN"/>
        </w:rPr>
        <w:br/>
      </w:r>
      <w:r>
        <w:rPr>
          <w:lang w:eastAsia="zh-CN"/>
        </w:rPr>
        <w:t>　　4、矫正了一些有偏差的想法。以前学校教师每当喊更新教育教学方法时，都会以条件有限为借口。现在我更清晰地知道教育技术除了利用信息技术外，只要合理、科学地使用教育技术，同样通过传统的媒体也能上出一堂高质量的课。</w:t>
      </w:r>
      <w:r>
        <w:rPr>
          <w:lang w:eastAsia="zh-CN"/>
        </w:rPr>
        <w:br/>
      </w:r>
      <w:r>
        <w:rPr>
          <w:lang w:eastAsia="zh-CN"/>
        </w:rPr>
        <w:t>　　培训只是一个手段,培训只是一个开端,对于培训给予的.清泉,我要让它细水长流。我将因此而振作精神,在教育天地中走得更宽,更远。</w:t>
      </w:r>
      <w:r>
        <w:rPr>
          <w:lang w:eastAsia="zh-CN"/>
        </w:rPr>
        <w:br/>
      </w:r>
      <w:r>
        <w:rPr>
          <w:lang w:eastAsia="zh-CN"/>
        </w:rPr>
        <w:t>　　我坚信,这次的培训将使我终身受益,并为我今后的教育教学拓宽道路,我一定会好好珍藏且不断充实！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信息技术应用能力提升工程2.0个人总结范文 篇7 </w:t>
      </w:r>
      <w:r>
        <w:rPr>
          <w:lang w:eastAsia="zh-CN"/>
        </w:rPr>
        <w:br/>
      </w:r>
      <w:r>
        <w:rPr>
          <w:lang w:eastAsia="zh-CN"/>
        </w:rPr>
        <w:t>　　通过这段时间的培训学习，听了很多专家的讲座、培训老师的指导、参与了同学之间的各种讨论与交流，我修完了我的选修课程，让我学到了很多和自己一人没办法学到的知识，让我的知识得到补充与更新，真的是受益匪浅。</w:t>
      </w:r>
      <w:r>
        <w:rPr>
          <w:lang w:eastAsia="zh-CN"/>
        </w:rPr>
        <w:br/>
      </w:r>
      <w:r>
        <w:rPr>
          <w:lang w:eastAsia="zh-CN"/>
        </w:rPr>
        <w:t>　　我作为一个老师，因为学校教学资源有限，教学环境和学生条件不足，以致使用多媒体教学有一定的困难，但是我还是努力尝试，只是效果没有预期的好。通过此次培训认识到了自己之前教学中的一些不足，为自己以后的教学提供了很多新的方法，对我在以后的教学中有很大帮助。</w:t>
      </w:r>
      <w:r>
        <w:rPr>
          <w:lang w:eastAsia="zh-CN"/>
        </w:rPr>
        <w:br/>
      </w:r>
      <w:r>
        <w:rPr>
          <w:lang w:eastAsia="zh-CN"/>
        </w:rPr>
        <w:t>　　一、我们是贫困地区，各种资源相对落后，学生对信息技术的了解更是少之又少，课时量又少，所以导致学生上课效果不是很理想，通过国培让我知道了，不管条件如何，我们老师都要尽能力去应用好我们所有的资源，让学生更好地学习好这门课程。我们教师要知道如何转变自己的角色及教学方法，积极应用多媒体进行教学，达到生动灵活，让学生更喜欢更有兴趣学好知识。</w:t>
      </w:r>
      <w:r>
        <w:rPr>
          <w:lang w:eastAsia="zh-CN"/>
        </w:rPr>
        <w:br/>
      </w:r>
      <w:r>
        <w:rPr>
          <w:lang w:eastAsia="zh-CN"/>
        </w:rPr>
        <w:t>　　二、通过培训，让我又一次很好的学习了Flash及其应用，让我深刻的了解到Flash在教学中的好处，虽然我对Flash还不是很熟练，但我还会继续学习，争取更好。让我更进一步学习了信息技术整合在课程中的应用与好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三、这样的培训，让我们在家里在学校就能学习，就能与各地知名专家对话，就能与各处同学交流，对我们山村而且很少外出学习的老师来说感觉我们有了走出大山的感觉，让我们山村教师的学习不再受到时间与空间的限制，随时随地都能为自己的知识库补充新鲜的血液，达到更好的新陈代谢，这就是国培的好处，就是我们信息技术的应用，国培拓宽了我们的视野，丰富了我们的智慧。通过国培，我们的思想和眼光不再局限于小世界，能够想得更多看得更远!那么这些方法与知识我们就可以加以转换传递给我们的学生，让我们师生更好的适应信息时代的生活。</w:t>
      </w:r>
      <w:r>
        <w:rPr>
          <w:lang w:eastAsia="zh-CN"/>
        </w:rPr>
        <w:br/>
      </w:r>
      <w:r>
        <w:rPr>
          <w:lang w:eastAsia="zh-CN"/>
        </w:rPr>
        <w:t>　　四、国培告诉了我们，我们应该取长补短，在以后的教学中，要把我们学到的新知识、新理论、新方法、新思想、新技术应用到我们的教学当中去，努力提高教学质量，促进每一位学生的发展，在教学中我们要勇于创新，打破传统! 总之，修完这50个学时9门课程，让我对自己有了一个更新的认识，发现了自己的优点与不足，在以后的教学中，我会不断学习，不断研修，好好应用资源，争取把最好的最优的传授给学生，让我和学生共同进步!</w:t>
      </w:r>
      <w:r>
        <w:rPr>
          <w:lang w:eastAsia="zh-CN"/>
        </w:rPr>
        <w:br/>
      </w:r>
      <w:r>
        <w:rPr>
          <w:lang w:eastAsia="zh-CN"/>
        </w:rPr>
        <w:t xml:space="preserve">    信息技术应用能力提升工程2.0个人总结范文 篇8 </w:t>
      </w:r>
      <w:r>
        <w:rPr>
          <w:lang w:eastAsia="zh-CN"/>
        </w:rPr>
        <w:br/>
      </w:r>
      <w:r>
        <w:rPr>
          <w:lang w:eastAsia="zh-CN"/>
        </w:rPr>
        <w:t>　　-------有所用，有所获 有所感</w:t>
      </w:r>
      <w:r>
        <w:rPr>
          <w:lang w:eastAsia="zh-CN"/>
        </w:rPr>
        <w:br/>
      </w:r>
      <w:r>
        <w:rPr>
          <w:lang w:eastAsia="zh-CN"/>
        </w:rPr>
        <w:t>　　通过这次培训，使我对今后的教育教学方法产生极大影响，感受到教学工作的艰巨。同时对我各方面的能力有了很大提高，特别是对信息技术的综合运用能力，现在已不只停留在课件的制作上了。让我在培训中深深的体会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通过集中的理论学习，更新了教育教学观念，了解了先进的教育理论，现代教育观、学生观和学习观，在教学活动中遵循教育规律、调整自身的角色定位和教学方式，把素质教育贯彻到学科教学过程中。主要有以下收获：</w:t>
      </w:r>
      <w:r>
        <w:rPr>
          <w:lang w:eastAsia="zh-CN"/>
        </w:rPr>
        <w:br/>
      </w:r>
      <w:r>
        <w:rPr>
          <w:lang w:eastAsia="zh-CN"/>
        </w:rPr>
        <w:t>　　1、掌握了教育技术的基本概念，理解其意义和作用。</w:t>
      </w:r>
      <w:r>
        <w:rPr>
          <w:lang w:eastAsia="zh-CN"/>
        </w:rPr>
        <w:br/>
      </w:r>
      <w:r>
        <w:rPr>
          <w:lang w:eastAsia="zh-CN"/>
        </w:rPr>
        <w:t>　　2、懂得了媒体的特点，了解各类媒体对教与学的支持作用。</w:t>
      </w:r>
      <w:r>
        <w:rPr>
          <w:lang w:eastAsia="zh-CN"/>
        </w:rPr>
        <w:br/>
      </w:r>
      <w:r>
        <w:rPr>
          <w:lang w:eastAsia="zh-CN"/>
        </w:rPr>
        <w:t>　　3、学会了运用技术进行教学形成性评价、总结性评价。</w:t>
      </w:r>
      <w:r>
        <w:rPr>
          <w:lang w:eastAsia="zh-CN"/>
        </w:rPr>
        <w:br/>
      </w:r>
      <w:r>
        <w:rPr>
          <w:lang w:eastAsia="zh-CN"/>
        </w:rPr>
        <w:t>　　4、编写了学习笔记，准备上传到网校与学友和同事们共享学习成果。</w:t>
      </w:r>
      <w:r>
        <w:rPr>
          <w:lang w:eastAsia="zh-CN"/>
        </w:rPr>
        <w:br/>
      </w:r>
      <w:r>
        <w:rPr>
          <w:lang w:eastAsia="zh-CN"/>
        </w:rPr>
        <w:t>　　5、掌握了分析演示型教学媒体特点的方法，提高了在实际教学中的应用能力。</w:t>
      </w:r>
      <w:r>
        <w:rPr>
          <w:lang w:eastAsia="zh-CN"/>
        </w:rPr>
        <w:br/>
      </w:r>
      <w:r>
        <w:rPr>
          <w:lang w:eastAsia="zh-CN"/>
        </w:rPr>
        <w:t>　　6、学会了运用文字编辑软件编制常用教学文档，运用网络工具搜集教学资源，运用多媒体工具如offfice2019、windows画图、格式化工厂等对文本、图片、声音、动画等资源进行简单的加工处理，运用简单的课件制作工具或网页制作工具整合教学资源。</w:t>
      </w:r>
      <w:r>
        <w:rPr>
          <w:lang w:eastAsia="zh-CN"/>
        </w:rPr>
        <w:br/>
      </w:r>
      <w:r>
        <w:rPr>
          <w:lang w:eastAsia="zh-CN"/>
        </w:rPr>
        <w:t>　　7、学会了使用常用的形成性评价、总结性评价的量规和方法设计课堂教学评价活动。</w:t>
      </w:r>
      <w:r>
        <w:rPr>
          <w:lang w:eastAsia="zh-CN"/>
        </w:rPr>
        <w:br/>
      </w:r>
      <w:r>
        <w:rPr>
          <w:lang w:eastAsia="zh-CN"/>
        </w:rPr>
        <w:t>　　8、消除了教学中应用信息技术的畏惧心理，形成了对教育技术促进教学的认同。</w:t>
      </w:r>
      <w:r>
        <w:rPr>
          <w:lang w:eastAsia="zh-CN"/>
        </w:rPr>
        <w:br/>
      </w:r>
      <w:r>
        <w:rPr>
          <w:lang w:eastAsia="zh-CN"/>
        </w:rPr>
        <w:t>　　9、形成了将教学技术与教学实践紧密联系的积极性和主动性。</w:t>
      </w:r>
      <w:r>
        <w:rPr>
          <w:lang w:eastAsia="zh-CN"/>
        </w:rPr>
        <w:br/>
      </w:r>
      <w:r>
        <w:rPr>
          <w:lang w:eastAsia="zh-CN"/>
        </w:rPr>
        <w:t>　　10、了解了技术对社会、对学生发展的重要影响，树立了在教学中运用技术的紧迫感和使命感。</w:t>
      </w:r>
      <w:r>
        <w:rPr>
          <w:lang w:eastAsia="zh-CN"/>
        </w:rPr>
        <w:br/>
      </w:r>
      <w:r>
        <w:rPr>
          <w:lang w:eastAsia="zh-CN"/>
        </w:rPr>
        <w:t>　　今后，我将积极开展学科教学活动，探讨新的教育理论，新的教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学模式努力形成自己独特的教学风格和特色，以适应当今教育形势需要。平时不学习，用时徒伤悲我们要记住：学习，学习，再学习!还要记住：刀不磨要生锈，人不学要落后!为以后更好的搞好教学打下了基础。并且希望以后能多组织这样的培训。</w:t>
      </w:r>
      <w:r>
        <w:rPr>
          <w:lang w:eastAsia="zh-CN"/>
        </w:rPr>
        <w:br/>
      </w:r>
      <w:r>
        <w:rPr>
          <w:lang w:eastAsia="zh-CN"/>
        </w:rPr>
        <w:t xml:space="preserve">    信息技术应用能力提升工程2.0个人总结范文 篇9 </w:t>
      </w:r>
      <w:r>
        <w:rPr>
          <w:lang w:eastAsia="zh-CN"/>
        </w:rPr>
        <w:br/>
      </w:r>
      <w:r>
        <w:rPr>
          <w:lang w:eastAsia="zh-CN"/>
        </w:rPr>
        <w:t>　　这次学习中的很多现场课程，他们通过专题讲与案例分析和演示操作的方式，不仅教给我们知识和技巧，更在无形中用自己的言行来引导大家，可以看出优秀教师全面知识的涵养，在这方面，确实是自己的不组，以往只是注重数学领域的巩固，但导师们全面的知识涵养，在教育教学中表现的淋漓尽致。</w:t>
      </w:r>
      <w:r>
        <w:rPr>
          <w:lang w:eastAsia="zh-CN"/>
        </w:rPr>
        <w:br/>
      </w:r>
      <w:r>
        <w:rPr>
          <w:lang w:eastAsia="zh-CN"/>
        </w:rPr>
        <w:t>　　在今后的教育教学过程中，我一定扎实工作，努力学习，把用所学到的教育技术知识更好地应用到现代化的教育教学中，扎实做好基本功，学习各种关于信息技术的专业知识，并将新的信息技术应用的课堂教育之中，持之以恒，不懈的努力优化自我的专业技能，更好的适应现代化教学的发展需求。</w:t>
      </w:r>
      <w:r>
        <w:rPr>
          <w:lang w:eastAsia="zh-CN"/>
        </w:rPr>
        <w:br/>
      </w:r>
      <w:r>
        <w:rPr>
          <w:lang w:eastAsia="zh-CN"/>
        </w:rPr>
        <w:t>　　今年寒假我有幸参加了中小学教师教育技术能力中级远程培训的`学习。通过学习，我明白了网上学习的重要和快捷。在培训学习中，我对新课程改革的理念有了更深刻的认识，明确了厚实文化底蕴、提高专业素养的重要性，提高了思想认识、提升了学习理念、丰富了专业理论，现总结如下:</w:t>
      </w:r>
      <w:r>
        <w:rPr>
          <w:lang w:eastAsia="zh-CN"/>
        </w:rPr>
        <w:br/>
      </w:r>
      <w:r>
        <w:rPr>
          <w:lang w:eastAsia="zh-CN"/>
        </w:rPr>
        <w:t xml:space="preserve">    信息技术应用能力提升工程2.0个人总结范文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过培训学习，使我进一步地掌握了有关现代信息技术的知识,提高了认识。随着计算机、多媒体、现代通讯网络为代表的信息技术的迅猛发展，信息技术已经渗透到了教育领域，在教育领域中引起了一场深刻的变化。信息技术在教育领域的应用，对于转变信息教育观念，促进教育模式，教学内容，教学方法和教学手段的改革，对于实施素质教育，促进基础教育的发展，全面提高教育质量和效益，都具有重要的意义。</w:t>
      </w:r>
      <w:r>
        <w:rPr>
          <w:lang w:eastAsia="zh-CN"/>
        </w:rPr>
        <w:br/>
      </w:r>
      <w:r>
        <w:rPr>
          <w:lang w:eastAsia="zh-CN"/>
        </w:rPr>
        <w:t>　　1.良好的信息素养是终生学习、不断完善自身的需要。</w:t>
      </w:r>
      <w:r>
        <w:rPr>
          <w:lang w:eastAsia="zh-CN"/>
        </w:rPr>
        <w:br/>
      </w:r>
      <w:r>
        <w:rPr>
          <w:lang w:eastAsia="zh-CN"/>
        </w:rPr>
        <w:t>　　信息素养是终生学习者具有的特征。在信息社会，一名高素质的教师应具有现代化的教育思想、教学观念，掌握现代化的教学方法和教学手段，熟练运用信息工具(网络、电脑)对信息资源进行有效的收集、组织、运用,这些素质的养成就要求教师不断地学习，才能满足现代化教学的需要,如果教师没有良好的信息素养，就不能成为一名满足现代教学需要的高素质的教师。</w:t>
      </w:r>
      <w:r>
        <w:rPr>
          <w:lang w:eastAsia="zh-CN"/>
        </w:rPr>
        <w:br/>
      </w:r>
      <w:r>
        <w:rPr>
          <w:lang w:eastAsia="zh-CN"/>
        </w:rPr>
        <w:t>　　2.良好的信息素养.是教育系统本身的需要。</w:t>
      </w:r>
      <w:r>
        <w:rPr>
          <w:lang w:eastAsia="zh-CN"/>
        </w:rPr>
        <w:br/>
      </w:r>
      <w:r>
        <w:rPr>
          <w:lang w:eastAsia="zh-CN"/>
        </w:rPr>
        <w:t>　　在迅猛发展的信息社会，信息日益成为社会各领域中最活跃、最具有决定意义的因素。教学过程是一个教育者(主要是教师)对教育信息的整理、加工和传播的过程。教师是这一过程中主要的信源和传输者，在教育信息的准备和传递等方面起着举足轻重的作用。因此，教育系统本身要求教师具备一定的信息素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作为一名教师更要适应现代教育工作的需要，应该具备现代教育技术的素质。如果不具备现代教育技术的素质就不能完成或很好地完成现代教育和未来教育的教育和教学任务。因此，现代教育技术要应用现代教育媒体和开发各种现代教育技术，要适应工作需要首先应掌握现代媒体技术。教师掌握了现代技术，有助于改善教师的能力结构。学习和掌握现代信息技术，不仅使我在原有的教学能力的基础上有所改善，增强我对新时期现代信息教育工作的适应性，更重要的是增强了适应素质教育的要求。</w:t>
      </w:r>
      <w:r>
        <w:rPr>
          <w:lang w:eastAsia="zh-CN"/>
        </w:rPr>
        <w:br/>
      </w:r>
      <w:r>
        <w:rPr>
          <w:lang w:eastAsia="zh-CN"/>
        </w:rPr>
        <w:t>　　大力推进信息技术在教学过程中的普遍应用，逐步实现教学内容的呈现方式、学生的学习方式、教师的教学方式和师生互动方式的变革。充分发挥信息技术的优势，为学生的学习和发展提供丰富多彩的教学环境和有利的学习工具。我们要充分认识现代信息技术的这种巨大的作用，我们要提倡以提高教学质量和效益为目的、以转变学生学习方式和促进学生发展为宗旨的教学技术应用观。要本着从实际出发因地制宜的原则，挖掘和发挥传统的各种技术手段在教学中的积极作用。黑板、粉笔、挂图、模型等传统教学工具，录音机、幻灯机、放映机等传统的教学手段，在学校教学活动中同样具有独特的生命力，在教学中都有用武之地。当然，每种教学手段也都有其局限性和使用范围，所有的教学手段都有其自身的价值和存在的意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为了适应新课程，教师必须掌握新的技能，学习新的技术，也是小学教师这一专业的特征。比如，收集和处理信息的能力，课程开发与整合的能力，将信息技术与教学有机结合的能力，广泛利用新课程的特点与资源指导学生开展研究性学习的能力等。这些新技术，新方法，尤其是信息技术，是实现教育跨越式发展的直通车。因此，大力推进信息技术在教学过程中的应用，是新教材，新课程需要解决的一个重要问题之一。目前，通过计算机操作能力的培训，多媒体技术作为一种先进的教学手段，服务于教学，充分显示了它的优势。多媒体技术集文字、图表、录音、录像、动画等功能于一体、图文并茂，为学生的学习和发展提供丰富多彩的教育环境，确是大大提高了课堂教学的质量与效益。但是更重要的是善于将信息技术与学科课程整合起来，发挥学生的主动性和创造性，从而为学生能力的发展营造最理想的教学环境，这是新课程对教师的又一重大挑战。在这种背景下，教师只有不断学习，努力提高自己的专业能力，才能真正在教育改革中发挥关键作用。</w:t>
      </w:r>
      <w:r>
        <w:rPr>
          <w:lang w:eastAsia="zh-CN"/>
        </w:rPr>
        <w:br/>
      </w:r>
      <w:r>
        <w:rPr>
          <w:lang w:eastAsia="zh-CN"/>
        </w:rPr>
        <w:t>　　培训，虽然短暂，但使我的受益不浅，其感触非一一能言尽。在后续的工作中，我一定扎实工作，努力学习，把用所学到的教育技术知识更好地应用教研教改中，做一名对学生负责，对学校负责，对社会负责的优秀教师。最后，我想说，在紧张而繁忙的工作之余再培训会收获一些欣慰吧!我仍会继续学习各种关于信息技术的知识、持之以恒，不懈的努力优化课堂教学，将自己培养成新时代所需要的具有高信息技能的新兴人才。</w:t>
      </w:r>
      <w:r>
        <w:rPr>
          <w:lang w:eastAsia="zh-CN"/>
        </w:rPr>
        <w:br/>
      </w:r>
      <w:r>
        <w:rPr>
          <w:lang w:eastAsia="zh-CN"/>
        </w:rPr>
        <w:t xml:space="preserve">    信息技术应用能力提升工程2.0个人总结范文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回顾培训期间的点点滴滴，纵观本次培训活动安排，既有发人深盛启迪智慧的专题讲座、讨论互动、观摩研讨、案例评析、论文撰写的理论培训，也有观摩课堂、体验名师风采的实践锻炼。一段时间的培训学习，让我重新接受了一次系统的理论和实践提升的机会，对我既有观念上的洗礼，也有理论上的提高；既有知识上的积淀，也有教学教研技艺的增长，以下是我的体会。</w:t>
      </w:r>
      <w:r>
        <w:rPr>
          <w:lang w:eastAsia="zh-CN"/>
        </w:rPr>
        <w:br/>
      </w:r>
      <w:r>
        <w:rPr>
          <w:lang w:eastAsia="zh-CN"/>
        </w:rPr>
        <w:t>　　首先，通过这次研修，自己进一步明确了教师信息技术应用能力提升对教师个人成长的作用，自己在教学中多了些反思，用新的设计理念指导我的教学，在不断总结的基础上重新发现，如此用心的循环往复，是因为培训班的课例研究让我从有力，变得更加有心。同时，我学会了变换角度审视自己的教育教学工作，在新理念的引领下，不断反思、调整我的教育观，正是这种换位思考，让我学会了信任学生，并不断地感受到信任带来的惊喜和力量。</w:t>
      </w:r>
      <w:r>
        <w:rPr>
          <w:lang w:eastAsia="zh-CN"/>
        </w:rPr>
        <w:br/>
      </w:r>
      <w:r>
        <w:rPr>
          <w:lang w:eastAsia="zh-CN"/>
        </w:rPr>
        <w:t>　　其次，专家们的讲座，内容信息技术运用既深刻独到又通俗易懂、既旁征博引又紧扣主题、既发人深省又生动有趣。课堂教学技能，如何评课，教师的专业成长，校本研修等等，都和课堂教学、教师的专业成长有紧密联系，针对性、操作性很强，很有实用价值。</w:t>
      </w:r>
      <w:r>
        <w:rPr>
          <w:lang w:eastAsia="zh-CN"/>
        </w:rPr>
        <w:br/>
      </w:r>
      <w:r>
        <w:rPr>
          <w:lang w:eastAsia="zh-CN"/>
        </w:rPr>
        <w:t>　　第三，我非常认真的在线收听专家老师的报告，认真做读书笔记，力争重要的内容记在笔记上、领会在心里、落实在教学实践中。关于信息技术运用的讲座，通过学习，我更加认识到新时期应该怎样做才能成为一个真正的好老师。以前在教材的处理上，我发觉自己以前还仅仅停留在表层上，甚至只是在教教材，还有很多的东西没有真正研究透。通过学习，我受到了启发，今后教学时必会真正研究透教材，敢于质疑，敢于挖掘，敢于挑战常规，并且教学中会教给学生思考问题的方法，让学生学会思考，敢于挑战，不盲从，不迷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最后，在一系列发贴、回贴、网上答疑的活动中，我了解到了新课程的很多新理念、新方法，对我的触动很大。我已经把同仁们交流的良好的经验运用于平时的教育教学之中，而且随时进行反思和总结。</w:t>
      </w:r>
      <w:r>
        <w:rPr>
          <w:lang w:eastAsia="zh-CN"/>
        </w:rPr>
        <w:br/>
      </w:r>
      <w:r>
        <w:rPr>
          <w:lang w:eastAsia="zh-CN"/>
        </w:rPr>
        <w:t>　　同时，今后我将努力做到：</w:t>
      </w:r>
      <w:r>
        <w:rPr>
          <w:lang w:eastAsia="zh-CN"/>
        </w:rPr>
        <w:br/>
      </w:r>
      <w:r>
        <w:rPr>
          <w:lang w:eastAsia="zh-CN"/>
        </w:rPr>
        <w:t>　　1、将这段日子学习的教育理论投入到实践教学中去，为做科研型老师而努力。</w:t>
      </w:r>
      <w:r>
        <w:rPr>
          <w:lang w:eastAsia="zh-CN"/>
        </w:rPr>
        <w:br/>
      </w:r>
      <w:r>
        <w:rPr>
          <w:lang w:eastAsia="zh-CN"/>
        </w:rPr>
        <w:t>　　2、加强学习。除继续学习理解本次学习培训内容外，还要多读报刊杂志，积极撰写教育论文、案例分析和教学反思，做终身学习的表率。</w:t>
      </w:r>
      <w:r>
        <w:rPr>
          <w:lang w:eastAsia="zh-CN"/>
        </w:rPr>
        <w:br/>
      </w:r>
      <w:r>
        <w:rPr>
          <w:lang w:eastAsia="zh-CN"/>
        </w:rPr>
        <w:t>　　3、加强与专家、同行的交流，让智慧碰撞，让“国培”播下的“种子”生根、发芽、结果。</w:t>
      </w:r>
      <w:r>
        <w:rPr>
          <w:lang w:eastAsia="zh-CN"/>
        </w:rPr>
        <w:br/>
      </w:r>
      <w:r>
        <w:rPr>
          <w:lang w:eastAsia="zh-CN"/>
        </w:rPr>
        <w:t>　　总之，国培给了我一个极好的学习机会，让我从中学到了很多，也弥补了我以前认识上的不足，让我有一次和专家老师及广大同仁学习交流的机会，同时也促进了我的教育教学，对我的专业成长有很强的指引作用。我会以国培学习为契机，努力完善自己，培训虽然短暂，但是我从国培中收获很多，使我不断提高，不断充实。我将带着收获、带着感悟、带着信念、带着满腔热情，在今后的教学中，继续学习教育教学理论知识，不断反思自己的教学行为，更新自己的教育理念，积极转变教育观念和运用信息技术，争做一名合格的思品教师。</w:t>
      </w:r>
      <w:r>
        <w:rPr>
          <w:lang w:eastAsia="zh-CN"/>
        </w:rPr>
        <w:br/>
      </w:r>
      <w:r>
        <w:rPr>
          <w:lang w:eastAsia="zh-CN"/>
        </w:rPr>
        <w:t xml:space="preserve">    信息技术应用能力提升工程2.0个人总结范文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通过集中的理论学习，更新了教育教学观念，了解了先进的教育理论，现代教育观、学生观和学习观，在教学活动中遵循教育规律、调整自身的角色定位和教学方式，把素质教育贯彻到学科教学过程中。主要有以下收获：</w:t>
      </w:r>
      <w:r>
        <w:rPr>
          <w:lang w:eastAsia="zh-CN"/>
        </w:rPr>
        <w:br/>
      </w:r>
      <w:r>
        <w:rPr>
          <w:lang w:eastAsia="zh-CN"/>
        </w:rPr>
        <w:t>　　1、掌握了教育技术的基本概念，理解其意义和作用。</w:t>
      </w:r>
      <w:r>
        <w:rPr>
          <w:lang w:eastAsia="zh-CN"/>
        </w:rPr>
        <w:br/>
      </w:r>
      <w:r>
        <w:rPr>
          <w:lang w:eastAsia="zh-CN"/>
        </w:rPr>
        <w:t>　　2、懂得了媒体的特点，了解各类媒体对教与学的支持作用。</w:t>
      </w:r>
      <w:r>
        <w:rPr>
          <w:lang w:eastAsia="zh-CN"/>
        </w:rPr>
        <w:br/>
      </w:r>
      <w:r>
        <w:rPr>
          <w:lang w:eastAsia="zh-CN"/>
        </w:rPr>
        <w:t>　　3、学会了运用技术进行教学形成性评价、总结性评价。</w:t>
      </w:r>
      <w:r>
        <w:rPr>
          <w:lang w:eastAsia="zh-CN"/>
        </w:rPr>
        <w:br/>
      </w:r>
      <w:r>
        <w:rPr>
          <w:lang w:eastAsia="zh-CN"/>
        </w:rPr>
        <w:t>　　4、编写了学习笔记，准备上传到网校与学友和同事们共享学习成果。</w:t>
      </w:r>
      <w:r>
        <w:rPr>
          <w:lang w:eastAsia="zh-CN"/>
        </w:rPr>
        <w:br/>
      </w:r>
      <w:r>
        <w:rPr>
          <w:lang w:eastAsia="zh-CN"/>
        </w:rPr>
        <w:t>　　5、掌握了分析演示型教学媒体特点的方法，提高了在实际教学中的应用能力。</w:t>
      </w:r>
      <w:r>
        <w:rPr>
          <w:lang w:eastAsia="zh-CN"/>
        </w:rPr>
        <w:br/>
      </w:r>
      <w:r>
        <w:rPr>
          <w:lang w:eastAsia="zh-CN"/>
        </w:rPr>
        <w:t>　　6、学会了运用文字编辑软件编制常用教学文档，运用网络工具搜集教学资源，运用多媒体工具如offfice2019、windows画图、格式化工厂等对文本、图片、声音、动画等资源进行简单的加工处理，运用简单的课件制作工具或网页制作工具整合教学资源。</w:t>
      </w:r>
      <w:r>
        <w:rPr>
          <w:lang w:eastAsia="zh-CN"/>
        </w:rPr>
        <w:br/>
      </w:r>
      <w:r>
        <w:rPr>
          <w:lang w:eastAsia="zh-CN"/>
        </w:rPr>
        <w:t>　　7、学会了使用常用的形成性评价、总结性评价的量规和方法设计课堂教学评价活动。</w:t>
      </w:r>
      <w:r>
        <w:rPr>
          <w:lang w:eastAsia="zh-CN"/>
        </w:rPr>
        <w:br/>
      </w:r>
      <w:r>
        <w:rPr>
          <w:lang w:eastAsia="zh-CN"/>
        </w:rPr>
        <w:t>　　8、消除了教学中应用信息技术的畏惧心理，形成了对教育技术促进教学的认同。</w:t>
      </w:r>
      <w:r>
        <w:rPr>
          <w:lang w:eastAsia="zh-CN"/>
        </w:rPr>
        <w:br/>
      </w:r>
      <w:r>
        <w:rPr>
          <w:lang w:eastAsia="zh-CN"/>
        </w:rPr>
        <w:t>　　9、形成了将教学技术与教学实践紧密联系的积极性和主动性。</w:t>
      </w:r>
      <w:r>
        <w:rPr>
          <w:lang w:eastAsia="zh-CN"/>
        </w:rPr>
        <w:br/>
      </w:r>
      <w:r>
        <w:rPr>
          <w:lang w:eastAsia="zh-CN"/>
        </w:rPr>
        <w:t>　　10、了解了技术对社会、对学生发展的重要影响，树立了在教学中运用技术的紧迫感和使命感。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今后，我将积极开展学科教学活动，探讨新的教育理论，新的教</w:t>
      </w:r>
      <w:r>
        <w:rPr>
          <w:lang w:eastAsia="zh-CN"/>
        </w:rPr>
        <w:br/>
      </w:r>
      <w:r>
        <w:rPr>
          <w:lang w:eastAsia="zh-CN"/>
        </w:rPr>
        <w:t>　　学模式努力形成自己独特的教学风格和特色，以适应当今教育形势需要。平时不学习，用时徒伤悲我们要记住：学习，学习，再学习!还要记住：刀不磨要生锈，人不学要落后!为以后更好的搞好教学打下了基础。并且希望以后能多组织这样的培训。</w:t>
      </w:r>
      <w:r>
        <w:rPr>
          <w:lang w:eastAsia="zh-CN"/>
        </w:rPr>
        <w:br/>
      </w:r>
      <w:r>
        <w:rPr>
          <w:lang w:eastAsia="zh-CN"/>
        </w:rPr>
        <w:t xml:space="preserve">    信息技术应用能力提升工程2.0个人总结范文 篇13 </w:t>
      </w:r>
      <w:r>
        <w:rPr>
          <w:lang w:eastAsia="zh-CN"/>
        </w:rPr>
        <w:br/>
      </w:r>
      <w:r>
        <w:rPr>
          <w:lang w:eastAsia="zh-CN"/>
        </w:rPr>
        <w:t>　　20__年12月15日至20日，在省教育厅的高度重视下，我们天门152名一线教师来到了湖北省奥林匹克中心，参加湖北省中小学教师信息技术应用能力提升工程骨干教师培训。虽然只有短短的6天，但给我观念带来的冲击、思想带来的变革、能力带来的变化却是无与伦比的。</w:t>
      </w:r>
      <w:r>
        <w:rPr>
          <w:lang w:eastAsia="zh-CN"/>
        </w:rPr>
        <w:br/>
      </w:r>
      <w:r>
        <w:rPr>
          <w:lang w:eastAsia="zh-CN"/>
        </w:rPr>
        <w:t>　　近年来，我大大小小参加过多次信息技术应用能力培训了，从最早的幻灯机、录音机、电影机等当时名为电教设备使用的信息技术培训，到2019年的网络初识培训，再到2019年的真正意义上的电脑使用技术培训，再到2019年的因特尔培训，及至2019年的微软助学培训，可以说，每次的培训，都见证着课堂教学中信息化设备的变化、课堂教学的变革。这次，我又一次参加信息技术培训，所接触的内容，又一次见证了课堂教学信息设备的革新、教学方法的革新，也使我的信息化教学理念产生了再一次的变革，更使我感觉到了身上担子之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理解了为什么这个时候教育部、省教育厅开展这次培训。在党和国家的高度重视下，现在，我所在农村学校都普及了班班通，教学点也完成了教学点数字全覆盖项目建设，所有学校的数字化设备已基本追上了城市学校，这为农村偏远学校实现信息化教学奠定了坚实的硬件基础。看看外边的世界，现在日新月异的技术进步，使社会已进入信息化技术变革高速时段，网络已进入人们日常生活各方面，许多学生都已可以熟练玩电脑，然而作为教师，特别是农村教师，却仍然停留在过去的教学方式上，许多教师根本就不能用、不敢用、不会用这些数字化设备，更别说利用网络或数字资源开展高效的课堂教学了。现在开展这次培训，无疑就是让大家不与社会脱轨，不与时代脱轨，能够迅速熟练掌握基本操作技能，改变大家对数字化、信息化设备和资源的认知，让大家由怕变为爱，由</w:t>
      </w:r>
      <w:r>
        <w:rPr>
          <w:lang w:eastAsia="zh-CN"/>
        </w:rPr>
        <w:t xml:space="preserve"> 疏变为亲，让大家由习惯书本和粉笔变为习惯屏幕和鼠标，由习惯黑板变为习惯白板。充分利用好三通一平台，让优质资源效率最大化，让每们学生享有平等的教育。</w:t>
      </w:r>
      <w:r>
        <w:rPr>
          <w:lang w:eastAsia="zh-CN"/>
        </w:rPr>
        <w:br/>
      </w:r>
      <w:r>
        <w:rPr>
          <w:lang w:eastAsia="zh-CN"/>
        </w:rPr>
        <w:t>　　2、更新了众多的信息理念。通过肖新国老师的《政策解读》，我了解了国家现在对教育信息化的高度重视，更了解了传统与现代的差距，知道了自己现在的工作社会需要的差距。通过彭景老师的《技术引发的教育变革主题报告》及彭林老师《新技术、新媒体、社会性软件、网络教学平台等在教学中等应用》等，使我的信息理念彻底得到了转变，可以说，这是我本次培训最大的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3、掌握了新技能。通过张浩老师的《信息化环境的运行和维护》的学习，使我对信息化环境的运行有了全新的认识，也使我对它产生了浓厚的兴趣。过去，我从来没有在这方面作过思考，但通过本次学习，我才发现，信息化环境原来有这么重要的作用，它的运行与维护，我想在今后的工作中，我会作为一个新的兴趣点去钻研它，争取有所收获。</w:t>
      </w:r>
      <w:r>
        <w:rPr>
          <w:lang w:eastAsia="zh-CN"/>
        </w:rPr>
        <w:br/>
      </w:r>
      <w:r>
        <w:rPr>
          <w:lang w:eastAsia="zh-CN"/>
        </w:rPr>
        <w:t>　　4、巩固和提升了过去有的技能。回想起2019年参加全省教育装备干部培训时厂家介绍电子白板，自己还觉得很遥远，与本文由  职场范文 网整理提供自己不相干的东西，却在短短的两年后就来到了身边，进入了平常课堂中，忽然心里有种害怕的感觉。时代发展太快，自己被世界扔开得原来这么容易! 电子白板安装后，由于没有认真、系统地学习，在电子白板的使用上，只能自己按照图标或者说明上说的基本功能去乱摸索，浪费了许多时间，掌握的功能却少之又少，只有许多基本功能投入使用。通过吕立立老师的《电子白板应用技巧与维护》的讲解，使我对目前学校班班通设备中的投影式电子白板及教学点电子白板功能电视的应用技能上了一个大台阶。相信回去后，我一定能使电子白板的作用发挥得更好、更大。当上到孙俊峰老师的《PPT制作 与美化》课时，忽然就有了亲切感。从OFFICE97到OFFICE2019，我都接触使用，使用得最得心应手的莫过于2019，由于工作需要，做了许多 PPT，现在再重新面对，而且是自己不是太喜欢的2019，倒也有了全新的感触和认识。看到孙老师制作的优美的PPT，忽然才发现，PPT依然强大，如果用心，它并不比FLASH差，甚至更牛!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5、找到了终身学习、自我提升的突破口。一直以来，总是叹息自己没有机会亲临各位优秀教师身边，聆听他们的教诲。通过王金涛老师的《网络研修与校本研修整合项目理论与实践》的学习，才发现自己原来学习走进了一个误区，其实，现在网络这么发达，设备这么齐全，只需身边连一线，何必千里求一信!只要一根线，就可以很容易把各位专家教授请到身边来，想怎么听，想听多久，都非常容易。说起来，只在于自己想不想学，而不是能不能学啊!</w:t>
      </w:r>
      <w:r>
        <w:rPr>
          <w:lang w:eastAsia="zh-CN"/>
        </w:rPr>
        <w:br/>
      </w:r>
      <w:r>
        <w:rPr>
          <w:lang w:eastAsia="zh-CN"/>
        </w:rPr>
        <w:t>　　6、感觉到了身上担子之重。这次集中培训时间很短，只有5天，但5天时间，对于一个中小学教师对于学习来说，已经是很奢华的。全省几十万教师，能选多少人来参加培训。全省素质提高工程，每年2万人，做了十年，只做了20万人。而现在要在4年时间完成50万人的培训，那么，大部分的教师只能通过网络学习来解决这个问题。也就是说，我们今天来参加这个培训，是万分幸运的人。幸运就意味着责任，做为种子老师，在我们身上，还有肩负有讲授的重任，我们回去后要传帮带，给其他教师讲座，培训。我能完成这光荣而艰巨的任务吗?心里真是没底!</w:t>
      </w:r>
      <w:r>
        <w:rPr>
          <w:lang w:eastAsia="zh-CN"/>
        </w:rPr>
        <w:br/>
      </w:r>
      <w:r>
        <w:rPr>
          <w:lang w:eastAsia="zh-CN"/>
        </w:rPr>
        <w:t>　　另外，非常感谢上级领导对参培人员的关爱，使我们不仅有着舒适的居住环境，食宿非常方便，而且培训地点就在住的地方，这对人生地不熟的我们来说，真是太好了!</w:t>
      </w:r>
      <w:r>
        <w:rPr>
          <w:lang w:eastAsia="zh-CN"/>
        </w:rPr>
        <w:br/>
      </w:r>
      <w:r>
        <w:rPr>
          <w:lang w:eastAsia="zh-CN"/>
        </w:rPr>
        <w:t>　　不管如何，培训后回去，我将一是不是断加强自我学习，努力继续提升自己;二是积极与教学实际相结合，探索提升设备与资源应用的途径与方式;三是扎实开展培训，努力让身边的同事都迅速成为信息化设备应用高手，让课堂教学更加精彩，教学效益更加显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个人建议和意见：</w:t>
      </w:r>
      <w:r>
        <w:rPr>
          <w:lang w:eastAsia="zh-CN"/>
        </w:rPr>
        <w:br/>
      </w:r>
      <w:r>
        <w:rPr>
          <w:lang w:eastAsia="zh-CN"/>
        </w:rPr>
        <w:t>　　1 省、市各级都成立了以一把手负总责、亲自抓的一把手工程。我校也要提高认识，成立领导小组，由一把手亲自抓。</w:t>
      </w:r>
      <w:r>
        <w:rPr>
          <w:lang w:eastAsia="zh-CN"/>
        </w:rPr>
        <w:br/>
      </w:r>
      <w:r>
        <w:rPr>
          <w:lang w:eastAsia="zh-CN"/>
        </w:rPr>
        <w:t>　　2 制定教师长期培训机制，定期和不定期对教师进行现代信息技术应用的培训。制定教师利用现代信息技术上课的有效管理制度，让课堂使用现代信息技术的比例大大提高。</w:t>
      </w:r>
      <w:r>
        <w:rPr>
          <w:lang w:eastAsia="zh-CN"/>
        </w:rPr>
        <w:br/>
      </w:r>
      <w:r>
        <w:rPr>
          <w:lang w:eastAsia="zh-CN"/>
        </w:rPr>
        <w:t xml:space="preserve">    信息技术应用能力提升工程2.0个人总结范文 篇14 </w:t>
      </w:r>
      <w:r>
        <w:rPr>
          <w:lang w:eastAsia="zh-CN"/>
        </w:rPr>
        <w:br/>
      </w:r>
      <w:r>
        <w:rPr>
          <w:lang w:eastAsia="zh-CN"/>
        </w:rPr>
        <w:t>　　这次参加“国培计划”20__--河南省农村中小学信息技术应用能力提升培训，收获颇大。信息技术教育是中小学的选修课，通过开设信息技术教育，意在增强学生的信息意识，培养学生具有收集、传输、处理、应用现代信息的能力和具有应用多媒体计算机和网络技术进行学习的能力，而教师通过信息技术则极大的提高了教学效率。</w:t>
      </w:r>
      <w:r>
        <w:rPr>
          <w:lang w:eastAsia="zh-CN"/>
        </w:rPr>
        <w:br/>
      </w:r>
      <w:r>
        <w:rPr>
          <w:lang w:eastAsia="zh-CN"/>
        </w:rPr>
        <w:t>　　一、更新了教学理念</w:t>
      </w:r>
      <w:r>
        <w:rPr>
          <w:lang w:eastAsia="zh-CN"/>
        </w:rPr>
        <w:br/>
      </w:r>
      <w:r>
        <w:rPr>
          <w:lang w:eastAsia="zh-CN"/>
        </w:rPr>
        <w:t>　　这次培训的主要内容是掌握教育信息化应用能力。通过这次培训，我进一步树立了“教育信息技术为学校教育教学服务”的理念;我明白了信息技术和学科整合使教育教学赋予更多的内涵，能提高教学效率和效果，有利于教师专业发展，改变教师的教和学生的学的方式，使我们的课堂更具活力，使我们的教学更具实效信息技术应用能力提升培训研修总结信息技术应用能力提升培训研修总结。</w:t>
      </w:r>
      <w:r>
        <w:rPr>
          <w:lang w:eastAsia="zh-CN"/>
        </w:rPr>
        <w:br/>
      </w:r>
      <w:r>
        <w:rPr>
          <w:lang w:eastAsia="zh-CN"/>
        </w:rPr>
        <w:t>　　二、提高了运用信息技术的能力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这次培训前，先做了网上设置的问卷，网站根据回答的情况建议你选择你学习的科目，真正做到因材施教，根据所需来学习，极大的调动了老师学习的自觉性。对我而言，提高了搜集和处理数据的能力，学到了集成和开发教学资源的方法以及传输和管理教学资源的方法;提高了信息技术与小学数学学科的整合能力。这对我今后运用现代化教学手段进行教学大有裨益。</w:t>
      </w:r>
      <w:r>
        <w:rPr>
          <w:lang w:eastAsia="zh-CN"/>
        </w:rPr>
        <w:br/>
      </w:r>
      <w:r>
        <w:rPr>
          <w:lang w:eastAsia="zh-CN"/>
        </w:rPr>
        <w:t>　　三.指明了未来努力的方向</w:t>
      </w:r>
      <w:r>
        <w:rPr>
          <w:lang w:eastAsia="zh-CN"/>
        </w:rPr>
        <w:br/>
      </w:r>
      <w:r>
        <w:rPr>
          <w:lang w:eastAsia="zh-CN"/>
        </w:rPr>
        <w:t>　　积极学习新的教育教学理念，用以指导实际的教学工作，向新课改的目标不断努力。</w:t>
      </w:r>
      <w:r>
        <w:rPr>
          <w:lang w:eastAsia="zh-CN"/>
        </w:rPr>
        <w:br/>
      </w:r>
      <w:r>
        <w:rPr>
          <w:lang w:eastAsia="zh-CN"/>
        </w:rPr>
        <w:t>　　在教学过程中，改变灌输知识的思想，更注重学习方法的传授，帮助学生培养自我学习的能力。利用信息技术手段，与其他学科有效整合，使学生更喜欢、更容易接受、学到更系统、有价值的知识。</w:t>
      </w:r>
      <w:r>
        <w:rPr>
          <w:lang w:eastAsia="zh-CN"/>
        </w:rPr>
        <w:br/>
      </w:r>
      <w:r>
        <w:rPr>
          <w:lang w:eastAsia="zh-CN"/>
        </w:rPr>
        <w:t xml:space="preserve">    信息技术应用能力提升工程2.0个人总结范文 篇15 </w:t>
      </w:r>
      <w:r>
        <w:rPr>
          <w:lang w:eastAsia="zh-CN"/>
        </w:rPr>
        <w:br/>
      </w:r>
      <w:r>
        <w:rPr>
          <w:lang w:eastAsia="zh-CN"/>
        </w:rPr>
        <w:t>　　20__年的1月6日至10日，我有幸在省奥体中心参加了湖北省中小学教师信息技术运用能力提升工程校长集中培训班第二期的培训，通过这几天的培训，自己了解了精神，更新了观念，开阔了视野，提高了认识，感觉责任更重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短暂的五天培训让我收获颇丰，这五天时间，先后聆听了张才生等专家有关教师信息技术运用能力提升工程的讲座，围绕教师信息技术运用能力提升工程项目的实施，通过几位专家深入浅出、生动形象的讲解，使我比较全面地学习了有关创新教学与教师专业发展，全国中小学教师信息技术运用能力提升工程标准及实施方案，教育信息化规划的内容、方法和策略，区域信息化套餐课程建设，信息技术下的校本研修，远程培训的质量管理，培训管理中的信息技术应用，项目管理与方案设计等内容；初步了解和学习了有关"翻转课堂"、"微视频"、"可汗学院"等一些世界顶级的教育模式，以及国内对这种教育模式的尝试应用和取得的一些效果；了解了目前世界或是国内在教学上应用的一些先进信息技术。</w:t>
      </w:r>
      <w:r>
        <w:rPr>
          <w:lang w:eastAsia="zh-CN"/>
        </w:rPr>
        <w:br/>
      </w:r>
      <w:r>
        <w:rPr>
          <w:lang w:eastAsia="zh-CN"/>
        </w:rPr>
        <w:t>　　通过培训，自己受益匪浅。知道了七大教育技术的趋势：3D打印、大规模开放课程、大数据、电子教科书、游戏化、翻转课堂、移动学习，明白了什么是教育信息化新名词：云计算、教育云、泛在学习、移动学习、碎片学习、可汗学习、翻转课堂、微课、慕课（moocs）、网易课程等等。"三通两平台"：宽带网络校校通、优质资源班班通、网络学习空间人人通、建设数字教育资源公共服务平台、建立教育管理基础数据库和信息系统。</w:t>
      </w:r>
      <w:r>
        <w:rPr>
          <w:lang w:eastAsia="zh-CN"/>
        </w:rPr>
        <w:br/>
      </w:r>
      <w:r>
        <w:rPr>
          <w:lang w:eastAsia="zh-CN"/>
        </w:rPr>
        <w:t>　　培训其间，我们实地参观华中师范大学——国家数字化学习工程技术研究中心。该中心是目前国内唯一一个教育信息化领域的国科研机构，近距离的感受了科学技术的发展和信息技术在教育教学中的应用，讲解员的演示、操作、介绍，直观、真实、神奇。双电子白板设备、手持终端机、三维立体工具、物理、化学仿真演示、地理学科实验、音乐学科的操作、全空间数字化监控系统、未来智慧教室的参观，一个个高端的数字仪器、设备让我们目不暇接、大开眼界，相信在不久的将来，这些教育教学辅助设备将会走进学校，让孩子们都能享受优质教育资源，享受信息技术的方便、快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通过学习，我感受到了信息技术对教育发展具有革命性影响，必须予以高度重视。党中央把教育信息化纳入国家信息化发展整体战略，超前部署教育信息网络。加强优质教育资源开发与应用，强化信息技术应用，提高教师应用信息技术水平。构建国家教育管理信息系统，搭建国家教育管理公共服务平台。这些规划高瞻远瞩，具有划时代的意义。</w:t>
      </w:r>
      <w:r>
        <w:rPr>
          <w:lang w:eastAsia="zh-CN"/>
        </w:rPr>
        <w:br/>
      </w:r>
      <w:r>
        <w:rPr>
          <w:lang w:eastAsia="zh-CN"/>
        </w:rPr>
        <w:t>　　通过学习，我明白了教育信息化是指在教育领域（教育管理、教育教学和教育科研）全面深入地运用现代信息技术来促进教育改革与发展的过程。教育信息化是国家信息化的重要组成部分，对于转变教育思想和观念，深化教育改革，提高教育质量和效益，培养创新人才具有深远意义，是实现教育跨越式发展的必然选择。教育信息化的发展，带来了教育形式和学习方式的重大变革，促进了教育改革。</w:t>
      </w:r>
      <w:r>
        <w:rPr>
          <w:lang w:eastAsia="zh-CN"/>
        </w:rPr>
        <w:br/>
      </w:r>
      <w:r>
        <w:rPr>
          <w:lang w:eastAsia="zh-CN"/>
        </w:rPr>
        <w:t>　　通过学习，我体会到了一个学校的可持续发展对校长提出了更高的要求，只有摒弃旧的思维方式、确立科学的教育信息化理念、才能做一个新型的合格的校长。校长是学校的领导者、决策者和高级管理者，有什么样的校长，就有什么样的学校。有什么样的信息思维就就会有什么样的行动。在这个全新的信息时代，网络已经成为人类最重要的工具，它对学校教育的影响是巨大而且深远的，教育技术的每一次进步，都会带来教育方法和学习方式的革命性的变革。应用现代教育技术是现代科学技术和社会发展对教育的要求，是教育改革的需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在今后的工作中，自己将以此次培训为契机，真正将先进的教育技术合理地融入学校管理、教育教学的各个方面，在思想观念的转变、资源配置的投入、信息技术的培训、应用能力的普及、信息化平台的搭建上下功夫，以发展的观点看待教育的信息化进程，在创建信息化教育的道路上不懈努力。</w:t>
      </w:r>
      <w:r>
        <w:rPr>
          <w:lang w:eastAsia="zh-CN"/>
        </w:rPr>
        <w:br/>
      </w:r>
      <w:r>
        <w:rPr>
          <w:lang w:eastAsia="zh-CN"/>
        </w:rPr>
        <w:t xml:space="preserve">    信息技术应用能力提升工程2.0个人总结范文 篇16 </w:t>
      </w:r>
      <w:r>
        <w:rPr>
          <w:lang w:eastAsia="zh-CN"/>
        </w:rPr>
        <w:br/>
      </w:r>
      <w:r>
        <w:rPr>
          <w:lang w:eastAsia="zh-CN"/>
        </w:rPr>
        <w:t>　　我有幸参加了这次四川省中小学信息技术能力提升培训。通过为期三个月的培训和学习，让我对教育现代化的发展有了新的认识。当今以计算机和网络技术为核心的现代技术正飞速的发展，改变我的学习方式。信息的获取、分析、处理、应用的能力将作为现代人最基本的能力和素质的标志。同时对我各方面的能力有了很大提高，特别是对信息技术的综合运用能力，现在已不只停留在课件的制作上。使我认识到作为一名信息技术教师应积极主动吸纳当今最新的技术，在这短短的培训中我收获颇多。</w:t>
      </w:r>
      <w:r>
        <w:rPr>
          <w:lang w:eastAsia="zh-CN"/>
        </w:rPr>
        <w:br/>
      </w:r>
      <w:r>
        <w:rPr>
          <w:lang w:eastAsia="zh-CN"/>
        </w:rPr>
        <w:t>　　一、树立了新的教育教学理念</w:t>
      </w:r>
      <w:r>
        <w:rPr>
          <w:lang w:eastAsia="zh-CN"/>
        </w:rPr>
        <w:br/>
      </w:r>
      <w:r>
        <w:rPr>
          <w:lang w:eastAsia="zh-CN"/>
        </w:rPr>
        <w:t>　　1、此次信息技术应用能力提升培训者培训，虽然短暂，但是每一天紧张有序的培训都使我在观念上有一个更新。真正的认识到自我在专业方面还有许多的不足，在今后的业务提升方面还有大量的知识要学习，只有这样随时为自我更新，补充新识，更新观念，才能从根本上提升专业素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2、随着信息化快速发展，作为教师必须具备终生学习、不断完善自身的信念。教师应具有现代化的教育思想、教学观念，掌握现代化的教学方法和教学手段，熟练运用信息工具，对信息资源进行有效的收集、加工、组织、运用；这些素质的养成就要求教师不断地学习，才能满足现代化教学的需要。</w:t>
      </w:r>
      <w:r>
        <w:rPr>
          <w:lang w:eastAsia="zh-CN"/>
        </w:rPr>
        <w:br/>
      </w:r>
      <w:r>
        <w:rPr>
          <w:lang w:eastAsia="zh-CN"/>
        </w:rPr>
        <w:t>　　二、提升了专业知识</w:t>
      </w:r>
      <w:r>
        <w:rPr>
          <w:lang w:eastAsia="zh-CN"/>
        </w:rPr>
        <w:br/>
      </w:r>
      <w:r>
        <w:rPr>
          <w:lang w:eastAsia="zh-CN"/>
        </w:rPr>
        <w:t>　　1、通过聆听专家教授对“中小学教师信息技术能力标准解读”、“信息化支持的学习方式变革思考”、“信息化教学环境”专题与案例分析的学习，使我充认识到作为语文老师，首先要具备基本的信息素养，掌握信息操作的基本能力和获取信息的能力，把获得的各种知识进行整合，充分的运用在教育教学上。除此之外还应具备信息收集处理以及表达的能力和综合运用能力。深刻的认识到教育信息的重要性，明白什么是教育信息化发的发展情况，真正理解了信息化教学环境在教育教学中的作用，掌握了几种常用的教学模式和软件的基本应用。</w:t>
      </w:r>
      <w:r>
        <w:rPr>
          <w:lang w:eastAsia="zh-CN"/>
        </w:rPr>
        <w:br/>
      </w:r>
      <w:r>
        <w:rPr>
          <w:lang w:eastAsia="zh-CN"/>
        </w:rPr>
        <w:t>　　2、通过聆听专家们对“资源检索与获取”、“多媒体素材的处理”、“办公软件综合应用”、多媒体课件设计与制作、微课设计与制作，等等的解析，才真正的意识到自己在专业知识方面太落后与不足。我将在今后的工作中不断学习来丰富自我专业知识。</w:t>
      </w:r>
      <w:r>
        <w:rPr>
          <w:lang w:eastAsia="zh-CN"/>
        </w:rPr>
        <w:br/>
      </w:r>
      <w:r>
        <w:rPr>
          <w:lang w:eastAsia="zh-CN"/>
        </w:rPr>
        <w:t>　　三、开阔了交流空间</w:t>
      </w:r>
      <w:r>
        <w:rPr>
          <w:lang w:eastAsia="zh-CN"/>
        </w:rPr>
        <w:br/>
      </w:r>
      <w:r>
        <w:rPr>
          <w:lang w:eastAsia="zh-CN"/>
        </w:rPr>
        <w:t>　　1、远程研修教育不再局限在课堂，教师可以通过网络媒体通讯技术进行自主学习，可以随时将自己的薄弱环节强化学习，直到完全巩固。更加便于对每个知识内容的融会贯通，使原来想做而做不到的事情成为现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2、通过这个平台，与全国教育专家进行了一次“零距离”的接触，“面对面”聆听他们的辅导讲座、鲜活的案例和丰富的知识内涵，让我开阔了视野。专业方面，通过论坛与同仁们的谈化学、探迷惑，使我在思想、专业方面都得到很大的提高。这种平台，使我们的距离变得更近、更方便交流。</w:t>
      </w:r>
      <w:r>
        <w:rPr>
          <w:lang w:eastAsia="zh-CN"/>
        </w:rPr>
        <w:br/>
      </w:r>
      <w:r>
        <w:rPr>
          <w:lang w:eastAsia="zh-CN"/>
        </w:rPr>
        <w:t>　　3、通过看视频,视频答疑让我们有了一次与专家学者进行近距离探讨问题的机会。在答疑过程中，专家们的建议和意见对我们今后更好地驾驭课堂，更好的解决课堂突发事件提供了理论基础和方法支撑。专家学者们奉献了他们的经验和研究成果，大大提高了我们的教学水平，让我们收获了知识的同时，也让我们增长了见识。通过观看答疑，我得到了很大启发，学会了许多解决问题的方法和窍门，让我在今后的教学中更加游刃有余，对今后的教育教学来说感觉受益匪浅！与专家老师交流，在班级论坛中发帖、回贴，进行论坛研讨等活动,我学到了很多新知识，并为以后的教学工作奠定了厚实的基础。</w:t>
      </w:r>
      <w:r>
        <w:rPr>
          <w:lang w:eastAsia="zh-CN"/>
        </w:rPr>
        <w:br/>
      </w:r>
      <w:r>
        <w:rPr>
          <w:lang w:eastAsia="zh-CN"/>
        </w:rPr>
        <w:t>　　四、注重了细节渗透</w:t>
      </w:r>
      <w:r>
        <w:rPr>
          <w:lang w:eastAsia="zh-CN"/>
        </w:rPr>
        <w:br/>
      </w:r>
      <w:r>
        <w:rPr>
          <w:lang w:eastAsia="zh-CN"/>
        </w:rPr>
        <w:t>　　本次培训中，专家教授们都注重细节上的教学渗透，他们通过专题讲与案例分析和演示操作的方式，不仅教给我们知识和技巧，更在无形中用自己的言行来引导大家，在一些细节的讲解上十分细致，恰当地渗透一些学科常识，使不同程度的老师都能得到提高，真正的学有所获。</w:t>
      </w:r>
      <w:r>
        <w:rPr>
          <w:lang w:eastAsia="zh-CN"/>
        </w:rPr>
        <w:br/>
      </w:r>
      <w:r>
        <w:rPr>
          <w:lang w:eastAsia="zh-CN"/>
        </w:rPr>
        <w:t>　　五、更新了教学方法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1、此次远程教育培训，教育观念有所更新，教学方法更新，让我们农村教师也充分享受了运用远程教育培训的成果。结合专家讲座、作业练习、教师间相互交流等学习方式，更新教学理念，也明确了今后教学努力的方向。</w:t>
      </w:r>
      <w:r>
        <w:rPr>
          <w:lang w:eastAsia="zh-CN"/>
        </w:rPr>
        <w:br/>
      </w:r>
      <w:r>
        <w:rPr>
          <w:lang w:eastAsia="zh-CN"/>
        </w:rPr>
        <w:t>　　2、本次培训让我在案例篇、方法篇教师工作坊研修中的内容收获颇多，这将对知识更新，能力提高具有很大的帮助。通过学习使我认识到在语文教学中，教师要关注语文教学的环节、关注教学目标、关注学生参与、关注课堂效益和质量。使我认识到语文教学是语文活动的过程。因此，教师应努力为学生的语文活动创造条件，“实践活动”则是学生化学活动的重要媒介，它最大的价值在于可以为学生提供实践的空间。</w:t>
      </w:r>
      <w:r>
        <w:rPr>
          <w:lang w:eastAsia="zh-CN"/>
        </w:rPr>
        <w:br/>
      </w:r>
      <w:r>
        <w:rPr>
          <w:lang w:eastAsia="zh-CN"/>
        </w:rPr>
        <w:t>　　六、增进了老师的友谊</w:t>
      </w:r>
      <w:r>
        <w:rPr>
          <w:lang w:eastAsia="zh-CN"/>
        </w:rPr>
        <w:br/>
      </w:r>
      <w:r>
        <w:rPr>
          <w:lang w:eastAsia="zh-CN"/>
        </w:rPr>
        <w:t>　　1、通过远程教育培训，在学习的同时，在班级论坛学习交流时与区（县）内区（县）外相识或不相识的同行朋友进行网上探讨。学到了许多新的教育观念，也通过同行的帮助，解除了自己在教育教学中的许多困惑。“发帖、回帖”充分交流阐述自己在教育教学的感想、心得、体会，促进了教师之间的真挚交流，增长了教师的见识，增进了我们老师之间的友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2、在培训的整个过程中，我不仅仅是在学怎样教学生，更为重要的是，我学到了一些原来自己也不是太清楚的知识，巩固和升级了自己的知识库，这一点是非常有价值的。在本次培训过程中，通过完成专家推荐的作业，我发现，天外有天，人外有人，我深深感到自身的不足，感到加强学习的重要性。很多老师的作业中提供了精彩的案例，优秀的教学设计，完美的教学策略这些都是值得我去学习的。</w:t>
      </w:r>
      <w:r>
        <w:rPr>
          <w:lang w:eastAsia="zh-CN"/>
        </w:rPr>
        <w:br/>
      </w:r>
      <w:r>
        <w:rPr>
          <w:lang w:eastAsia="zh-CN"/>
        </w:rPr>
        <w:t>　　3、培训是短暂的，效益是明显的，收获是充实的。远程研修平台上的老师都在努力地学习，积极地参与互动，发表文章和评论，指导老师几乎每天深夜十一二点都在网上批阅我们的作业，与我们互动。像他们这样孜孜不倦的精神真是值得我学习。</w:t>
      </w:r>
      <w:r>
        <w:rPr>
          <w:lang w:eastAsia="zh-CN"/>
        </w:rPr>
        <w:br/>
      </w:r>
      <w:r>
        <w:rPr>
          <w:lang w:eastAsia="zh-CN"/>
        </w:rPr>
        <w:t>　　4、这一次培训活动后，我要把所学的教学理念，咀嚼、消化，内化为自己的教学思想，指导自己的教学实践；要不断搜集教育信息，学习教育理论，增长专业知识，课后经常撰写教学反思，以便今后上课进一步提高。</w:t>
      </w:r>
      <w:r>
        <w:rPr>
          <w:lang w:eastAsia="zh-CN"/>
        </w:rPr>
        <w:br/>
      </w:r>
      <w:r>
        <w:rPr>
          <w:lang w:eastAsia="zh-CN"/>
        </w:rPr>
        <w:t>　　这次研修，使我耳目一新。通过深入学习，知道了作为一名教师必须不断的提高自己，充实自己，具有丰富的知识含量，扎实的教学基本功，才能适应社会，适应学生。再次树立了“以学生发展为本”的教育思想，只有不断进行教学观念的更新，树立新的教学观，转变教学方法，才能讲出好课，才能讲出学生喜欢的课。因此我觉得在教学中激发学生的情感，教师自我的情感体现是非常重要的。</w:t>
      </w:r>
      <w:r>
        <w:rPr>
          <w:lang w:eastAsia="zh-CN"/>
        </w:rPr>
        <w:br/>
      </w:r>
      <w:r>
        <w:rPr>
          <w:lang w:eastAsia="zh-CN"/>
        </w:rPr>
        <w:t>　　总之，这是收获丰厚的一次培训，充实和完善了自己，我很荣幸，但更多感到的是责任、是压力，也是促进我教学上不断成长的一次培训。这次培训使我受益匪浅。它让我站在了一个崭新的平台上审视了我的教学，使我对今后的教学工作有了明确的方向。</w:t>
      </w:r>
      <w:r>
        <w:rPr>
          <w:lang w:eastAsia="zh-CN"/>
        </w:rPr>
        <w:br/>
      </w:r>
      <w:r>
        <w:rPr>
          <w:lang w:eastAsia="zh-CN"/>
        </w:rPr>
        <w:t xml:space="preserve">    信息技术应用能力提升工程2.0个人总结范文 篇17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上学期开始，我参加了“国培计划”20__年河南省农村中小学信息技术应用能力提升培训，这次的网络远程研修课程学习，给我们提供一个新式的平台，是对教育观念的不断更新，也是对教育教学方法的改进和提高。课程学习中，充实的教学内容、丰富的教学形式、真实的课堂实录、精彩纷呈的专家解读等等，让我感触最深，受益匪浅。通过理论学习和与同事们的研讨、交流、思维的交换及对自己在教育过程中的反思，通过这次培训，使我对今后的教育教学方法产生极大影响，感受到教学工作的艰巨。同时，对我各方面的能力有了很大提高，特别是对信息技术的综合运用能力，现在已不只停留在课件的制作上。使我认识到做为一名教师应积极主动吸纳当今最新的技术，并致力于把它们应用于课堂内乃至课外的教与学活动中。通过这次培训，收获颇多：</w:t>
      </w:r>
      <w:r>
        <w:rPr>
          <w:lang w:eastAsia="zh-CN"/>
        </w:rPr>
        <w:br/>
      </w:r>
      <w:r>
        <w:rPr>
          <w:lang w:eastAsia="zh-CN"/>
        </w:rPr>
        <w:t>　　1、教师具备良好的信息素养是终身学习、不断完善自身的需要。</w:t>
      </w:r>
      <w:r>
        <w:rPr>
          <w:lang w:eastAsia="zh-CN"/>
        </w:rPr>
        <w:br/>
      </w:r>
      <w:r>
        <w:rPr>
          <w:lang w:eastAsia="zh-CN"/>
        </w:rPr>
        <w:t>　　信息素养是终身学习者具有的特征。在信息社会，一名高素质的教师应具有现代化的教育思想、教学观念，掌握现代化的教学方法和教学手段，熟练运用信息工具（网络、电脑）对信息资源进行有效的收集、组织、运用；通过网络与学生家长或监护人进行交流，在潜移默化的教育环境中培养学生的信息意识。这些素质的养成就要求教师不断地学习，才能满足现代化教学的需要；信息素养成了终身学习的必备素质之一，如果教师没有良好的信息素养，就不能成为一名满足现代教学需要的高素质的教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2、教师具备良好的信息素养是培养高素质、复合型创新人才的需要。</w:t>
      </w:r>
      <w:r>
        <w:rPr>
          <w:lang w:eastAsia="zh-CN"/>
        </w:rPr>
        <w:t xml:space="preserve"> 中国加入WTO后，需要更多的高素质、复合型的创新性人才参加国际竞争。同时，信息社会呼唤信息人才，如果我们培养的人才缺乏捕捉信息的能力、有效利用信息迅速发现新机会的能力，就很难在激烈竞争的社会环境中求得生存与发展。也就是说，要求这些高素质的人才具有良好的信息素养。而这些人才培养的速度、数量和质量直接由教师的信息素养的高低来决定。</w:t>
      </w:r>
      <w:r>
        <w:rPr>
          <w:lang w:eastAsia="zh-CN"/>
        </w:rPr>
        <w:br/>
      </w:r>
      <w:r>
        <w:rPr>
          <w:lang w:eastAsia="zh-CN"/>
        </w:rPr>
        <w:t>　　3、教师具备良好的信息素养，是教育系统本身的需要。</w:t>
      </w:r>
      <w:r>
        <w:rPr>
          <w:lang w:eastAsia="zh-CN"/>
        </w:rPr>
        <w:br/>
      </w:r>
      <w:r>
        <w:rPr>
          <w:lang w:eastAsia="zh-CN"/>
        </w:rPr>
        <w:t>　　在迅猛发展的信息社会，信息日益成为社会各领域中最活跃、最具有决定意义的因素。在教育系统中，教育信息则成为最活跃的因素，成为连接教育系统各要素的一条主线；而教育系统的一项主要职能就是由教育者把教育信息传递给受教育者。因为从信息论的角度看，教学过程是一个教育者（主要是教师）对教育信息的整理、加工和传播的过程。教师是这一过程中主要的信源和传输者，在教育信息的准备和传递等方面起着举足轻重的作用。因此，教育系统本身要求教师具备一定的信息素养。</w:t>
      </w:r>
      <w:r>
        <w:rPr>
          <w:lang w:eastAsia="zh-CN"/>
        </w:rPr>
        <w:br/>
      </w:r>
      <w:r>
        <w:rPr>
          <w:lang w:eastAsia="zh-CN"/>
        </w:rPr>
        <w:t>　　4、通过网络培训，使我受益匪浅，其感触非一一能言尽。</w:t>
      </w:r>
      <w:r>
        <w:rPr>
          <w:lang w:eastAsia="zh-CN"/>
        </w:rPr>
        <w:br/>
      </w:r>
      <w:r>
        <w:rPr>
          <w:lang w:eastAsia="zh-CN"/>
        </w:rPr>
        <w:t>　　通过培训，使我们掌握了教育技术的基本概念、主要理论知识、研究方法，教学媒体选择和使用方法，学习媒体素材的加工和获取方法，掌握了信息检索加工利用方法、授导型和探究型教学设计的模式依据、教学设计的一般过程（包括前期分析、确定目标、制定策略、选择资源、确立步骤、时间分配、分析评价），教学资源与信息化教学资源的基本概念，教学设计的实施与评价反思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学生是课堂的主人，课堂应是学生精彩展示的舞台，必须改变过去以教师为中心的陈旧教育观念，尝试让学生自主学习，在此基础上展示交流，在交流中获得能力提升，情感得到升华；明天我必须养成终生学习的习惯，重新认识学习的重要性，在学习的自觉性上发生改变，以便能开阔自己的思维和认识，提高了自己的知识与教学能力；不断的丰富自己，充实自己，使自己的思考得到提升，对问题的看法有更深的认识，课后经常撰写教学反思，提高教学实效。</w:t>
      </w:r>
      <w:r>
        <w:rPr>
          <w:lang w:eastAsia="zh-CN"/>
        </w:rPr>
        <w:br/>
      </w:r>
      <w:r>
        <w:rPr>
          <w:lang w:eastAsia="zh-CN"/>
        </w:rPr>
        <w:t xml:space="preserve">    信息技术应用能力提升工程2.0个人总结范文 篇18 </w:t>
      </w:r>
      <w:r>
        <w:rPr>
          <w:lang w:eastAsia="zh-CN"/>
        </w:rPr>
        <w:br/>
      </w:r>
      <w:r>
        <w:rPr>
          <w:lang w:eastAsia="zh-CN"/>
        </w:rPr>
        <w:t>　　在学校信息化建设和应用发展这样一个新背景下，作为学校领导必须具备信息化领导力——基本的信息素养和利用信息化设备组织教学，合理评价教师、学生和学校管理人员的信息技术应用水平及其效果的能力，引领和示范合理高效地使用信息化资源的能力，简言之就是使学校在信息技术方面的投入取得应有的成效的能力。学校领导的信息化领导力，是在信息化环境中，学校领导所体现出的一种综合影响力和领导气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站在清华主校门（东门）外的绿地正中，面对横卧着的主席手书的“清华大学”校名一块巨大的卧壁，还是很难相信我站在清华园里。人到中年能非常有幸来到了慕名已久的全国综合实力最强的高等学府——清华大学，能来到这样一个历史悠久、景色宜人、学风严谨的大学深造，是我一生的荣幸，因此，我要特别感谢我们质监系统的领导和清华大学继续教育学院为我们共同创造了这样一个难得的学习机会，使我真正有了机会跳出单位，暂时放下了自己繁杂的工作，站在祖国发展、企业发展的高度去学习和探讨，提高领导能力的新理念。</w:t>
      </w:r>
      <w:r>
        <w:rPr>
          <w:lang w:eastAsia="zh-CN"/>
        </w:rPr>
        <w:br/>
      </w:r>
      <w:r>
        <w:rPr>
          <w:lang w:eastAsia="zh-CN"/>
        </w:rPr>
        <w:t>　　教育信息化作为一项系统工程，成功与否受多方面因素的制约。要想加强信息化领导力，推动教育信息化的整体发展，学校应当系统规划、有序行动，对以下方面要有所关注和思考：</w:t>
      </w:r>
      <w:r>
        <w:rPr>
          <w:lang w:eastAsia="zh-CN"/>
        </w:rPr>
        <w:br/>
      </w:r>
      <w:r>
        <w:rPr>
          <w:lang w:eastAsia="zh-CN"/>
        </w:rPr>
        <w:t>　　第一，要关注课程</w:t>
      </w:r>
      <w:r>
        <w:rPr>
          <w:lang w:eastAsia="zh-CN"/>
        </w:rPr>
        <w:br/>
      </w:r>
      <w:r>
        <w:rPr>
          <w:lang w:eastAsia="zh-CN"/>
        </w:rPr>
        <w:t>　　教育改革和新课程的挑战。教育信息化的领导力应当体现在全面了解我国基础教育改革与教育信息化的现状，并进而认识到教育信息化与基础教育新课程教学改革是密切相关、互为促进的。信息技术与课程整合，正是新课程背景下的教育信息化实践创新的具体体现。</w:t>
      </w:r>
      <w:r>
        <w:rPr>
          <w:lang w:eastAsia="zh-CN"/>
        </w:rPr>
        <w:br/>
      </w:r>
      <w:r>
        <w:rPr>
          <w:lang w:eastAsia="zh-CN"/>
        </w:rPr>
        <w:t>　　第二，要关注课堂</w:t>
      </w:r>
      <w:r>
        <w:rPr>
          <w:lang w:eastAsia="zh-CN"/>
        </w:rPr>
        <w:br/>
      </w:r>
      <w:r>
        <w:rPr>
          <w:lang w:eastAsia="zh-CN"/>
        </w:rPr>
        <w:t>　　创新教学与教学改革。教育信息化的领导力体现在应当了解信息化教学在课堂实现的基本模式，认识到信息技术的有效应用需要以教学方式的改革为基础，认识到高价值的信息技术课堂教学应用要确保体现技术的有效整合。</w:t>
      </w:r>
      <w:r>
        <w:rPr>
          <w:lang w:eastAsia="zh-CN"/>
        </w:rPr>
        <w:br/>
      </w:r>
      <w:r>
        <w:rPr>
          <w:lang w:eastAsia="zh-CN"/>
        </w:rPr>
        <w:t>　　第三，要关注学生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3"/>
          <w:cols w:space="425"/>
          <w:titlePg w:val="0"/>
          <w:docGrid w:type="lines" w:linePitch="312"/>
        </w:sectPr>
      </w:pPr>
      <w:r>
        <w:rPr>
          <w:lang w:eastAsia="zh-CN"/>
        </w:rPr>
        <w:t>　　信息化与学生的全面发展。教育的目的是为了促进每个学生的全面发展。在教育信息化的进程中，创设以“学”为中心的信息化学习环境，促进学生的全面发展应是教育信息化领导力关注和思考的出发点——应该了解如何创造将学校、社区、家庭紧密联合的信息化教育体系；了解如何利用网络技术开展教师、学生、家长多方参与的评价与家庭学校互动：了解实现学生的电子成长记录与全面发展轨迹；了解如何将社会信息化发展和新课程改革对学生发展的新要求，转化为教师、学生的行为和基本素养。</w:t>
      </w:r>
      <w:r>
        <w:rPr>
          <w:lang w:eastAsia="zh-CN"/>
        </w:rPr>
        <w:br/>
      </w:r>
      <w:r>
        <w:rPr>
          <w:lang w:eastAsia="zh-CN"/>
        </w:rPr>
        <w:t>　　第四，要关注教师</w:t>
      </w:r>
      <w:r>
        <w:rPr>
          <w:lang w:eastAsia="zh-CN"/>
        </w:rPr>
        <w:br/>
      </w:r>
      <w:r>
        <w:rPr>
          <w:lang w:eastAsia="zh-CN"/>
        </w:rPr>
        <w:t>　　面向信息化的教师专业成长。教育信息化领导力应该体现在——在教育信息化的进程中，教师的专业发展面临着新的要求和新的机遇。教师需要掌握基本的技术应用能力，需要掌握将信息技术整合到课程中的教育技术能力，需要掌握借助信息技术寻求终身发展的学习能力。学校领导要认识到，面向信息化的教师专业成长，是教育领域系统规划信息化发展的重要组成部分，需要为教师的专业发展制定相应计划，以内化为教师自觉利用教育信息化的执行力。</w:t>
      </w:r>
      <w:r>
        <w:rPr>
          <w:lang w:eastAsia="zh-CN"/>
        </w:rPr>
        <w:br/>
      </w:r>
      <w:r>
        <w:rPr>
          <w:lang w:eastAsia="zh-CN"/>
        </w:rPr>
        <w:t>　　学校教师深入各供电分公司、支公司工作现场进行调研，依据《国家电网公司生产技能人员职业能力培训规范（I级）》，结合省公司所属各生产单位实际培训需求编制培训计划。邀请省公司的相关部门及生产单位的专家进行审定，并作了进一步的修改。</w:t>
      </w:r>
      <w:r>
        <w:rPr>
          <w:lang w:eastAsia="zh-CN"/>
        </w:rPr>
        <w:br/>
      </w:r>
      <w:r>
        <w:rPr>
          <w:lang w:eastAsia="zh-CN"/>
        </w:rPr>
        <w:t>　　第五，要关注环境</w:t>
      </w:r>
      <w:r>
        <w:rPr>
          <w:lang w:eastAsia="zh-CN"/>
        </w:rPr>
        <w:br/>
      </w:r>
      <w:r>
        <w:rPr>
          <w:lang w:eastAsia="zh-CN"/>
        </w:rPr>
        <w:t>　　信息化教育环境与学校文化建设。学校领导们该认识到，教育信息化建设的效果体现之一，是教育文化的变革。如何在学校信息化环境建设与校园文化之间取得协调和共同促进发展，以取得信息化投入的最佳效益。</w:t>
      </w:r>
      <w:r>
        <w:rPr>
          <w:lang w:eastAsia="zh-CN"/>
        </w:rPr>
        <w:br/>
      </w:r>
      <w:r>
        <w:rPr>
          <w:lang w:eastAsia="zh-CN"/>
        </w:rPr>
        <w:t>　　第六，要关注效益</w:t>
      </w:r>
      <w:r>
        <w:rPr>
          <w:lang w:eastAsia="zh-CN"/>
        </w:rPr>
        <w:br/>
      </w:r>
    </w:p>
    <w:p w:rsidR="001B1F19" w14:textId="27C3F48A">
      <w:pPr>
        <w:rPr>
          <w:rFonts w:hint="eastAsia"/>
          <w:lang w:eastAsia="zh-CN"/>
        </w:rPr>
      </w:pPr>
      <w:r>
        <w:rPr>
          <w:lang w:eastAsia="zh-CN"/>
        </w:rPr>
        <w:t>　　区域教育信息化投入的效益评估。教育信息化是一件经济、人力、物力投入都极大的工作。学校领导应当清醒并深刻地认识到，教育信息化系统规划需要对技术投入的效益进行关注，需要对教育信息化各系统要素效果和整体效益进行通盘考虑和认真评估。</w:t>
      </w:r>
      <w:r>
        <w:rPr>
          <w:lang w:eastAsia="zh-CN"/>
        </w:rPr>
        <w:br/>
      </w:r>
      <w:r>
        <w:rPr>
          <w:lang w:eastAsia="zh-CN"/>
        </w:rPr>
        <w:t>　　经济专业很多时候都是跟商科和金融专业联系在一起，也是中国留学生选择比较多的热门专业之一，经济学专业的范围比较广，分为宏观经济和微观经济。美国是经济发展大国，经济学专业也是其优势专业之一。</w:t>
      </w:r>
      <w:r>
        <w:rPr>
          <w:lang w:eastAsia="zh-CN"/>
        </w:rPr>
        <w:br/>
      </w:r>
      <w:r>
        <w:rPr>
          <w:lang w:eastAsia="zh-CN"/>
        </w:rPr>
        <w:t>　　只有对这些方面真正思考，从硬件设施、软件资源、应用队伍、课程改革、教学应用、规章制度等多维度进行系统设计，才能有效地推进学校的信息化发展与建设，真正具备教育信息化的领导能力。</w:t>
      </w:r>
      <w:r>
        <w:rPr>
          <w:lang w:eastAsia="zh-CN"/>
        </w:rPr>
        <w:br/>
      </w:r>
      <w:r>
        <w:rPr>
          <w:lang w:eastAsia="zh-CN"/>
        </w:rPr>
        <w:t>　　人力资源管理行动计划一般由项目名称和项目细则组成。项目细则主要包括以下一些内容：项目负责人、项目参与者、实施时间、项目检查人、检查时间、项目预算等。有若干个项目就应该有若干条项目细则。</w:t>
      </w:r>
      <w:r>
        <w:rPr>
          <w:lang w:eastAsia="zh-CN"/>
        </w:rPr>
        <w:br/>
      </w:r>
      <w:r>
        <w:rPr>
          <w:lang w:eastAsia="zh-CN"/>
        </w:rPr>
        <w:t>　　当前，教育信息化已成为学校教育教学管理工作的一个重要组成部分，在推进教育信息化的进程中，学校的职责就是要寻找能够使每个学生达到最佳学习状态、学习水平并得以健康成长和发展的条件。校长作为学校的领导者，是学校工作的掌舵者，学校信息化的有效应用和使用水平，取决于校长及中层领导因素、教师因素和环境因素。其中学校的引领作用是关键。</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https://d.book118.com/595302314014011121</w:t>
        </w:r>
      </w:hyperlink>
    </w:p>
    <w:p w:rsidR="001B1F19">
      <w:pPr>
        <w:rPr>
          <w:rFonts w:hint="eastAsia"/>
          <w:lang w:eastAsia="zh-CN"/>
        </w:rPr>
      </w:pPr>
    </w:p>
    <w:sectPr>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9530231401401112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