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2024年酒店经理上半年工作总结（32篇）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2024年酒店经理上半年工作总结（精选32篇）</w:t>
      </w:r>
      <w:r>
        <w:rPr>
          <w:lang w:eastAsia="zh-CN"/>
        </w:rPr>
        <w:br/>
      </w:r>
      <w:r>
        <w:rPr>
          <w:lang w:eastAsia="zh-CN"/>
        </w:rPr>
        <w:t xml:space="preserve">    2024年酒店经理上半年工作总结 篇1 </w:t>
      </w:r>
      <w:r>
        <w:rPr>
          <w:lang w:eastAsia="zh-CN"/>
        </w:rPr>
        <w:br/>
      </w:r>
      <w:r>
        <w:rPr>
          <w:lang w:eastAsia="zh-CN"/>
        </w:rPr>
        <w:t>　　时光流逝，转眼间我在成长中又度过半年。回首来到酒店这走过的半年，很荣幸能在我们酒店与各位同事共同进步，我也在大家的身上学到不少的知识。半年以来我心中最大的感受便是要做一名合格的经理不难，但要做一名优秀的经理就不那么简单了。我认为：一名好的总经理不仅要为人谦和正直，对事业认真兢兢业业。而且在思想政治上、工作能力上更要专研。我作为一名年轻的经理需要学习的东西还很多很多。以下是我上半年的工作总结：</w:t>
      </w:r>
      <w:r>
        <w:rPr>
          <w:lang w:eastAsia="zh-CN"/>
        </w:rPr>
        <w:br/>
      </w:r>
      <w:r>
        <w:rPr>
          <w:lang w:eastAsia="zh-CN"/>
        </w:rPr>
        <w:t>　　一、思想修养</w:t>
      </w:r>
      <w:r>
        <w:rPr>
          <w:lang w:eastAsia="zh-CN"/>
        </w:rPr>
        <w:br/>
      </w:r>
      <w:r>
        <w:rPr>
          <w:lang w:eastAsia="zh-CN"/>
        </w:rPr>
        <w:t>　　作为一名总经理助理，要想完成工作的责任，首先必须具备各个方面综合优秀的素质，树立正确的世界观和人生观。在这半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r>
        <w:rPr>
          <w:lang w:eastAsia="zh-CN"/>
        </w:rPr>
        <w:br/>
      </w:r>
      <w:r>
        <w:rPr>
          <w:lang w:eastAsia="zh-CN"/>
        </w:rPr>
        <w:t>　　二、素质提升</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在工作学习生活中我认真听取经验，仔细记录，并在工作之余的空余时间认真思考推敲，有目的的在工作中进行一些尝试。在工作中，我认真投入，认真学习。我感到人人都是我的师长，我能学，要学的东西还很多。如：刚来酒店半年，对酒店管理上各个方面的情况一无所知，就不能更好的建言献策，当好参谋助手，我能不懂就问，向管酒店的同事虚心学习请教，思考，大胆的与同事之间探讨管理之道。</w:t>
      </w:r>
      <w:r>
        <w:rPr>
          <w:lang w:eastAsia="zh-CN"/>
        </w:rPr>
        <w:br/>
      </w:r>
      <w:r>
        <w:rPr>
          <w:lang w:eastAsia="zh-CN"/>
        </w:rPr>
        <w:t>　　在空余时间，我会阅读一些酒店管理方面的书籍，网上查询有关相关资料，我深切的感受到学习对自己的帮助确实很大。</w:t>
      </w:r>
      <w:r>
        <w:rPr>
          <w:lang w:eastAsia="zh-CN"/>
        </w:rPr>
        <w:br/>
      </w:r>
      <w:r>
        <w:rPr>
          <w:lang w:eastAsia="zh-CN"/>
        </w:rPr>
        <w:t>　　三、工作内容</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1、思路决定出路，思想有多远，舞台就有多大;我们是脑力劳动者，思维上的超前，思路上的开阔，决定了我们的价值成长空间，带给酒店财富值的多少;这方面，我定位准确，能耳聪目明的做好参谋工作;我就相当于蜀汉三国时的诸葛亮!现代称之为参谋，(全力为酒店的发展为酒店领导做好参谋);在酒店能融入到酒店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酒店员工思想管理稳定制造麻烦和障碍，影响酒店营业的正常化;</w:t>
      </w:r>
      <w:r>
        <w:rPr>
          <w:lang w:eastAsia="zh-CN"/>
        </w:rPr>
        <w:br/>
      </w:r>
      <w:r>
        <w:rPr>
          <w:lang w:eastAsia="zh-CN"/>
        </w:rPr>
        <w:t>　　2、在各个部门完成工作任务单一点执行力上，我就是个铁面判官，不论谁出现问题，工作责任心不强，没有按要求完成落实工作，坚决一查一纠到底，大家在工作上都怕我出现在他们面前，怕我又对他们进行问责，跟踪其的工作抓紧去落实完成;为全面提升各级人员的工作责任心，为酒店管理迈上新的台阶上推波助澜，我毫不心软，恪守原则，在执行力上坚决不打折扣，如果被大家给磨平了，有令不行;我这点都做不好的话，那我这个总经理助理也就没有实质存在的价值了。</w:t>
      </w:r>
      <w:r>
        <w:rPr>
          <w:lang w:eastAsia="zh-CN"/>
        </w:rPr>
        <w:br/>
      </w:r>
      <w:r>
        <w:rPr>
          <w:lang w:eastAsia="zh-CN"/>
        </w:rPr>
        <w:t xml:space="preserve">    2024年酒店经理上半年工作总结 篇2 </w:t>
      </w:r>
      <w:r>
        <w:rPr>
          <w:lang w:eastAsia="zh-CN"/>
        </w:rPr>
        <w:br/>
      </w:r>
      <w:r>
        <w:rPr>
          <w:lang w:eastAsia="zh-CN"/>
        </w:rPr>
        <w:t>　　目前餐饮行业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r>
        <w:rPr>
          <w:lang w:eastAsia="zh-CN"/>
        </w:rPr>
        <w:br/>
      </w:r>
      <w:r>
        <w:rPr>
          <w:lang w:eastAsia="zh-CN"/>
        </w:rPr>
        <w:t>　　一、各项经济指标完成情况:</w:t>
      </w:r>
      <w:r>
        <w:rPr>
          <w:lang w:eastAsia="zh-CN"/>
        </w:rPr>
        <w:br/>
      </w:r>
      <w:r>
        <w:rPr>
          <w:lang w:eastAsia="zh-CN"/>
        </w:rPr>
        <w:t>　　全年实现营业收入元,比去年的元,增长元,增长率__%,营业成本元,比去年同期的元,增加元,增加率__%,综合毛利率__%,比去年的__%,上升__%,营业费用为元,比去年同期的元,增加元,增加率__%,全年实际完成任务元,超额完成元,。</w:t>
      </w:r>
      <w:r>
        <w:rPr>
          <w:lang w:eastAsia="zh-CN"/>
        </w:rPr>
        <w:br/>
      </w:r>
      <w:r>
        <w:rPr>
          <w:lang w:eastAsia="zh-CN"/>
        </w:rPr>
        <w:t>　　二、今年完成的主要工作:</w:t>
      </w:r>
      <w:r>
        <w:rPr>
          <w:lang w:eastAsia="zh-CN"/>
        </w:rPr>
        <w:br/>
      </w:r>
      <w:r>
        <w:rPr>
          <w:lang w:eastAsia="zh-CN"/>
        </w:rPr>
        <w:t>　　落实酒店经营承包方案,完善激励分配制度,调动员工的积极性。</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今年,餐饮部定额酒店的任务为38_元,比去年的32_元,上升6_元,上升率为1_。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充分体现了任务与效益工资挂钩的原则,使他们发挥各自的优势,能想方设法,搞好经营,调动了员工的积极主动性。今年人均月收入元,比去年同期的元,增加了___元,增长率为__%。</w:t>
      </w:r>
      <w:r>
        <w:rPr>
          <w:lang w:eastAsia="zh-CN"/>
        </w:rPr>
        <w:br/>
      </w:r>
      <w:r>
        <w:rPr>
          <w:lang w:eastAsia="zh-CN"/>
        </w:rPr>
        <w:t>　　抓好规范管理。强化协调关系,提高综合接待能力。</w:t>
      </w:r>
      <w:r>
        <w:rPr>
          <w:lang w:eastAsia="zh-CN"/>
        </w:rPr>
        <w:br/>
      </w:r>
      <w:r>
        <w:rPr>
          <w:lang w:eastAsia="zh-CN"/>
        </w:rPr>
        <w:t>　　1.健全管理机构,由餐饮部领导、分部门经理组成的质量管理小组,全年充分发挥了作用,小组既分工,又协作,由上而下,层层落实管理制度,一级对一级负责,实行对管理效益有有罚,提高了领导的整体素质,使管理工作较顺利进行。</w:t>
      </w:r>
      <w:r>
        <w:rPr>
          <w:lang w:eastAsia="zh-CN"/>
        </w:rPr>
        <w:br/>
      </w:r>
      <w:r>
        <w:rPr>
          <w:lang w:eastAsia="zh-CN"/>
        </w:rPr>
        <w:t>　　2.完善餐饮部的会议制度。会议包括年终总结会、季度总结会、每月经营分析会、每周例会、每日检讨会、班前班后会、财务监督稽查会、卫生安全检查汇报会等,由于制度的完善,会议质量提高了,上级指令得到及时落实执行。</w:t>
      </w:r>
      <w:r>
        <w:rPr>
          <w:lang w:eastAsia="zh-CN"/>
        </w:rPr>
        <w:br/>
      </w:r>
      <w:r>
        <w:rPr>
          <w:lang w:eastAsia="zh-CN"/>
        </w:rPr>
        <w:t>　　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r>
        <w:rPr>
          <w:lang w:eastAsia="zh-CN"/>
        </w:rPr>
        <w:br/>
      </w:r>
      <w:r>
        <w:rPr>
          <w:lang w:eastAsia="zh-CN"/>
        </w:rPr>
        <w:t>　　5.提高综合接待能力。今年,全面抓好服务规范,出品质量,使接待能力大大提高。在做好各类宴会、酒会、喜宴、自助餐、会议餐接待的同时,还做好高级领导和各大公司、酒店的各类型宴会的接待,如接待了多个外国国家总统、元首、和使团,国内的中央部委级领导、省长、司令员、军长、市长等等领导;3月18日晚市接待单位宴客、婚筵等订餐共165席,创开业以耒日订餐总席数的最高记录;9月29日晚,接待婚筵共75席,创历史纯婚筵总席数的最高记录。由于优美、价格合理、味道可口、服务一流,使宾客高兴而耒,满意而归。</w:t>
      </w:r>
      <w:r>
        <w:rPr>
          <w:lang w:eastAsia="zh-CN"/>
        </w:rPr>
        <w:br/>
      </w:r>
      <w:r>
        <w:rPr>
          <w:lang w:eastAsia="zh-CN"/>
        </w:rPr>
        <w:t>　　开拓经营,发展增收渠道,扩大营业收入。</w:t>
      </w:r>
      <w:r>
        <w:rPr>
          <w:lang w:eastAsia="zh-CN"/>
        </w:rPr>
        <w:br/>
      </w:r>
      <w:r>
        <w:rPr>
          <w:lang w:eastAsia="zh-CN"/>
        </w:rPr>
        <w:t>　　今年在餐饮业不景气,生意难做的情况下,餐饮部领导经常进行市场调查,做经营分析,不断探索,大胆偿试,英明决策,走自己的经营子。第一,全年开设经营项目六个:自助中餐、自助火锅、海鲜任你嚓、友谊、千年老龟火锅城、餐饮连锁店。</w:t>
      </w:r>
      <w:r>
        <w:rPr>
          <w:lang w:eastAsia="zh-CN"/>
        </w:rPr>
        <w:br/>
      </w:r>
      <w:r>
        <w:rPr>
          <w:lang w:eastAsia="zh-CN"/>
        </w:rPr>
        <w:t>　　第二,开展联营活动,餐饮部与客房部、桑拿中心、茶艺馆相互配合,共同促进经营;如宾客凭住宿卡消费可享受八五折优惠,桑拿中心送餐业务,向茶艺馆提供香茶美点。</w:t>
      </w:r>
      <w:r>
        <w:rPr>
          <w:lang w:eastAsia="zh-CN"/>
        </w:rPr>
        <w:br/>
      </w:r>
      <w:r>
        <w:rPr>
          <w:lang w:eastAsia="zh-CN"/>
        </w:rPr>
        <w:t>　　第三,全年开展促销活动八次,让利酬宾鲈每条一元,贵宾房免最低消费,特惠菜式益食家,每款1_。优质服务月活动、文明礼貌月活动、推销有活动等。</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第四,营业部与出品部,根据市场消费需要,每月定期推出新菜、点18款。全年推出千年老龟汤等新菜共20_款,扩大营业收入10_万元,酒店通过一系列经营活动,提高了知名度,取得了良好的经济效益和社会效益。</w:t>
      </w:r>
      <w:r>
        <w:rPr>
          <w:lang w:eastAsia="zh-CN"/>
        </w:rPr>
        <w:br/>
      </w:r>
      <w:r>
        <w:rPr>
          <w:lang w:eastAsia="zh-CN"/>
        </w:rPr>
        <w:t>　　全员公关,争取更多的回头客。</w:t>
      </w:r>
      <w:r>
        <w:rPr>
          <w:lang w:eastAsia="zh-CN"/>
        </w:rPr>
        <w:br/>
      </w:r>
      <w:r>
        <w:rPr>
          <w:lang w:eastAsia="zh-CN"/>
        </w:rPr>
        <w:t>　　餐饮部领导把公关作为一项重要工作耒抓,大嗅议上,经常公关意识和知识。营业部人员在旺场时充实到楼面与顾客沟通、点菜,以不同的形式征求他们的宝贵意见。逢节假日,向关系户电话问候,赠送如中秋月饼、奉送挂历、寄贺年卡等。通过大家的努力,今年餐饮部整体公关水平提高了,回头客比往年有所增加增强员工效益意识,加强成本控制,节约费用开支。</w:t>
      </w:r>
      <w:r>
        <w:rPr>
          <w:lang w:eastAsia="zh-CN"/>
        </w:rPr>
        <w:br/>
      </w:r>
      <w:r>
        <w:rPr>
          <w:lang w:eastAsia="zh-CN"/>
        </w:rPr>
        <w:t>　　餐饮部领导经常强调成本控制、节约费用的重要性,增强了员工的效益意识,并要求员工付之行动。同时完善有关制度,明确责任,依制度去加强控制。全年完善了《费用开支》、《原材料收、付、存制度》、《堵塞漏洞制度》、《原材料合理使用制度》、《办公用品领用制度》、《物品申购制度》、《财务审核稽查制度》、《收款员管理制度》等。今年全体员工已养成良好的节约习惯,合理开闭水掣、油掣、气掣、电掣,发现浪费现象,及时。另外,餐饮部领导、供应部经理定期进行市场调查,掌握市场价格动态,及时调整原材料的进货价。十月份推出的千年老龟汤,原耒是整套半成品进货,为降低成本,后耒改为自己进龟,自己烹制,近二个月耒,节省成本三万多元。</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做好思想工作,促进经济效益的提高。</w:t>
      </w:r>
      <w:r>
        <w:rPr>
          <w:lang w:eastAsia="zh-CN"/>
        </w:rPr>
        <w:br/>
      </w:r>
      <w:r>
        <w:rPr>
          <w:lang w:eastAsia="zh-CN"/>
        </w:rPr>
        <w:t>　　餐饮部充分发挥党组织和工会组织的作用,关心员工,激发情感,增强凝聚力。</w:t>
      </w:r>
      <w:r>
        <w:rPr>
          <w:lang w:eastAsia="zh-CN"/>
        </w:rPr>
        <w:br/>
      </w:r>
      <w:r>
        <w:rPr>
          <w:lang w:eastAsia="zh-CN"/>
        </w:rPr>
        <w:t>　　1.组织员工参加97年羊城优秀厨师、优秀服务员技术大赛,参加酒店田径运动会、书法比赛、技能比赛、象棋比赛、乒乓球赛等。参加酒店扶贫济困捐助活动,学习三字经活动,学英语50句活动。在各项比赛活动中,都取得较好的成绩,其中在酒店的田径运动会,就摘取六枚金牌、三枚银牌。</w:t>
      </w:r>
      <w:r>
        <w:rPr>
          <w:lang w:eastAsia="zh-CN"/>
        </w:rPr>
        <w:br/>
      </w:r>
      <w:r>
        <w:rPr>
          <w:lang w:eastAsia="zh-CN"/>
        </w:rPr>
        <w:t>　　2.全年本部门举行文明礼貌月技能知识抢答比赛、舞会、卡拉OK等文娱活动_,春游_,外出参观学习1_,各类型座谈会_,妇女会_,家访_,探望病员2_。</w:t>
      </w:r>
      <w:r>
        <w:rPr>
          <w:lang w:eastAsia="zh-CN"/>
        </w:rPr>
        <w:br/>
      </w:r>
      <w:r>
        <w:rPr>
          <w:lang w:eastAsia="zh-CN"/>
        </w:rPr>
        <w:t>　　通过各种活动,使员工形成了一个热爱酒店,团结奋发的强大集体,员工思想品德好,全年拾金不昧事迹有_,员工队伍稳定,流动量小,今年月均人员流动量约_。</w:t>
      </w:r>
      <w:r>
        <w:rPr>
          <w:lang w:eastAsia="zh-CN"/>
        </w:rPr>
        <w:br/>
      </w:r>
      <w:r>
        <w:rPr>
          <w:lang w:eastAsia="zh-CN"/>
        </w:rPr>
        <w:t>　　完善劳工制度和培训制度,提高员工素质。</w:t>
      </w:r>
      <w:r>
        <w:rPr>
          <w:lang w:eastAsia="zh-CN"/>
        </w:rPr>
        <w:br/>
      </w:r>
      <w:r>
        <w:rPr>
          <w:lang w:eastAsia="zh-CN"/>
        </w:rPr>
        <w:t>　　1.严格劳工制度,餐饮部招聘新员工,符合条件的,择优录取,不符合条件的,一律拒收,不讲情面,招工的质量。同时,上级领导深入员工之间,挖掘人才,不断充实队伍,通过反复考察,全年提拔部长_,领班_。对违反酒店的员工,以教育为主,对屡教不改者,则进行处罚解聘,全年共处罚员工1_。由于劳工的严格性,员工素质较高,办事效率大大提高。</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2.完善培训制度。为了使培训收到预期的效果,餐饮部领导首先明确了培训要具有目的性、实用性、时间性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推销手册、服务知识、技能、咨客服务规范、酒店管理知识、出品质量、促销业务知识、英语50句、礼貌用语、安全卫生知识等培训达20_次。</w:t>
      </w:r>
      <w:r>
        <w:rPr>
          <w:lang w:eastAsia="zh-CN"/>
        </w:rPr>
        <w:br/>
      </w:r>
      <w:r>
        <w:rPr>
          <w:lang w:eastAsia="zh-CN"/>
        </w:rPr>
        <w:t>　　重视食品卫生,抓好安全防火。</w:t>
      </w:r>
      <w:r>
        <w:rPr>
          <w:lang w:eastAsia="zh-CN"/>
        </w:rPr>
        <w:br/>
      </w:r>
      <w:r>
        <w:rPr>
          <w:lang w:eastAsia="zh-CN"/>
        </w:rPr>
        <w:t>　　1.重视食品卫生,健全各项食品卫生岗位责任制,成立卫生检查组,明确各分部门卫生责任人,制定了日检查、周评比、月总结的制度,开展了流动红旗竟赛活动,对卫生搞得好的分部门给予励,卫生差的分部门相应扣罚。由于全体员工的努力,全年未发现因食品变质而引起的中毒事故,顺利通过省市旅游局的星级酒店年审和国检。</w:t>
      </w:r>
      <w:r>
        <w:rPr>
          <w:lang w:eastAsia="zh-CN"/>
        </w:rPr>
        <w:br/>
      </w:r>
      <w:r>
        <w:rPr>
          <w:lang w:eastAsia="zh-CN"/>
        </w:rPr>
        <w:t>　　2.抓好安全防火工作,成立安全防火领导小组,落实各分部门安全防火责任人,认真贯彻安全第一,预防为主的方针,制定安全防火制度,完善安全防火措施,各楼层配备防毒面具,组织员工观看防火,并进行防火器材实操培训。出品部定期清洗油烟管道,做好各项设备的保养工作。地喱部定期检查煤气炉具的完好性,通过有效的措施,确保了餐饮部各项工作的正常开展和财产的安全,今年以耒未发生任何的失火事故。</w:t>
      </w:r>
      <w:r>
        <w:rPr>
          <w:lang w:eastAsia="zh-CN"/>
        </w:rPr>
        <w:br/>
      </w:r>
      <w:r>
        <w:rPr>
          <w:lang w:eastAsia="zh-CN"/>
        </w:rPr>
        <w:t>　　按照星级标准,完善硬件配套设施,美化了,稳定了客源,提高了经营气氛。</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全年增加设施总投资30_万元,主要是:二楼东厅的,二楼南、北厅的装修,五楼走廊、洗手间的装修,友谊的开办、千年老龟火锅城的设备购置等,由于服务设施的完美配套,吸引了不少的回头客。</w:t>
      </w:r>
      <w:r>
        <w:rPr>
          <w:lang w:eastAsia="zh-CN"/>
        </w:rPr>
        <w:br/>
      </w:r>
      <w:r>
        <w:rPr>
          <w:lang w:eastAsia="zh-CN"/>
        </w:rPr>
        <w:t>　　三、存在的问题:</w:t>
      </w:r>
      <w:r>
        <w:rPr>
          <w:lang w:eastAsia="zh-CN"/>
        </w:rPr>
        <w:br/>
      </w:r>
      <w:r>
        <w:rPr>
          <w:lang w:eastAsia="zh-CN"/>
        </w:rPr>
        <w:t>　　1.出品质量有时不够稳定,上菜较慢。</w:t>
      </w:r>
      <w:r>
        <w:rPr>
          <w:lang w:eastAsia="zh-CN"/>
        </w:rPr>
        <w:br/>
      </w:r>
      <w:r>
        <w:rPr>
          <w:lang w:eastAsia="zh-CN"/>
        </w:rPr>
        <w:t>　　2.厅面的服务质量还不够高。</w:t>
      </w:r>
      <w:r>
        <w:rPr>
          <w:lang w:eastAsia="zh-CN"/>
        </w:rPr>
        <w:br/>
      </w:r>
      <w:r>
        <w:rPr>
          <w:lang w:eastAsia="zh-CN"/>
        </w:rPr>
        <w:t>　　3.防盗工作还做得比较差,出现失窃的现象。</w:t>
      </w:r>
      <w:r>
        <w:rPr>
          <w:lang w:eastAsia="zh-CN"/>
        </w:rPr>
        <w:br/>
      </w:r>
      <w:r>
        <w:rPr>
          <w:lang w:eastAsia="zh-CN"/>
        </w:rPr>
        <w:t>　　四、明年的设想:</w:t>
      </w:r>
      <w:r>
        <w:rPr>
          <w:lang w:eastAsia="zh-CN"/>
        </w:rPr>
        <w:br/>
      </w:r>
      <w:r>
        <w:rPr>
          <w:lang w:eastAsia="zh-CN"/>
        </w:rPr>
        <w:t>　　1.提高出品的质量,创出十款招牌菜式。</w:t>
      </w:r>
      <w:r>
        <w:rPr>
          <w:lang w:eastAsia="zh-CN"/>
        </w:rPr>
        <w:br/>
      </w:r>
      <w:r>
        <w:rPr>
          <w:lang w:eastAsia="zh-CN"/>
        </w:rPr>
        <w:t>　　2.抓好友谊、千年老龟火锅城的经营。</w:t>
      </w:r>
      <w:r>
        <w:rPr>
          <w:lang w:eastAsia="zh-CN"/>
        </w:rPr>
        <w:br/>
      </w:r>
      <w:r>
        <w:rPr>
          <w:lang w:eastAsia="zh-CN"/>
        </w:rPr>
        <w:t>　　3.加强规范管理,提高企业整体管理水平和服务质量。</w:t>
      </w:r>
      <w:r>
        <w:rPr>
          <w:lang w:eastAsia="zh-CN"/>
        </w:rPr>
        <w:br/>
      </w:r>
      <w:r>
        <w:rPr>
          <w:lang w:eastAsia="zh-CN"/>
        </w:rPr>
        <w:t>　　4.开设餐饮连锁分店.</w:t>
      </w:r>
      <w:r>
        <w:rPr>
          <w:lang w:eastAsia="zh-CN"/>
        </w:rPr>
        <w:br/>
      </w:r>
      <w:r>
        <w:rPr>
          <w:lang w:eastAsia="zh-CN"/>
        </w:rPr>
        <w:t xml:space="preserve">    2024年酒店经理上半年工作总结 篇3 </w:t>
      </w:r>
      <w:r>
        <w:rPr>
          <w:lang w:eastAsia="zh-CN"/>
        </w:rPr>
        <w:br/>
      </w:r>
      <w:r>
        <w:rPr>
          <w:lang w:eastAsia="zh-CN"/>
        </w:rPr>
        <w:t>　　自从年初担任酒店经理以来我始终认真对待自身的工作，虽然仅仅过去半年时光却让我在当前岗位上积累了不少经验，能够取得这样的成就也多亏了酒店领导的信任与栽培让我明白如何去进行管理，而且同事们的配合也让我在酒店工作中减轻了许多阻碍，但我也明白总是沉浸在眼前的成就之中则很难获得较大的突破，因此我对上半年完成的酒店经理工作进行了相应的总结。</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能够认真履行领导赋予的职责并做好酒店管理工作，为了让酒店绩效得到提升自然不能够在工作中出现任何的疏忽，所以自我担任酒店经理以后便针对管理方面的工作付出了努力，在我看来酒店能否取得较好的效益也与经理在工作中的部署存在着联系，因此我认真完成领导布置的任务并对人员安排方面进行了部署，针对酒店现有的业务展开优惠活动并吸引更多的客户前来入住，虽然方法并不新颖却也让我在上半年里取得了不错的进展，只不过在完成上半年的工作以后让我意识到自己需要拓展宣传渠道才行。</w:t>
      </w:r>
      <w:r>
        <w:rPr>
          <w:lang w:eastAsia="zh-CN"/>
        </w:rPr>
        <w:br/>
      </w:r>
      <w:r>
        <w:rPr>
          <w:lang w:eastAsia="zh-CN"/>
        </w:rPr>
        <w:t>　　通过巡视完成对酒店员工的监管工作并组织了服务方面的培训，酒店服务的好坏与员工们在工作中的努力存在着重要的联系，所以我会根据酒店员工们在工作中的表现建立合理的奖惩措施，而且在日常工作中我也会通过巡视做好各个区域的员工监管工作，虽然初衷只是为了防止部分员工在工作期间出现偷懒的状况，但随着酒店员工工作能力的提升让我意识到自己的努力已经收到了成效，而且在绩效考核方面我也会对工作能力差的员工进行集体培训，通过改进他们的服务水平来让入住酒店的客户获得更好的体验。</w:t>
      </w:r>
      <w:r>
        <w:rPr>
          <w:lang w:eastAsia="zh-CN"/>
        </w:rPr>
        <w:br/>
      </w:r>
      <w:r>
        <w:rPr>
          <w:lang w:eastAsia="zh-CN"/>
        </w:rPr>
        <w:t>　　重视客户资源的积累并做好了文件整理方面的工作，在开展酒店工作的同时自然不会因为些许的成就感到洋洋自得，由于缺乏管理方面的经验让我在上半年的工作中很重视同事们提出的建议，事实上当我在工作中重视这类问题的时候往往能够取得较好的效果，尤其是协助前台人员接待客户的工作中加深了对客户的了解程度，这样的话便能够让我在工作期间收集客户的信息并进行整理，将酒店推出新业务的时候我也能够及时联系到部分客户。</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能够强化自身的工作能力无疑是我在上半年的主要收获之一，但是我也意识到工作量的完成对自身发展的重要性，所以我能够时刻注重自身工作方式的改进并虚心向同事们请教，相信有了这份积累以后能够让我对酒店工作的完成增添不少信心。</w:t>
      </w:r>
      <w:r>
        <w:rPr>
          <w:lang w:eastAsia="zh-CN"/>
        </w:rPr>
        <w:br/>
      </w:r>
      <w:r>
        <w:rPr>
          <w:lang w:eastAsia="zh-CN"/>
        </w:rPr>
        <w:t xml:space="preserve">    2024年酒店经理上半年工作总结 篇4 </w:t>
      </w:r>
      <w:r>
        <w:rPr>
          <w:lang w:eastAsia="zh-CN"/>
        </w:rPr>
        <w:br/>
      </w:r>
      <w:r>
        <w:rPr>
          <w:lang w:eastAsia="zh-CN"/>
        </w:rPr>
        <w:t>　　不知不觉间就已经是20__年中时刻了，上半年的工作也算是结束了，对于上半年有欢乐，有痛苦，有忧愁，更是有非常多的幸福，身为经理的我更是感觉到这一切都非常的值得。而我更是对上半年的各项工作都在分析之后做出了一个简单的总结。</w:t>
      </w:r>
      <w:r>
        <w:rPr>
          <w:lang w:eastAsia="zh-CN"/>
        </w:rPr>
        <w:br/>
      </w:r>
      <w:r>
        <w:rPr>
          <w:lang w:eastAsia="zh-CN"/>
        </w:rPr>
        <w:t>　　一、酒店业绩</w:t>
      </w:r>
      <w:r>
        <w:rPr>
          <w:lang w:eastAsia="zh-CN"/>
        </w:rPr>
        <w:br/>
      </w:r>
      <w:r>
        <w:rPr>
          <w:lang w:eastAsia="zh-CN"/>
        </w:rPr>
        <w:t>　　上半年的时间，酒店的方方面面都算是有所提升，更是在调整制度之后，有了巨大的改变，自然也收获到了顾客的一致好评。相比于上一年同期，酒店在各方面都是有极大的成长，并且业绩也是上升了不少。这一切的功劳都是与酒店的每一位员工分不开的，更是非常的感谢大家的努力，以及对酒店的付出。我也是在经理的岗位上认真的做好我个人的工作，并且非常努力的想要让自己能够在工作上获得非常大的提升。</w:t>
      </w:r>
      <w:r>
        <w:rPr>
          <w:lang w:eastAsia="zh-CN"/>
        </w:rPr>
        <w:br/>
      </w:r>
      <w:r>
        <w:rPr>
          <w:lang w:eastAsia="zh-CN"/>
        </w:rPr>
        <w:t>　　二、岗位成长</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我身为经理更是在自己目前的岗位上有认真的做好自己的任务，上半年的时间也是慢慢的在适应这份岗位，更是有非常努力的想要去完成每一项任务，做好自己应该尽到的义务。这段时间我更是有非常大的努力让自己可以在工作上去做到非常大的成功，而我也是完全明白自己在这段时间所付出的努力是非常正确的。很是感谢上半年酒店的业绩让我对自己非常的有信心，更是完全明白自己在各方面都还是需要去不断地努力与奋进，往后的时间我相信自己还是会非常的认真与努力，就希望自己还好能够为酒店创造更多的利益，同时也让自己有非常大的成长。</w:t>
      </w:r>
      <w:r>
        <w:rPr>
          <w:lang w:eastAsia="zh-CN"/>
        </w:rPr>
        <w:br/>
      </w:r>
      <w:r>
        <w:rPr>
          <w:lang w:eastAsia="zh-CN"/>
        </w:rPr>
        <w:t>　　三、下半年的计划</w:t>
      </w:r>
      <w:r>
        <w:rPr>
          <w:lang w:eastAsia="zh-CN"/>
        </w:rPr>
        <w:br/>
      </w:r>
      <w:r>
        <w:rPr>
          <w:lang w:eastAsia="zh-CN"/>
        </w:rPr>
        <w:t>　　接下来的半年我还是会首先规划好自己，让自己的成长来带动酒店的成长。而我更是会努力让自己在工作上去更加的投入，更加的努力上进。对于酒店的管理方面我也非常的期待能够有更多的投入，当然也是必须要多多去学习，去研究，去寻找带一份更加适合于酒店现阶段应该需要的工作方式。我还是希望自己能够在下半年可以将更多的心血都放在酒店的管理上，努力让酒店有更大的发展，更加成功的未来。对于各位员工我还是会以较为严厉的姿态来进行管理，就希望每一个人都能够在这期间去获得更大的成长，去突破自我，去找寻到自己的方向。</w:t>
      </w:r>
      <w:r>
        <w:rPr>
          <w:lang w:eastAsia="zh-CN"/>
        </w:rPr>
        <w:br/>
      </w:r>
      <w:r>
        <w:rPr>
          <w:lang w:eastAsia="zh-CN"/>
        </w:rPr>
        <w:t>　　不管上半年的工作如何，都已经是过去了，现在更是应该期待未来的生活，更是要在自己的各个方面都慢慢去提升，慢慢去成长，如此才会带领着整个酒店的一切去获得更多的利益与精彩。我相信在之后的生活中酒店能够与我们每一位员工一起成长，更是有非常大的期待。</w:t>
      </w:r>
      <w:r>
        <w:rPr>
          <w:lang w:eastAsia="zh-CN"/>
        </w:rPr>
        <w:br/>
      </w:r>
      <w:r>
        <w:rPr>
          <w:lang w:eastAsia="zh-CN"/>
        </w:rPr>
        <w:t xml:space="preserve">    2024年酒店经理上半年工作总结 篇5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今年这一年对我们酒店餐厅是非常有意义的一年，这一年是对我们酒店餐厅重新修改和调整后正式迎接客人的一年。在这一年的前半年里，从现在我们酒店餐厅取得的成绩是比较不错的，但是我们也不会知道我们酒店餐厅在这一年后面取得成绩会怎样。但是我们现在可以做到就是通过我们酒店重新营业的上半年回顾，找出我们重新调整营业后的酒店餐厅中应该继续发扬的优点，和存在不利于我们现在酒店餐厅营业的不足之处。</w:t>
      </w:r>
      <w:r>
        <w:rPr>
          <w:lang w:eastAsia="zh-CN"/>
        </w:rPr>
        <w:br/>
      </w:r>
      <w:r>
        <w:rPr>
          <w:lang w:eastAsia="zh-CN"/>
        </w:rPr>
        <w:t>　　在上半年的酒店餐厅日常营业中，客人对我们酒店餐厅服务生的服务有过多次很高的赞扬。这是我经常对我们餐厅服务生在我们餐厅重新调整改动后进行新的培训所取得的成绩，既然我们餐厅换上了新的面貌，那么我们餐厅的员工的工作各个方面要和现在餐厅的样貌相符合，我首先想到的不是提高他们的形象面貌的地方，而是注重培养和提高他们在新餐厅里服务方式。我们要在餐厅的外观上课客人一个惊喜，更在让客人在享受我们餐厅服务时给客人巨大的惊喜，让他们正真的看见一个焕然一新的酒店餐厅。我在上半年餐厅的重新装修后，我这种针对新餐厅的改进方法不仅在来我们餐厅消费的客人之中取得了很好的反响，更是在我们酒店的领导中也取得了有不错的反响，在我们酒店的很多领导多次来我们餐厅精心巡查时，都对我上半年管理餐厅员工的方法表示满意。</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在上半年的酒店餐厅日常营业中，我还格外注意我们餐厅的日常卫生。因为在我们餐厅进行重新装修和调整后，酒店对我们的卫生要求也比以前严格很多了，而且重新装修后的餐厅特别容易显脏，这个时候卫生就成了我们餐厅的一个很大的问题。但是我每天都对我们餐厅卫生勤于检查，也和我们酒店的保洁部商量了很多针对我们餐厅卫生清理的解决方案，不仅加大了对我们酒店餐厅的清洁次数，更是用了更加科学和更加合理的清洁打扫方法，我也会让我们餐厅的其他员工，在平时的日常工作中也会注意这方面的卫生问题。</w:t>
      </w:r>
      <w:r>
        <w:rPr>
          <w:lang w:eastAsia="zh-CN"/>
        </w:rPr>
        <w:br/>
      </w:r>
      <w:r>
        <w:rPr>
          <w:lang w:eastAsia="zh-CN"/>
        </w:rPr>
        <w:t>　　我们重新修葺的餐厅也存在着一些不足，就是我们餐厅的名气还不是很大，在下半年里我会注重打造专属我们酒店餐厅的特色，为我们餐厅不断积累名气，吸引客源。</w:t>
      </w:r>
      <w:r>
        <w:rPr>
          <w:lang w:eastAsia="zh-CN"/>
        </w:rPr>
        <w:br/>
      </w:r>
      <w:r>
        <w:rPr>
          <w:lang w:eastAsia="zh-CN"/>
        </w:rPr>
        <w:t xml:space="preserve">    2024年酒店经理上半年工作总结 篇6 </w:t>
      </w:r>
      <w:r>
        <w:rPr>
          <w:lang w:eastAsia="zh-CN"/>
        </w:rPr>
        <w:br/>
      </w:r>
      <w:r>
        <w:rPr>
          <w:lang w:eastAsia="zh-CN"/>
        </w:rPr>
        <w:t>　　回顾上半年的工作，我在领导及各位同事的支持与帮助下，严格要求自己，按照酒店的要求，较好地完成了自己的本职工作，通过的学习，工作方式有了较大的改变，工作质量有了新的提升，现将半年来的工作情况总结如下：</w:t>
      </w:r>
      <w:r>
        <w:rPr>
          <w:lang w:eastAsia="zh-CN"/>
        </w:rPr>
        <w:br/>
      </w:r>
      <w:r>
        <w:rPr>
          <w:lang w:eastAsia="zh-CN"/>
        </w:rPr>
        <w:t>　　一、日常管理工作</w:t>
      </w:r>
      <w:r>
        <w:rPr>
          <w:lang w:eastAsia="zh-CN"/>
        </w:rPr>
        <w:br/>
      </w:r>
      <w:r>
        <w:rPr>
          <w:lang w:eastAsia="zh-CN"/>
        </w:rPr>
        <w:t>　　作为一名餐饮部的一份子，自己扮演的角色是承上启下，协调左右的作用，我们每天面对的是繁杂琐碎的、有着挑战性的工作。在餐饮部的工作中，各项工作都是本着提高服务质量，提高工作效率为目的，让工作有条理性，融入到每一项工作当中。努力做好餐厅的管理工作，本着实事求是原则，做到上情下达，下情上报。本酒店的.宴会接待任务比较重，多次接待了重要宾客及宴会，但由于种种原因质量和效率跟不上，这就要求自我强化工作意识，注意加快工作节奏，提高工作效率，力求周全，准确避免疏漏和差错。</w:t>
      </w:r>
      <w:r>
        <w:rPr>
          <w:lang w:eastAsia="zh-CN"/>
        </w:rPr>
        <w:br/>
      </w:r>
      <w:r>
        <w:rPr>
          <w:lang w:eastAsia="zh-CN"/>
        </w:rPr>
        <w:t>　　二、加强自身学习，提高业务水平</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要做到优秀，自己的学识，能力等还有一定距离，所以总不敢掉以轻心，向书本，向领导，向同事学习，这样下来感觉自己半年来还是有了一定的进步，在管理能力，协调能力及处理问题等方面，有了进一步的提高，保证了餐厅各项工作的正常运行。</w:t>
      </w:r>
      <w:r>
        <w:rPr>
          <w:lang w:eastAsia="zh-CN"/>
        </w:rPr>
        <w:br/>
      </w:r>
      <w:r>
        <w:rPr>
          <w:lang w:eastAsia="zh-CN"/>
        </w:rPr>
        <w:t>　　三、上半年工作得与失</w:t>
      </w:r>
      <w:r>
        <w:rPr>
          <w:lang w:eastAsia="zh-CN"/>
        </w:rPr>
        <w:br/>
      </w:r>
      <w:r>
        <w:rPr>
          <w:lang w:eastAsia="zh-CN"/>
        </w:rPr>
        <w:t>　　经过和所有同事的一起努力，较好的完成工作，总结起来也是颇有收获的：</w:t>
      </w:r>
      <w:r>
        <w:rPr>
          <w:lang w:eastAsia="zh-CN"/>
        </w:rPr>
        <w:br/>
      </w:r>
      <w:r>
        <w:rPr>
          <w:lang w:eastAsia="zh-CN"/>
        </w:rPr>
        <w:t>　　1.能够协助领导做好餐厅的日常工作;</w:t>
      </w:r>
      <w:r>
        <w:rPr>
          <w:lang w:eastAsia="zh-CN"/>
        </w:rPr>
        <w:br/>
      </w:r>
      <w:r>
        <w:rPr>
          <w:lang w:eastAsia="zh-CN"/>
        </w:rPr>
        <w:t>　　3.合理安排当班工作，全面协调、管理、检查;</w:t>
      </w:r>
      <w:r>
        <w:rPr>
          <w:lang w:eastAsia="zh-CN"/>
        </w:rPr>
        <w:br/>
      </w:r>
      <w:r>
        <w:rPr>
          <w:lang w:eastAsia="zh-CN"/>
        </w:rPr>
        <w:t>　　4.配合领导做好各项接待、安排工作，工作期间妥善处理工作时发生的问题和客人的投诉，有疑难问题及时上报领导;</w:t>
      </w:r>
      <w:r>
        <w:rPr>
          <w:lang w:eastAsia="zh-CN"/>
        </w:rPr>
        <w:br/>
      </w:r>
      <w:r>
        <w:rPr>
          <w:lang w:eastAsia="zh-CN"/>
        </w:rPr>
        <w:t>　　5.做好餐厅的安全、节能、卫生工作;</w:t>
      </w:r>
      <w:r>
        <w:rPr>
          <w:lang w:eastAsia="zh-CN"/>
        </w:rPr>
        <w:br/>
      </w:r>
      <w:r>
        <w:rPr>
          <w:lang w:eastAsia="zh-CN"/>
        </w:rPr>
        <w:t>　　6.以身作责，监督、检查服务人员做好服务工作;</w:t>
      </w:r>
      <w:r>
        <w:rPr>
          <w:lang w:eastAsia="zh-CN"/>
        </w:rPr>
        <w:br/>
      </w:r>
      <w:r>
        <w:rPr>
          <w:lang w:eastAsia="zh-CN"/>
        </w:rPr>
        <w:t>　　7.做好服务工作的同时抓好思想工作，做到团结爱友、相互帮助、共同进步;</w:t>
      </w:r>
      <w:r>
        <w:rPr>
          <w:lang w:eastAsia="zh-CN"/>
        </w:rPr>
        <w:br/>
      </w:r>
      <w:r>
        <w:rPr>
          <w:lang w:eastAsia="zh-CN"/>
        </w:rPr>
        <w:t>　　8.切实履行职责，认真完成上级交办的其它工作。</w:t>
      </w:r>
      <w:r>
        <w:rPr>
          <w:lang w:eastAsia="zh-CN"/>
        </w:rPr>
        <w:br/>
      </w:r>
      <w:r>
        <w:rPr>
          <w:lang w:eastAsia="zh-CN"/>
        </w:rPr>
        <w:t>　　但也存在一些问题和不足，主要表现在：</w:t>
      </w:r>
      <w:r>
        <w:rPr>
          <w:lang w:eastAsia="zh-CN"/>
        </w:rPr>
        <w:br/>
      </w:r>
      <w:r>
        <w:rPr>
          <w:lang w:eastAsia="zh-CN"/>
        </w:rPr>
        <w:t>　　1.我毕竟对中餐的工作才半年多，许多工作我是边干边摸索，现场管控业务知识也是不足，以致工作起来不能游刃有余，工作效率有待进一步提高;</w:t>
      </w:r>
      <w:r>
        <w:rPr>
          <w:lang w:eastAsia="zh-CN"/>
        </w:rPr>
        <w:br/>
      </w:r>
      <w:r>
        <w:rPr>
          <w:lang w:eastAsia="zh-CN"/>
        </w:rPr>
        <w:t>　　2.有些工作还不够过细，如在餐前餐后的检查中，餐中的监督中，硬件设施的维护及卫生检查上，不是十分到位;</w:t>
      </w:r>
      <w:r>
        <w:rPr>
          <w:lang w:eastAsia="zh-CN"/>
        </w:rPr>
        <w:br/>
      </w:r>
      <w:r>
        <w:rPr>
          <w:lang w:eastAsia="zh-CN"/>
        </w:rPr>
        <w:t>　　3.自己的理论水平还不太高，中餐业务知识服务技能不精。</w:t>
      </w:r>
      <w:r>
        <w:rPr>
          <w:lang w:eastAsia="zh-CN"/>
        </w:rPr>
        <w:br/>
      </w:r>
      <w:r>
        <w:rPr>
          <w:lang w:eastAsia="zh-CN"/>
        </w:rPr>
        <w:t>　　四、下半年的工作计划</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1.积极认真配合领导，搞好餐厅日常的管理工作;</w:t>
      </w:r>
      <w:r>
        <w:rPr>
          <w:lang w:eastAsia="zh-CN"/>
        </w:rPr>
        <w:br/>
      </w:r>
      <w:r>
        <w:rPr>
          <w:lang w:eastAsia="zh-CN"/>
        </w:rPr>
        <w:t>　　2.加强学习，拓展知识面，借鉴同行业的优缺点，灵活运用自己的实际工作中，优化工作质量;</w:t>
      </w:r>
      <w:r>
        <w:rPr>
          <w:lang w:eastAsia="zh-CN"/>
        </w:rPr>
        <w:br/>
      </w:r>
      <w:r>
        <w:rPr>
          <w:lang w:eastAsia="zh-CN"/>
        </w:rPr>
        <w:t>　　3.加强对硬件设施的维护及卫生检查上，给客人舒适之感;</w:t>
      </w:r>
      <w:r>
        <w:rPr>
          <w:lang w:eastAsia="zh-CN"/>
        </w:rPr>
        <w:br/>
      </w:r>
      <w:r>
        <w:rPr>
          <w:lang w:eastAsia="zh-CN"/>
        </w:rPr>
        <w:t>　　4.针对一些新员工和操作不规范，在服务过程中现场纠正指导，多培训演练，提高员工的业务水平;</w:t>
      </w:r>
      <w:r>
        <w:rPr>
          <w:lang w:eastAsia="zh-CN"/>
        </w:rPr>
        <w:br/>
      </w:r>
      <w:r>
        <w:rPr>
          <w:lang w:eastAsia="zh-CN"/>
        </w:rPr>
        <w:t>　　5.对厨房出品卫生和质量要严格把关;</w:t>
      </w:r>
      <w:r>
        <w:rPr>
          <w:lang w:eastAsia="zh-CN"/>
        </w:rPr>
        <w:br/>
      </w:r>
      <w:r>
        <w:rPr>
          <w:lang w:eastAsia="zh-CN"/>
        </w:rPr>
        <w:t>　　6.加强节能的检查，平时多跟服务员讲解提高节能的意识。</w:t>
      </w:r>
      <w:r>
        <w:rPr>
          <w:lang w:eastAsia="zh-CN"/>
        </w:rPr>
        <w:br/>
      </w:r>
      <w:r>
        <w:rPr>
          <w:lang w:eastAsia="zh-CN"/>
        </w:rPr>
        <w:t>　　在下半年里，我一定加强管理，掌握好的管理办法，向管理制度化，科学化方向努力，相信我们酒店餐饮部的明天会更加的美好!</w:t>
      </w:r>
      <w:r>
        <w:rPr>
          <w:lang w:eastAsia="zh-CN"/>
        </w:rPr>
        <w:br/>
      </w:r>
      <w:r>
        <w:rPr>
          <w:lang w:eastAsia="zh-CN"/>
        </w:rPr>
        <w:t xml:space="preserve">    2024年酒店经理上半年工作总结 篇7 </w:t>
      </w:r>
      <w:r>
        <w:rPr>
          <w:lang w:eastAsia="zh-CN"/>
        </w:rPr>
        <w:br/>
      </w:r>
      <w:r>
        <w:rPr>
          <w:lang w:eastAsia="zh-CN"/>
        </w:rPr>
        <w:t>　　我想我们是永远都抓不住时间的，但是我想这样也是好的，因为抓不住，我们才会觉得时间的流逝是很快的，也正是这样才会注意到时间的流逝，才会抓紧时间好好的工作。</w:t>
      </w:r>
      <w:r>
        <w:rPr>
          <w:lang w:eastAsia="zh-CN"/>
        </w:rPr>
        <w:br/>
      </w:r>
      <w:r>
        <w:rPr>
          <w:lang w:eastAsia="zh-CN"/>
        </w:rPr>
        <w:t>　　上半年的工作已经结束了，我们接下来要面临的就是下半年的工作，而在面临下半年的工作之前，我们还是要对上半年的工作做一个总结，而这样才会使我们下半年的工作更加的顺利。</w:t>
      </w:r>
      <w:r>
        <w:rPr>
          <w:lang w:eastAsia="zh-CN"/>
        </w:rPr>
        <w:br/>
      </w:r>
      <w:r>
        <w:rPr>
          <w:lang w:eastAsia="zh-CN"/>
        </w:rPr>
        <w:t>　　做为酒店经理的一名助理，我的工作其实也挺杂的，我要做的事情也是很多的，但是最主要的还是要辅佐经理完成工作，当然很多的工作都是看起来好像是很简单的，但是实际上面做起来还是很不容易的，为此我也是需要付出很多的时间去做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在经理不在的时候，我要代替他去处理一些日常的酒店事情，同时也要暂代他对酒店一些人的工作做出一个安排，不过这也是他不在的时候，而我们的经理却是基本上都在的。因为他是一个尽职敬业的经理，所以他不在的时候是你极少数的。</w:t>
      </w:r>
      <w:r>
        <w:rPr>
          <w:lang w:eastAsia="zh-CN"/>
        </w:rPr>
        <w:br/>
      </w:r>
      <w:r>
        <w:rPr>
          <w:lang w:eastAsia="zh-CN"/>
        </w:rPr>
        <w:t>　　不过我主要的还是去落实一些事情，比如说经理安排好的一些东西，然后我就需要去做一个做一个相关工作的落实，最后也要确保指令得到确切的落实。这些其实都还只是简单的。并且也是不难的，只不过还是需要一些技术含量的罢了。</w:t>
      </w:r>
      <w:r>
        <w:rPr>
          <w:lang w:eastAsia="zh-CN"/>
        </w:rPr>
        <w:br/>
      </w:r>
      <w:r>
        <w:rPr>
          <w:lang w:eastAsia="zh-CN"/>
        </w:rPr>
        <w:t>　　身为酒店的员工，我们在很多的主要需要面对的人群也还是客人，为了使他们用一种来到酒店来到家一样的感觉，我们也是付出了很多的努力。而身为经理助理，我对此也是需要做很多工作的，因为经理是我的上级，一般情况下都是先找我，我要是不能够解决的话再才会去找经理，而面对问题，也主要的还是来自客人。比如说酒店的房间没有打扫干净，酒店送过去的餐是错的等等，这些也许是看起来的小问题，但是其实不是，这些看似小问题的问题在很多时候还是会影响到人对酒店的入住体验的，一旦影响到这个了的话，对酒店的发展也是很不好的。</w:t>
      </w:r>
      <w:r>
        <w:rPr>
          <w:lang w:eastAsia="zh-CN"/>
        </w:rPr>
        <w:br/>
      </w:r>
      <w:r>
        <w:rPr>
          <w:lang w:eastAsia="zh-CN"/>
        </w:rPr>
        <w:t>　　因此我们在工作的时候也更多的是要换位思考，要去考虑客人的感受，从客人的角度出发，为客人着想。当然这也是身为酒店的每一个员工都要考虑的，也只有从客人的角度出发，我们才能更好的服务客人，然后给客人带来更好的体验，最后酒店的入住率也才是会得到提升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最后，我还要说的就是不管是什么工作都是繁琐的，但是要是能够把繁琐的工作做好，那也是很不容易的。而以上就是我对上半年的一个工作总结，希望接下来的下半年，我们都能够做的更好，客户的投诉会越来越少。</w:t>
      </w:r>
      <w:r>
        <w:rPr>
          <w:lang w:eastAsia="zh-CN"/>
        </w:rPr>
        <w:br/>
      </w:r>
      <w:r>
        <w:rPr>
          <w:lang w:eastAsia="zh-CN"/>
        </w:rPr>
        <w:t xml:space="preserve">    2024年酒店经理上半年工作总结 篇8 </w:t>
      </w:r>
      <w:r>
        <w:rPr>
          <w:lang w:eastAsia="zh-CN"/>
        </w:rPr>
        <w:br/>
      </w:r>
      <w:r>
        <w:rPr>
          <w:lang w:eastAsia="zh-CN"/>
        </w:rPr>
        <w:t>　　时光流逝，转眼间我在成长中又度过半年。回首来到酒店这走过的半年，很荣幸能在我们酒店与各位同事共同进步，我也在大家的身上学到不少的知识。半年以来我心中最大的感受便是要做一名合格的经理不难，但要做一名优秀的经理就不那么简单了。我认为：一名好的总经理不仅要为人谦和正直，对事业认真兢兢业业。而且在思想政治上、工作能力上更要专研。我作为一名年轻的经理需要学习的东西还很多很多。以下是我上半年的工作总结：</w:t>
      </w:r>
      <w:r>
        <w:rPr>
          <w:lang w:eastAsia="zh-CN"/>
        </w:rPr>
        <w:br/>
      </w:r>
      <w:r>
        <w:rPr>
          <w:lang w:eastAsia="zh-CN"/>
        </w:rPr>
        <w:t>　　一、思想修养</w:t>
      </w:r>
      <w:r>
        <w:rPr>
          <w:lang w:eastAsia="zh-CN"/>
        </w:rPr>
        <w:br/>
      </w:r>
      <w:r>
        <w:rPr>
          <w:lang w:eastAsia="zh-CN"/>
        </w:rPr>
        <w:t>　　作为一名总经理助理，要想完成工作的责任，首先必须具备各个方面综合优秀的素质，树立正确的世界观和人生观。在这半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r>
        <w:rPr>
          <w:lang w:eastAsia="zh-CN"/>
        </w:rPr>
        <w:br/>
      </w:r>
      <w:r>
        <w:rPr>
          <w:lang w:eastAsia="zh-CN"/>
        </w:rPr>
        <w:t>　　二、素质提升</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在工作学习生活中我认真听取经验，仔细记录，并在工作之余的`空余时间认真思考推敲，有目的的在工作中进行一些尝试。在工作中，我认真投入，认真学习。我感到人人都是我的师长，我能学，要学的东西还很多。如：刚来酒店半年，对酒店管理上各个方面的情况一无所知，就不能更好的建言献策，当好参谋助手，我能不懂就问，向管酒店的同事虚心学习请教，思考，大胆的与同事之间探讨管理之道。</w:t>
      </w:r>
      <w:r>
        <w:rPr>
          <w:lang w:eastAsia="zh-CN"/>
        </w:rPr>
        <w:br/>
      </w:r>
      <w:r>
        <w:rPr>
          <w:lang w:eastAsia="zh-CN"/>
        </w:rPr>
        <w:t>　　在空余时间，我会阅读一些酒店管理方面的书籍，网上查询有关相关资料，我深切的感受到学习对自己的帮助确实很大。</w:t>
      </w:r>
      <w:r>
        <w:rPr>
          <w:lang w:eastAsia="zh-CN"/>
        </w:rPr>
        <w:br/>
      </w:r>
      <w:r>
        <w:rPr>
          <w:lang w:eastAsia="zh-CN"/>
        </w:rPr>
        <w:t xml:space="preserve">    2024年酒店经理上半年工作总结 篇9 </w:t>
      </w:r>
      <w:r>
        <w:rPr>
          <w:lang w:eastAsia="zh-CN"/>
        </w:rPr>
        <w:br/>
      </w:r>
      <w:r>
        <w:rPr>
          <w:lang w:eastAsia="zh-CN"/>
        </w:rPr>
        <w:t>　　在这半年里，我在酒店领导、部门领导及同事们的关心与帮助下圆满的完成了各项工作，在思想觉悟方面有了更进一步的提高，20__上半年的工作总结主要有以下几项：</w:t>
      </w:r>
      <w:r>
        <w:rPr>
          <w:lang w:eastAsia="zh-CN"/>
        </w:rPr>
        <w:br/>
      </w:r>
      <w:r>
        <w:rPr>
          <w:lang w:eastAsia="zh-CN"/>
        </w:rPr>
        <w:t>　　一、工作表现、品德素质修养及职业道德</w:t>
      </w:r>
      <w:r>
        <w:rPr>
          <w:lang w:eastAsia="zh-CN"/>
        </w:rPr>
        <w:br/>
      </w:r>
      <w:r>
        <w:rPr>
          <w:lang w:eastAsia="zh-CN"/>
        </w:rPr>
        <w:t>　　能够认真贯彻酒店经营方针政策，通过报纸、杂志、书籍积极学习业务理论及专业知识；遵纪守法，认真学习与工作有关的法律知识；爱岗敬业，具有强烈的责任感和事业心，工作态度端正，认真负责。</w:t>
      </w:r>
      <w:r>
        <w:rPr>
          <w:lang w:eastAsia="zh-CN"/>
        </w:rPr>
        <w:br/>
      </w:r>
      <w:r>
        <w:rPr>
          <w:lang w:eastAsia="zh-CN"/>
        </w:rPr>
        <w:t>　　二、专业知识、工作能力和具体工作</w:t>
      </w:r>
      <w:r>
        <w:rPr>
          <w:lang w:eastAsia="zh-CN"/>
        </w:rPr>
        <w:br/>
      </w:r>
      <w:r>
        <w:rPr>
          <w:lang w:eastAsia="zh-CN"/>
        </w:rPr>
        <w:t>　　大堂经理工作琐碎，但为了搞好工作，我不怕麻烦，向同事学习、自己摸索实践。明确了工作的程序、方向，提高了工作能力，在具体的工作中形成了一个清晰的工作思路，能够顺利的开展工作并熟练圆满地完成本职工作。在这一年，我本着“把工作做的更好”这样一个目标，开拓创新意识，积极圆满的完成了以下本职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（1）代表总经理接受及处理酒店客人对酒店内所有部门（包括个人）的.一切投诉，听取客人的各类意见和建议。</w:t>
      </w:r>
      <w:r>
        <w:rPr>
          <w:lang w:eastAsia="zh-CN"/>
        </w:rPr>
        <w:br/>
      </w:r>
      <w:r>
        <w:rPr>
          <w:lang w:eastAsia="zh-CN"/>
        </w:rPr>
        <w:t>　　（2）会同有关部门处理客人在酒店内发生的意外事故。</w:t>
      </w:r>
      <w:r>
        <w:rPr>
          <w:lang w:eastAsia="zh-CN"/>
        </w:rPr>
        <w:br/>
      </w:r>
      <w:r>
        <w:rPr>
          <w:lang w:eastAsia="zh-CN"/>
        </w:rPr>
        <w:t>　　（3）解答客人的咨询，向客人提供必要的帮助和服务。</w:t>
      </w:r>
      <w:r>
        <w:rPr>
          <w:lang w:eastAsia="zh-CN"/>
        </w:rPr>
        <w:br/>
      </w:r>
      <w:r>
        <w:rPr>
          <w:lang w:eastAsia="zh-CN"/>
        </w:rPr>
        <w:t>　　（4）维护宾客安全。</w:t>
      </w:r>
      <w:r>
        <w:rPr>
          <w:lang w:eastAsia="zh-CN"/>
        </w:rPr>
        <w:br/>
      </w:r>
      <w:r>
        <w:rPr>
          <w:lang w:eastAsia="zh-CN"/>
        </w:rPr>
        <w:t>　　（5）维护酒店利益，索赔，催收。</w:t>
      </w:r>
      <w:r>
        <w:rPr>
          <w:lang w:eastAsia="zh-CN"/>
        </w:rPr>
        <w:br/>
      </w:r>
      <w:r>
        <w:rPr>
          <w:lang w:eastAsia="zh-CN"/>
        </w:rPr>
        <w:t>　　（6）收集客人意见并及时向总经理及有关部门反映。</w:t>
      </w:r>
      <w:r>
        <w:rPr>
          <w:lang w:eastAsia="zh-CN"/>
        </w:rPr>
        <w:br/>
      </w:r>
      <w:r>
        <w:rPr>
          <w:lang w:eastAsia="zh-CN"/>
        </w:rPr>
        <w:t>　　（7）维护大堂及附近公共区域的秩序和环境的宁静，整洁。</w:t>
      </w:r>
      <w:r>
        <w:rPr>
          <w:lang w:eastAsia="zh-CN"/>
        </w:rPr>
        <w:br/>
      </w:r>
      <w:r>
        <w:rPr>
          <w:lang w:eastAsia="zh-CN"/>
        </w:rPr>
        <w:t>　　（8）督导，检查在大堂工作人员的工作情况及遵守纪律情况。</w:t>
      </w:r>
      <w:r>
        <w:rPr>
          <w:lang w:eastAsia="zh-CN"/>
        </w:rPr>
        <w:br/>
      </w:r>
      <w:r>
        <w:rPr>
          <w:lang w:eastAsia="zh-CN"/>
        </w:rPr>
        <w:t>　　（9）协助总经理或代表总经理接待好VIP。</w:t>
      </w:r>
      <w:r>
        <w:rPr>
          <w:lang w:eastAsia="zh-CN"/>
        </w:rPr>
        <w:br/>
      </w:r>
      <w:r>
        <w:rPr>
          <w:lang w:eastAsia="zh-CN"/>
        </w:rPr>
        <w:t>　　（10）夜班承担酒店值班经理的工作。</w:t>
      </w:r>
      <w:r>
        <w:rPr>
          <w:lang w:eastAsia="zh-CN"/>
        </w:rPr>
        <w:br/>
      </w:r>
      <w:r>
        <w:rPr>
          <w:lang w:eastAsia="zh-CN"/>
        </w:rPr>
        <w:t>　　（11）协助各部维系酒店与VIP客人，熟客，商务客人的良好关系。</w:t>
      </w:r>
      <w:r>
        <w:rPr>
          <w:lang w:eastAsia="zh-CN"/>
        </w:rPr>
        <w:br/>
      </w:r>
      <w:r>
        <w:rPr>
          <w:lang w:eastAsia="zh-CN"/>
        </w:rPr>
        <w:t>　　（12）完成各领导临时指派的各项工作。</w:t>
      </w:r>
      <w:r>
        <w:rPr>
          <w:lang w:eastAsia="zh-CN"/>
        </w:rPr>
        <w:br/>
      </w:r>
      <w:r>
        <w:rPr>
          <w:lang w:eastAsia="zh-CN"/>
        </w:rPr>
        <w:t>　　（13）参与前厅部的内部管理。</w:t>
      </w:r>
      <w:r>
        <w:rPr>
          <w:lang w:eastAsia="zh-CN"/>
        </w:rPr>
        <w:br/>
      </w:r>
      <w:r>
        <w:rPr>
          <w:lang w:eastAsia="zh-CN"/>
        </w:rPr>
        <w:t>　　为了酒店工作的顺利进行及部门之间的工作协调，除了做好本职工作，我还积极配合其他同事做好工作。</w:t>
      </w:r>
      <w:r>
        <w:rPr>
          <w:lang w:eastAsia="zh-CN"/>
        </w:rPr>
        <w:br/>
      </w:r>
      <w:r>
        <w:rPr>
          <w:lang w:eastAsia="zh-CN"/>
        </w:rPr>
        <w:t>　　三、工作态度和勤奋敬业方面</w:t>
      </w:r>
      <w:r>
        <w:rPr>
          <w:lang w:eastAsia="zh-CN"/>
        </w:rPr>
        <w:br/>
      </w:r>
      <w:r>
        <w:rPr>
          <w:lang w:eastAsia="zh-CN"/>
        </w:rPr>
        <w:t>　　热爱自己的本职工作，能够正确认真的对待每一项工作，工作投入，热心为宾客服务，认真遵守劳动纪律，有效利用工作时间，坚守岗位，需要加班完成工作按时加班加点，保证工作能按时完成。</w:t>
      </w:r>
      <w:r>
        <w:rPr>
          <w:lang w:eastAsia="zh-CN"/>
        </w:rPr>
        <w:br/>
      </w:r>
      <w:r>
        <w:rPr>
          <w:lang w:eastAsia="zh-CN"/>
        </w:rPr>
        <w:t>　　四、工作质量成绩、效益和贡献</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酒店及部门工作做出了应有的贡献。</w:t>
      </w:r>
      <w:r>
        <w:rPr>
          <w:lang w:eastAsia="zh-CN"/>
        </w:rPr>
        <w:br/>
      </w:r>
      <w:r>
        <w:rPr>
          <w:lang w:eastAsia="zh-CN"/>
        </w:rPr>
        <w:t>　　总结这半年的工作，尽管有了一定的进步和成绩，但在一些方面还存在着不足。比如有创造性的工作思路还不是很多，个别工作做的还不够完善，这有待于在今后的工作中加以改进。在下半年里，我将认真学习各项业务知识，努力使思想觉悟和工作效率全面进入一个新水平。</w:t>
      </w:r>
      <w:r>
        <w:rPr>
          <w:lang w:eastAsia="zh-CN"/>
        </w:rPr>
        <w:br/>
      </w:r>
      <w:r>
        <w:rPr>
          <w:lang w:eastAsia="zh-CN"/>
        </w:rPr>
        <w:t xml:space="preserve">    2024年酒店经理上半年工作总结 篇10 </w:t>
      </w:r>
      <w:r>
        <w:rPr>
          <w:lang w:eastAsia="zh-CN"/>
        </w:rPr>
        <w:br/>
      </w:r>
      <w:r>
        <w:rPr>
          <w:lang w:eastAsia="zh-CN"/>
        </w:rPr>
        <w:t>　　回顾这半年的工作，我们前厅部在各位领导和同事的支持与帮助下，较好地完成了自己的本职工作。酒店前厅部现有员工__人。通过不断的学习培训和员工自身的努力，工作方式有了较大的改变，工作质量有了新的提升，像__、__、和__在礼节礼貌，仪表仪容及岗位技能方面都有了一定的进步。下面总结回顾一下前厅部半年来的工作情况。</w:t>
      </w:r>
      <w:r>
        <w:rPr>
          <w:lang w:eastAsia="zh-CN"/>
        </w:rPr>
        <w:br/>
      </w:r>
      <w:r>
        <w:rPr>
          <w:lang w:eastAsia="zh-CN"/>
        </w:rPr>
        <w:t>　　一、经营方面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截止20__年6月30日，酒店上半年累计营业额为__元，完成了山半年预计收入的__%。其中签单占总收入的__%，团队接待占总收入的__%，散客接待占总收入的__%。共出租客房__间夜，其中散客__间夜，团队__间夜，平均房价为__元。上半年月平均入住率为__%。</w:t>
      </w:r>
      <w:r>
        <w:rPr>
          <w:lang w:eastAsia="zh-CN"/>
        </w:rPr>
        <w:br/>
      </w:r>
      <w:r>
        <w:rPr>
          <w:lang w:eastAsia="zh-CN"/>
        </w:rPr>
        <w:t>　　二、加强业务培训，提高员工素质</w:t>
      </w:r>
      <w:r>
        <w:rPr>
          <w:lang w:eastAsia="zh-CN"/>
        </w:rPr>
        <w:br/>
      </w:r>
      <w:r>
        <w:rPr>
          <w:lang w:eastAsia="zh-CN"/>
        </w:rPr>
        <w:t>　　众所周知，前厅部历来都是宾客员工都要直接的面对客人，员工的工作态度和服务质量反映出一个酒店的服务水准和管理水平，因此对员工的培训是我们的工作重点，半年来针对礼节礼貌、仪容仪表、沟通技巧等方面制定了详细的培训计划：针对总机，我们进行接听电话语言技巧培训;针对行李处的行李运送和寄存服务进行培训;接待员的礼节礼貌和售房技巧培训;特别是今年五、六月份对前厅部所有员工进行了长达两个月的培训，力争使员工保持自己最好的形象，面带微笑、精神饱满，用我们最美丽的一面去迎接客人，为客人提供优质的服务，让每位客人走进酒店都会体验到我们的真诚和热情。</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3"/>
          <w:cols w:space="425"/>
          <w:titlePg w:val="0"/>
          <w:docGrid w:type="lines" w:linePitch="312"/>
        </w:sectPr>
      </w:pPr>
      <w:r>
        <w:rPr>
          <w:lang w:eastAsia="zh-CN"/>
        </w:rPr>
        <w:t>　　服务技巧是我们一直以来的培训重点，严格按照培训计划开展培训工作，并分阶段对员工进行考核，同时加强了岗上实际操作培训，使员工能够学以致用。加强业务培训，认真对待每一批接待任务，根据不同阶段、不同团队、制定详细的培训计划及接待计划。遇到大型接待任务，我们提前让接待人员相互磨合，包括整个的行之有效的报到流程、会务组及与会务中心之间的配合，这就需要有很好的业务能力及沟通能力，需要有平常严格的培训才能做到。前厅部的所有人员都知道只有不断的充实自己才能脚踏实地的完成各项接待任务。在人员有限的情况下，我们要求管理人员必须亲临一线指导工作，发现问题，反馈信息，共同协商及时调整，以达到最佳服务标准。</w:t>
      </w:r>
      <w:r>
        <w:rPr>
          <w:lang w:eastAsia="zh-CN"/>
        </w:rPr>
        <w:br/>
      </w:r>
      <w:r>
        <w:rPr>
          <w:lang w:eastAsia="zh-CN"/>
        </w:rPr>
        <w:t>　　三、加强员工的销售意识和销售技巧，提高入住率</w:t>
      </w:r>
      <w:r>
        <w:rPr>
          <w:lang w:eastAsia="zh-CN"/>
        </w:rPr>
        <w:br/>
      </w:r>
      <w:r>
        <w:rPr>
          <w:lang w:eastAsia="zh-CN"/>
        </w:rPr>
        <w:t>　　前厅部是酒店组织客源，销售客房，为客人提供各种服务的一个综合性部门，具有服务项目集中、服务范围广泛的特点。由于本人接手时间不长，通过与前厅员工的沟通交流，发现前厅工作还有待完善之处，将在今后工作上不断努力，力争使我们酒店的前厅服务备主动、热情、耐心、细致、高效的水准，让客人确立良好的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r>
        <w:rPr>
          <w:lang w:eastAsia="zh-CN"/>
        </w:rPr>
        <w:br/>
      </w:r>
      <w:r>
        <w:rPr>
          <w:lang w:eastAsia="zh-CN"/>
        </w:rPr>
        <w:t xml:space="preserve">    2024年酒店经理上半年工作总结 篇11 </w:t>
      </w:r>
      <w:r>
        <w:rPr>
          <w:lang w:eastAsia="zh-CN"/>
        </w:rPr>
        <w:br/>
      </w:r>
      <w:r>
        <w:rPr>
          <w:lang w:eastAsia="zh-CN"/>
        </w:rPr>
        <w:t>　　回顾20__年工作，可谓得失兼具，做为酒店的股东及经理，我所从事的工作和担负的责任也使自己的责任感与使用感日益增强，在进入酒店开展工作之前，我对这一行业可以说是了解很少，在到酒店后短短半年时间内，在各位领导和同事的帮助与协助下，我自己和部门工作都取得长足进步，当然在这半年时间内也发生了不少问题，但这也正为我的工作和个人成长提供足以依托的经验与资本，对个人与部门工作进行总结与分析，特把全年工作总结如下。</w:t>
      </w:r>
      <w:r>
        <w:rPr>
          <w:lang w:eastAsia="zh-CN"/>
        </w:rPr>
        <w:br/>
      </w:r>
      <w:r>
        <w:rPr>
          <w:lang w:eastAsia="zh-CN"/>
        </w:rPr>
        <w:t>　　一、20__年工作总结</w:t>
      </w:r>
      <w:r>
        <w:rPr>
          <w:lang w:eastAsia="zh-CN"/>
        </w:rPr>
        <w:br/>
      </w:r>
      <w:r>
        <w:rPr>
          <w:lang w:eastAsia="zh-CN"/>
        </w:rPr>
        <w:t>　　1、工作成绩描述</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4"/>
          <w:cols w:space="425"/>
          <w:titlePg w:val="0"/>
          <w:docGrid w:type="lines" w:linePitch="312"/>
        </w:sectPr>
      </w:pPr>
      <w:r>
        <w:rPr>
          <w:lang w:eastAsia="zh-CN"/>
        </w:rPr>
        <w:t>　　⑴在半年中部门工作取得明显进步，在规范化管理和制度化建设上取得重要成绩;</w:t>
      </w:r>
      <w:r>
        <w:rPr>
          <w:lang w:eastAsia="zh-CN"/>
        </w:rPr>
        <w:br/>
      </w:r>
      <w:r>
        <w:rPr>
          <w:lang w:eastAsia="zh-CN"/>
        </w:rPr>
        <w:t>　　⑵外协工作取得重要突破，为酒店打造良好外部经营环境奠定基础;</w:t>
      </w:r>
      <w:r>
        <w:rPr>
          <w:lang w:eastAsia="zh-CN"/>
        </w:rPr>
        <w:br/>
      </w:r>
      <w:r>
        <w:rPr>
          <w:lang w:eastAsia="zh-CN"/>
        </w:rPr>
        <w:t>　　⑶人力资源工作取得进展，从人员选聘、员工培训到人力资源科学管理与调配上取得重要进展;</w:t>
      </w:r>
      <w:r>
        <w:rPr>
          <w:lang w:eastAsia="zh-CN"/>
        </w:rPr>
        <w:br/>
      </w:r>
      <w:r>
        <w:rPr>
          <w:lang w:eastAsia="zh-CN"/>
        </w:rPr>
        <w:t>　　⑷质检工作取得进展，质量检查体系已基本建立;</w:t>
      </w:r>
      <w:r>
        <w:rPr>
          <w:lang w:eastAsia="zh-CN"/>
        </w:rPr>
        <w:br/>
      </w:r>
      <w:r>
        <w:rPr>
          <w:lang w:eastAsia="zh-CN"/>
        </w:rPr>
        <w:t>　　⑸行政部工作为饭店整体工作运营提供基础性支持，与各部门联系紧密，为饭店发展共同努力。</w:t>
      </w:r>
      <w:r>
        <w:rPr>
          <w:lang w:eastAsia="zh-CN"/>
        </w:rPr>
        <w:br/>
      </w:r>
      <w:r>
        <w:rPr>
          <w:lang w:eastAsia="zh-CN"/>
        </w:rPr>
        <w:t>　　2、工作失误总结</w:t>
      </w:r>
      <w:r>
        <w:rPr>
          <w:lang w:eastAsia="zh-CN"/>
        </w:rPr>
        <w:br/>
      </w:r>
      <w:r>
        <w:rPr>
          <w:lang w:eastAsia="zh-CN"/>
        </w:rPr>
        <w:t>　　⑴时间短在部门内部管理中还存在有些不规范的地方，使工作整体效果受到一些影响;</w:t>
      </w:r>
      <w:r>
        <w:rPr>
          <w:lang w:eastAsia="zh-CN"/>
        </w:rPr>
        <w:br/>
      </w:r>
      <w:r>
        <w:rPr>
          <w:lang w:eastAsia="zh-CN"/>
        </w:rPr>
        <w:t>　　⑵注重工作质量与效率，强调严格管理，对员工生活关注度不够，今后工作中会再加强与员工的沟通，保证更好地达到工作要求;</w:t>
      </w:r>
      <w:r>
        <w:rPr>
          <w:lang w:eastAsia="zh-CN"/>
        </w:rPr>
        <w:br/>
      </w:r>
      <w:r>
        <w:rPr>
          <w:lang w:eastAsia="zh-CN"/>
        </w:rPr>
        <w:t>　　⑶培训工作缺乏系统性，在注意改进;</w:t>
      </w:r>
      <w:r>
        <w:rPr>
          <w:lang w:eastAsia="zh-CN"/>
        </w:rPr>
        <w:br/>
      </w:r>
      <w:r>
        <w:rPr>
          <w:lang w:eastAsia="zh-CN"/>
        </w:rPr>
        <w:t>　　二、20__年工作计划</w:t>
      </w:r>
      <w:r>
        <w:rPr>
          <w:lang w:eastAsia="zh-CN"/>
        </w:rPr>
        <w:br/>
      </w:r>
      <w:r>
        <w:rPr>
          <w:lang w:eastAsia="zh-CN"/>
        </w:rPr>
        <w:t>　　回望了__年的得与失，展望充满挑战的__年，有许多计划正待我们一一去实施实现，所以在__年开端之时，有必要对工作进行一个全面的设计与规划，在此特将部门计划向各位进行通报，以期大家对我的计划进行建议与修正，并在计划执行过程中得到各位的指导与帮助。</w:t>
      </w:r>
      <w:r>
        <w:rPr>
          <w:lang w:eastAsia="zh-CN"/>
        </w:rPr>
        <w:br/>
      </w:r>
      <w:r>
        <w:rPr>
          <w:lang w:eastAsia="zh-CN"/>
        </w:rPr>
        <w:t>　　1、总体工作计划描述</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5"/>
          <w:cols w:space="425"/>
          <w:titlePg w:val="0"/>
          <w:docGrid w:type="lines" w:linePitch="312"/>
        </w:sectPr>
      </w:pPr>
      <w:r>
        <w:rPr>
          <w:lang w:eastAsia="zh-CN"/>
        </w:rPr>
        <w:t>　　一个基本原则：以饭店经营发展为基本原则，一切工作围绕这一原则逐步开展。</w:t>
      </w:r>
      <w:r>
        <w:rPr>
          <w:lang w:eastAsia="zh-CN"/>
        </w:rPr>
        <w:br/>
      </w:r>
      <w:r>
        <w:rPr>
          <w:lang w:eastAsia="zh-CN"/>
        </w:rPr>
        <w:t>　　两项重要工作：人力资源管理工作的提升与外协工作的有效开展;</w:t>
      </w:r>
      <w:r>
        <w:rPr>
          <w:lang w:eastAsia="zh-CN"/>
        </w:rPr>
        <w:br/>
      </w:r>
      <w:r>
        <w:rPr>
          <w:lang w:eastAsia="zh-CN"/>
        </w:rPr>
        <w:t>　　三个核心环节：培训工作与经营管理工作紧密结合、适岗人员的招聘与选拔、安全工作的稳步提升;</w:t>
      </w:r>
      <w:r>
        <w:rPr>
          <w:lang w:eastAsia="zh-CN"/>
        </w:rPr>
        <w:br/>
      </w:r>
      <w:r>
        <w:rPr>
          <w:lang w:eastAsia="zh-CN"/>
        </w:rPr>
        <w:t>　　2、20__年具体工作计划</w:t>
      </w:r>
      <w:r>
        <w:rPr>
          <w:lang w:eastAsia="zh-CN"/>
        </w:rPr>
        <w:br/>
      </w:r>
      <w:r>
        <w:rPr>
          <w:lang w:eastAsia="zh-CN"/>
        </w:rPr>
        <w:t>　　⑴明确自身职责，树立工作形象，为酒店发展奉献心力。做为酒店股东和监理会成员之一，我对酒店的感情与所担负的责任已不仅仅是做为一个行政部负责人所应尽到的职责，在年我和我所在部门将严格按照酒店领导要求、将每项工作落实到最细之处，协助总经理开展落实每一项政策措施，在酒店取得良好业绩同时也使自身得到长足进步。</w:t>
      </w:r>
      <w:r>
        <w:rPr>
          <w:lang w:eastAsia="zh-CN"/>
        </w:rPr>
        <w:br/>
      </w:r>
      <w:r>
        <w:rPr>
          <w:lang w:eastAsia="zh-CN"/>
        </w:rPr>
        <w:t>　　⑵人力资源管理工作：年行政部将把人员的招聘与培养做为重要的人力资源管理工作之一，从建立人才引进渠道、扩充人员上升空间、形成人员良性竞争，达到良好考核机制几方面开展工作，使人力资源管理工作体系化，最终在酒店内部形成一支具有竞争力的员工队伍。</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6"/>
          <w:cols w:space="425"/>
          <w:titlePg w:val="0"/>
          <w:docGrid w:type="lines" w:linePitch="312"/>
        </w:sectPr>
      </w:pPr>
      <w:r>
        <w:rPr>
          <w:lang w:eastAsia="zh-CN"/>
        </w:rPr>
        <w:t>　　⑶培训工作：良好的培训工作是酒店经营得以顺利进行的重要保障，在年我将建立起完善的培训体系，从员工入职培训、专业培训、日常培训及管理者培训几方面入手，把培训工作形成有层次、结构全面的培训层级，培训体系将涵盖酒店各个区域及各个方面，并把培训工作与质检工作有效结合，以训我所需、训我所将需为主要原则，把培训工作建设成为企业文化重要的组成部分，通过培训为酒店经营奠定良好基础。</w:t>
      </w:r>
      <w:r>
        <w:rPr>
          <w:lang w:eastAsia="zh-CN"/>
        </w:rPr>
        <w:br/>
      </w:r>
      <w:r>
        <w:rPr>
          <w:lang w:eastAsia="zh-CN"/>
        </w:rPr>
        <w:t>　　⑷质检工作形成体系，建立严格可行性标准，达到更佳工作效果。在年质检工作要建立完善的体系，形成酒店质检和部门质检联动的工作方式，质检工作从原则上要严、不仅严于检查更要严于反馈，不以处罚为目标，而是要把质检结果与员工培训及部门考核紧密结合，形成真实有效的质检工作环，达到更好的工作效果，同时每月形成一份可行性质检反馈分析上报酒店，为酒店改善经营管理工作提供依据。</w:t>
      </w:r>
      <w:r>
        <w:rPr>
          <w:lang w:eastAsia="zh-CN"/>
        </w:rPr>
        <w:br/>
      </w:r>
      <w:r>
        <w:rPr>
          <w:lang w:eastAsia="zh-CN"/>
        </w:rPr>
        <w:t>　　⑸外协工作在原有外联基础上，“开发新朋友，不忘老朋友”与新领导积极沟通，在饭店领导的支持下，利用一切社会关系和资源，及时处理和协调各种情况，使外联效果和外联费用都优于往年，保证了饭店的正常经营秩序。</w:t>
      </w:r>
      <w:r>
        <w:rPr>
          <w:lang w:eastAsia="zh-CN"/>
        </w:rPr>
        <w:br/>
      </w:r>
      <w:r>
        <w:rPr>
          <w:lang w:eastAsia="zh-CN"/>
        </w:rPr>
        <w:t>　　⑹以高度的安全责任感和对领导及单位高度负责的精神，狠抓饭店安全管理，强化单位“安全预防”的能力，确保了饭店全年无重大安全责任事故。在年举行一次消防实战演习，并加大消防培训力度，使安全消防工作上升到重要的高度，并结合饭店实习情况对消防监控系统进行全面检查，保证其良好运转，在年计划组织三到四次全酒店范围的内的安全检查并在每月组织一次小范围常规检查，同时保安工作责任落实到人，与相关部门第一责任人签定安全责任书，使安全工作日常化、制度化，规范化达到更好的效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7"/>
          <w:cols w:space="425"/>
          <w:titlePg w:val="0"/>
          <w:docGrid w:type="lines" w:linePitch="312"/>
        </w:sectPr>
      </w:pPr>
      <w:r>
        <w:rPr>
          <w:lang w:eastAsia="zh-CN"/>
        </w:rPr>
        <w:t>　　20__年承载着许多人的梦想，带着信息时代所特有的速度向我们飞奔而来，进入这一年，我希望自己可以在工作上有所进益，发挥优势、规避劣势、在职业生涯中学习领略更多人生风景;更希望部门工作可以在现有基础上得到更大提升;在年我和我的部门会苦练内功、提升、积蓄内力、扩充内存，把部门建设成为真正意义上的和&amp;谐团队、优秀团队、专业团队，也使自己成为一个具有专业素养的酒店职业经理人!</w:t>
      </w:r>
      <w:r>
        <w:rPr>
          <w:lang w:eastAsia="zh-CN"/>
        </w:rPr>
        <w:br/>
      </w:r>
      <w:r>
        <w:rPr>
          <w:lang w:eastAsia="zh-CN"/>
        </w:rPr>
        <w:t xml:space="preserve">    2024年酒店经理上半年工作总结 篇12 </w:t>
      </w:r>
      <w:r>
        <w:rPr>
          <w:lang w:eastAsia="zh-CN"/>
        </w:rPr>
        <w:br/>
      </w:r>
      <w:r>
        <w:rPr>
          <w:lang w:eastAsia="zh-CN"/>
        </w:rPr>
        <w:t>　　今年来前厅部在人员不断更换的情况下，所有的员工仍然能够克服困难、团结进取，圆满的完成酒店交给的各项接待任务，全年共接待了VIP团四个，会议无数次，在整个接待过程中受到客人的好评，一年来前厅部做好了以下几项工作：</w:t>
      </w:r>
      <w:r>
        <w:rPr>
          <w:lang w:eastAsia="zh-CN"/>
        </w:rPr>
        <w:br/>
      </w:r>
      <w:r>
        <w:rPr>
          <w:lang w:eastAsia="zh-CN"/>
        </w:rPr>
        <w:t>　　一、加强业务培训，提高员工素质</w:t>
      </w:r>
      <w:r>
        <w:rPr>
          <w:lang w:eastAsia="zh-CN"/>
        </w:rPr>
        <w:br/>
      </w:r>
      <w:r>
        <w:rPr>
          <w:lang w:eastAsia="zh-CN"/>
        </w:rPr>
        <w:t>　　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七月份对前厅部所有员工进行了长达一个月的外语培训，为今年的星评复核打下一定的基础，只有通过培训才能让员工在业务知识和服务技能上有进一步的提高，才能更好的为客人提供优质的服务。</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8"/>
          <w:cols w:space="425"/>
          <w:titlePg w:val="0"/>
          <w:docGrid w:type="lines" w:linePitch="312"/>
        </w:sectPr>
      </w:pPr>
      <w:r>
        <w:rPr>
          <w:lang w:eastAsia="zh-CN"/>
        </w:rPr>
        <w:t>　　二、给员工灌输“开源节流、增收节支”意识，控制好成本</w:t>
      </w:r>
      <w:r>
        <w:rPr>
          <w:lang w:eastAsia="zh-CN"/>
        </w:rPr>
        <w:br/>
      </w:r>
      <w:r>
        <w:rPr>
          <w:lang w:eastAsia="zh-CN"/>
        </w:rPr>
        <w:t>　　“开源节流、增收节支”是每个企业不矢的追求，前厅部员工积极响应酒店的号召，开展节约、节支活动，控制好成本。为节约费用，前厅部自己购买塑料篮子来装团队的钥匙，减少了钥匙袋和房卡的使用量，给酒店节约了费用(原来不管是团队还是散客，每间房间都必须填写房卡和使用钥匙袋，通过团队房不使用房卡和钥匙袋后，大大节省了费用，房卡0.18元/张，钥匙袋0.10元/个，每天团队房都100间以上，一年可节约一笔较大的费用);商务中心用过期报表来打印草稿纸;督促住宿的员工节约用水电;控制好办公用品，用好每一张纸、每一支笔。通过这些控制，为酒店创收做出前厅部应有的贡献。</w:t>
      </w:r>
      <w:r>
        <w:rPr>
          <w:lang w:eastAsia="zh-CN"/>
        </w:rPr>
        <w:br/>
      </w:r>
      <w:r>
        <w:rPr>
          <w:lang w:eastAsia="zh-CN"/>
        </w:rPr>
        <w:t>　　三、加强员工的销售意识和销售技巧，提高入住率</w:t>
      </w:r>
      <w:r>
        <w:rPr>
          <w:lang w:eastAsia="zh-CN"/>
        </w:rPr>
        <w:br/>
      </w:r>
      <w:r>
        <w:rPr>
          <w:lang w:eastAsia="zh-CN"/>
        </w:rPr>
        <w:t>　　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r>
        <w:rPr>
          <w:lang w:eastAsia="zh-CN"/>
        </w:rPr>
        <w:br/>
      </w:r>
      <w:r>
        <w:rPr>
          <w:lang w:eastAsia="zh-CN"/>
        </w:rPr>
        <w:t>　　四、注重各部门之间的协调工作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9"/>
          <w:cols w:space="425"/>
          <w:titlePg w:val="0"/>
          <w:docGrid w:type="lines" w:linePitch="312"/>
        </w:sectPr>
      </w:pPr>
      <w:r>
        <w:rPr>
          <w:lang w:eastAsia="zh-CN"/>
        </w:rPr>
        <w:t>　　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r>
        <w:rPr>
          <w:lang w:eastAsia="zh-CN"/>
        </w:rPr>
        <w:br/>
      </w:r>
      <w:r>
        <w:rPr>
          <w:lang w:eastAsia="zh-CN"/>
        </w:rPr>
        <w:t>　　五、加强各类报表及报关数据的管理</w:t>
      </w:r>
      <w:r>
        <w:rPr>
          <w:lang w:eastAsia="zh-CN"/>
        </w:rPr>
        <w:br/>
      </w:r>
      <w:r>
        <w:rPr>
          <w:lang w:eastAsia="zh-CN"/>
        </w:rPr>
        <w:t>　　前台按照公安局的规定对每个入住的客人进行入住登记，并输入电脑，境外客人的资料通过酒店的报关系统及时的向国家安全局出入境管理科进行报关，认真执行公安局下发的通知，对每位住客的贵重物品进行提醒寄存。前厅部所有的报表和数据指定专人负责，对报表进行分类存档并每月统计上报。20__年客房收入与20__年客房收入进行对比，住房率增加了9.46%，但收入却减少了240223.07元，主要原因是因为酒店业之间的恶性竟争导致平均房价降低，入住率增加而收入减少的现象，客房简况表附后。</w:t>
      </w:r>
      <w:r>
        <w:rPr>
          <w:lang w:eastAsia="zh-CN"/>
        </w:rPr>
        <w:br/>
      </w:r>
      <w:r>
        <w:rPr>
          <w:lang w:eastAsia="zh-CN"/>
        </w:rPr>
        <w:t>　　成绩是喜人的，但不是之处我们也深刻地意识和体会到：</w:t>
      </w:r>
      <w:r>
        <w:rPr>
          <w:lang w:eastAsia="zh-CN"/>
        </w:rPr>
        <w:br/>
      </w:r>
      <w:r>
        <w:rPr>
          <w:lang w:eastAsia="zh-CN"/>
        </w:rPr>
        <w:t>　　1、在服务上缺乏灵活性和主动性;</w:t>
      </w:r>
      <w:r>
        <w:rPr>
          <w:lang w:eastAsia="zh-CN"/>
        </w:rPr>
        <w:br/>
      </w:r>
      <w:r>
        <w:rPr>
          <w:lang w:eastAsia="zh-CN"/>
        </w:rPr>
        <w:t>　　2、总机的设备老化造成线路不畅，时常引起客人投诉;</w:t>
      </w:r>
      <w:r>
        <w:rPr>
          <w:lang w:eastAsia="zh-CN"/>
        </w:rPr>
        <w:br/>
      </w:r>
      <w:r>
        <w:rPr>
          <w:lang w:eastAsia="zh-CN"/>
        </w:rPr>
        <w:t>　　3、个别新员工对本职工作操作不熟练;</w:t>
      </w:r>
      <w:r>
        <w:rPr>
          <w:lang w:eastAsia="zh-CN"/>
        </w:rPr>
        <w:br/>
      </w:r>
      <w:r>
        <w:rPr>
          <w:lang w:eastAsia="zh-CN"/>
        </w:rPr>
        <w:t>　　4、商务中心复印机老化，复印机效果不好，影响到商务中心的收入，今年全年商务中心的复印现金收入只有2812.9元，附上商务中心20__年经营简况表：根据酒店给营业部门制定了新的销售指标和任务，__年对前厅部来说是一个重要年，为能配合销售部完成任务，特制定出来年工作计划：</w:t>
      </w:r>
      <w:r>
        <w:rPr>
          <w:lang w:eastAsia="zh-CN"/>
        </w:rPr>
        <w:br/>
      </w:r>
      <w:r>
        <w:rPr>
          <w:lang w:eastAsia="zh-CN"/>
        </w:rPr>
        <w:t>　　1、继续加强培训，提高员工的综合素质，提高服务质量;</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0"/>
          <w:cols w:space="425"/>
          <w:titlePg w:val="0"/>
          <w:docGrid w:type="lines" w:linePitch="312"/>
        </w:sectPr>
      </w:pPr>
      <w:r>
        <w:rPr>
          <w:lang w:eastAsia="zh-CN"/>
        </w:rPr>
        <w:t>　　2、稳定员工队伍，减少员工的流动性;</w:t>
      </w:r>
      <w:r>
        <w:rPr>
          <w:lang w:eastAsia="zh-CN"/>
        </w:rPr>
        <w:br/>
      </w:r>
      <w:r>
        <w:rPr>
          <w:lang w:eastAsia="zh-CN"/>
        </w:rPr>
        <w:t>　　3、“硬件”老化“软件”补，通过提高服务质量来弥补设备老化的不足;</w:t>
      </w:r>
      <w:r>
        <w:rPr>
          <w:lang w:eastAsia="zh-CN"/>
        </w:rPr>
        <w:br/>
      </w:r>
      <w:r>
        <w:rPr>
          <w:lang w:eastAsia="zh-CN"/>
        </w:rPr>
        <w:t>　　4、提高前台员工的售房技巧，增加散客的入住率，力争完成酒店下达的销售任务。</w:t>
      </w:r>
      <w:r>
        <w:rPr>
          <w:lang w:eastAsia="zh-CN"/>
        </w:rPr>
        <w:br/>
      </w:r>
      <w:r>
        <w:rPr>
          <w:lang w:eastAsia="zh-CN"/>
        </w:rPr>
        <w:t>　　新的一年已开始，前厅部全体员工将以新的精神面貌和实际行动向宾客提供质的服务，贯彻“宾客至上，服务第一”的宗旨。</w:t>
      </w:r>
      <w:r>
        <w:rPr>
          <w:lang w:eastAsia="zh-CN"/>
        </w:rPr>
        <w:br/>
      </w:r>
      <w:r>
        <w:rPr>
          <w:lang w:eastAsia="zh-CN"/>
        </w:rPr>
        <w:t xml:space="preserve">    2024年酒店经理上半年工作总结 篇13 </w:t>
      </w:r>
      <w:r>
        <w:rPr>
          <w:lang w:eastAsia="zh-CN"/>
        </w:rPr>
        <w:br/>
      </w:r>
      <w:r>
        <w:rPr>
          <w:lang w:eastAsia="zh-CN"/>
        </w:rPr>
        <w:t>　　本人，__大酒店总经理，在董事长及达声总部的领导下，率领两酒店全体员工完成总公司制定的各项经营、管理指标，共同提高酒店的服务质量、管理水平和经济效益。现就20__年度的工作汇报如下：</w:t>
      </w:r>
      <w:r>
        <w:rPr>
          <w:lang w:eastAsia="zh-CN"/>
        </w:rPr>
        <w:br/>
      </w:r>
      <w:r>
        <w:rPr>
          <w:lang w:eastAsia="zh-CN"/>
        </w:rPr>
        <w:t>　　一、确立酒店的经营计划发展规划及经营方针，制定酒店的经营管理目标，并指挥实施。</w:t>
      </w:r>
      <w:r>
        <w:rPr>
          <w:lang w:eastAsia="zh-CN"/>
        </w:rPr>
        <w:br/>
      </w:r>
      <w:r>
        <w:rPr>
          <w:lang w:eastAsia="zh-CN"/>
        </w:rPr>
        <w:t>　　__大酒店自开业以来，受诸方面因素影响，经营情况不容乐观，制定20__年度发展规划及经营方针即是围绕着改善经营状况进行的，20__年基本确定大酒店以中餐、西餐、客房三大营业点为重点，辅以会所、泳池等配套设施，加强营销，细化服务，提高出品，从而提高酒店整体盈利能力为酒店基本经营方针。</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1"/>
          <w:cols w:space="425"/>
          <w:titlePg w:val="0"/>
          <w:docGrid w:type="lines" w:linePitch="312"/>
        </w:sectPr>
      </w:pPr>
      <w:r>
        <w:rPr>
          <w:lang w:eastAsia="zh-CN"/>
        </w:rPr>
        <w:t>　　20__年度酒店原计划收入为_万元，实际收入为_万元，完成率为%。剔除中餐收入影响，俱乐部计划收入为_元，实际收入为_元，完成率为%。其中西餐计划收入为_万元，实际收入为_万元，完成率为%，客房计划收入为_万元，实际完成_万元，完成率为%。为推动住房，带动消费，俱乐部在经营方面主要采取以下措施保证经营持续增长：</w:t>
      </w:r>
      <w:r>
        <w:rPr>
          <w:lang w:eastAsia="zh-CN"/>
        </w:rPr>
        <w:br/>
      </w:r>
      <w:r>
        <w:rPr>
          <w:lang w:eastAsia="zh-CN"/>
        </w:rPr>
        <w:t>　　1、对住房客人增设了免费的游泳项目，对商务客房推出了每月住房累计满五间赠送泳票一张的优惠活动，以此激励商务公司的订房并对新开业的游泳池起宣传推广作用。</w:t>
      </w:r>
      <w:r>
        <w:rPr>
          <w:lang w:eastAsia="zh-CN"/>
        </w:rPr>
        <w:br/>
      </w:r>
      <w:r>
        <w:rPr>
          <w:lang w:eastAsia="zh-CN"/>
        </w:rPr>
        <w:t>　　2、针对6月下旬的住房预售低，实行对散客和商务住房赠送早餐，对旅行社调低周末价来吸引住客。</w:t>
      </w:r>
      <w:r>
        <w:rPr>
          <w:lang w:eastAsia="zh-CN"/>
        </w:rPr>
        <w:br/>
      </w:r>
      <w:r>
        <w:rPr>
          <w:lang w:eastAsia="zh-CN"/>
        </w:rPr>
        <w:t>　　3、把西餐厅定位成北至高观景的中高档西餐厅，细化服务，加强出品。抓住五一黄金周契机，自5月1日起，对西餐厅再一次调价，将自助餐午餐价格上调至58元/位，同时新推出下午茶项目。</w:t>
      </w:r>
      <w:r>
        <w:rPr>
          <w:lang w:eastAsia="zh-CN"/>
        </w:rPr>
        <w:br/>
      </w:r>
      <w:r>
        <w:rPr>
          <w:lang w:eastAsia="zh-CN"/>
        </w:rPr>
        <w:t>　　4、俱乐部经营未达目标，主要原因为中餐收入与计划相距过远。下半年中餐情形极不容乐观，在__公司决策下，于9月11日宣布停业。意味着酒店摆脱中餐束缚，轻装上阵，扭亏目标指日可待。</w:t>
      </w:r>
      <w:r>
        <w:rPr>
          <w:lang w:eastAsia="zh-CN"/>
        </w:rPr>
        <w:br/>
      </w:r>
      <w:r>
        <w:rPr>
          <w:lang w:eastAsia="zh-CN"/>
        </w:rPr>
        <w:t>　　5、指导制定策划中西方节日活动，实现创收高峰。</w:t>
      </w:r>
      <w:r>
        <w:rPr>
          <w:lang w:eastAsia="zh-CN"/>
        </w:rPr>
        <w:br/>
      </w:r>
      <w:r>
        <w:rPr>
          <w:lang w:eastAsia="zh-CN"/>
        </w:rPr>
        <w:t>　　二、主持制定和完善酒店各项规章制度，建立健全内部组织系统，协调各部门关系，建立内部合理而有效的运行机制。</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2"/>
          <w:cols w:space="425"/>
          <w:titlePg w:val="0"/>
          <w:docGrid w:type="lines" w:linePitch="312"/>
        </w:sectPr>
      </w:pPr>
      <w:r>
        <w:rPr>
          <w:lang w:eastAsia="zh-CN"/>
        </w:rPr>
        <w:t>　　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w:t>
      </w:r>
      <w:r>
        <w:rPr>
          <w:lang w:eastAsia="zh-CN"/>
        </w:rPr>
        <w:br/>
      </w:r>
      <w:r>
        <w:rPr>
          <w:lang w:eastAsia="zh-CN"/>
        </w:rPr>
        <w:t>　　酒店成立之初，各项制度未健全完善，制度的完善及各项工作程序的确立需在长期大量的实践中方能逐步完成。因此，制度的建立也是一项长期复杂的工作。现该部分工作已基本完成，俱乐部各项岗位程序及流程已制定。</w:t>
      </w:r>
      <w:r>
        <w:rPr>
          <w:lang w:eastAsia="zh-CN"/>
        </w:rPr>
        <w:br/>
      </w:r>
      <w:r>
        <w:rPr>
          <w:lang w:eastAsia="zh-CN"/>
        </w:rPr>
        <w:t>　　酒店管理的规范化、制度化建设是酒店发展的基础，酒店管理层自20__年年初开始，即对酒店整体规范与标准作明确规定，相继出台了相关程序化、规范化管理文件。</w:t>
      </w:r>
      <w:r>
        <w:rPr>
          <w:lang w:eastAsia="zh-CN"/>
        </w:rPr>
        <w:br/>
      </w:r>
      <w:r>
        <w:rPr>
          <w:lang w:eastAsia="zh-CN"/>
        </w:rPr>
        <w:t>　　在目标考核方面，一方面按照已出台的考核实施办法进行考核，另一方面每月每季度召开上月/季度工作总结会，针对制定的工作计划，总结实际实施进度，提出需解决的问题，使各项工作落实到人，也以此作为对各部考核的依据。</w:t>
      </w:r>
      <w:r>
        <w:rPr>
          <w:lang w:eastAsia="zh-CN"/>
        </w:rPr>
        <w:br/>
      </w:r>
      <w:r>
        <w:rPr>
          <w:lang w:eastAsia="zh-CN"/>
        </w:rPr>
        <w:t>　　三、研究并掌握市场的变化和发展情况，制定市场拓展及价格体系，适时提出阶段性工作重点，并指挥实施。</w:t>
      </w:r>
      <w:r>
        <w:rPr>
          <w:lang w:eastAsia="zh-CN"/>
        </w:rPr>
        <w:br/>
      </w:r>
      <w:r>
        <w:rPr>
          <w:lang w:eastAsia="zh-CN"/>
        </w:rPr>
        <w:t>　　市场的变化与酒店的发展息息相关，俱乐部正是基于此紧扣市场脉博，及时提出各阶段工作重点：</w:t>
      </w:r>
      <w:r>
        <w:rPr>
          <w:lang w:eastAsia="zh-CN"/>
        </w:rPr>
        <w:br/>
      </w:r>
      <w:r>
        <w:rPr>
          <w:lang w:eastAsia="zh-CN"/>
        </w:rPr>
        <w:t>　　一月份制定20__年商务散客、长包房、会议团房、旅行社团散房价格及合约版本。</w:t>
      </w:r>
      <w:r>
        <w:rPr>
          <w:lang w:eastAsia="zh-CN"/>
        </w:rPr>
        <w:br/>
      </w:r>
      <w:r>
        <w:rPr>
          <w:lang w:eastAsia="zh-CN"/>
        </w:rPr>
        <w:t>　　二月份策划情人节活动及推广工作，加强财务管理，制定仓库管理制度，实行总机与服务中心分开管理。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3"/>
          <w:cols w:space="425"/>
          <w:titlePg w:val="0"/>
          <w:docGrid w:type="lines" w:linePitch="312"/>
        </w:sectPr>
      </w:pPr>
      <w:r>
        <w:rPr>
          <w:lang w:eastAsia="zh-CN"/>
        </w:rPr>
        <w:t>　　三月根据季度转变调整金海悦大厅A、B区优惠政策，减少赠送，完善C区的服务功能。狠抓营销工作，落实酒店营销计划，做好或销任务分配。制定西餐厅的工作流程及奖罚制度。制定格兰德会员卡章程。</w:t>
      </w:r>
      <w:r>
        <w:rPr>
          <w:lang w:eastAsia="zh-CN"/>
        </w:rPr>
        <w:br/>
      </w:r>
      <w:r>
        <w:rPr>
          <w:lang w:eastAsia="zh-CN"/>
        </w:rPr>
        <w:t>　　四月完善酒店部门岗位职责修订，起草酒店各部门工作程序，开展游泳池的开业筹备工作，完成对西餐厅天台的布置。组织营销人员进行钻石卡、优惠卡的销售，策划母亲节活动。</w:t>
      </w:r>
      <w:r>
        <w:rPr>
          <w:lang w:eastAsia="zh-CN"/>
        </w:rPr>
        <w:br/>
      </w:r>
      <w:r>
        <w:rPr>
          <w:lang w:eastAsia="zh-CN"/>
        </w:rPr>
        <w:t>　　五月编制新菜牌，做好季节菜的转换，改变中餐C区服务功能推出行政套餐，加强对游泳池的销售工作，对客房浴室渗水维修，西餐厅包房天花、墙纸发霉维修，中西厨地面修补，中餐空调尘网清洗。完成__大厦东外墙户外喷绘广告的制作。</w:t>
      </w:r>
      <w:r>
        <w:rPr>
          <w:lang w:eastAsia="zh-CN"/>
        </w:rPr>
        <w:br/>
      </w:r>
      <w:r>
        <w:rPr>
          <w:lang w:eastAsia="zh-CN"/>
        </w:rPr>
        <w:t>　　六月重组中餐人员编制，续聘优秀营销人员，开展端午节、儿童节应节活动，调整西餐厅暑期出品，完成酒店宣传册的订印。</w:t>
      </w:r>
      <w:r>
        <w:rPr>
          <w:lang w:eastAsia="zh-CN"/>
        </w:rPr>
        <w:br/>
      </w:r>
      <w:r>
        <w:rPr>
          <w:lang w:eastAsia="zh-CN"/>
        </w:rPr>
        <w:t>　　七月份酒店为节约成本，实行部分物资自购，中餐增加新菜式的推广，西餐推出精选下午茶、夏日倾情饮品。客房增加可售卖毛巾，对客房一次性用品进行颜色区分。开始对客房的渗水维修。</w:t>
      </w:r>
      <w:r>
        <w:rPr>
          <w:lang w:eastAsia="zh-CN"/>
        </w:rPr>
        <w:br/>
      </w:r>
      <w:r>
        <w:rPr>
          <w:lang w:eastAsia="zh-CN"/>
        </w:rPr>
        <w:t>　　八月对酒店电梯喷画进行更换，对中央空调及锅炉进行水处理、清洗，重新订制客房一次性用品。</w:t>
      </w:r>
      <w:r>
        <w:rPr>
          <w:lang w:eastAsia="zh-CN"/>
        </w:rPr>
        <w:br/>
      </w:r>
      <w:r>
        <w:rPr>
          <w:lang w:eastAsia="zh-CN"/>
        </w:rPr>
        <w:t>　　九月根据中餐经营情况及时停止了中餐营业，并围绕中餐停业做好员工遣散、供货商物资退货及资产盘点工作。同时西餐厅开展了以登高赏月为主题的中秋活动，取得了良好效果。</w:t>
      </w:r>
      <w:r>
        <w:rPr>
          <w:lang w:eastAsia="zh-CN"/>
        </w:rPr>
        <w:br/>
      </w:r>
      <w:r>
        <w:rPr>
          <w:lang w:eastAsia="zh-CN"/>
        </w:rPr>
        <w:t>　　十月做好十一黄金周的接待工作，同时由于高交会的举行，及时调整了房价，提高了营业收入。为节能降耗，制定秋冬季节中央空调开放时间。</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4"/>
          <w:cols w:space="425"/>
          <w:titlePg w:val="0"/>
          <w:docGrid w:type="lines" w:linePitch="312"/>
        </w:sectPr>
      </w:pPr>
      <w:r>
        <w:rPr>
          <w:lang w:eastAsia="zh-CN"/>
        </w:rPr>
        <w:t>　　十一月完成酒店部分制服的更换工作，同时对客房风机盘管进行清洗，同时为改善员工住宿，将员工宿舍由莲塘搬至上步，取消了员工班车。</w:t>
      </w:r>
      <w:r>
        <w:rPr>
          <w:lang w:eastAsia="zh-CN"/>
        </w:rPr>
        <w:br/>
      </w:r>
      <w:r>
        <w:rPr>
          <w:lang w:eastAsia="zh-CN"/>
        </w:rPr>
        <w:t>　　十二月进行了办公室搬迁，同时以圣诞节为重点，对酒店进行全面布置与策划，基本达到预期效果。</w:t>
      </w:r>
      <w:r>
        <w:rPr>
          <w:lang w:eastAsia="zh-CN"/>
        </w:rPr>
        <w:br/>
      </w:r>
      <w:r>
        <w:rPr>
          <w:lang w:eastAsia="zh-CN"/>
        </w:rPr>
        <w:t xml:space="preserve">    2024年酒店经理上半年工作总结 篇14 </w:t>
      </w:r>
      <w:r>
        <w:rPr>
          <w:lang w:eastAsia="zh-CN"/>
        </w:rPr>
        <w:br/>
      </w:r>
      <w:r>
        <w:rPr>
          <w:lang w:eastAsia="zh-CN"/>
        </w:rPr>
        <w:t>　　__年7月14日，受董事长及达声总部领导的委派，本人负责__大酒店筹建工作，由于前期遗留问题较多，各项工作处于停顿状态。为使工作顺利进入状态，本人主要开展以下几方面工作：</w:t>
      </w:r>
      <w:r>
        <w:rPr>
          <w:lang w:eastAsia="zh-CN"/>
        </w:rPr>
        <w:br/>
      </w:r>
      <w:r>
        <w:rPr>
          <w:lang w:eastAsia="zh-CN"/>
        </w:rPr>
        <w:t>　　一、解决前期工程遗留问题，组织图纸会审，重新确定思路，加快主体工程建设，目前各项工程处于收尾阶段。</w:t>
      </w:r>
      <w:r>
        <w:rPr>
          <w:lang w:eastAsia="zh-CN"/>
        </w:rPr>
        <w:br/>
      </w:r>
      <w:r>
        <w:rPr>
          <w:lang w:eastAsia="zh-CN"/>
        </w:rPr>
        <w:t>　　由于前期人员变动及部分合作商沟通不畅，各项主体陷入瘫痪状态，工地停工，员工情绪动荡。在此情形下，本人意识到只有立即解决前期遗留问题，加快主体建设，才能推动筹建工作的进展，稳定民心。在王宾董事长及总公司领导的支持下，本人组织人员进行图纸会审，重新确定思路，解除不合作装饰公司合约，吸引有实力、有资质、有经验承建商共同合作，现已完成以下几项主体工程：</w:t>
      </w:r>
      <w:r>
        <w:rPr>
          <w:lang w:eastAsia="zh-CN"/>
        </w:rPr>
        <w:br/>
      </w:r>
      <w:r>
        <w:rPr>
          <w:lang w:eastAsia="zh-CN"/>
        </w:rPr>
        <w:t>　　1、弱电工程：电话线、视频线、网络线铺设；消控室和总机房静电地板项目。有线电线设施完成90%。目前唯有卫星接收系统项目处于洽谈中。</w:t>
      </w:r>
      <w:r>
        <w:rPr>
          <w:lang w:eastAsia="zh-CN"/>
        </w:rPr>
        <w:br/>
      </w:r>
      <w:r>
        <w:rPr>
          <w:lang w:eastAsia="zh-CN"/>
        </w:rPr>
        <w:t>　　2、设备工程：完成空调主机安装、水泵安装、锅炉、别墅热水器的安装。目前未完成项目有电源、煤气设备。</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5"/>
          <w:cols w:space="425"/>
          <w:titlePg w:val="0"/>
          <w:docGrid w:type="lines" w:linePitch="312"/>
        </w:sectPr>
      </w:pPr>
      <w:r>
        <w:rPr>
          <w:lang w:eastAsia="zh-CN"/>
        </w:rPr>
        <w:t>　　3、装修工程：完成别墅外墙油漆及90%别墅装修；主楼装修完成90%（包括水、电、地、墙、天花）；酒店外墙大理石完成80%。</w:t>
      </w:r>
      <w:r>
        <w:rPr>
          <w:lang w:eastAsia="zh-CN"/>
        </w:rPr>
        <w:br/>
      </w:r>
      <w:r>
        <w:rPr>
          <w:lang w:eastAsia="zh-CN"/>
        </w:rPr>
        <w:t>　　4、其它工程：完成外围栏、别墅中间艺术长廊、酒店广场、店标石。园林工程、海边休闲凉亭完成90%；酒店停车场完成90%；酒店喷水池完成90%；草地照明完成90%；</w:t>
      </w:r>
      <w:r>
        <w:rPr>
          <w:lang w:eastAsia="zh-CN"/>
        </w:rPr>
        <w:br/>
      </w:r>
      <w:r>
        <w:rPr>
          <w:lang w:eastAsia="zh-CN"/>
        </w:rPr>
        <w:t>　　二、广布信息，开展各类招标活动，对各类设备、用品、材料选样及机器设备选型，并签定合约</w:t>
      </w:r>
      <w:r>
        <w:rPr>
          <w:lang w:eastAsia="zh-CN"/>
        </w:rPr>
        <w:br/>
      </w:r>
      <w:r>
        <w:rPr>
          <w:lang w:eastAsia="zh-CN"/>
        </w:rPr>
        <w:t>　　在上述主体工程如火如荼进行同时，各类设备、用品及材料选样及机器设备的选型也紧锣密鼓地开展。在与王宾董事长及合作方相关领导沟通下、辅以自身多年酒店行业经验，进行选样定型。在供货商的选定上，采取招标办法，在招标过程中，严格坚持了公正、合法、平等竞争、诚实信用的原则，坚持了资格审查，实地考察，小组审议，上报批准的工作程序与供货商签定合约。目前中央空调、厨房设备、绿化工程、燃气工程、客房门锁、清洁机器、员工服装、客房用品等一系列合同已签定，共计合约50份，合同总额达1802。6万元。（</w:t>
      </w:r>
      <w:r>
        <w:rPr>
          <w:lang w:eastAsia="zh-CN"/>
        </w:rPr>
        <w:br/>
      </w:r>
      <w:r>
        <w:rPr>
          <w:lang w:eastAsia="zh-CN"/>
        </w:rPr>
        <w:t>　　三、确立人员编制、架构，分步有序进行人员招聘，保证人员储备，加强人员培训</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6"/>
          <w:cols w:space="425"/>
          <w:titlePg w:val="0"/>
          <w:docGrid w:type="lines" w:linePitch="312"/>
        </w:sectPr>
      </w:pPr>
      <w:r>
        <w:rPr>
          <w:lang w:eastAsia="zh-CN"/>
        </w:rPr>
        <w:t>　　__年8月，酒店确立全体人员编制为307人。结合酒店特点搭建组织架构，制定人员工资标准体系。目前亚洲海湾大酒店确立为总经理领导下的各部门相互分工合作的有机整体。在人员的招聘上，为确保各项工作高效进行，节约控制人力成本，海湾大酒店采取分步有序，逐步到位的办法进行人员的招聘。对于职位缺口较大的部门，采取了多种的招聘方法来尽快补足，除了人才市场招聘、劳动力市场招聘外，还通过网上发布招聘信息，请劳动职业介绍所帮忙发布信息和推荐人员，通过劳动局关系和同行协助寻找和推荐酒店所需的人才等方式，目前酒店到职人员共222人，主要为：行政办7人，财务部28人，前厅部32人，管家部36人，餐饮部36人，营销推广部9人，人力资源部5人，厨房31人，采购部3人，工程部10人，保安部25人。以上数据未包含__年元旦后入职的部分员工和已经落实的四十名实习生。</w:t>
      </w:r>
      <w:r>
        <w:rPr>
          <w:lang w:eastAsia="zh-CN"/>
        </w:rPr>
        <w:br/>
      </w:r>
      <w:r>
        <w:rPr>
          <w:lang w:eastAsia="zh-CN"/>
        </w:rPr>
        <w:t>　　目前与与酒店签定“校企合作协议”的大中专院校有“天津商学院”、“厦门南洋学院”和“海峡工贸学校”等三所。实习期从__年1月3日至__年6月30日止。本批实习生都是经过人力资源部挑选和相关部门面试，从中挑选的，基本上都达到了酒店培训的要求。在所有实习生入店实习后，人力资源部除了作好完善的食宿、津贴及工作安排外，还将与每位实习生签定“实习协议”，用以保证我们酒店实习生的稳定性。现在南洋学院和海峡工贸的学生已经来我酒店开始实习了。酒店现有的员工人数已经达到编制（307人）的85%左右，已经能够保证酒店试营业的员工数量，除了管家、餐饮和工程等三个部门因酒店是逐步开业而不需要按编制全部到位外，其他部门的员工均已达到部门人员总数的96%以上。接下来，由于已经临近年关，人力资源部主要通过知会同行，了解过后一些高星级酒店欲跳槽的人员的去向，为我们酒店所需人员做好后备人选。</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7"/>
          <w:cols w:space="425"/>
          <w:titlePg w:val="0"/>
          <w:docGrid w:type="lines" w:linePitch="312"/>
        </w:sectPr>
      </w:pPr>
      <w:r>
        <w:rPr>
          <w:lang w:eastAsia="zh-CN"/>
        </w:rPr>
        <w:t>　　为了能够跟上酒店进行试营业时新入店员工的培训，海湾大酒店着手开展了两次共八节培训课，对所有已入店员工进行系统的培训，培训内容涉及：酒店软件和硬件的介绍、酒店的仪容仪表规范、礼貌礼仪的重要性、酒店英文、个人素养、职业道德、消防安全知识及全员销售技巧等，不仅从全方位加强了员工对酒店的认识和拓展知识面，也大大提高了员工的工作积极性。</w:t>
      </w:r>
      <w:r>
        <w:rPr>
          <w:lang w:eastAsia="zh-CN"/>
        </w:rPr>
        <w:br/>
      </w:r>
      <w:r>
        <w:rPr>
          <w:lang w:eastAsia="zh-CN"/>
        </w:rPr>
        <w:t>　　四、规范管理，完成建章立制，实现办公电子化</w:t>
      </w:r>
      <w:r>
        <w:rPr>
          <w:lang w:eastAsia="zh-CN"/>
        </w:rPr>
        <w:br/>
      </w:r>
      <w:r>
        <w:rPr>
          <w:lang w:eastAsia="zh-CN"/>
        </w:rPr>
        <w:t>　　经过近半年的努力，亚洲海湾大酒店已制定一套比较完整的管理制度、岗位责任制以及操作流程。全面完成中餐、西餐、大堂吧的标准成本菜单核算。全面清查酒店资产，建立一套完整的资产实物台帐及制度，保证酒店资产的安全。完成财务后台电脑软件的初始化工作，保证电脑建帐使用的稳定性。</w:t>
      </w:r>
      <w:r>
        <w:rPr>
          <w:lang w:eastAsia="zh-CN"/>
        </w:rPr>
        <w:br/>
      </w:r>
      <w:r>
        <w:rPr>
          <w:lang w:eastAsia="zh-CN"/>
        </w:rPr>
        <w:t>　　五、确立市场定位，加强营销推广，开展市场调查，提高酒店知名度，</w:t>
      </w:r>
      <w:r>
        <w:rPr>
          <w:lang w:eastAsia="zh-CN"/>
        </w:rPr>
        <w:br/>
      </w:r>
      <w:r>
        <w:rPr>
          <w:lang w:eastAsia="zh-CN"/>
        </w:rPr>
        <w:t>　　随着旅游经济的复苏，厦门星级酒店逐步完善与增多，并陆续有国际品牌酒店进驻，厦门酒店行业面临严峻的市场竞争。根据本酒店情况，确定酒店的市场定位为商务旅游度假酒店，客源定位为跨国企业、外资企业、大型企业、政要客人、本地公司及海外公司等层次与消费能力高的群体。为做到“知已知彼，百战不殆”酒店组织营销人员开展对周边区域的市场调查、上门拜访与洽谈沟通，对环岛内高级写字楼及各家国际旅行社与网络订房中心商谈合作。目前已签协议单位有419家，旅行社56家。</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8"/>
          <w:cols w:space="425"/>
          <w:titlePg w:val="0"/>
          <w:docGrid w:type="lines" w:linePitch="312"/>
        </w:sectPr>
      </w:pPr>
      <w:r>
        <w:rPr>
          <w:lang w:eastAsia="zh-CN"/>
        </w:rPr>
        <w:t>　　通过开展对各大型企业、跨国集团、外资企业、上市公司的重点销售回访，得到反馈信息有：亚洲海湾大酒店定位五星级酒店较合理，房价也可以接受，地理环境得天独厚，适合接待高级客人。别墅型酒店在厦门少有，较有吸引力。旅行社及网络订房对亚洲海湾大酒店也非常感兴趣，已有多家旅行社来参观酒店并表示满意，以后将把日本、韩国、欧美等国团队安排亚洲海湾酒店。这说明各企业、旅行社对酒店的期望值较高，将酒店定位为高档、集商务、休闲一体商务旅游度假酒店的思路是正确的。</w:t>
      </w:r>
      <w:r>
        <w:rPr>
          <w:lang w:eastAsia="zh-CN"/>
        </w:rPr>
        <w:br/>
      </w:r>
      <w:r>
        <w:rPr>
          <w:lang w:eastAsia="zh-CN"/>
        </w:rPr>
        <w:t>　　以上为本人在__年度任俱乐部及海湾大酒店总经理期间负责的各项工作。由于两头兼顾，任务繁重，工作中难免存在着疏忽与不足，敬请公司领导批评指正。</w:t>
      </w:r>
      <w:r>
        <w:rPr>
          <w:lang w:eastAsia="zh-CN"/>
        </w:rPr>
        <w:br/>
      </w:r>
      <w:r>
        <w:rPr>
          <w:lang w:eastAsia="zh-CN"/>
        </w:rPr>
        <w:t xml:space="preserve">    2024年酒店经理上半年工作总结 篇15 </w:t>
      </w:r>
      <w:r>
        <w:rPr>
          <w:lang w:eastAsia="zh-CN"/>
        </w:rPr>
        <w:br/>
      </w:r>
      <w:r>
        <w:rPr>
          <w:lang w:eastAsia="zh-CN"/>
        </w:rPr>
        <w:t>　　其实，员工们如果想要知道自己这一年来的工作情况如何，可以从你写的年终总结上清晰的了解到自己这一年来的工作表现情况。下面是酒店总经理对自己这一年来的工作情况进行的总结，我们一起来了解下。</w:t>
      </w:r>
      <w:r>
        <w:rPr>
          <w:lang w:eastAsia="zh-CN"/>
        </w:rPr>
        <w:br/>
      </w:r>
      <w:r>
        <w:rPr>
          <w:lang w:eastAsia="zh-CN"/>
        </w:rPr>
        <w:t>　　一、科学决策，群策群力。</w:t>
      </w:r>
      <w:r>
        <w:rPr>
          <w:lang w:eastAsia="zh-CN"/>
        </w:rPr>
        <w:br/>
      </w:r>
      <w:r>
        <w:rPr>
          <w:lang w:eastAsia="zh-CN"/>
        </w:rPr>
        <w:t>　　酒店全体领导班子根据各项工作任务的要求，年初制定了全年工作计划，提出了指导各项工作开展的总体工作思路，酒店总经理带领各部门经理及主管、领班，团结全体员工，上下一致，齐心协力，在创收、创利、创优、创稳定方面作出了一定的贡献，取得了颇为可观的业绩。</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9"/>
          <w:cols w:space="425"/>
          <w:titlePg w:val="0"/>
          <w:docGrid w:type="lines" w:linePitch="312"/>
        </w:sectPr>
      </w:pPr>
      <w:r>
        <w:rPr>
          <w:lang w:eastAsia="zh-CN"/>
        </w:rPr>
        <w:t>　　(一)、经营创收。酒店通过调整销售人员、拓宽销售渠道、推出房提奖励、餐饮绩效挂钩等</w:t>
      </w:r>
      <w:r>
        <w:rPr>
          <w:lang w:eastAsia="zh-CN"/>
        </w:rPr>
        <w:br/>
      </w:r>
      <w:r>
        <w:rPr>
          <w:lang w:eastAsia="zh-CN"/>
        </w:rPr>
        <w:t>　　相关经营措施，增加了营业收入。酒店全年完成营收为8600万元，比去年超额1800万元，超幅为26%;其中客房收入为3600万元，写字间收入为800万元，餐厅收入2800万元，其它收入共1400万元。全年客房平均出租率为116%，年均房价480元/间/夜。酒店客房出租率和平均房价，皆高于全市四星级酒店的平均值。</w:t>
      </w:r>
      <w:r>
        <w:rPr>
          <w:lang w:eastAsia="zh-CN"/>
        </w:rPr>
        <w:br/>
      </w:r>
      <w:r>
        <w:rPr>
          <w:lang w:eastAsia="zh-CN"/>
        </w:rPr>
        <w:t>　　(二)、酒店通过狠抓管理，挖掘潜力，开源节支，合理用工等，在人工成本、能源费用、物料消耗、采购库管等方面，倡导节约，从严控制。酒店全年经营利润为4128万元，经营利润率为48%，比去年分别增加900万元。</w:t>
      </w:r>
      <w:r>
        <w:rPr>
          <w:lang w:eastAsia="zh-CN"/>
        </w:rPr>
        <w:br/>
      </w:r>
      <w:r>
        <w:rPr>
          <w:lang w:eastAsia="zh-CN"/>
        </w:rPr>
        <w:t>　　(三)、酒店通过强化《员工接待基本行为准则》关于“仪表、微笑、问候、行为标准、技能技巧、着装、规范、素质。”等20字内容的培训，加强管理人员的现场督导和质量检查，逐步完善前台待客部门及岗位的窗口形象，提高了员工的优质服务水准。此外，在大型活动的接待服务中，销售、前厅、客房、物业、餐厅等部门或岗位，分别收到了来自多方面的表扬信，信中高度赞扬我们“酒店员工热情周到的服务，给我们的日常生活提供了必要的后勤保障，使我们能够圆满地完成此次活动等。</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0"/>
          <w:cols w:space="425"/>
          <w:titlePg w:val="0"/>
          <w:docGrid w:type="lines" w:linePitch="312"/>
        </w:sectPr>
      </w:pPr>
      <w:r>
        <w:rPr>
          <w:lang w:eastAsia="zh-CN"/>
        </w:rPr>
        <w:t>　　(四)、酒店全年几乎未发生一件意外安全事故。在酒店全体管理人员的关心指导下，店级领导天天召开部门经理反馈会，对通报情况提出要求。保安部安排干部员工加岗加时，勤于巡逻，严密防控。在相关部门的配合下，群防群控，确保了各项活动万无一失和酒店忙而不乱的安全稳定。酒店保安部也因此而被评为先进班组。</w:t>
      </w:r>
      <w:r>
        <w:rPr>
          <w:lang w:eastAsia="zh-CN"/>
        </w:rPr>
        <w:br/>
      </w:r>
      <w:r>
        <w:rPr>
          <w:lang w:eastAsia="zh-CN"/>
        </w:rPr>
        <w:t>　　二、与时俱进，提升发展，酒店突显改观</w:t>
      </w:r>
      <w:r>
        <w:rPr>
          <w:lang w:eastAsia="zh-CN"/>
        </w:rPr>
        <w:br/>
      </w:r>
      <w:r>
        <w:rPr>
          <w:lang w:eastAsia="zh-CN"/>
        </w:rPr>
        <w:t>　　酒店全体管理人员率先垂范，组织指导党员干部及全体员工，结合酒店经营、治理、服务等实际情况，转变观念。在市场竞争的浪潮中求生存，使整个酒店范围下半年度突显了可喜的改观。主要表现在干部员工精神状态积极向上。酒店总经理大会、小会反复强调，干部员工要有紧迫感，应具上进心，培养“精气神”。酒店的治理服务不是高科技，没有什么深奥的学问。要害是人的主观能动性，是人的精神状态，是对酒店的忠诚度和敬业精神，是对治理与服务内涵真谛的理解及其运用。店级领导还通过组织对部门经理、主管、领班及员工的各项培训交流，启发引导大家拓宽视野，学习进取，团结协作。在完成酒店经营指标、治理目标和接待任务的过程中实现自身价值，并感受人生乐趣。因而，部门之间相互推诿扯皮现象少了，互通信息、互为补台、互相尊重多了;酒店每月两次夜间例行安检和每周一次质量检查请假、缺席的人少了，主动关心参加、检查仔细认真多了。在一些大型活动中，在酒店全体领导的榜样作用下，部门经理带领着主管、领班及其员工，加班加点，任劳任怨，工作延长虽很疲惫却始终保持振作的精神状态，为酒店的窗口形象增添了光彩。</w:t>
      </w:r>
      <w:r>
        <w:rPr>
          <w:lang w:eastAsia="zh-CN"/>
        </w:rPr>
        <w:br/>
      </w:r>
      <w:r>
        <w:rPr>
          <w:lang w:eastAsia="zh-CN"/>
        </w:rPr>
        <w:t xml:space="preserve">    2024年酒店经理上半年工作总结 篇16 </w:t>
      </w:r>
      <w:r>
        <w:rPr>
          <w:lang w:eastAsia="zh-CN"/>
        </w:rPr>
        <w:br/>
      </w:r>
      <w:r>
        <w:rPr>
          <w:lang w:eastAsia="zh-CN"/>
        </w:rPr>
        <w:t>　　一、进行业务的培训，提升部门员工素质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1"/>
          <w:cols w:space="425"/>
          <w:titlePg w:val="0"/>
          <w:docGrid w:type="lines" w:linePitch="312"/>
        </w:sectPr>
      </w:pPr>
      <w:r>
        <w:rPr>
          <w:lang w:eastAsia="zh-CN"/>
        </w:rPr>
        <w:t>　　作为酒店来说，我们每一个员工都是需要面对客人的，所以员工的服务态度和素质，以及服务的质量是非常重要的，直接影响到客人的入住体验，以及后续的评价和以后是不是还选择我们酒店。今年，针对我们部门的情况，进行了有计划的培训，从服务方面，技巧方面，销售方面等等给员工进行培训，让他们能更好的去接待客人，特别是经过培训之后，部门整体的服务水平都得到了提升，也是有了更多的客人来肯定我们的服务，让我们这一年的工作做得更加的顺利和有效。特别是部门进来新人的培训更是重中之重，只有培训好了，才上岗，这也避免新人出现一些低级的错误而惹恼了客人，避免后续的麻烦。</w:t>
      </w:r>
      <w:r>
        <w:rPr>
          <w:lang w:eastAsia="zh-CN"/>
        </w:rPr>
        <w:br/>
      </w:r>
      <w:r>
        <w:rPr>
          <w:lang w:eastAsia="zh-CN"/>
        </w:rPr>
        <w:t>　　二、个人自我的学习，提升个人管理水平</w:t>
      </w:r>
      <w:r>
        <w:rPr>
          <w:lang w:eastAsia="zh-CN"/>
        </w:rPr>
        <w:br/>
      </w:r>
      <w:r>
        <w:rPr>
          <w:lang w:eastAsia="zh-CN"/>
        </w:rPr>
        <w:t>　　作为部门的经理，除了让自己部门的员工更加的优秀，自己也不能落后，这一年，我参加了__次的培训会议以及培训课程，全方面的提升自己的能力，特别是管理水平的提高，让我能更加有效的来管理我们的部门。在学习的同时，我也发现了自身的一些不足，在慢慢的改进，让自己更加的优秀，更加的合适来做好这份工作。年初更是很荣幸作为学习的先进分子去到总部学习，也是让我能知道有更优秀的部门经理他们是如何做好自己的工作的，也是让我从中受益匪浅。</w:t>
      </w:r>
      <w:r>
        <w:rPr>
          <w:lang w:eastAsia="zh-CN"/>
        </w:rPr>
        <w:br/>
      </w:r>
      <w:r>
        <w:rPr>
          <w:lang w:eastAsia="zh-CN"/>
        </w:rPr>
        <w:t>　　三、注重和其他部门的协调工作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2"/>
          <w:cols w:space="425"/>
          <w:titlePg w:val="0"/>
          <w:docGrid w:type="lines" w:linePitch="312"/>
        </w:sectPr>
      </w:pPr>
      <w:r>
        <w:rPr>
          <w:lang w:eastAsia="zh-CN"/>
        </w:rPr>
        <w:t>　　作为部门经理，很多时候也是需要和其他部门打交道的，酒店各个部门最终的目的都是为了给客人服务，各个部门之间的工作也是需要彼此协调好，共同的配合，才能做好，如果出现了问题，也是会牵扯到很多部门，所以在工作前期我就和各个部门一起讨论，确定工作的内容，如果出现问题，也是及时的协商处理，大家共同去解决，尽量避免给客人带去困扰和麻烦。一年下来，虽然偶尔有些小摩擦和小问题，但是由于各个部门都沟通较好，所以没有出现什么大的问题，也没给酒店造成什么损失。</w:t>
      </w:r>
      <w:r>
        <w:rPr>
          <w:lang w:eastAsia="zh-CN"/>
        </w:rPr>
        <w:br/>
      </w:r>
      <w:r>
        <w:rPr>
          <w:lang w:eastAsia="zh-CN"/>
        </w:rPr>
        <w:t>　　一年的工作当中，有收获，也发现自己还要学的东西还有很多，越是多做事情，多接触，我就发现我还不懂的东西还有很多，所以更是要加强学习，让自己有更多的进步，能更好的把工作做好。</w:t>
      </w:r>
      <w:r>
        <w:rPr>
          <w:lang w:eastAsia="zh-CN"/>
        </w:rPr>
        <w:br/>
      </w:r>
      <w:r>
        <w:rPr>
          <w:lang w:eastAsia="zh-CN"/>
        </w:rPr>
        <w:t>　　酒店经理个人年终工作总结5</w:t>
      </w:r>
      <w:r>
        <w:rPr>
          <w:lang w:eastAsia="zh-CN"/>
        </w:rPr>
        <w:br/>
      </w:r>
      <w:r>
        <w:rPr>
          <w:lang w:eastAsia="zh-CN"/>
        </w:rPr>
        <w:t>　　时间如流水，转眼间20__年度的工作就结束了。在支行领导班子的正确领导下，我行全面并提前完成了总行、分行下达的各项任务指标，并取得了优异的成绩。</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3"/>
          <w:cols w:space="425"/>
          <w:titlePg w:val="0"/>
          <w:docGrid w:type="lines" w:linePitch="312"/>
        </w:sectPr>
      </w:pPr>
      <w:r>
        <w:rPr>
          <w:lang w:eastAsia="zh-CN"/>
        </w:rPr>
        <w:t>　　回顾20__年的工作，我的人生观和价值观有了全新的认识。我任职大堂经理还不到一年的时间。刚开始工作由于业务知识不够熟练、且思想不够成熟，对于工作中存在的一些现象和问题不能及时的对待、处理。通过积极的学习和不断接触，很快便掌握了各项业务。在工作中我始终严格要求自己，勤奋敬业尽职尽责，积极主动的做好客户服务工作。为客服提供最舒适的环境和服务。想客户所想，急客户所需。大堂经理是一个综合性非常强的职位，要应对方方面面的事务。对外是面对广大客户，对内是做好各部门协调工作。每天早上大堂经理要微笑着迎接每一位客户;每天傍晚大堂经理要微笑着目送每一位客户。当客户来到营业大厅，第一个接触的就是大堂经理，大堂经理就是招行的门面，他代表着招行的形象、也代表着招行的文化。客户有不同层次的需求，我们就要不断提供不同层次的产品，这需要我们不断的发现和不断的完善。我们所作出的努力，就是为了服务客服，最后得到客户的支持和认可。</w:t>
      </w:r>
      <w:r>
        <w:rPr>
          <w:lang w:eastAsia="zh-CN"/>
        </w:rPr>
        <w:br/>
      </w:r>
      <w:r>
        <w:rPr>
          <w:lang w:eastAsia="zh-CN"/>
        </w:rPr>
        <w:t>　　我们必须认真面对每一个细节，谨记细节决定成败这一名言。例如，当柜面人员发现假币，客户暴跳如雷时，大堂经理就要上前劝阻、安慰并做好解释工作;当客户将储蓄卡丢失，办理挂失无法提供证件或埋怨解挂时间太长时，大堂经理就要及时为客户说明原因，倾听客户的怨言;当大厅客流量大，六、七个客户围着你，不分先后的问着不同的问题时，大堂经理要用目光以及微笑去照顾到每一个客户，确保能准确的回答上客户所提出的问题。</w:t>
      </w:r>
      <w:r>
        <w:rPr>
          <w:lang w:eastAsia="zh-CN"/>
        </w:rPr>
        <w:br/>
      </w:r>
      <w:r>
        <w:rPr>
          <w:lang w:eastAsia="zh-CN"/>
        </w:rPr>
        <w:t>　　为了更好的做好我的工作，在平常工作中，我一般遇到问题都会及时的记录下来，然后及时的向上司反应，最后解决问题。我认为现代化商业银行的最终目的就是为了更好的盈利，不同类型的客户对银行做出的贡献是不同的。高端客户占一家银行存款份额的60%以上，10万到30万的客户占到30%左右，他们为银行带来的经济效益是非常大的。因此对于这些重要的客户，我们不但要有完善的售前、售中服务体系，还应该具有优良的售后增值业务，以稳定客户群。</w:t>
      </w:r>
      <w:r>
        <w:rPr>
          <w:lang w:eastAsia="zh-CN"/>
        </w:rPr>
        <w:br/>
      </w:r>
    </w:p>
    <w:p w:rsidR="001B1F19" w14:textId="27C3F48A">
      <w:pPr>
        <w:rPr>
          <w:rFonts w:hint="eastAsia"/>
          <w:lang w:eastAsia="zh-CN"/>
        </w:rPr>
      </w:pPr>
      <w:r>
        <w:rPr>
          <w:lang w:eastAsia="zh-CN"/>
        </w:rPr>
        <w:t>　　我还是一名保管箱管理员，为了能够及时的通知客户办理退租或续租手续，方便客户正常使用保管箱，我建立了客户资料电子档案，并在保管箱到期日的前十天通知客户。经常有客户在开启保管箱时，需要记录一些资料，我便为客户准备好笔和便签纸。其实有很多的事情都是在细节方面做好的，只要自己兢兢业业做好了，就会得到客户的认可和好评。</w:t>
      </w:r>
      <w:r>
        <w:rPr>
          <w:lang w:eastAsia="zh-CN"/>
        </w:rPr>
        <w:br/>
      </w:r>
      <w:r>
        <w:rPr>
          <w:lang w:eastAsia="zh-CN"/>
        </w:rPr>
        <w:t>　　在全年计划指标完成情况，7个月新增储蓄存款9，676，207.22元，金卡和白金卡共217张，长城久泰基金完成任务58万元，招商先锋基金完成任务42万元，各项外汇受托理财均超额完成任务。在分行“激情60天”活动中获得分行排名第28名;在“为支行行庆献礼活动”中，获得二等奖;并积极参加各种户外宣传和路演活动。</w:t>
      </w:r>
      <w:r>
        <w:rPr>
          <w:lang w:eastAsia="zh-CN"/>
        </w:rPr>
        <w:br/>
      </w:r>
      <w:r>
        <w:rPr>
          <w:lang w:eastAsia="zh-CN"/>
        </w:rPr>
        <w:t>　　在20__年的工作中，我通过自身的努力和各部门对于自己的支持，取得了不小的成绩，但我也清醒地认识到自己的欠缺和不足，还应不断提高自身素质，努力学习，我有信心在20__年取得更大的进步。</w:t>
      </w:r>
      <w:r>
        <w:rPr>
          <w:lang w:eastAsia="zh-CN"/>
        </w:rPr>
        <w:br/>
      </w:r>
      <w:r>
        <w:rPr>
          <w:lang w:eastAsia="zh-CN"/>
        </w:rPr>
        <w:t xml:space="preserve">    2024年酒店经理上半年工作总结 篇17 </w:t>
      </w:r>
      <w:r>
        <w:rPr>
          <w:lang w:eastAsia="zh-CN"/>
        </w:rPr>
        <w:br/>
      </w:r>
      <w:r>
        <w:rPr>
          <w:lang w:eastAsia="zh-CN"/>
        </w:rPr>
        <w:t>　　展望充满挑战的某某某某年，有许多计划正待我们一一去实施实现，所以在某某年开端之时，有必要对工作进行一个全面的设计与规划，在此特将部门计划向各位进行通报，以期大家对我的计划进行建议与修正，并在计划执行过程中得到各位的指导与帮助。</w:t>
      </w:r>
      <w:r>
        <w:rPr>
          <w:lang w:eastAsia="zh-CN"/>
        </w:rPr>
        <w:br/>
      </w:r>
      <w:r>
        <w:rPr>
          <w:lang w:eastAsia="zh-CN"/>
        </w:rPr>
        <w:t>　　1、总体工作计划描述</w:t>
      </w:r>
      <w:r>
        <w:rPr>
          <w:lang w:eastAsia="zh-CN"/>
        </w:rPr>
        <w:br/>
      </w:r>
      <w:r>
        <w:rPr>
          <w:lang w:eastAsia="zh-CN"/>
        </w:rPr>
        <w:t>　　一个基本原则：以饭店经营发展为基本原则，一切工作围绕这一原则逐步开展。</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https://d.book118.com/595312041134011102</w:t>
        </w:r>
      </w:hyperlink>
    </w:p>
    <w:p w:rsidR="001B1F19">
      <w:pPr>
        <w:rPr>
          <w:rFonts w:hint="eastAsia"/>
          <w:lang w:eastAsia="zh-CN"/>
        </w:rPr>
      </w:pPr>
    </w:p>
    <w:sectPr>
      <w:type w:val="nextPage"/>
      <w:pgSz w:w="11906" w:h="16838"/>
      <w:pgMar w:top="1440" w:right="1800" w:bottom="1440" w:left="1800" w:header="851" w:footer="992" w:gutter="0"/>
      <w:pgNumType w:start="44"/>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5312041134011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61</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