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毕业典礼家长感言（35篇）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毕业典礼家长感言（通用35篇）</w:t>
      </w:r>
      <w:r>
        <w:rPr>
          <w:lang w:eastAsia="zh-CN"/>
        </w:rPr>
        <w:br/>
      </w:r>
      <w:r>
        <w:rPr>
          <w:lang w:eastAsia="zh-CN"/>
        </w:rPr>
        <w:t xml:space="preserve">    毕业典礼家长感言 篇1 </w:t>
      </w:r>
      <w:r>
        <w:rPr>
          <w:lang w:eastAsia="zh-CN"/>
        </w:rPr>
        <w:br/>
      </w:r>
      <w:r>
        <w:rPr>
          <w:lang w:eastAsia="zh-CN"/>
        </w:rPr>
        <w:t>　　尊敬的：</w:t>
      </w:r>
      <w:r>
        <w:rPr>
          <w:lang w:eastAsia="zh-CN"/>
        </w:rPr>
        <w:br/>
      </w:r>
      <w:r>
        <w:rPr>
          <w:lang w:eastAsia="zh-CN"/>
        </w:rPr>
        <w:t>　　时光荏苒，岁月如梭。感谢二附中老师们三年来的辛苦工作，感谢老师们三年来的辛勤教导，感谢老师们三年来的热爱、关心和无私的付出！</w:t>
      </w:r>
      <w:r>
        <w:rPr>
          <w:lang w:eastAsia="zh-CN"/>
        </w:rPr>
        <w:br/>
      </w:r>
      <w:r>
        <w:rPr>
          <w:lang w:eastAsia="zh-CN"/>
        </w:rPr>
        <w:t>　　过去的一千多个日日夜夜，青春少年们不仅仅收获了科学与文化的知识，更收获了智力的成长；不仅仅是在身体上长的高大，更是在体格上变得健壮；不仅仅收获成熟自信，更是在新中考改革、新冠疫情的背景下，“严谨求学，勤奋刻苦，诚实守信，持之以恒”，完美实践了“严谨实恒”的校训。知识、心智和人格都经历了磨炼，这三年的艰苦、欢笑与泪水，会让你们在未来拥有更多维的视角、更开阔的胸怀、更宏大的目标！所以，我想对你们说，这一切都值得！</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对于我们来说，这三年，我们也一直在学习、思考，学习怎样做一个合格的家长。说句实话话，我们大多都是第一次做家长，做家长的经验很少。如何辅导孩子的作业，如何与孩子交流学校的学习生活，如何与孩子谈论青春与懵懂，如何让孩子明白社会上的种种不良诱惑，如何让孩子能敞开心扉与我们做一个良好的沟通，如何调剂孩子的游戏娱乐而不沉迷，如何让孩子建立自己正确的金钱观、价值观，如何让孩子理解父母的辛苦、建立相互理解的和谐家庭关系，等等，我们也一直在不断的思考和学习。所以，感谢老师们，尤其是柳彬霞老师，不厌不弃的给我们以耐心的指导，减轻我们的焦虑，释放我们的压力；同时，也要感谢孩子们，谢谢你们的理解、体谅和配合，没有你们始终如一的理解，没有你们的配合，我们这些家长就不会有现在的幸福和快乐，谢谢你们！谢谢你们也见证了家长们的成长和成熟！</w:t>
      </w:r>
      <w:r>
        <w:rPr>
          <w:lang w:eastAsia="zh-CN"/>
        </w:rPr>
        <w:br/>
      </w:r>
      <w:r>
        <w:rPr>
          <w:lang w:eastAsia="zh-CN"/>
        </w:rPr>
        <w:t>　　放飞梦想，前程似锦！</w:t>
      </w:r>
      <w:r>
        <w:rPr>
          <w:lang w:eastAsia="zh-CN"/>
        </w:rPr>
        <w:br/>
      </w:r>
      <w:r>
        <w:rPr>
          <w:lang w:eastAsia="zh-CN"/>
        </w:rPr>
        <w:t xml:space="preserve">    毕业典礼家长感言 篇2 </w:t>
      </w:r>
      <w:r>
        <w:rPr>
          <w:lang w:eastAsia="zh-CN"/>
        </w:rPr>
        <w:br/>
      </w:r>
      <w:r>
        <w:rPr>
          <w:lang w:eastAsia="zh-CN"/>
        </w:rPr>
        <w:t>　　各位家长、同学们：</w:t>
      </w:r>
      <w:r>
        <w:rPr>
          <w:lang w:eastAsia="zh-CN"/>
        </w:rPr>
        <w:br/>
      </w:r>
      <w:r>
        <w:rPr>
          <w:lang w:eastAsia="zh-CN"/>
        </w:rPr>
        <w:t>　　六年，时光仿佛不经意流过身旁。六年，孩子们有太多的学习、生活往事。你们还记得第一次参加升旗仪式吗？你们还记得第一次佩戴红领巾吗？六年光阴，你们从童真儿童成长为翩翩少年，六年光阴，你们从爸爸妈妈怀里的小苗成长为壮实的小树，六年光阴，你们读过千卷书，走过万里路，看起来自信而友好。六年来，你们收获了健康，收获了知识，收获了本领，收获了友谊，收获了很多很多！如今，你们基础扎实，根基牢固，考核合格，达到了国家相关标准，小学毕业了。孩子们，你们真的很了不起，我谨代表所有的家长为你们点赞，为你们自豪。</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朗朗的书声，活泼的校园，北外附校是我们放飞梦想的地方……孩子们毕业了，最应感谢的是学校。孩子们取得的每一个进步，每一点成绩，每一步成长源于顶层设计的校领导们，源于各位辛勤耕耘的各科老师们，源于变换花样的食堂叔叔阿姨们，源于的尽职尽责的后勤和保安叔叔们等等。在此，我提议，家长朋友和孩子们请起立，伸出你的双手，竖起大拇指，我们一起说：谢谢你，北外附校，你真棒！</w:t>
      </w:r>
      <w:r>
        <w:rPr>
          <w:lang w:eastAsia="zh-CN"/>
        </w:rPr>
        <w:br/>
      </w:r>
      <w:r>
        <w:rPr>
          <w:lang w:eastAsia="zh-CN"/>
        </w:rPr>
        <w:t>　　在孩子成长的`每一个阶段，需要多方的关心和爱护，我愿意借此机会向认识的，不认识的关心和爱护孩子的各界人士、各方朋友表示家长诚挚的谢意！我惟有感谢，才能表达我们此刻的感受。感恩生活，感恩时代！</w:t>
      </w:r>
      <w:r>
        <w:rPr>
          <w:lang w:eastAsia="zh-CN"/>
        </w:rPr>
        <w:br/>
      </w:r>
      <w:r>
        <w:rPr>
          <w:lang w:eastAsia="zh-CN"/>
        </w:rPr>
        <w:t>　　在这里，我还要祝福。</w:t>
      </w:r>
      <w:r>
        <w:rPr>
          <w:lang w:eastAsia="zh-CN"/>
        </w:rPr>
        <w:br/>
      </w:r>
      <w:r>
        <w:rPr>
          <w:lang w:eastAsia="zh-CN"/>
        </w:rPr>
        <w:t>　　我把祝福送给孩子们。祝福你们在未来的道路上健康自信、乐观向上、步履坚实；祝福你们的本领和走过的路一样，不断增长；祝福你们经受住风雨洗礼，迎来的灿烂明天。</w:t>
      </w:r>
      <w:r>
        <w:rPr>
          <w:lang w:eastAsia="zh-CN"/>
        </w:rPr>
        <w:br/>
      </w:r>
      <w:r>
        <w:rPr>
          <w:lang w:eastAsia="zh-CN"/>
        </w:rPr>
        <w:t>　　我要把祝福送给家长朋友们，祝福大家平安健康，事业进步，阖家幸福。我们会和即将进入青春期的孩子们一起体会成长的千滋百味，相互挑战，相互尊重，相互包容，相互信赖，开启一段更加精彩的青春之路。</w:t>
      </w:r>
      <w:r>
        <w:rPr>
          <w:lang w:eastAsia="zh-CN"/>
        </w:rPr>
        <w:br/>
      </w:r>
      <w:r>
        <w:rPr>
          <w:lang w:eastAsia="zh-CN"/>
        </w:rPr>
        <w:t>　　我要把祝福送给北外附校。祝福学校在时代变革的大潮中不断挑战自我，勇攀名品优质教育的新高度。祝福老师们身体健康，家庭美满，职业幸福，事业取得新成就。</w:t>
      </w:r>
      <w:r>
        <w:rPr>
          <w:lang w:eastAsia="zh-CN"/>
        </w:rPr>
        <w:br/>
      </w:r>
      <w:r>
        <w:rPr>
          <w:lang w:eastAsia="zh-CN"/>
        </w:rPr>
        <w:t>　　再一次感谢，谢谢大家！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xml:space="preserve">    毕业典礼家长感言 篇3 </w:t>
      </w:r>
      <w:r>
        <w:rPr>
          <w:lang w:eastAsia="zh-CN"/>
        </w:rPr>
        <w:br/>
      </w:r>
      <w:r>
        <w:rPr>
          <w:lang w:eastAsia="zh-CN"/>
        </w:rPr>
        <w:t>　　尊敬的战校长、各位老师：</w:t>
      </w:r>
      <w:r>
        <w:rPr>
          <w:lang w:eastAsia="zh-CN"/>
        </w:rPr>
        <w:br/>
      </w:r>
      <w:r>
        <w:rPr>
          <w:lang w:eastAsia="zh-CN"/>
        </w:rPr>
        <w:t>　　大家上午好！</w:t>
      </w:r>
      <w:r>
        <w:rPr>
          <w:lang w:eastAsia="zh-CN"/>
        </w:rPr>
        <w:br/>
      </w:r>
      <w:r>
        <w:rPr>
          <w:lang w:eastAsia="zh-CN"/>
        </w:rPr>
        <w:t>　　非常荣幸，我能代表全体家长发言，首先请允许我们二实验13级全体毕业生家长向辛勤工作、努力奉献、勇于创新、成绩卓著的全体领导与老师们表示我们最真诚的感谢！</w:t>
      </w:r>
      <w:r>
        <w:rPr>
          <w:lang w:eastAsia="zh-CN"/>
        </w:rPr>
        <w:br/>
      </w:r>
      <w:r>
        <w:rPr>
          <w:lang w:eastAsia="zh-CN"/>
        </w:rPr>
        <w:t>　　选择一种教育，就是选择一种生活。选择了二实验，就是选择了成就梦想、成就幸福。二实验以“成就教育”作为自己的办学思想，专注于每个学生拥有梦想，服务于每个学生成就梦想，让每个孩子都怀着对未来美好的憧憬。正是因为这种先进的办学思想与理念，才有了孩子们的终生发展与幸福。三年来，孩子多次参加观摩全国及国际的辩论赛，获得了两项发明专利，顺利通过了二胡十级考试，写出了十几万字的小说，而这些都是得益于学校丰富多彩的校园生活与社团建设，得益于学校健全完备的课程体系建设，得益于学校领导先进的办学思想与办学理念，感谢学校，感谢学校的领导！</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最好的教育是陪伴。能陪伴青春飞扬的孩子三年的，是卓有耐心、富有爱心的老师们。孩子刚入二实验时成绩在年级100名左右，是班主任张晶老师及全体任课教师的鼓励、帮助与指导，才有了孩子初三时的稳居年级前五名，并且以优异的成绩直升青岛二中；我们还记得是张晶老师的历史教学让孩子喜欢上了历史，并阅读了大量的历史专业书籍，是赵静老师葛鸿芬老师的教学让孩子喜欢上了数学，还有让孩子英语迅速提升的尹一炜老师赵传荣老师，给了孩子无限信心的孙彩霞老师，还有倍受孩子们喜欢的袁春光老师崔洪涛老师李梅老师张玲老师王淑芬老师王莉老师吴龙远老师蔺彦老师赵刚老师等，我在这里之所以不厌其烦，就是因为给了孩子帮助的老师太多太多，孩子在青春期，任性，逆反，但是你们用爱心对待任性，用耐心对待逆反，原谅包容孩子们的小脾气，鼓励引导孩子们健康成长。是你们的陪伴才有了孩子们的幸福，才有了我们这些二实验学生家庭的幸福！所以，在这里我要代表我们全体家长表示我们再衷心的感谢，谢谢二实验的老师们！</w:t>
      </w:r>
      <w:r>
        <w:rPr>
          <w:lang w:eastAsia="zh-CN"/>
        </w:rPr>
        <w:br/>
      </w:r>
      <w:r>
        <w:rPr>
          <w:lang w:eastAsia="zh-CN"/>
        </w:rPr>
        <w:t>　　现在孩子们即将毕业，即将离开这个生活了三年的学校了，滴水之恩当以涌泉相报，在这个特殊的日子里，我也想对孩子们说二句话：</w:t>
      </w:r>
      <w:r>
        <w:rPr>
          <w:lang w:eastAsia="zh-CN"/>
        </w:rPr>
        <w:br/>
      </w:r>
      <w:r>
        <w:rPr>
          <w:lang w:eastAsia="zh-CN"/>
        </w:rPr>
        <w:t>　　一是常怀感恩之心，感恩学校，感恩老师，感恩同学，有时间要约着同学常回学校看看，有好消息时要记着给老师汇报。二是胸怀理想，常记责任，请记住你是二实验的学生，无论你走得多远，你身上都流淌着二实验的教育基因，二实验以你们为荣，你们也要为二实验争光！</w:t>
      </w:r>
      <w:r>
        <w:rPr>
          <w:lang w:eastAsia="zh-CN"/>
        </w:rPr>
        <w:br/>
      </w:r>
      <w:r>
        <w:rPr>
          <w:lang w:eastAsia="zh-CN"/>
        </w:rPr>
        <w:t>　　最后，请允许我再次表示我们家长最诚挚的感谢！谢谢学校，谢谢老师。</w:t>
      </w:r>
      <w:r>
        <w:rPr>
          <w:lang w:eastAsia="zh-CN"/>
        </w:rPr>
        <w:br/>
      </w:r>
      <w:r>
        <w:rPr>
          <w:lang w:eastAsia="zh-CN"/>
        </w:rPr>
        <w:t xml:space="preserve">    毕业典礼家长感言 篇4 </w:t>
      </w:r>
      <w:r>
        <w:rPr>
          <w:lang w:eastAsia="zh-CN"/>
        </w:rPr>
        <w:br/>
      </w:r>
      <w:r>
        <w:rPr>
          <w:lang w:eastAsia="zh-CN"/>
        </w:rPr>
        <w:t>　　各位家长、同学们：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记得六年前，孩子上学的第一天，我拉着孩子的小手，带他走进校园，那时的他，是那么的幼小、那么的稚嫩，对学校的生活，是那么的好奇，那么的忐忑，我的心情也是，既为他高兴，又为他担心。然而，看着今天的孩子，乐观向上，朝气蓬勃，对未来满怀信心，充满希望。六年前稚嫩的小苗，已经长成挺拔的小树。</w:t>
      </w:r>
      <w:r>
        <w:rPr>
          <w:lang w:eastAsia="zh-CN"/>
        </w:rPr>
        <w:br/>
      </w:r>
      <w:r>
        <w:rPr>
          <w:lang w:eastAsia="zh-CN"/>
        </w:rPr>
        <w:t>　　因此，我要衷心地感谢，学校的`领导和老师。 在这六年里，您们含辛茹苦、无私奉献。启迪着孩子们的心灵和智慧，引领着孩子们，在广袤的知识海洋中遨游， 用汗水浇灌出孩子们对生活的追求和热爱。</w:t>
      </w:r>
      <w:r>
        <w:rPr>
          <w:lang w:eastAsia="zh-CN"/>
        </w:rPr>
        <w:br/>
      </w:r>
      <w:r>
        <w:rPr>
          <w:lang w:eastAsia="zh-CN"/>
        </w:rPr>
        <w:t>　　同样还要感谢孩子们，这六年，对你们来说，也是非常不容易的六年。你们原本懵懵懂懂，现在，学习了那么多的知识，懂得了那么多的道理毕业班家长感言毕业班家长感言。这期间，你们体验过烦恼，承受过困难，也收获过喜悦。你们每一个人，都品尝了成长历程的酸甜苦辣。我为你们的坚强勇敢、聪明智慧，感到欣喜，你们让我再次感受到，年轻生命所蕴含的勃勃生机。</w:t>
      </w:r>
      <w:r>
        <w:rPr>
          <w:lang w:eastAsia="zh-CN"/>
        </w:rPr>
        <w:br/>
      </w:r>
      <w:r>
        <w:rPr>
          <w:lang w:eastAsia="zh-CN"/>
        </w:rPr>
        <w:t>　　要不了多少年，你们当中不少人，就是社会和国家的栋梁。可是孩子们，不管你们将来飞得多高、走得多远，都应该回来看看你的母校 红星路小学 ，这里有你们朝夕相伴的 美丽校园，这里铭记着儿时 对你的谆谆教诲，这里有你们最最敬爱的 启蒙老师!</w:t>
      </w:r>
      <w:r>
        <w:rPr>
          <w:lang w:eastAsia="zh-CN"/>
        </w:rPr>
        <w:br/>
      </w:r>
      <w:r>
        <w:rPr>
          <w:lang w:eastAsia="zh-CN"/>
        </w:rPr>
        <w:t>　　最后，祝我们的学校越办越好!祝我们的老师身体健康!也祝我们的同学，带着你们的激情，带着你们的梦想，在更大的舞台上，演绎你们精彩的人生!</w:t>
      </w:r>
      <w:r>
        <w:rPr>
          <w:lang w:eastAsia="zh-CN"/>
        </w:rPr>
        <w:br/>
      </w:r>
      <w:r>
        <w:rPr>
          <w:lang w:eastAsia="zh-CN"/>
        </w:rPr>
        <w:t xml:space="preserve">    毕业典礼家长感言 篇5 </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尊敬的：</w:t>
      </w:r>
      <w:r>
        <w:rPr>
          <w:lang w:eastAsia="zh-CN"/>
        </w:rPr>
        <w:br/>
      </w:r>
      <w:r>
        <w:rPr>
          <w:lang w:eastAsia="zh-CN"/>
        </w:rPr>
        <w:t>　　今天我和在座的每一位家长一样，怀着无比喜悦的心情来参加孩子的初中毕业典礼，共同分享这一幸福时刻。</w:t>
      </w:r>
      <w:r>
        <w:rPr>
          <w:lang w:eastAsia="zh-CN"/>
        </w:rPr>
        <w:br/>
      </w:r>
      <w:r>
        <w:rPr>
          <w:lang w:eastAsia="zh-CN"/>
        </w:rPr>
        <w:t>　　三年前，我送孩子来到本校，在我的观点，就近入学是我择校的初衷。有部分家长会为孩子选择优质的学校，优质的班级，优质的班主任老师，其实在我看来，我觉得接受义务制教育本身，就是一件日然而然的事情。就是让孩子接受基础教育，如果基础教育本生还在选择起点上，分个三六九等，这就违背了接受基础教育的宗旨。好在我没有把问题进行复杂性。但我不知道这样的想法是对还是错，这样的选择是对还是错，我把问题交给了时间去检验。三年来我们一直在关注孩子的每一个进步成长。</w:t>
      </w:r>
      <w:r>
        <w:rPr>
          <w:lang w:eastAsia="zh-CN"/>
        </w:rPr>
        <w:br/>
      </w:r>
      <w:r>
        <w:rPr>
          <w:lang w:eastAsia="zh-CN"/>
        </w:rPr>
        <w:t>　　我多次聆听过校领导的讲话，打造儒雅校园的宗旨，对这一办学理念深表赞同，我有一个切身感受与朋友们分享：我们的学校，应该是这样一个地方，在这里学习和生活的每一个人都是幸福的，他们不仅有明日的幸福期待，也拥有今天的幸福体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感恩教育报告会，让孩子有了一次净化心灵的洗刷；走出校园活动，让孩子亲近大自然的同时，体验不一样的生活空间，也放飞心灵的翅膀；与老师间的亲密交流，让孩子体验到不一样的人际交往的快乐滋养；没有敌意的坚决，没有诱惑的深情。与同学间的嬉戏玩耍和面红耳赤的争执，在懊恼与纠结间的挣扎，都将成为孩子心中的繁星点点，成为记忆长河中一抹永不磨灭的胶卷，将会成为孩子成长记忆中的一串宝贵的珍珠项链。戴着这串项链，奔向下一个起点，远航。</w:t>
      </w:r>
      <w:r>
        <w:rPr>
          <w:lang w:eastAsia="zh-CN"/>
        </w:rPr>
        <w:br/>
      </w:r>
      <w:r>
        <w:rPr>
          <w:lang w:eastAsia="zh-CN"/>
        </w:rPr>
        <w:t>　　我的孩子在学校是快乐的，是幸福的。孩子在家的时候，我们经常交流学校的情况。在孩子的眼里，她的学校不仅是学园，而且是家园。孩子语气中透漏出的兴奋和愉快，这让我们感到非常的欣慰。我可以想象得到，老师们不仅用才学和品德征服了学生，而且投入了感情，做到了爱生如子，爱生如女，爱校如家。</w:t>
      </w:r>
      <w:r>
        <w:rPr>
          <w:lang w:eastAsia="zh-CN"/>
        </w:rPr>
        <w:br/>
      </w:r>
      <w:r>
        <w:rPr>
          <w:lang w:eastAsia="zh-CN"/>
        </w:rPr>
        <w:t>　　在老师们言传身教中，我的孩子在潜移默化中练就了很多优秀的品质。</w:t>
      </w:r>
      <w:r>
        <w:rPr>
          <w:lang w:eastAsia="zh-CN"/>
        </w:rPr>
        <w:br/>
      </w:r>
      <w:r>
        <w:rPr>
          <w:lang w:eastAsia="zh-CN"/>
        </w:rPr>
        <w:t>　　一、在忍耐力和自制力上得到了很好的培养：</w:t>
      </w:r>
      <w:r>
        <w:rPr>
          <w:lang w:eastAsia="zh-CN"/>
        </w:rPr>
        <w:br/>
      </w:r>
      <w:r>
        <w:rPr>
          <w:lang w:eastAsia="zh-CN"/>
        </w:rPr>
        <w:t>　　在面对体育加试上，孩子克服了许多困扰，比如对身体耐力的挑战，对一向懒惰行为的自控，对时间早晚和天气变幻都仍要坚持锻炼的恒心，对再难也要咬紧牙关挺过去的决心，极大地表现出了不达目的不罢休，持之以恒的坚韧性。可能朋友们会认为，这只是要应对考试所必需做到的。应不足为奇。其实却没看到，这件事情的本身会带给孩子的意义，它有机的培养了孩子在面对问题时，所发展出的解决办法和能力。我把这看作孩子正在成长的一种标志。</w:t>
      </w:r>
      <w:r>
        <w:rPr>
          <w:lang w:eastAsia="zh-CN"/>
        </w:rPr>
        <w:br/>
      </w:r>
      <w:r>
        <w:rPr>
          <w:lang w:eastAsia="zh-CN"/>
        </w:rPr>
        <w:t>　　二、培养了孩子多接触社会和学会生存的能力：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三年来班级开展的走出校园活动，也让孩子有了不一样的体验。徒步游玩在所有人的眼中看来很是平常，是一种娱乐消遣。但殊不知，在此途中所要经历的种种惊心动魄的体验。比如，要经受不断透支的体能；要能忍受住饥渴来袭的威胁；要面对掉对的队友，想给予帮扶心情却又体力难支的无力感；再比如，要面对可能遭受脚被磨破不能前行的磨难；可能还要面对刚刚还在烈日炎炎，此刻却又大雨倾盆的突发状况的局面。等等一些不可预知的磨难。都会在这样的活动中被体验到。乃至于对生存所产生的意识。</w:t>
      </w:r>
      <w:r>
        <w:rPr>
          <w:lang w:eastAsia="zh-CN"/>
        </w:rPr>
        <w:br/>
      </w:r>
      <w:r>
        <w:rPr>
          <w:lang w:eastAsia="zh-CN"/>
        </w:rPr>
        <w:t>　　三、培养了孩子自信心和面对挫折的承受力：</w:t>
      </w:r>
      <w:r>
        <w:rPr>
          <w:lang w:eastAsia="zh-CN"/>
        </w:rPr>
        <w:br/>
      </w:r>
      <w:r>
        <w:rPr>
          <w:lang w:eastAsia="zh-CN"/>
        </w:rPr>
        <w:t>　　我不是最好但绝不是最差。始终对生活充满信心，这就是自信。在挫折面前，不逃避，不退缩，有敢于直面的勇气与胆量。有敢于承受的能力。也为后天发展出可担当责任的能力奠定基础。</w:t>
      </w:r>
      <w:r>
        <w:rPr>
          <w:lang w:eastAsia="zh-CN"/>
        </w:rPr>
        <w:br/>
      </w:r>
      <w:r>
        <w:rPr>
          <w:lang w:eastAsia="zh-CN"/>
        </w:rPr>
        <w:t>　　四、培养了孩子尊重他人，团结友爱和合作意识：</w:t>
      </w:r>
      <w:r>
        <w:rPr>
          <w:lang w:eastAsia="zh-CN"/>
        </w:rPr>
        <w:br/>
      </w:r>
      <w:r>
        <w:rPr>
          <w:lang w:eastAsia="zh-CN"/>
        </w:rPr>
        <w:t>　　看中集体荣誉。注重个人行为不失体。在处理同学间的矛盾上，能做到换位思考，感悟他人，感悟自己。</w:t>
      </w:r>
      <w:r>
        <w:rPr>
          <w:lang w:eastAsia="zh-CN"/>
        </w:rPr>
        <w:br/>
      </w:r>
      <w:r>
        <w:rPr>
          <w:lang w:eastAsia="zh-CN"/>
        </w:rPr>
        <w:t>　　当然，孩子身上还有许多缺陷和不完善。但我知道人生就是在不断缺憾和不完善中才学会成长。所以，我期待孩子在未来历练的日子里慢慢成熟。无论前面道路有没有屏障，我都会一直在你身边，陪伴着你。直到你不再需要。</w:t>
      </w:r>
      <w:r>
        <w:rPr>
          <w:lang w:eastAsia="zh-CN"/>
        </w:rPr>
        <w:br/>
      </w:r>
      <w:r>
        <w:rPr>
          <w:lang w:eastAsia="zh-CN"/>
        </w:rPr>
        <w:t>　　同时，我也感谢我的孩子，因为有你，才让我有了当妈妈的机会，因为有你，教会我成长为一位大人，并肩负起担当的责任。也是因为有了你的允许，才让我有了这样宝贵的机会，成为陪伴你生命早期的见证者。见证着你的幼年，童年，少年。体会着属于你的快乐和忧伤。正是因为有你的功劳，才让我得以拥有了二次生命之旅的回忆。唤起我对童年的记忆。此刻，获益的不仅仅是你，同时还有我。所以妈妈感谢你，我的女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未来的日子，我会像一位观众那样，以观赏的眼光，看着你成长中的变换的。无论风雨，成就。</w:t>
      </w:r>
      <w:r>
        <w:rPr>
          <w:lang w:eastAsia="zh-CN"/>
        </w:rPr>
        <w:br/>
      </w:r>
      <w:r>
        <w:rPr>
          <w:lang w:eastAsia="zh-CN"/>
        </w:rPr>
        <w:t>　　现在我可以幸福地告诉大家，我的选择是正确的。我们的校园是非凡的。我们的老师是卓越的，我们的同学是智慧的。我们的生活是多彩的。</w:t>
      </w:r>
      <w:r>
        <w:rPr>
          <w:lang w:eastAsia="zh-CN"/>
        </w:rPr>
        <w:br/>
      </w:r>
      <w:r>
        <w:rPr>
          <w:lang w:eastAsia="zh-CN"/>
        </w:rPr>
        <w:t>　　三年对我们家长来说实在过得太快，仿佛就在昨日。但三年的时光老师操劳了一千多个日日夜夜，为了我们的孩子，抛洒了多少汗水，付出了多少的心血。孩子初中毕业了，马上就要升入高中。孩子在选择高中学校时，对培育了她成长的二中充满了感情，非常希望高中仍然留在这里，我非常支持孩子的选择。也恳请学校为高中招生同时能尽可能的倾向本部的孩子们。</w:t>
      </w:r>
      <w:r>
        <w:rPr>
          <w:lang w:eastAsia="zh-CN"/>
        </w:rPr>
        <w:br/>
      </w:r>
      <w:r>
        <w:rPr>
          <w:lang w:eastAsia="zh-CN"/>
        </w:rPr>
        <w:t>　　最后，请允许我，代表所有的家长对精心培养教育我们孩子的老师、学校表达我们崇高的敬意和衷心的感谢！我们不会忘记孩子作业本上老师饱含深情的批语，不会忘记孩子成长报告册上准确细致的评语，不会忘记老师、学校为孩子们所付出的一切。</w:t>
      </w:r>
      <w:r>
        <w:rPr>
          <w:lang w:eastAsia="zh-CN"/>
        </w:rPr>
        <w:br/>
      </w:r>
      <w:r>
        <w:rPr>
          <w:lang w:eastAsia="zh-CN"/>
        </w:rPr>
        <w:t>　　谢谢朋友们的聆听。谢谢！</w:t>
      </w:r>
      <w:r>
        <w:rPr>
          <w:lang w:eastAsia="zh-CN"/>
        </w:rPr>
        <w:br/>
      </w:r>
      <w:r>
        <w:rPr>
          <w:lang w:eastAsia="zh-CN"/>
        </w:rPr>
        <w:t xml:space="preserve">    毕业典礼家长感言 篇6 </w:t>
      </w:r>
      <w:r>
        <w:rPr>
          <w:lang w:eastAsia="zh-CN"/>
        </w:rPr>
        <w:br/>
      </w:r>
      <w:r>
        <w:rPr>
          <w:lang w:eastAsia="zh-CN"/>
        </w:rPr>
        <w:t>　　大家下午好!我是学前班何鲜紫小朋友的妈妈。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首先我很荣幸能够作为家长代表在幼儿园毕业典礼上发言，也很高兴能有这样的机会代表所有的家长们在这里对明星幼儿园所有的教职员工表示最衷心的感谢和最真挚的问候!感谢你们对我们的孩子热心地栽培，耐心地培育;感谢你们辛苦的工作，无私的奉献;感谢你们为我们的孩子打下了他们人生第一步启蒙教育中坚实的基础，教会他们怎样愉快的生活，快乐的学习，礼貌的待人，有好的相处，认真的做事，虔诚的做人。</w:t>
      </w:r>
      <w:r>
        <w:rPr>
          <w:lang w:eastAsia="zh-CN"/>
        </w:rPr>
        <w:br/>
      </w:r>
      <w:r>
        <w:rPr>
          <w:lang w:eastAsia="zh-CN"/>
        </w:rPr>
        <w:t>　　我作为大学老师做过很多次的发言，但是在今天在我女儿的幼儿园毕业典礼上，这样一个有着重要意义的时刻，我想我的心情是激动不已的，同时又是思绪万千的。我和她爸爸的工作都非常繁忙，很少关心女儿的学习和生活，我女儿可以说是和明星幼儿园一起成长的。从__年9月至今我们一家人都很感谢明星幼儿园，为我女儿何鲜紫的成长给予了最好的帮助和教育。让她学会感恩，学会思考，学会宽容，学会待人接物，学会唱歌跳舞，学会画画写字，学会谦虚礼让，学会互相帮助，学会坚强勇敢，学会自立自强，学会很多很多……让她懂得人人为我，我为人人的道理，让她有一个快乐难忘的童年，让她又多了一个温馨和睦的大家庭。</w:t>
      </w:r>
      <w:r>
        <w:rPr>
          <w:lang w:eastAsia="zh-CN"/>
        </w:rPr>
        <w:br/>
      </w:r>
      <w:r>
        <w:rPr>
          <w:lang w:eastAsia="zh-CN"/>
        </w:rPr>
        <w:t>　　忘不了__年的地震，是老师在第一时间抱着还在睡梦中的孩子们冲出教师避难，那种敬业精神和无私忘我的情怀，让我们感动和感谢;忘不了我女儿生病，是老师在第一时间带着她去医院及时看病治疗;忘不了在孩子们做出一点点成绩的时候老师真诚的鼓励和表扬，给孩子们的自信成长树立了信心;忘不了在孩子们有一点点问题的时候老师中肯的教育和指正，为孩子们的正确成长指明了方向。幼儿园毕业典礼上家长感言</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在明星幼儿园里到处充满欢声笑语，到处充满温暖关怀，孩子们在这里健康的成长，感受到的是老师的爱，同学的爱。他们以是明星幼儿园的小朋友而骄傲和高兴，并且我们家长也把孩子放在明星幼儿园感到放心和满意。在这温暖和谐的氛围里，我真希望我女儿的童年时光可以再长一点，可以再多待久一点，可以再和这样的好老师好同学多相处一会儿。</w:t>
      </w:r>
      <w:r>
        <w:rPr>
          <w:lang w:eastAsia="zh-CN"/>
        </w:rPr>
        <w:br/>
      </w:r>
      <w:r>
        <w:rPr>
          <w:lang w:eastAsia="zh-CN"/>
        </w:rPr>
        <w:t>　　在老师教何鲜紫读毕业词的时候，我女儿会伤心的不舍的落下泪来，那一刻也让我为之感动，我女儿她知道了离别的依依不舍，懂得了老师的辛勤付出，感受了同学的珍贵友谊。而这一刻也证明了她懂事了长大了，感悟出什么是爱与被爱。</w:t>
      </w:r>
      <w:r>
        <w:rPr>
          <w:lang w:eastAsia="zh-CN"/>
        </w:rPr>
        <w:br/>
      </w:r>
      <w:r>
        <w:rPr>
          <w:lang w:eastAsia="zh-CN"/>
        </w:rPr>
        <w:t>　　小树苗们渐渐长高了，小朋友们也要即将离开明星幼儿园进入下一个学习生活的舞台，但是请你们永远不要忘记你们在明星幼儿园里学会读的第一首诗，唱的第一首歌，画的第一幅画，跳的第一支舞，做的第一个游戏，和爱你们，比妈妈还要亲的老师们!在这里请再道一声珍重，说一声感谢，为同学，为老师，你们即将扬帆起航!但是你们永远是明星幼儿园的孩子，因为你们有共同的名字，共同的老师，共同的家!</w:t>
      </w:r>
      <w:r>
        <w:rPr>
          <w:lang w:eastAsia="zh-CN"/>
        </w:rPr>
        <w:br/>
      </w:r>
      <w:r>
        <w:rPr>
          <w:lang w:eastAsia="zh-CN"/>
        </w:rPr>
        <w:t>　　最后请允许我代表所有的家长和小朋友对明星幼儿园所有的老师们说一声：“老师你们辛苦了，谢谢你们!感谢你们为小朋友们的成长和教育所付出的一切。我们永远是一家人!”祝明星幼儿园越办越好!祝老师们桃李满天下!祝小朋友们健康成长，请牢记母校和恩师!</w:t>
      </w:r>
      <w:r>
        <w:rPr>
          <w:lang w:eastAsia="zh-CN"/>
        </w:rPr>
        <w:br/>
      </w:r>
      <w:r>
        <w:rPr>
          <w:lang w:eastAsia="zh-CN"/>
        </w:rPr>
        <w:t>　　谢谢!</w:t>
      </w:r>
      <w:r>
        <w:rPr>
          <w:lang w:eastAsia="zh-CN"/>
        </w:rPr>
        <w:br/>
      </w:r>
      <w:r>
        <w:rPr>
          <w:lang w:eastAsia="zh-CN"/>
        </w:rPr>
        <w:t xml:space="preserve">    毕业典礼家长感言 篇7 </w:t>
      </w:r>
      <w:r>
        <w:rPr>
          <w:lang w:eastAsia="zh-CN"/>
        </w:rPr>
        <w:br/>
      </w:r>
      <w:r>
        <w:rPr>
          <w:lang w:eastAsia="zh-CN"/>
        </w:rPr>
        <w:t>　　各位家长、同学们：</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为了孩子能接受更好的教育，在孩子的六年小学阶段，转了四次学。六年级时我们满怀着憧憬把女儿转到了砂子塘新世界小学，可去报名的那一天我不免有些失落，整个心都不能宁静七上八下的。因为这是一所崭新的学校，凭我们在教育业这些年的经验知道;每所学校的管理、设施、师资等都是靠慢慢完善的。但就在报名的第二天这种顾虑就完全消除了，他们的班主任何老师让我踏实了。清晰的记得那天在会议室见到了何老师的'场景，我自我介绍说，我的孩子蒋娜在您班上。当时何老师就爽朗的回答： 哦，蒋娜啊，是的，在我们班，是邵阳新宁转过来的的，爸爸是中学老师。 我当时非常的吃惊，更多的还是佩服。班级是刚分配好的，学生名单她也才拿到手不到一天时间，而且都是新生，她竟把每个孩子的基本情况全部记下来了。想想有这么个认真负责的老师我还担心什么呢?不出所料，开学不到一个星期何老师就跟我说： 蒋娜真是个懂事的孩子，你们不要给孩子太大的压力，孩子在周记上写到，她原来在乡里上学，虽然成绩很好但到了城市她还是有些自卑，这么小的一个孩子能如此懂事真让人看着心疼，我主张孩子轻松学习，快乐成长。</w:t>
      </w:r>
      <w:r>
        <w:rPr>
          <w:lang w:eastAsia="zh-CN"/>
        </w:rPr>
        <w:br/>
      </w:r>
      <w:r>
        <w:rPr>
          <w:lang w:eastAsia="zh-CN"/>
        </w:rPr>
        <w:t>　　是的，孩子是有些自卑，特别是英语，在老家时小学还没有开英语课，五年级到了岳阳才接触英语，当时孩子一边在学校学五年级的课程一边我们请了个家教给孩子补习前面落下的，到期末时前面的才勉强补完!所以还是不太自信。不久后我发现孩子的话越来越多了，说的都是在学校发生的事情。一天孩子眉飞色舞的跟我说：</w:t>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xml:space="preserve"> 妈妈，你知道今天何老师是怎样表扬我的吗?她竟然说想不到我们班藏龙卧虎呢!老师让她在课堂上背诵课文，她背的非常流利。</w:t>
      </w:r>
      <w:r>
        <w:rPr>
          <w:lang w:eastAsia="zh-CN"/>
        </w:rPr>
        <w:t xml:space="preserve"> 后来才知道事情的来龙去脉，原来刚教完第二课时老师就在班上说，明天要背诵全文，第二天何老师亲自抽背了蒋娜，在确定孩子背得非常流利后才让孩子在课堂上背诵的。真是何老师的良苦用心，老师知道孩子胆小自卑，特意给孩子一个表现的机会让孩子树立自信心。对于一个这么用心育人、有经验，认真负责的好老师，孩子在她手上我还何惧之有呢?</w:t>
      </w:r>
      <w:r>
        <w:rPr>
          <w:lang w:eastAsia="zh-CN"/>
        </w:rPr>
        <w:br/>
      </w:r>
      <w:r>
        <w:rPr>
          <w:lang w:eastAsia="zh-CN"/>
        </w:rPr>
        <w:t>　　一天天孩子的喜报越来越多，孩子也越来越自信，每天都洋溢着笑脸回家。通过孩子的述说，还了解到她们的数学、英语老师都是学校最优秀的了老师，她深深爱上了这些老师，并对一直感觉害怕的英语产生了浓厚的兴趣，她以语数外最高分结束了六年级的第一个学期毕业班家长感言文章毕业班家长感言出自。今天她又以优异的成绩毕业了，作为孩子的家长我要借这个机会感谢学校完善的管理制度，让孩子在这样一个向上的氛围中接受了优质的教育。感谢何老师，是你让孩子走出了困惑找到了自信。更培育了她全面发展。感谢她的每一位老师，在你们淳淳教导下让孩子每一学科都那么优秀。谢谢!</w:t>
      </w:r>
      <w:r>
        <w:rPr>
          <w:lang w:eastAsia="zh-CN"/>
        </w:rPr>
        <w:br/>
      </w:r>
      <w:r>
        <w:rPr>
          <w:lang w:eastAsia="zh-CN"/>
        </w:rPr>
        <w:t xml:space="preserve">    毕业典礼家长感言 篇8 </w:t>
      </w:r>
      <w:r>
        <w:rPr>
          <w:lang w:eastAsia="zh-CN"/>
        </w:rPr>
        <w:br/>
      </w:r>
      <w:r>
        <w:rPr>
          <w:lang w:eastAsia="zh-CN"/>
        </w:rPr>
        <w:t>　　各位家长、同学们：</w:t>
      </w:r>
      <w:r>
        <w:rPr>
          <w:lang w:eastAsia="zh-CN"/>
        </w:rPr>
        <w:br/>
      </w:r>
      <w:r>
        <w:rPr>
          <w:lang w:eastAsia="zh-CN"/>
        </w:rPr>
        <w:t>　　记忆中，那个咿呀学语的小朋友，一转眼就已经幼儿园毕业了，即将成为一年级的小豆包。</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六年的时光中，你在慢慢认识探知这个陌生的世界，爸爸妈妈也在手忙脚乱地学做父母；你在学走路、学说话、学着与人进行交流，爸爸妈妈也在学着从你的哭声、咿呀声、手势、吐字不清的语句中猜测你的意思……在我们相互的了解、探索和配合中，你从刚出生的小不点儿成长为今天这个活泼、勇敢、聪明、调皮、爱搞怪的小小男子汉。</w:t>
      </w:r>
      <w:r>
        <w:rPr>
          <w:lang w:eastAsia="zh-CN"/>
        </w:rPr>
        <w:br/>
      </w:r>
      <w:r>
        <w:rPr>
          <w:lang w:eastAsia="zh-CN"/>
        </w:rPr>
        <w:t>　　虽然，对于你的今后成长过程，爸爸妈妈有点紧张，有点迷茫，但是，对你的期望始终不变：</w:t>
      </w:r>
      <w:r>
        <w:rPr>
          <w:lang w:eastAsia="zh-CN"/>
        </w:rPr>
        <w:br/>
      </w:r>
      <w:r>
        <w:rPr>
          <w:lang w:eastAsia="zh-CN"/>
        </w:rPr>
        <w:t>　　爸爸妈妈希望你是一个健康的人，身体健康、心理健康、积极向上；一个快乐的人，快乐的学习，快乐的玩儿；一个正直诚信的人，真诚的对待身边的人和事；一个有主见的`人，对于自己认定的目标努力不放松……</w:t>
      </w:r>
      <w:r>
        <w:rPr>
          <w:lang w:eastAsia="zh-CN"/>
        </w:rPr>
        <w:br/>
      </w:r>
      <w:r>
        <w:rPr>
          <w:lang w:eastAsia="zh-CN"/>
        </w:rPr>
        <w:t>　　亲爱的扣扣，成长的路上风风雨雨，爸爸妈妈会一直陪在你左右！</w:t>
      </w:r>
      <w:r>
        <w:rPr>
          <w:lang w:eastAsia="zh-CN"/>
        </w:rPr>
        <w:br/>
      </w:r>
      <w:r>
        <w:rPr>
          <w:lang w:eastAsia="zh-CN"/>
        </w:rPr>
        <w:t>　　永远爱你的爸爸妈妈！</w:t>
      </w:r>
      <w:r>
        <w:rPr>
          <w:lang w:eastAsia="zh-CN"/>
        </w:rPr>
        <w:br/>
      </w:r>
      <w:r>
        <w:rPr>
          <w:lang w:eastAsia="zh-CN"/>
        </w:rPr>
        <w:t xml:space="preserve">    毕业典礼家长感言 篇9 </w:t>
      </w:r>
      <w:r>
        <w:rPr>
          <w:lang w:eastAsia="zh-CN"/>
        </w:rPr>
        <w:br/>
      </w:r>
      <w:r>
        <w:rPr>
          <w:lang w:eastAsia="zh-CN"/>
        </w:rPr>
        <w:t>　　尊敬的老师，亲爱的同学们：</w:t>
      </w:r>
      <w:r>
        <w:rPr>
          <w:lang w:eastAsia="zh-CN"/>
        </w:rPr>
        <w:br/>
      </w:r>
      <w:r>
        <w:rPr>
          <w:lang w:eastAsia="zh-CN"/>
        </w:rPr>
        <w:t>　　今天非常高兴能作为毕业生家长代表，参加我们安小的毕业典礼。我谨代表毕业班学生家长，对我们安小全体老师致以最崇高的敬意和最诚挚的谢意!</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小学五年的时光，一晃而过。这五年，我亲眼见证了我们老师的辛苦，亲身体验了我们老师的操劳。我的孩子从一年级到五年级，每一任班主任，每一位老师最可亲的印象都深深刻在我和孩子的脑海里：李老师、秦老师、邓老师、周老师、钱老师、薛老师……多少次已经很晚了，我联系你们时，你们却都还在案前做着功课，认真地给我解答;不管是何时，我们的小小活动，你们总是挤出时间来参与。而我知道，年青的周老师，周末应该与女朋友牵手，青年的钱老师，平时应该陪陪自己的孩子了。然而，你们，把时间和精力全给了我们的孩子!同学们的成绩下降了，你们夜难成寐，恨不得一下子把自己的全身本领输送给他们;同学们的行为偏差了，你们满目焦急，只希望我们的孩子能够拙状而健康地成长着。</w:t>
      </w:r>
      <w:r>
        <w:rPr>
          <w:lang w:eastAsia="zh-CN"/>
        </w:rPr>
        <w:br/>
      </w:r>
      <w:r>
        <w:rPr>
          <w:lang w:eastAsia="zh-CN"/>
        </w:rPr>
        <w:t>　　这一点文字已承载不了我们对您最深的敬意;这时的话语更寄托不了我们对您最真的谢意!我只想说，亲爱的老师们，孩子交给了您，我很放心!这些年，你们，辛苦了!</w:t>
      </w:r>
      <w:r>
        <w:rPr>
          <w:lang w:eastAsia="zh-CN"/>
        </w:rPr>
        <w:br/>
      </w:r>
      <w:r>
        <w:rPr>
          <w:lang w:eastAsia="zh-CN"/>
        </w:rPr>
        <w:t>　　同学们，你们即将步入中学。在安小的这五年，我们作为家长，欣喜地看到了你们太多的进步。饮水当思源，五年前，你们踏进校门的时候，还是少不更事的孩子，今天，经过老师们的精心培育，经过你们自己的刻苦努力，你们一个个都已成为有理想有志向的青少年了。我相信，再过一些时日，你们将象一匹匹的骏马，驰骋在无垠的大地上，你们将象一只只雄鹰，翱翔在广阔的蓝天下。</w:t>
      </w:r>
      <w:r>
        <w:rPr>
          <w:lang w:eastAsia="zh-CN"/>
        </w:rPr>
        <w:br/>
      </w:r>
      <w:r>
        <w:rPr>
          <w:lang w:eastAsia="zh-CN"/>
        </w:rPr>
        <w:t>　　可是，同学们，不管你们将来奔得多远，飞得多高，你们的本领有多大，都不要也不应该忘记，是安小给了你们成功的种子，是安小给了你们起飞的动力!你们要永远铭记老师们的谆谆教诲，要将母校的校训“向上向善”永远记在心中，化作自己的动力!希望你们能经常回母校看望你们亲爱的老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最后，我代表全体毕业生家长，衷心祝愿：全体领导和老师，身体健康，吉祥如意，桃李满神州，门生遍天下!衷心祝愿：全体毕业班的同学们，健康成长，在未来的日子里，更加努力学习，实现自己最美的梦想!</w:t>
      </w:r>
      <w:r>
        <w:rPr>
          <w:lang w:eastAsia="zh-CN"/>
        </w:rPr>
        <w:br/>
      </w:r>
      <w:r>
        <w:rPr>
          <w:lang w:eastAsia="zh-CN"/>
        </w:rPr>
        <w:t>　　让我们一起向上向善，共同经营幸福的人生!祝福安小明天会更好!谢谢!</w:t>
      </w:r>
      <w:r>
        <w:rPr>
          <w:lang w:eastAsia="zh-CN"/>
        </w:rPr>
        <w:br/>
      </w:r>
      <w:r>
        <w:rPr>
          <w:lang w:eastAsia="zh-CN"/>
        </w:rPr>
        <w:t xml:space="preserve">    毕业典礼家长感言 篇10 </w:t>
      </w:r>
      <w:r>
        <w:rPr>
          <w:lang w:eastAsia="zh-CN"/>
        </w:rPr>
        <w:br/>
      </w:r>
      <w:r>
        <w:rPr>
          <w:lang w:eastAsia="zh-CN"/>
        </w:rPr>
        <w:t>　　尊敬的：</w:t>
      </w:r>
      <w:r>
        <w:rPr>
          <w:lang w:eastAsia="zh-CN"/>
        </w:rPr>
        <w:br/>
      </w:r>
      <w:r>
        <w:rPr>
          <w:lang w:eastAsia="zh-CN"/>
        </w:rPr>
        <w:t>　　6月21日，一个难忘的夏季，有幸参加了女儿的初中毕业典礼，见证了这个带有伤感，充满感恩的快乐时刻。</w:t>
      </w:r>
      <w:r>
        <w:rPr>
          <w:lang w:eastAsia="zh-CN"/>
        </w:rPr>
        <w:br/>
      </w:r>
      <w:r>
        <w:rPr>
          <w:lang w:eastAsia="zh-CN"/>
        </w:rPr>
        <w:t>　　三年前，孩子幸运的进入七（九）班，结缘了知识渊博、朴实严谨、有着细腻情怀的，甚至是事无巨细的钟老师，给了孩子“语文课代表”的职位，使得这一份信任，一份动力改变了孩子之前任性、娇惯的恶习，让孩子有了担当，有了责任感。</w:t>
      </w:r>
      <w:r>
        <w:rPr>
          <w:lang w:eastAsia="zh-CN"/>
        </w:rPr>
        <w:br/>
      </w:r>
      <w:r>
        <w:rPr>
          <w:lang w:eastAsia="zh-CN"/>
        </w:rPr>
        <w:t>　　对于浑身充满青春气息的程老师，您用风趣乐观、温柔可亲与独特的人格魅力解惑了孩子内心深处排斥学习英语的阴影，帮助孩子树立了阳光的心态。</w:t>
      </w:r>
      <w:r>
        <w:rPr>
          <w:lang w:eastAsia="zh-CN"/>
        </w:rPr>
        <w:br/>
      </w:r>
      <w:r>
        <w:rPr>
          <w:lang w:eastAsia="zh-CN"/>
        </w:rPr>
        <w:t>　　还有半路杀出来的刘老大，不知是哪股“妖气”让厌恶数学甚至想要放弃数学的李佳怡同学，如今一股脑儿地投入最大的精力和时间做堆积如山的数学卷子，由原来的30多分跃到如今的87分，我想，所谓的“妖气”可能就是您对孩子的不放弃和坚持是最完美的诠释吧。</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还有素不相识的政治王老师，我可能连您的名字都叫不上来，只是在班级群里发现您默默的发作业，积极的为同学们传授知识重点及考试锦囊，积极的关注九班的喜怒哀乐，无论荣誉与挫败都给予鼓励，满满的正能量，让我们从团结奋进的九班看到了责任感极强的王老师。</w:t>
      </w:r>
      <w:r>
        <w:rPr>
          <w:lang w:eastAsia="zh-CN"/>
        </w:rPr>
        <w:br/>
      </w:r>
      <w:r>
        <w:rPr>
          <w:lang w:eastAsia="zh-CN"/>
        </w:rPr>
        <w:t>　　当然，还有九班其他的老师们，都是棒棒的，让做为家长的我们深深感受到九班全体老师们的博大的师爱，我们才能欣喜地看到孩子们的成长，在七中，在九班，孩子们学会了思考、学会了感恩、学会了坚强，也收获了成长。</w:t>
      </w:r>
      <w:r>
        <w:rPr>
          <w:lang w:eastAsia="zh-CN"/>
        </w:rPr>
        <w:br/>
      </w:r>
      <w:r>
        <w:rPr>
          <w:lang w:eastAsia="zh-CN"/>
        </w:rPr>
        <w:t xml:space="preserve">    毕业典礼家长感言 篇11 </w:t>
      </w:r>
      <w:r>
        <w:rPr>
          <w:lang w:eastAsia="zh-CN"/>
        </w:rPr>
        <w:br/>
      </w:r>
      <w:r>
        <w:rPr>
          <w:lang w:eastAsia="zh-CN"/>
        </w:rPr>
        <w:t>　　各位家长、同学们：</w:t>
      </w:r>
      <w:r>
        <w:rPr>
          <w:lang w:eastAsia="zh-CN"/>
        </w:rPr>
        <w:br/>
      </w:r>
      <w:r>
        <w:rPr>
          <w:lang w:eastAsia="zh-CN"/>
        </w:rPr>
        <w:t>　　随着女儿升入了理想的学校，我们家的“小升初”已经偃旗息鼓，以胜利而告终了。但再次回首那段令人难忘的时光时，我的心情依然怦动， 感触依然良深。在我们孩子刚刚升入六年级时， 有一位比我们高一届的孩子家长曾经跟我说过：“‘小升初’不让人脱一层皮，那就不叫‘小升初’”。当时， 我还以为她是在危言耸听，但现在回过头来看，只怕小升初的惨烈程度有过之而无不及。</w:t>
      </w:r>
      <w:r>
        <w:rPr>
          <w:lang w:eastAsia="zh-CN"/>
        </w:rPr>
        <w:br/>
      </w:r>
      <w:r>
        <w:rPr>
          <w:lang w:eastAsia="zh-CN"/>
        </w:rPr>
        <w:t>　　确实，小升初对人的折磨，没有经历过的人是不能体会的。为了升入理想的中学，不论是大人、还是孩子，几乎都或主动、或被动地卷入了小升初的战役中。</w:t>
      </w:r>
      <w:r>
        <w:rPr>
          <w:lang w:eastAsia="zh-CN"/>
        </w:rPr>
        <w:t xml:space="preserve"> 在这个过程中，</w:t>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xml:space="preserve"> 我们一边抱怨着，一边又忙不迭地带着孩子奔走于各种学习班和考试之间，唯恐错过任何一次机会而“抱恨终身”。我女儿从进入__年，就几乎没有过星期天，有时甚至平时的晚上也要上课。__年春节尤其的繁忙，学而思的课一直上到大年二十九，初六又开课了。这个春节基本上成了一个学习的春节了。这三、四个月来，上课、考试、考证，几乎占据了我们所有的生活。那段日子确实紧张、辛苦，相比现在“后小升初时代”的悠闲和惬意，真是恍若有隔世之感！回顾小升初这个令人煎熬的过程，感慨万千。这里我要特别感谢学而思，四年级下学期经一位家长推荐，我们带孩子来学而思学习，在这两年半的时间里，不论是春季还是秋季、寒假还是暑假，风雨无阻，从不间断，学而思的英语奥数班，长期短期班基本上一网打荆这个过程虽然比较辛苦，但取得的成效也是非常显著的，在学而思各位老师的精心教导和指点下，孩子的.英语、奥数水平获得了巨大的提高，不仅顺利地通过了许多名校的升学考试，而且其真实能力也确实上升了一个新台阶，上升到一个新的层次。看看孩子们现在的数学思维能力和英语的听说读写能力，在没上学而思之前，这是我们这些家长做梦也想象不到的。而且，在帮助孩子扎扎实实提高学习水平和学习能力的同时，学而思在择校方面也及时给予了我们许多关键性的指导和帮助。这里尤其要感谢金老师，在我们迷惘、彷徨甚至无助时，给予了耐心的安慰和疏导，帮助我们最终赢得了这场小升初战役的胜利！</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另外，在学而思的学习期间，我们还结识了无数和我们一样对孩子寄与厚望并不辞辛劳的爸爸妈妈，无论是在学习还是在后来考试的关键时期，这些热心的家长们给予了我们许多的帮助和支持，为我们传递信息，鼓励我们树立信心，为我们出谋划策，陪伴我们一起走过了这段艰苦的日子。这里我也要真诚地对他们说声“谢谢”！</w:t>
      </w:r>
      <w:r>
        <w:rPr>
          <w:lang w:eastAsia="zh-CN"/>
        </w:rPr>
        <w:br/>
      </w:r>
      <w:r>
        <w:rPr>
          <w:lang w:eastAsia="zh-CN"/>
        </w:rPr>
        <w:t xml:space="preserve">    毕业典礼家长感言 篇12 </w:t>
      </w:r>
      <w:r>
        <w:rPr>
          <w:lang w:eastAsia="zh-CN"/>
        </w:rPr>
        <w:br/>
      </w:r>
      <w:r>
        <w:rPr>
          <w:lang w:eastAsia="zh-CN"/>
        </w:rPr>
        <w:t>　　大家好！</w:t>
      </w:r>
      <w:r>
        <w:rPr>
          <w:lang w:eastAsia="zh-CN"/>
        </w:rPr>
        <w:br/>
      </w:r>
      <w:r>
        <w:rPr>
          <w:lang w:eastAsia="zh-CN"/>
        </w:rPr>
        <w:t>　　我叫，是哲学与政治学学院哲学专业第一届本科毕业生，十分荣幸在离别母校之际，代表毕业同学在这里发言。</w:t>
      </w:r>
      <w:r>
        <w:rPr>
          <w:lang w:eastAsia="zh-CN"/>
        </w:rPr>
        <w:br/>
      </w:r>
      <w:r>
        <w:rPr>
          <w:lang w:eastAsia="zh-CN"/>
        </w:rPr>
        <w:t>　　首先，请允许我代表__届哲学与政治学学院79名毕业生，向关心、支持我们、辛勤培育我们的领导、老师、同学和朋友们表示最衷心的感谢和最崇高的敬意！</w:t>
      </w:r>
      <w:r>
        <w:rPr>
          <w:lang w:eastAsia="zh-CN"/>
        </w:rPr>
        <w:br/>
      </w:r>
      <w:r>
        <w:rPr>
          <w:lang w:eastAsia="zh-CN"/>
        </w:rPr>
        <w:t>　　四年的大学时光如白驹过隙匆匆流逝，它将在未来的记忆中细水长流，这记忆充满激情、充满深情，充满感动，充满许多难以忘怀的事情。我们忘不了各位领导不辞辛劳无私奉献的身影；忘不了各位老师不厌其烦为我们解惑答疑；忘不了岁末年初的篝火燃尽仍然激动欢喜难以入睡；忘不了教学楼里的考场，那里依然留有我们战斗过的痕迹；忘不了宿舍楼下的草地，那里依然飘荡着青青香草的味道；更忘不了温馨的寝室里，仿佛依旧回荡着大家的欢声笑语。一幕幕场景就像一张张绚丽的剪贴画，串连成一部即将谢幕的电影，播放着我们的快乐和忧伤，记录着我们的青春与过往，也见证着我们的情深义重。所有的记忆都将铭刻在我们内心深处，那是我们生命里最宝贵的永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今年的春天是一个不平凡的春天。因为，这是哲学与政治学学院学院的第一个春天。我们的学院有着悠久的历史和光荣传统，充满活力、充满希望，有如一株生机勃发茁壮成长的白杨，正在伸展她青春的手臂，向着高处去拥抱蓝天；我们的学院虽然年轻，但底蕴深厚。60年来，从政训部到哲学与政治学学院，一路风雨，一路兼程，有着一脉相承的东西。那是一种博大深沉的精神，人文关怀的精神，上下求索的精神，崇尚和谐的精神，维护正义的精神。我们的学院正在这种精神的指引下携手共进，开拓未来！</w:t>
      </w:r>
      <w:r>
        <w:rPr>
          <w:lang w:eastAsia="zh-CN"/>
        </w:rPr>
        <w:br/>
      </w:r>
      <w:r>
        <w:rPr>
          <w:lang w:eastAsia="zh-CN"/>
        </w:rPr>
        <w:t>　　四年潜心苦读，如今硕果更甘甜；四年同舟共济，今时扬帆启新程；报到时的兴奋与激动仿佛还在昨天，而今天就到了毕业分别的日子。今天，是我们一生中幸福的一天，是我们喜获丰收的一天。为了这一天，我们付出了许多的辛勤和汗水；为了这一天，我们体会到了许多的酸楚和劳累；为了这一天，我们放弃了许多的快乐和机会。今后的人生旅途中，我们将一如既往，老实做人，踏实做事，不断学习进取，勇于开拓创新。不虚度光彩绚丽的青春年华，不放弃弥足珍贵的理想信念，不辜负师友的殷切期盼。面对明天的挑战，我们将披荆斩棘，奋力前行。</w:t>
      </w:r>
      <w:r>
        <w:rPr>
          <w:lang w:eastAsia="zh-CN"/>
        </w:rPr>
        <w:br/>
      </w:r>
      <w:r>
        <w:rPr>
          <w:lang w:eastAsia="zh-CN"/>
        </w:rPr>
        <w:t>　　挥手告别昨天，师生情、同窗谊难以释怀！昂首阔步明天，未来梦，赤子心熠熠生辉。别了，三月的樱花香，别了，八月的桂花浓！此时此刻，我们的内心百感交集，就让千言万语化作一句话：</w:t>
      </w:r>
      <w:r>
        <w:rPr>
          <w:lang w:eastAsia="zh-CN"/>
        </w:rPr>
        <w:br/>
      </w:r>
      <w:r>
        <w:rPr>
          <w:lang w:eastAsia="zh-CN"/>
        </w:rPr>
        <w:t>　　祝我们的同学乘风破浪，前程似锦！</w:t>
      </w:r>
      <w:r>
        <w:rPr>
          <w:lang w:eastAsia="zh-CN"/>
        </w:rPr>
        <w:br/>
      </w:r>
      <w:r>
        <w:rPr>
          <w:lang w:eastAsia="zh-CN"/>
        </w:rPr>
        <w:t>　　祝我们的老师身体健康，桃李芬芳！</w:t>
      </w:r>
      <w:r>
        <w:rPr>
          <w:lang w:eastAsia="zh-CN"/>
        </w:rPr>
        <w:br/>
      </w:r>
      <w:r>
        <w:rPr>
          <w:lang w:eastAsia="zh-CN"/>
        </w:rPr>
        <w:t>　　祝我们的学院人才辈出，再创辉煌！</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2"/>
          <w:cols w:space="425"/>
          <w:titlePg w:val="0"/>
          <w:docGrid w:type="lines" w:linePitch="312"/>
        </w:sectPr>
      </w:pPr>
      <w:r>
        <w:rPr>
          <w:lang w:eastAsia="zh-CN"/>
        </w:rPr>
        <w:t>　　祝我们的母校六十华诞，再书华章！</w:t>
      </w:r>
      <w:r>
        <w:rPr>
          <w:lang w:eastAsia="zh-CN"/>
        </w:rPr>
        <w:br/>
      </w:r>
      <w:r>
        <w:rPr>
          <w:lang w:eastAsia="zh-CN"/>
        </w:rPr>
        <w:t>　　谢谢大家！</w:t>
      </w:r>
      <w:r>
        <w:rPr>
          <w:lang w:eastAsia="zh-CN"/>
        </w:rPr>
        <w:br/>
      </w:r>
      <w:r>
        <w:rPr>
          <w:lang w:eastAsia="zh-CN"/>
        </w:rPr>
        <w:t xml:space="preserve">    毕业典礼家长感言 篇13 </w:t>
      </w:r>
      <w:r>
        <w:rPr>
          <w:lang w:eastAsia="zh-CN"/>
        </w:rPr>
        <w:br/>
      </w:r>
      <w:r>
        <w:rPr>
          <w:lang w:eastAsia="zh-CN"/>
        </w:rPr>
        <w:t>　　尊敬的各位和家长、亲爱的教师、同学们：</w:t>
      </w:r>
      <w:r>
        <w:rPr>
          <w:lang w:eastAsia="zh-CN"/>
        </w:rPr>
        <w:br/>
      </w:r>
      <w:r>
        <w:rPr>
          <w:lang w:eastAsia="zh-CN"/>
        </w:rPr>
        <w:t>　　大家好！</w:t>
      </w:r>
      <w:r>
        <w:rPr>
          <w:lang w:eastAsia="zh-CN"/>
        </w:rPr>
        <w:br/>
      </w:r>
      <w:r>
        <w:rPr>
          <w:lang w:eastAsia="zh-CN"/>
        </w:rPr>
        <w:t>　　今日我们在那里欢聚，为即将走出学校的同学们践行。我谨代表全体教师向圆满完成小学学业的同学们表示诚挚的祝贺，向为了同学们健康成长而无私奉献、呕心沥血的教师和家长们致以崇高的敬意！</w:t>
      </w:r>
      <w:r>
        <w:rPr>
          <w:lang w:eastAsia="zh-CN"/>
        </w:rPr>
        <w:br/>
      </w:r>
      <w:r>
        <w:rPr>
          <w:lang w:eastAsia="zh-CN"/>
        </w:rPr>
        <w:t>　　亲爱的同学们，小学生活就像一本厚厚的童话书。六年的时光，两千多个日日夜夜已如白驹过隙，悄然而逝。回首我们朝夕相处的日子，有多少温情的瞬间还深深地镌刻在脑海中，你们用自己的方式给母校增光添彩。学校的一草一木，也都见证了你们的成长与欢乐。孩子们，你们完全有理由为这充实的六年而喝彩。</w:t>
      </w:r>
      <w:r>
        <w:rPr>
          <w:lang w:eastAsia="zh-CN"/>
        </w:rPr>
        <w:br/>
      </w:r>
      <w:r>
        <w:rPr>
          <w:lang w:eastAsia="zh-CN"/>
        </w:rPr>
        <w:t>　　而今，童年无忧无虑的日子即将过去，母校渐渐成为你们眼中渐行渐远的风景。毫无疑问，你们早已由六年前的懵懂无知成长为有知识、有梦想的大孩子。你们未经风雨锤炼的羽翼正日渐丰满，雄心勃勃地等待着展翅高飞的`那一天。</w:t>
      </w:r>
      <w:r>
        <w:rPr>
          <w:lang w:eastAsia="zh-CN"/>
        </w:rPr>
        <w:br/>
      </w:r>
      <w:r>
        <w:rPr>
          <w:lang w:eastAsia="zh-CN"/>
        </w:rPr>
        <w:t>　　在此之前，我想对你们提出两点期望：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3"/>
          <w:cols w:space="425"/>
          <w:titlePg w:val="0"/>
          <w:docGrid w:type="lines" w:linePitch="312"/>
        </w:sectPr>
      </w:pPr>
      <w:r>
        <w:rPr>
          <w:lang w:eastAsia="zh-CN"/>
        </w:rPr>
        <w:t>　　第一，期能够在以后的学习和生活中更加勤奋。因为，天道酬勤，一份耕耘才能有一份收获。所有的成绩都离不开“勤奋”二字。唯有脚实地、勤勤恳恳、持之以恒，我们才能在通往成功的路上越走越远。</w:t>
      </w:r>
      <w:r>
        <w:rPr>
          <w:lang w:eastAsia="zh-CN"/>
        </w:rPr>
        <w:br/>
      </w:r>
      <w:r>
        <w:rPr>
          <w:lang w:eastAsia="zh-CN"/>
        </w:rPr>
        <w:t>　　第二，期继续坚持和发扬母校“学会感恩”的。不论我们走到哪里，不论我们身处何境，是欢乐还是悲伤，是平顺还是坎坷，我们都要记得感激身边的人。感激父母，因为是他们将我们抚养成人；感激师长，因为是他们将知识输送给我们；还要感激身边的同学和朋友，因为是他们不论何时何地地陪伴着我们。</w:t>
      </w:r>
      <w:r>
        <w:rPr>
          <w:lang w:eastAsia="zh-CN"/>
        </w:rPr>
        <w:br/>
      </w:r>
      <w:r>
        <w:rPr>
          <w:lang w:eastAsia="zh-CN"/>
        </w:rPr>
        <w:t>　　再见了，孩子们。母校祝愿你们在今后的学习生活中一帆风顺，幸福安康！</w:t>
      </w:r>
      <w:r>
        <w:rPr>
          <w:lang w:eastAsia="zh-CN"/>
        </w:rPr>
        <w:br/>
      </w:r>
      <w:r>
        <w:rPr>
          <w:lang w:eastAsia="zh-CN"/>
        </w:rPr>
        <w:t xml:space="preserve">    毕业典礼家长感言 篇14 </w:t>
      </w:r>
      <w:r>
        <w:rPr>
          <w:lang w:eastAsia="zh-CN"/>
        </w:rPr>
        <w:br/>
      </w:r>
      <w:r>
        <w:rPr>
          <w:lang w:eastAsia="zh-CN"/>
        </w:rPr>
        <w:t>　　尊敬的各位，各位老师，各位家长，各位同学：</w:t>
      </w:r>
      <w:r>
        <w:rPr>
          <w:lang w:eastAsia="zh-CN"/>
        </w:rPr>
        <w:br/>
      </w:r>
      <w:r>
        <w:rPr>
          <w:lang w:eastAsia="zh-CN"/>
        </w:rPr>
        <w:t>　　大家早上好！</w:t>
      </w:r>
      <w:r>
        <w:rPr>
          <w:lang w:eastAsia="zh-CN"/>
        </w:rPr>
        <w:br/>
      </w:r>
      <w:r>
        <w:rPr>
          <w:lang w:eastAsia="zh-CN"/>
        </w:rPr>
        <w:t>　　作为一名从教25年的教师，我一直站在三尺讲台，我没有计算过在毕业季送走了多少学生，但站在这里作为教师代表发言，还是第一次，毕业季也是离别季，我此时的心情是激动的也是伤感的。</w:t>
      </w:r>
      <w:r>
        <w:rPr>
          <w:lang w:eastAsia="zh-CN"/>
        </w:rPr>
        <w:br/>
      </w:r>
      <w:r>
        <w:rPr>
          <w:lang w:eastAsia="zh-CN"/>
        </w:rPr>
        <w:t>　　今天参加毕业典礼的学生中有三分之一我都教过，回想起大家进校的时候，仿佛就在昨天，转眼间，你们已经长大了。四年来，同学们尽情的汲取智慧，参悟人生要义，绽放美好的青春，不排除在这四年里，有人迷茫过，有人失落过，也有人沮丧过，但我们谁都不否认大学是我们生命中美好而本真的一段经历。因为经历，所以懂得，四年的大学生活，每一位同学都是一段弥足珍贵的回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4"/>
          <w:cols w:space="425"/>
          <w:titlePg w:val="0"/>
          <w:docGrid w:type="lines" w:linePitch="312"/>
        </w:sectPr>
      </w:pPr>
      <w:r>
        <w:rPr>
          <w:lang w:eastAsia="zh-CN"/>
        </w:rPr>
        <w:t>　　前段时间，无意中得知以前毕业的学生在聊天时，提到我的时候没有用张老师或者大家习惯的会计老师，而用的是“张妈”，我知道后，感触良多，回想起不少毕业的学生经常和我联系，让我参谋他们找的工作合不合适，告诉我他们在工作中取得的成绩，以及遇到的难题和困惑。“妈”是什么？不就是经常唠叨你，关心你的人吗？不就是你有事就想向她说一说的人吗？我很欣慰，我和同学们成为了亲人。我也希望同学们能把安康学院，把经管学院当成你们的家，把我们当成你们的亲人，今后，常保持联系，有空的时候能常回来看看。</w:t>
      </w:r>
      <w:r>
        <w:rPr>
          <w:lang w:eastAsia="zh-CN"/>
        </w:rPr>
        <w:br/>
      </w:r>
      <w:r>
        <w:rPr>
          <w:lang w:eastAsia="zh-CN"/>
        </w:rPr>
        <w:t>　　同学们，大家所处的是一个崇尚实干、鼓励奋斗、放飞梦想的时代。从明天开始，你们就会像蒲公英的种子一样飞向天南地北，在新的沃土里生根发芽，你们未来的点滴成长都将是母校的光荣和骄傲。</w:t>
      </w:r>
      <w:r>
        <w:rPr>
          <w:lang w:eastAsia="zh-CN"/>
        </w:rPr>
        <w:br/>
      </w:r>
      <w:r>
        <w:rPr>
          <w:lang w:eastAsia="zh-CN"/>
        </w:rPr>
        <w:t>　　最后，我希望同学们都能怀揣梦想，努力前行！</w:t>
      </w:r>
      <w:r>
        <w:rPr>
          <w:lang w:eastAsia="zh-CN"/>
        </w:rPr>
        <w:br/>
      </w:r>
      <w:r>
        <w:rPr>
          <w:lang w:eastAsia="zh-CN"/>
        </w:rPr>
        <w:t xml:space="preserve">    毕业典礼家长感言 篇15 </w:t>
      </w:r>
      <w:r>
        <w:rPr>
          <w:lang w:eastAsia="zh-CN"/>
        </w:rPr>
        <w:br/>
      </w:r>
      <w:r>
        <w:rPr>
          <w:lang w:eastAsia="zh-CN"/>
        </w:rPr>
        <w:t>　　1、爱你的人总会想要陪你没有借口没有理由</w:t>
      </w:r>
      <w:r>
        <w:rPr>
          <w:lang w:eastAsia="zh-CN"/>
        </w:rPr>
        <w:br/>
      </w:r>
      <w:r>
        <w:rPr>
          <w:lang w:eastAsia="zh-CN"/>
        </w:rPr>
        <w:t>　　2、十好想从现在开始抱着你，紧紧的抱着你，毕业前夕,就要各奔东西,相隔那么远不知道什么时候才能再见,</w:t>
      </w:r>
      <w:r>
        <w:rPr>
          <w:lang w:eastAsia="zh-CN"/>
        </w:rPr>
        <w:br/>
      </w:r>
      <w:r>
        <w:rPr>
          <w:lang w:eastAsia="zh-CN"/>
        </w:rPr>
        <w:t>　　3、十根本没有什么感同身受针扎在你身上永远都不会痛</w:t>
      </w:r>
      <w:r>
        <w:rPr>
          <w:lang w:eastAsia="zh-CN"/>
        </w:rPr>
        <w:br/>
      </w:r>
      <w:r>
        <w:rPr>
          <w:lang w:eastAsia="zh-CN"/>
        </w:rPr>
        <w:t>　　4、有时候是不是恋爱很痛苦，恭喜你你已经毕业了。</w:t>
      </w:r>
      <w:r>
        <w:rPr>
          <w:lang w:eastAsia="zh-CN"/>
        </w:rPr>
        <w:br/>
      </w:r>
      <w:r>
        <w:rPr>
          <w:lang w:eastAsia="zh-CN"/>
        </w:rPr>
        <w:t>　　5、毕业是个残忍的季节，成熟不成熟的都要一同收割；珍惜手边的幸福，不要等到失去后才悔不当初；不要动不动就许下承诺；请继续保持野心，有野心理想不一定实现，但有野心你才会前进，才会不堕落；要时刻记得感恩于在人生路上帮助过你的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5"/>
          <w:cols w:space="425"/>
          <w:titlePg w:val="0"/>
          <w:docGrid w:type="lines" w:linePitch="312"/>
        </w:sectPr>
      </w:pPr>
      <w:r>
        <w:rPr>
          <w:lang w:eastAsia="zh-CN"/>
        </w:rPr>
        <w:t>　　6、毕业是个残忍的季节，成熟不成熟的都要一同收割；珍惜手边的幸福，不要等到失去后才悔不当初；不要动不动就许下承诺；请继续保持野心，有野心理想不一定实现，但有野心你才会前进，才会不堕落；要时刻记得感恩于在人生路上帮助过你的人</w:t>
      </w:r>
      <w:r>
        <w:rPr>
          <w:lang w:eastAsia="zh-CN"/>
        </w:rPr>
        <w:br/>
      </w:r>
      <w:r>
        <w:rPr>
          <w:lang w:eastAsia="zh-CN"/>
        </w:rPr>
        <w:t>　　7、1我的人生有A面也有B面你的人生有S面也有B面。</w:t>
      </w:r>
      <w:r>
        <w:rPr>
          <w:lang w:eastAsia="zh-CN"/>
        </w:rPr>
        <w:br/>
      </w:r>
      <w:r>
        <w:rPr>
          <w:lang w:eastAsia="zh-CN"/>
        </w:rPr>
        <w:t>　　8、人世间最珍贵的，莫过于真诚的友情，深切的怀念，像幽香的小花，开在深谷</w:t>
      </w:r>
      <w:r>
        <w:rPr>
          <w:lang w:eastAsia="zh-CN"/>
        </w:rPr>
        <w:br/>
      </w:r>
      <w:r>
        <w:rPr>
          <w:lang w:eastAsia="zh-CN"/>
        </w:rPr>
        <w:t>　　9、多年以后，当他再次回想起那年毕业，他不后悔牵起了他的手，他只后悔为什么没有牢牢抓紧。</w:t>
      </w:r>
      <w:r>
        <w:rPr>
          <w:lang w:eastAsia="zh-CN"/>
        </w:rPr>
        <w:br/>
      </w:r>
      <w:r>
        <w:rPr>
          <w:lang w:eastAsia="zh-CN"/>
        </w:rPr>
        <w:t>　　10、毕业了，该我们走了，我们都流下了泪，我们分手了，但我们的友谊永不分手、</w:t>
      </w:r>
      <w:r>
        <w:rPr>
          <w:lang w:eastAsia="zh-CN"/>
        </w:rPr>
        <w:br/>
      </w:r>
      <w:r>
        <w:rPr>
          <w:lang w:eastAsia="zh-CN"/>
        </w:rPr>
        <w:t>　　11、偶尔也想用眼泪承认爱是长在我们心里的藤蔓。</w:t>
      </w:r>
      <w:r>
        <w:rPr>
          <w:lang w:eastAsia="zh-CN"/>
        </w:rPr>
        <w:br/>
      </w:r>
      <w:r>
        <w:rPr>
          <w:lang w:eastAsia="zh-CN"/>
        </w:rPr>
        <w:t xml:space="preserve">    毕业典礼家长感言 篇16 </w:t>
      </w:r>
      <w:r>
        <w:rPr>
          <w:lang w:eastAsia="zh-CN"/>
        </w:rPr>
        <w:br/>
      </w:r>
      <w:r>
        <w:rPr>
          <w:lang w:eastAsia="zh-CN"/>
        </w:rPr>
        <w:t>　　尊敬的领导,老师,各位同学:</w:t>
      </w:r>
      <w:r>
        <w:rPr>
          <w:lang w:eastAsia="zh-CN"/>
        </w:rPr>
        <w:br/>
      </w:r>
      <w:r>
        <w:rPr>
          <w:lang w:eastAsia="zh-CN"/>
        </w:rPr>
        <w:t>　　大家好!</w:t>
      </w:r>
      <w:r>
        <w:rPr>
          <w:lang w:eastAsia="zh-CN"/>
        </w:rPr>
        <w:br/>
      </w:r>
      <w:r>
        <w:rPr>
          <w:lang w:eastAsia="zh-CN"/>
        </w:rPr>
        <w:t>　　今天,我站在这里,代表全体-届信息与计算科学专业毕业生向我们的母校道别,向安农大的师长道别,向朝夕相处的同窗们道别,也向这段不能忘怀的岁月道别!</w:t>
      </w:r>
      <w:r>
        <w:rPr>
          <w:lang w:eastAsia="zh-CN"/>
        </w:rPr>
        <w:br/>
      </w:r>
      <w:r>
        <w:rPr>
          <w:lang w:eastAsia="zh-CN"/>
        </w:rPr>
        <w:t>　　岁月匆匆,大学四年转瞬即逝.从眼眸里抽出细细雨丝,然后纷纷扬扬的撒下.我们将离开我的大学生活.走过楼兰,走过荒滩,只是为了那句路在脚下,明天会更好.</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6"/>
          <w:cols w:space="425"/>
          <w:titlePg w:val="0"/>
          <w:docGrid w:type="lines" w:linePitch="312"/>
        </w:sectPr>
      </w:pPr>
      <w:r>
        <w:rPr>
          <w:lang w:eastAsia="zh-CN"/>
        </w:rPr>
        <w:t>　　这四年的路,我们走的辛苦而快乐,四年的生活,我们过的充实而美丽,我们流过眼泪,却伴着欢笑.四年的岁月,1460个日日夜夜,听起来似乎是那么的漫长,而当我们今天面对离别,又觉得它是那么的短暂.四年的时光,弹指一挥间,但很多记忆将成为我们生命中最为珍重的收藏:宽阔的操场,明亮的教室,甜蜜的欢笑......我们一定还记得刚入校时你我所立的雄心壮志,一定还记得在教室,图书馆和实验室中你我孜孜不倦学习的身影,一定还记得老师的谆谆教诲,一定还记得在运动场上你我生龙活虎的锻炼场景.....太多太多的情景值得我们去回忆.</w:t>
      </w:r>
      <w:r>
        <w:rPr>
          <w:lang w:eastAsia="zh-CN"/>
        </w:rPr>
        <w:br/>
      </w:r>
      <w:r>
        <w:rPr>
          <w:lang w:eastAsia="zh-CN"/>
        </w:rPr>
        <w:t>　　在农大的四年,我们更进一步学会了分析与思考,学会了丰富与凝练,学会了合作与竞争,学会了继承与创新,也进一步学会了如何不断超越,突破自己的极限而成长.如今我们就要毕业了,所有这些温暖的记忆都将铭刻在我们内心深处,那是我们生命中最难忘的日子.喜欢好友常说的一句话:我们都是只有一只翅膀的天使,只有互相拥抱才能飞翔.四年的同窗友谊,让我们学会了彼此相信并依赖.四年的生活,我们都有过低谷,但我们相互扶持,鼓励,朋友温馨的笑容,班级温暖的气氛,让我们都走了过来,让我们学会去爱,去坚持,去相信阳光总在风雨后.我敬爱的老师,您用您辛勤的汗水,无私的奉献,无数夜的伏案耕耘,给了我们一个清醒的头脑,一双洞察的眼睛和一颗热忱的心灵,再华丽的辞藻也无法表达我们对您——既是老师,又是朋友,更是亲人的尊敬和爱戴.学生即将远行,请允许我们深情地道一声:老师,您辛苦了!谢谢你们的关怀和教育</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7"/>
          <w:cols w:space="425"/>
          <w:titlePg w:val="0"/>
          <w:docGrid w:type="lines" w:linePitch="312"/>
        </w:sectPr>
      </w:pPr>
      <w:r>
        <w:rPr>
          <w:lang w:eastAsia="zh-CN"/>
        </w:rPr>
        <w:t>　　我亲爱的学弟学妹们,你们是我们理学院的未来,是你们让理学院代来了生机和活力,你们的努力和奋斗为理学院代来了荣誉,即使我们离校了也会感到无限的荣耀,在这里请允许我代表全体毕业生对你们表示诚挚的感谢和衷心的祝福,祝福你们明天走的更好.</w:t>
      </w:r>
      <w:r>
        <w:rPr>
          <w:lang w:eastAsia="zh-CN"/>
        </w:rPr>
        <w:br/>
      </w:r>
      <w:r>
        <w:rPr>
          <w:lang w:eastAsia="zh-CN"/>
        </w:rPr>
        <w:t>　　毕业是一首久唱不衰的老歌,是散场之后的余音绕耳,所有甜美或者苦涩的故事,定格为热泪盈眶的欣悦,依然真诚直率的目光,依然奔流激荡的热血,正牵引着我们再一次传唱,传唱那飘逝的日月春秋.乘风破浪会有时,直挂云帆济沧海.让时间作证,承载着我们理学院领导,老师们的殷切期望和深情嘱托,我们一定会做拥有智慧并富有激情的人,做胸怀大志并脚踏实地的人,做德才兼备并勇于创新的人,做富有责任并敢挑重担的人!同学们,临别之际,让我们立下誓言:今天,我们以作为农大的毕业生为荣;明天,农大将会以我们——祖国的栋梁,为荣!</w:t>
      </w:r>
      <w:r>
        <w:rPr>
          <w:lang w:eastAsia="zh-CN"/>
        </w:rPr>
        <w:br/>
      </w:r>
      <w:r>
        <w:rPr>
          <w:lang w:eastAsia="zh-CN"/>
        </w:rPr>
        <w:t>　　我们要走了,理学院的老师们为我们所做的一切,我们暂时无以回报,我们06届信息与计算科学专业全体毕业生送上我们深深的祝福祝:理学院——欣欣向荣,蒸蒸日上</w:t>
      </w:r>
      <w:r>
        <w:rPr>
          <w:lang w:eastAsia="zh-CN"/>
        </w:rPr>
        <w:br/>
      </w:r>
      <w:r>
        <w:rPr>
          <w:lang w:eastAsia="zh-CN"/>
        </w:rPr>
        <w:t>　　我的发言完毕,谢谢大家.</w:t>
      </w:r>
      <w:r>
        <w:rPr>
          <w:lang w:eastAsia="zh-CN"/>
        </w:rPr>
        <w:br/>
      </w:r>
      <w:r>
        <w:rPr>
          <w:lang w:eastAsia="zh-CN"/>
        </w:rPr>
        <w:t>　　20--年6月28日</w:t>
      </w:r>
      <w:r>
        <w:rPr>
          <w:lang w:eastAsia="zh-CN"/>
        </w:rPr>
        <w:br/>
      </w:r>
      <w:r>
        <w:rPr>
          <w:lang w:eastAsia="zh-CN"/>
        </w:rPr>
        <w:t xml:space="preserve">    毕业典礼家长感言 篇17 </w:t>
      </w:r>
      <w:r>
        <w:rPr>
          <w:lang w:eastAsia="zh-CN"/>
        </w:rPr>
        <w:br/>
      </w:r>
      <w:r>
        <w:rPr>
          <w:lang w:eastAsia="zh-CN"/>
        </w:rPr>
        <w:t>　　亲爱的学生和老师们：</w:t>
      </w:r>
      <w:r>
        <w:rPr>
          <w:lang w:eastAsia="zh-CN"/>
        </w:rPr>
        <w:br/>
      </w:r>
      <w:r>
        <w:rPr>
          <w:lang w:eastAsia="zh-CN"/>
        </w:rPr>
        <w:t>　　今天，我们隆重举行中学初三学生毕业典礼。在此，我谨代表所有初三的老师，向所有顺利完成初中学业即将高飞的毕业生表示热烈的祝贺！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8"/>
          <w:cols w:space="425"/>
          <w:titlePg w:val="0"/>
          <w:docGrid w:type="lines" w:linePitch="312"/>
        </w:sectPr>
      </w:pPr>
      <w:r>
        <w:rPr>
          <w:lang w:eastAsia="zh-CN"/>
        </w:rPr>
        <w:t>　　回顾过去的三年，1000多个日日夜夜匆匆而过，有些记忆会随着岁月而渐渐消逝，但每一位老师都不会忘记学生在课堂上矫健的身影，以及他们在运动场上的英姿！在过去的三年里，我们一直在同甘共苦。在你三年的初中生涯中，在学校和老师的指导和熏陶下，你不仅学到了基本的文化知识，也学到了做人的道理，学会了社会的责任，学会了人生的意义。</w:t>
      </w:r>
      <w:r>
        <w:rPr>
          <w:lang w:eastAsia="zh-CN"/>
        </w:rPr>
        <w:br/>
      </w:r>
      <w:r>
        <w:rPr>
          <w:lang w:eastAsia="zh-CN"/>
        </w:rPr>
        <w:t>　　同学们，这一切对我们俩都将是难以忘怀的。三年来，我们遇到了无数的困难和压力。也许我们都曾彷徨过，都曾犹豫过，但我们从来没有颓废过，没有停滞过，因为我们知道“风雨后总有阳光”。在你身上，老师看到了努力的，看到了青春的活力，看到了光明的未来！我和在座的、老师们也相信，无论你将来在哪里，你都将用自己的行动证明，你是无愧于江社中学的优秀毕业生的。</w:t>
      </w:r>
      <w:r>
        <w:rPr>
          <w:lang w:eastAsia="zh-CN"/>
        </w:rPr>
        <w:br/>
      </w:r>
      <w:r>
        <w:rPr>
          <w:lang w:eastAsia="zh-CN"/>
        </w:rPr>
        <w:t>　　也许，你的一些同学认为自己这三年成绩平平，没有获得任何奖项。但是，在老师眼里，你占据着同样重要的位置。你们都是老师心中最可爱的孩子。同学们，只要找到自己的定位，为之努力，相信你总会做出属于自己的那一份天空。</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9"/>
          <w:cols w:space="425"/>
          <w:titlePg w:val="0"/>
          <w:docGrid w:type="lines" w:linePitch="312"/>
        </w:sectPr>
      </w:pPr>
      <w:r>
        <w:rPr>
          <w:lang w:eastAsia="zh-CN"/>
        </w:rPr>
        <w:t>　　同学们，初中毕业只是人生道路上的一个驿站，今后还有更广阔的天地任同学们驰骋，还有更美好的前程任同学们去展望。不管你是选择读职高，还是读普高，都应该认真对待，才不愧于自己的青春年华，不愧于父母的殷切希望。我衷心地期望在座的每一位毕业生今后在各自的学习、工作岗位上不断地传来佳音。希望同学们离开学校后不要忘记老师，忘记母校，有空也常回家看看。也希永远珍藏在母校期间的这段难忘的岁月，永远不要忘记老师对你们的殷切期望！记住母校和老师永远是你们坚强的后盾！</w:t>
      </w:r>
      <w:r>
        <w:rPr>
          <w:lang w:eastAsia="zh-CN"/>
        </w:rPr>
        <w:br/>
      </w:r>
      <w:r>
        <w:rPr>
          <w:lang w:eastAsia="zh-CN"/>
        </w:rPr>
        <w:t>　　再见了，亲爱的同学们。今天，你们就要踏上新的征程，我代表学校全体老师祝愿你们像雄鹰一样去搏击长空，像大鹏一样去翱翔碧空，用你们的聪明和智慧去实现人生的理想！谢谢大家！</w:t>
      </w:r>
      <w:r>
        <w:rPr>
          <w:lang w:eastAsia="zh-CN"/>
        </w:rPr>
        <w:br/>
      </w:r>
      <w:r>
        <w:rPr>
          <w:lang w:eastAsia="zh-CN"/>
        </w:rPr>
        <w:t xml:space="preserve">    毕业典礼家长感言 篇18 </w:t>
      </w:r>
      <w:r>
        <w:rPr>
          <w:lang w:eastAsia="zh-CN"/>
        </w:rPr>
        <w:br/>
      </w:r>
      <w:r>
        <w:rPr>
          <w:lang w:eastAsia="zh-CN"/>
        </w:rPr>
        <w:t>　　大家好！</w:t>
      </w:r>
      <w:r>
        <w:rPr>
          <w:lang w:eastAsia="zh-CN"/>
        </w:rPr>
        <w:br/>
      </w:r>
      <w:r>
        <w:rPr>
          <w:lang w:eastAsia="zh-CN"/>
        </w:rPr>
        <w:t>　　六月的厦门，阳光灿烂，万象更新，一派生机，六月的厦大，歌声朗朗，笑声不断，当然，不时也能看到因离别而不舍的泪水挂在脸颊上。六月是火红的季节，六月是毕业的季节！今天，我们在这雄伟的建南大会堂隆重举行厦门大学__届毕业典礼，今年6月，共有8399位同学毕业。首先，请允许我代表全校师生员工向圆满毕业、即将踏上崭新人生旅程的__届毕业生们致以最热烈的祝贺和最美好的祝福！向所有为你们的成长付出辛劳、默默奉献的师长、亲人和朋友致以崇高的敬意和衷心的感谢！</w:t>
      </w:r>
      <w:r>
        <w:rPr>
          <w:lang w:eastAsia="zh-CN"/>
        </w:rPr>
        <w:br/>
      </w:r>
      <w:r>
        <w:rPr>
          <w:lang w:eastAsia="zh-CN"/>
        </w:rPr>
        <w:t>　　是一个我们会永远记住的年轮。在这一年里，我们刚刚欢庆了我们母校的九十华诞，又将迎来我们伟大的党建党九十周年的光辉日子；这一年是我们规划的开局之年，也是在座的各位亲爱的同学顺利毕业、奔赴社会、报效祖国的起始之年。这是吉祥的一年，胜利的一年，我想在座的同学们跟我一样，都会永远记住这一年。</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0"/>
          <w:cols w:space="425"/>
          <w:titlePg w:val="0"/>
          <w:docGrid w:type="lines" w:linePitch="312"/>
        </w:sectPr>
      </w:pPr>
      <w:r>
        <w:rPr>
          <w:lang w:eastAsia="zh-CN"/>
        </w:rPr>
        <w:t>　　我知道，在座一些同学再过几个小时，多数同学再过一天、两天或几天就要离开这美丽的校园，去创造属于自己的新的人生，新的辉煌。在这道别的时刻，在这每一分钟都无限宝贵的时刻，我要跟同学们说些什么呢？这几天我一直都在想我要跟同学们说些什么？我思绪再三，我决定我要把我们母校九十华诞庆典的主题词——"感恩、责任、奉献"这六个大字送给各位。在筹备母校九十华诞庆典时，在征集了师生员工上上下下多方的意见与建议之后，学校把"感恩、责任、奉献"这六个字确定为九十大庆的主题词，因为大家一致认为，这六个字是对厦大过去九十年艰苦而又辉煌的办学历程的最好概括，又是对母校下一个九十年，或下下、再下一个九十年的最高期许。九十年来，一代又一代厦大人都在默默地践行着这六个大字，为自己的祖国，为自己的民族无私地贡献着自己的青春、智慧、力量与生命。</w:t>
      </w:r>
      <w:r>
        <w:rPr>
          <w:lang w:eastAsia="zh-CN"/>
        </w:rPr>
        <w:br/>
      </w:r>
    </w:p>
    <w:p w:rsidR="001B1F19" w14:textId="27C3F48A">
      <w:pPr>
        <w:rPr>
          <w:rFonts w:hint="eastAsia"/>
          <w:lang w:eastAsia="zh-CN"/>
        </w:rPr>
      </w:pPr>
      <w:r>
        <w:rPr>
          <w:lang w:eastAsia="zh-CN"/>
        </w:rPr>
        <w:t>　　在座的各位都知道，我们的校主陈嘉庚出生于1874年。那是一个多么黑暗的年代，真是令人不堪回首。1874年，中国台湾被日本占领，71年后才回到祖国。陈嘉庚出生时，他的父亲已赴南洋谋生，他是母亲一人含辛茹苦历经艰辛抚养长大的。1891年，他年仅十七岁，同样为了谋生，他奉父亲之命冒着生命危险远渡重洋到新加坡去打拼。可以这么说，陈嘉庚的童年、少年是在国破家贫、亲人离散之中渡过的，他的童年和少年是充满了困苦和艰辛。但既使这样，陈嘉庚从没有抱怨过自己的祖国，他自始至终都无比热爱自己的祖国。在南洋艰苦奋斗数十年后，事业有成，他首先想到的就是如何报效自己的祖国，如何让自己的祖国摆脱贫困、繁荣强大。他认为中国落后挨打遭列强欺压的根本原因在于国人愚钝没有教育，因此他倾自己的所有力量大力兴学办教育，他独资创办厦门大学，这在中国历史上是第一人！陈嘉庚为什么能这样？因为他懂得感恩，他知道生他养他的是中国人，教他育他的是中国人，不管中国有多穷，这永远是自己的祖国。所以，他一旦有了能力，他便要倾其所有来报答自己的祖国。陈嘉庚的感恩之心感动了无数的厦大学子，在陈嘉庚的感召下，厦门大学始终是一所懂于感恩的学校，不论在哪一个年代，厦门大学都牢牢记着自己的祖国，记着自己的民族，记着所有帮助、支持过自己的人。</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https://d.book118.com/596100040215010050</w:t>
        </w:r>
      </w:hyperlink>
    </w:p>
    <w:p w:rsidR="001B1F19">
      <w:pPr>
        <w:rPr>
          <w:rFonts w:hint="eastAsia"/>
          <w:lang w:eastAsia="zh-CN"/>
        </w:rPr>
      </w:pPr>
    </w:p>
    <w:sectPr>
      <w:type w:val="nextPage"/>
      <w:pgSz w:w="11906" w:h="16838"/>
      <w:pgMar w:top="1440" w:right="1800" w:bottom="1440" w:left="1800" w:header="851" w:footer="992" w:gutter="0"/>
      <w:pgNumType w:start="31"/>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59610004021501005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46</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