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  <w:jc w:val="center"/>
      </w:pPr>
      <w:r>
        <w:rPr>
          <w:rFonts w:ascii="宋体" w:eastAsia="宋体" w:hAnsi="宋体"/>
          <w:sz w:val="36"/>
        </w:rPr>
        <w:t>班主任竞聘演讲稿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尊敬的各位领导、各位同事：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很高兴能有机会参加这次全校班主任竞聘演讲。面对班主任这个充满挑战性的工作，我先谈一谈自己竞聘这个岗位具备的条件：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第一、我热爱教育事业，热爱班主任这个繁忙而又充实的工作；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第二、我已连续做了9年班主任，获得了一定的班主任工作的经验。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第三、通过十几年的政治课教学，对高中政治教学已经比较熟悉，有更多的时间和精力来承担班主任的工作。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当班主任是辛苦的，也是幸福的，借用现在流行的话说叫做“累并快乐着”，我愿意承担这份辛苦，更希望享受这种幸福。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如果通过此次竞聘我有幸成为一名班主任的话，我将从以下几个方面来开展自己的工作：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一、深入贯彻执行于校长提出的“一进班就学习”的理念，并把它内化为我班级每一个学生的自觉行为。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二、借助于中华传统文化的精髓，努力塑造独具特色的班级文化。不断增强学生的自信心、自尊心，积极打造“比、学、赶、超”的良好学风。</w:t>
      </w:r>
    </w:p>
    <w:p>
      <w:pPr>
        <w:spacing w:before="100" w:after="200" w:line="360" w:lineRule="auto"/>
        <w:ind w:firstLine="576"/>
        <w:jc w:val="left"/>
        <w:sectPr w:rsidSect="00034616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宋体" w:eastAsia="宋体" w:hAnsi="宋体"/>
          <w:sz w:val="28"/>
        </w:rPr>
        <w:t>三、建立健全班级管理制度，通过开展系列主题班会活动、实施班级五个一活动。努力提高学生尊师重教、孝敬父母、自觉自律等良好品质，营造和谐向上的班风。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四、积极贯彻实施“主体参与课堂教学模式”，努力关注每一位学生，努力培养学生的实践能力、创新能力、社会责任感等三种能力。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五、努力提高业务水平和能力，积极渗透思想、安全、法制教育，努力把学生教好，育好！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“十年树木、百年树人”道出了班主任工作的艰辛；？“春蚕至死，蜡炬成灰”说明了教师无私的奉献。如果此次竞聘成功，我一定会积极进取、踏实工作，按时、按质、按量完成完成学校交给的任务，努力打造让学校放心、社会放心、家长放心的班级，为我校三年打造“高中新洋思、再过三年创四星级高中”的中长期发展规划贡献自己的微薄之力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谢谢大家！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各位领导、老师：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大家好!首先我感谢同事一直以来对我的信任和支持，同时给我这个机会来参加班主任竞聘报告的演讲。我不会用漂亮的诗句来讴歌我的职业,我也不会用深邃的思想来写就个人的价值。因为我就是一名普普通通的教师，一名热爱孩子，热爱岗位的教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我之所以竞聘这个岗位，是因为我具有以下的几个优势：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(1)我热爱教育事业，热爱班主任竞聘演讲这个繁忙而又充实的工作，喜欢活泼可爱的学生，自己也保持年轻的心态。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(2)我在xx中学担任过三年班主任，三年的工作实践，使我在班级管理方面，总结出一些思路与方法。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(3)我性格开朗，乐观积极向上，勤学善思，遇到困难敢于积极面对，想办法解决，知难而进。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如果通过此次我有幸班主任竞聘上岗的话，我将从以下几个方面来开展自己的工作：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首先，我将树立良好的班风。一个班的好坏取决于一个班班风的好坏。所以从一开始我就培养学生各方面的良好习惯，良好的学习习惯，良好的卫生习惯，良好的行为习惯。培养学生树立正确的人生观，道德观。教育学生要热爱学习，学生要以学习为本。同时，教育学生要有高尚的道德情操，要继承和发扬中华民族的传统美德，要让学生知道是为什么而学。要树立为人民服务的思想，要以集体为重，以祖国为荣。每周或者说每天都要对教师职称竞聘报告学生进行思想方面的教育。良好的班风树立起来了，班主任工作就成功了一半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其次，我将培养和谐的班级人际关系。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我这里所说的班级人际关系包括良好的师生关系和融洽的生生关系。我觉得我们应该和学生建立一种新型的师生关系，不做猫和警察，不做奴隶和地主，要做学生的知心朋友，培养学生的高度的自觉性。只有这样，学生才能够亲近我们，才愿意相信我们，才能够使我们的班级工作更有效地开展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第三，本人还信奉一句话：严师出高徒。所以作为班主任的我，时刻以“严”来要求我的学生。没有规矩，不成方圆。我将制定严格的班纪班规。要求学生按时上学，不迟到，不早退，有事必须早请假。但严而有爱，我爱学生，哪个学生不舒服，我会亲自领他去看病。周末有不回家的同学，我会尽力来改善一下他的生活，使之感受到家的温暖。所以我的学生爱我，我被评为学生最喜爱的老师。学校授予我十佳教师和师德标兵的称号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四，我将主动寻求学校领导和各部门的支持和帮助，配合学校各部门积极开展班主任工作，同时协调好与任课教师的关系。俗话说的好，“众人拾柴火焰高”，班级工作单凭班主任单打独斗是不行的。要靠各科老师的齐心协力。在平时的工作中，我将争取任课老师的支持，加强与他们的沟通和交流，及时了解学生的学习变化情况;另一方面我也会在我能力所及范围内尽量给任课老师解决一些问题，为任课老师提供方便和帮助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当然，我的想法还不够全面，过去的成绩仅代表历史，我会更加努力向各位同事学习，更会向老班主任请教。总之，我如果担任班主任岗位竞聘，我一定会尽我最大努力做好班主任工作，认真完成学校布置的各项任务，完成学校要求的各项目标，使我班成为一个健康、文明、充满活力的集体，在以后的学习中，取得更加辉煌的成绩，为xx争光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我的竞职演讲完毕，谢谢大家!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尊敬的各位老师、专家、前辈们：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职院校的学生，我知道他们的心理和思想：厌学、贪玩、叛逆等等，所以这些都是给我们班主任的一个挑战！我们如何让他们对学习产生兴趣，这是我们要解决的！这其中的方法是可以多种的，由于时间原因，我就不细说！另外一个学习重点，就是教会学生学习如何做人！我的老师包括我现在，对我的学生都经常说一句话：学习成绩不好，并没什么，最多只能说明你在学习方面是个次品，但是，如果你的思想不好，那就是个危险品，会危害社会，危害大众！所以，对于学生的思想教育也一定要抓紧！这个思想，可以是大到一个面，也可以是小到一个点，有些思想是学生心里普遍具有的，有些只是个别学生的特殊情况，所以，针对这些，我们作为班主任，要有敏锐地洞察能力，能准确地把握每个学生的心理状态，出现不良迹象，及时教育更正！接下来，围绕这一个中心，我们要如何开展工作，那么，我想就要有这两个出发点！一个是，从学生层面出发，学生之间的比拼式学习，以及学生之间要养成互帮互助的风气，这样，学生的学习和思想工作的开展，会取得四两拨千斤的效果！另一个出发点是从我们老师自身的层面来讲，作为老师，为人师表，就要随时注意自己的言行举止，要不断加强和提高自身素质！这样，才能带好学生！由于时间原因，其他的就不多讲了，比如：学生的就业指导，将来职业规划，这些按理说也应该是我们作为班主任应该着手的事情，但个中细节，希望在以后的工作中，探讨和摸索！我想说的是，或许各位会因为我的年轻而有所疑虑，当然，不可否认，人就是要经历得多了，才会有丰裕的经验，但是，也应该肯定的一点就是，年轻，也有它的优点，其中最重要的就是充满激情！把这激情放到工作中去，我想，任何工作，都会干出成效来的！希望在今后的工作中，能得到各位专家、前辈的指点，我不是秀的，但是，我相信我绝对会是最努力的！古人云：良禽择木而栖，士为知己者而搏！希望借各位的慧眼，让我再次开启人生的又一个旅程！谢谢大家！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尊敬的各位领导，各位同事：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大家好！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每一次参加竞聘之前，我会经历一番复杂的思想斗争，我会问自己是否应该参加这次竞聘？我会问自己有什么能力参加竞聘？我还会问自己是否有勇气面对失败成功？是否能经历住新的考验。反复思索，我最终决定参加这次竞聘，经过认真思索，我愿意把这次竞聘，当成争取多尽一份责任的机遇，当成展现自我的舞台，更愿意把这个竞聘，当成锻炼自己、提高素养的过程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根据自身的能力与经验，我权衡再三，认为自己最适合当一名幼儿园班主任的角色。我的竞聘理由有以下三点：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第一，我有不怕吃苦，尽职尽责的工作态度。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班主任工作历来是任何一个教育单位工作的重头戏，其对教育教学目标的实现，对孩子身心健康成长的关键作用。班主任工作繁琐而平凡，每天都是由点滴的小事组成，面对幼儿园的小朋友，不能有丝毫的松懈，必须时刻保持高度的敬业精神和责任感，有着科学的管理方法和组织能力，而我正具有这些特长。面对小朋友，我有很好的耐心，能随机应变的处理各种突发状况，我喜欢迎接这一挑战，我喜欢紧张有节奏，充实而又有意义的生活，我愿意把我充沛的精力和爱用在孩子身上，我真心的热爱这份职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第二，幼儿园工作经验丰富。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各位知道，我从一走出校门就是担任幼教工作经历，多年来，我积累了不少教学经验与方法。正如哲人所说经验就是一笔财富，而我更愿意把自己的经历当成一种资源，一种可以在今后工作中可以利用、可以共享、可以整合的资源，一种可以开创未来的资源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第三，我热爱这份职业。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热爱是的教师，在从教的十多年来，我每天都生活在幸福、愉悦当中，能够从事这份工作，是我一生的荣幸，我觉得自己越来越喜欢这份工作、一直以来有着强烈的进取心，趁年轻好好锻炼自己，精神饱满的我有的是精神和爱心承担班主任工作，我想在幼教生涯中锻炼自己的一切才能，让我老了退休后回忆年轻时不留遗憾，我愿意把自己一生的精力和爱都奉献给幼教事业，挑起班主任这副重担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以前几点就是我这次参加竞聘的理由，我今天是带着勇气与希望而来的，我十分清楚，成绩也好，经验也罢，它只能说明过去，并不能证明未来。如果领导们同事们信任我，愿意让我下学期当上幼儿园班主任，我会从以下几个方面来展开工作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1、我会围绕幼儿园工作总目标，结合本班孩子实际情况，进行有计划，有目的教育教学工作。在教学中即时捕捉教育信息，及时发现问题，解决问题，让每一位幼儿在本学期各个方面都有着明显的提高。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2、每一个孩子都是一个特殊体，他们有不同的爱好与特点，我会仔细研究孩子们发展的需要，制定一套专题研究方案，并认真详细记录，注意总结规律，寻找因材施教的着力点。吸收各地教育教学的精华并灵活运用在一日教育教学中，提高孩子的思维力、想象力、创造力，让每个孩子全面和谐的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3、一如既往地关心每一位孩子的成长，深入他们的生活，培养他们有良好的行为习惯，锻炼他们独立生活的能力。与班上老师同心协力、提高质量，配合保健医生作好幼儿卫生保健和疾病防治工作，使幼儿健康快乐的成长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5、加强自身修养。不断地学习幼教理论知识，学习新《纲要》，做到观念更新与时俱进，保持一种积极上进的工作态度，坚决做到认认真真做事，堂堂正正做人。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6、多与领导、同事交流。虚心向其他优秀教师学习，多交流经验、观点、多协调，互帮互助，共同提高，不断增强自己从事幼教事业所必需的童心、爱心、细心和责任心。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各位领导、各位同事，曾经，你们给予了我很多的关心与照顾，今天，也请你们继续给予我支持，成为一名幼儿园班主任是我的理想，如果我能竞聘上，我会用心的干好我的本职工作，不让大家失望。如果没有竞聘成功，那表示我肯定还有不足的地方，请大家帮我指出来，我会不断的学习，认真的改正，如果下次有机会，我仍然会站上竞聘台，我要一如既往的干好我的工作，继续将我的爱，我的全部精力奉献给幼教事业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各位领导、各位评委：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你们好！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又一个轮回，又是一个开始。我渴望能继续工作在班主任这个岗位上，继续实现我的人生价值！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作为一名年轻的老师，很多事都要从一点一滴学起。在新的学年里，我想竞聘20xx级一班班主任工作，以此来提高自身的综合能力。班主任不仅仅是一个班级的组织者和管理者，更是教育者。因为每天和学生接触的最多，所以班主任的一举一动，都会对学生产生较大的影响。俗话说：“身教重于言教。”老师的行为表现对学生具有一种榜样和示范的作用，会对学生产生潜移默化的影响，尤其是对辨别能力、自控能力较差的低年级孩子，影响尤为突出。因此，在平时与学生相处的时时刻刻，我都严格要求自己，做到“要学生做到的，老师先要做到”。比如：要求学生不迟到，自己就从没迟到过，要求学生在队日活动时不讲话，自己绝不会和其他老师闲聊。这样的一种正面影响一定能有益学生的发展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用真诚、宽容对待每一颗心灵，用尊重、鼓励呵护每一个学生的天性。苏霍姆林斯基曾说过：“教育技巧的全部奥秘在于如何去爱护学生。”想要管理好班级，必须关心、了解每一位学生。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titlePg w:val="0"/>
          <w:docGrid w:linePitch="360"/>
        </w:sectPr>
      </w:pPr>
      <w:r>
        <w:rPr>
          <w:rFonts w:ascii="宋体" w:eastAsia="宋体" w:hAnsi="宋体"/>
          <w:sz w:val="28"/>
        </w:rPr>
        <w:t>班干部是班级管理中必不可少的助手，建立一个有威信、有魄力的班级管理队伍是班主任工作的重要部分。班主任对班干部工作有指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导作用，但不可替代班干工作，应放手让班干部去管理班级，让班干部逐渐在班级中树立威信。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在班内掀起激烈的、持久的竞争活动。这是“互助”、“友好”的竞争而不是“敌视”的竞争，其目的是为了取得共同的、更大的进步。以“比比谁的星多”等相对固定的评价模式，对学生个人各种表现定期评价，使每个学生明确近期优缺点何在，从而增强警惕性和进取心，培养学生的自觉性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总之，只要我们心中是真诚地为学生，为学生的健康成长而付出，加上自己认真负责的工作态度，我相信，我的班主任工作能在不断的磨练中得到提升。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尊敬的各位领导，评委老师们：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大家好：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一、有精力、有时间、有能力。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二、有积极上进的精神。有“一切为了学生，为了学生的一切“的服务精神。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三、以校为家。(以上可以自己补充)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sz w:val="28"/>
        </w:rPr>
        <w:t>各位评委，如果此次竞聘能得到你的信任与支持，那将是我的荣幸，今后，我将从以下几方面开展工作：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一、注重自身形象，树立教书育人的思想。</w:t>
      </w:r>
    </w:p>
    <w:p>
      <w:pPr>
        <w:spacing w:before="100" w:after="200" w:line="360" w:lineRule="auto"/>
        <w:ind w:firstLine="576"/>
        <w:jc w:val="left"/>
        <w:sectPr w:rsidSect="00034616"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titlePg w:val="0"/>
          <w:docGrid w:linePitch="360"/>
        </w:sectPr>
      </w:pP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作为一名教师，尤其是一名班主任，必须做到为人师表，以身作则及高尚的思想境界。在日常教学和生活中我会用自己的行动和言行去影响、陶冶学生，在教学过程中，我不仅给学生传授知识技能，启迪学生智慧，同时还教会学生做人的道理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二、从学生入学开始，做好学生养成教育，建立良好的班风。一个良好班集体的成长，不是班主任一个人孤军奋战，需要全体学生的共同参与。因此，培养学生良好的学习生活习惯是初一新生的首要任务。班级建立之初，我会建立健全《班级管理》、《卫生评比》等制度，加强班风建设;利用国学诵读对学生进行熏陶，提高他们的自律意识，从而让每个学生意识到自己是班级的主人，让学生参与管理，齐抓共管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三、建立健全班委会，做好班级管理工作。我会选择有责任心、能力强的同学进入班委会，通过与他们的沟通和座谈来制定班级管理方法和制度，并通过他们了解学生的思想动态，从而做到对班级的管理有的放矢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四、做学校教育与家庭教育的桥梁。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五、构建教师群体合力，创造合作共赢的环境。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在班级工作中，认真听取各任课老师的意见，做他们与学生之间沟通的桥梁，为学生与教师进行平等的沟通搭好平台，让每位教师在我班上课感到轻松和谐，让每个学生感到民主自由，让他们在平等和谐的环境中健康发展。</w:t>
      </w:r>
    </w:p>
    <w:p>
      <w:pPr>
        <w:spacing w:before="100" w:after="200" w:line="360" w:lineRule="auto"/>
        <w:jc w:val="left"/>
      </w:pPr>
      <w:r>
        <w:rPr>
          <w:rFonts w:ascii="宋体 (中文正文)" w:eastAsia="宋体" w:hAnsi="宋体 (中文正文)"/>
          <w:b/>
          <w:sz w:val="28"/>
        </w:rPr>
        <w:t>六、安全教育常抓不懈。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我会把安全教育放在工作的第一位，时时处处抓安全，因为没有安全其它都是空谈，让安全意识常驻学生心间。</w:t>
      </w:r>
    </w:p>
    <w:p>
      <w:pPr>
        <w:spacing w:before="100" w:after="200" w:line="360" w:lineRule="auto"/>
        <w:ind w:firstLine="576"/>
        <w:jc w:val="left"/>
      </w:pPr>
      <w:r>
        <w:rPr>
          <w:rFonts w:ascii="宋体" w:eastAsia="宋体" w:hAnsi="宋体"/>
          <w:sz w:val="28"/>
        </w:rPr>
        <w:t>各位评委，我一定会积极进取，踏实工作。按时、按质、按量完成学校交给的各项任务，争做一名优秀的班主任。谢谢大家!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https://d.book118.com/597114035014006042</w:t>
        </w:r>
      </w:hyperlink>
    </w:p>
    <w:p>
      <w:pPr>
        <w:spacing w:before="100" w:after="200" w:line="360" w:lineRule="auto"/>
        <w:ind w:firstLine="576"/>
        <w:jc w:val="left"/>
      </w:pPr>
    </w:p>
    <w:sectPr w:rsidSect="00034616">
      <w:type w:val="nextPage"/>
      <w:pgSz w:w="11906" w:h="16838"/>
      <w:pgMar w:top="1440" w:right="1440" w:bottom="1440" w:left="1440" w:header="720" w:footer="720" w:gutter="0"/>
      <w:pgNumType w:start="1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97114035014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