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消防宣传主题日活动总结（32篇）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消防宣传主题日活动总结（精选32篇）</w:t>
      </w:r>
      <w:r>
        <w:rPr>
          <w:lang w:eastAsia="zh-CN"/>
        </w:rPr>
        <w:br/>
      </w:r>
      <w:r>
        <w:rPr>
          <w:lang w:eastAsia="zh-CN"/>
        </w:rPr>
        <w:t xml:space="preserve">    消防宣传主题日活动总结 篇1 </w:t>
      </w:r>
      <w:r>
        <w:rPr>
          <w:lang w:eastAsia="zh-CN"/>
        </w:rPr>
        <w:br/>
      </w:r>
      <w:r>
        <w:rPr>
          <w:lang w:eastAsia="zh-CN"/>
        </w:rPr>
        <w:t>　　为深入贯彻落实福建省教育厅《关于在“119消防日”期间认真组织开展“平安消防”主题宣传教育活动的通知》，进一步加强学校消防安全工作，普及消防安全知识，增强师生消防安全意识，提高学校抵御火灾能力和师生自防自救能力，我校以第21个全国“119消防日”为契机，认真组织全校师生广泛深入开展“平安消防”为主题的消防安全宣传教育活动。</w:t>
      </w:r>
      <w:r>
        <w:rPr>
          <w:lang w:eastAsia="zh-CN"/>
        </w:rPr>
        <w:br/>
      </w:r>
      <w:r>
        <w:rPr>
          <w:lang w:eastAsia="zh-CN"/>
        </w:rPr>
        <w:t>　　一、成立活动领导小组</w:t>
      </w:r>
      <w:r>
        <w:rPr>
          <w:lang w:eastAsia="zh-CN"/>
        </w:rPr>
        <w:br/>
      </w:r>
      <w:r>
        <w:rPr>
          <w:lang w:eastAsia="zh-CN"/>
        </w:rPr>
        <w:t>　　为进一步提高广大师生的消防安全意识，增强师生防范意识，预防火灾事故的发生。学校成立了“119消防宣传日”活动领导小组。</w:t>
      </w:r>
      <w:r>
        <w:rPr>
          <w:lang w:eastAsia="zh-CN"/>
        </w:rPr>
        <w:br/>
      </w:r>
      <w:r>
        <w:rPr>
          <w:lang w:eastAsia="zh-CN"/>
        </w:rPr>
        <w:t>　　主任：</w:t>
      </w:r>
      <w:r>
        <w:rPr>
          <w:lang w:eastAsia="zh-CN"/>
        </w:rPr>
        <w:br/>
      </w:r>
      <w:r>
        <w:rPr>
          <w:lang w:eastAsia="zh-CN"/>
        </w:rPr>
        <w:t>　　副主任：</w:t>
      </w:r>
      <w:r>
        <w:rPr>
          <w:lang w:eastAsia="zh-CN"/>
        </w:rPr>
        <w:br/>
      </w:r>
      <w:r>
        <w:rPr>
          <w:lang w:eastAsia="zh-CN"/>
        </w:rPr>
        <w:t>　　成员：</w:t>
      </w:r>
      <w:r>
        <w:rPr>
          <w:lang w:eastAsia="zh-CN"/>
        </w:rPr>
        <w:br/>
      </w:r>
      <w:r>
        <w:rPr>
          <w:lang w:eastAsia="zh-CN"/>
        </w:rPr>
        <w:t>　　二、健全有关制度，进一步明确责任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1、以“11.9”消防日宣传活动为契机，建立健全消防教育、消防设施等消防管理制度，并制定了学校安全工作预案，使学校消防安全管理工作得以保证，促进了学校消防安全向规范化迈进。</w:t>
      </w:r>
      <w:r>
        <w:rPr>
          <w:lang w:eastAsia="zh-CN"/>
        </w:rPr>
        <w:br/>
      </w:r>
      <w:r>
        <w:rPr>
          <w:lang w:eastAsia="zh-CN"/>
        </w:rPr>
        <w:t>　　2、进一步建立健全逐级岗位消防安全责任制。实行“谁主管，谁负责”各层管理连带责任制。逐层追究，进一步明确责任。</w:t>
      </w:r>
      <w:r>
        <w:rPr>
          <w:lang w:eastAsia="zh-CN"/>
        </w:rPr>
        <w:br/>
      </w:r>
      <w:r>
        <w:rPr>
          <w:lang w:eastAsia="zh-CN"/>
        </w:rPr>
        <w:t>　　三、认真开展消防安全“十个一”活动</w:t>
      </w:r>
      <w:r>
        <w:rPr>
          <w:lang w:eastAsia="zh-CN"/>
        </w:rPr>
        <w:br/>
      </w:r>
      <w:r>
        <w:rPr>
          <w:lang w:eastAsia="zh-CN"/>
        </w:rPr>
        <w:t>　　学校认真落实福建省教育厅《关于在“119消防日”期间认真组织开展“平安消防”主题宣传教育活动的通知》的文件精神，并结合我校特点，积极组织开展消防安全工作“十个一”宣传教育活动：</w:t>
      </w:r>
      <w:r>
        <w:rPr>
          <w:lang w:eastAsia="zh-CN"/>
        </w:rPr>
        <w:br/>
      </w:r>
      <w:r>
        <w:rPr>
          <w:lang w:eastAsia="zh-CN"/>
        </w:rPr>
        <w:t>　　1、一堂消防安全主题教育课：各班班主任在宣传教育活动开展期间开设一节消防安全的主题教育课，向学生普及消防安全知识常识，提高学生的消防安全意识及自救能力。</w:t>
      </w:r>
      <w:r>
        <w:rPr>
          <w:lang w:eastAsia="zh-CN"/>
        </w:rPr>
        <w:br/>
      </w:r>
      <w:r>
        <w:rPr>
          <w:lang w:eastAsia="zh-CN"/>
        </w:rPr>
        <w:t>　　2、一节消防主题班会：20__年11月9日下午第三节各班召开消防安全主题班会，通过形式多样的活动帮助学生掌握防火安全知识，增强学生的防火安全防范意识，提高学生的自护自救能力，减少火灾难事故的发生。</w:t>
      </w:r>
      <w:r>
        <w:rPr>
          <w:lang w:eastAsia="zh-CN"/>
        </w:rPr>
        <w:br/>
      </w:r>
      <w:r>
        <w:rPr>
          <w:lang w:eastAsia="zh-CN"/>
        </w:rPr>
        <w:t>　　3、一条消防安全宣传横幅：在校园西教学楼显眼位置悬挂消防安全宣传横幅“消防连万家平安你我他”，提醒全体师生及家长，增强安全意识，远离安全事故。</w:t>
      </w:r>
      <w:r>
        <w:rPr>
          <w:lang w:eastAsia="zh-CN"/>
        </w:rPr>
        <w:br/>
      </w:r>
      <w:r>
        <w:rPr>
          <w:lang w:eastAsia="zh-CN"/>
        </w:rPr>
        <w:t>　　4、一期消防主题黑板报：各班充分利用黑板报宣传阵地，对安全教育的有关知识进行宣传，进一步巩固了学习成果。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5、一篇家庭消防安全作业：动员家委会积极参与消防安全教育宣传，部署家长和学生共同完成家庭消防安全作业，通过家委会和学生带动家人学习消防安全知识，关注消防安全，保障措施，达落实到教育一个学生、影响一个家庭、辐射整个社会，预防和减少安全事故发生的目的。</w:t>
      </w:r>
      <w:r>
        <w:rPr>
          <w:lang w:eastAsia="zh-CN"/>
        </w:rPr>
        <w:br/>
      </w:r>
      <w:r>
        <w:rPr>
          <w:lang w:eastAsia="zh-CN"/>
        </w:rPr>
        <w:t>　　6.一次实地参观消防救生演练：学校邀请泉州武警消防支队特勤一中队到校向学生开展专题讲座，并演示灭火器材的使用，组织学生参加实地救火演习、体验惊险高空逃生演练等。亲身的体会极大地激发了学生们的学习兴趣，进一步提高全体学生的防火逃生和应急反应能力。</w:t>
      </w:r>
      <w:r>
        <w:rPr>
          <w:lang w:eastAsia="zh-CN"/>
        </w:rPr>
        <w:br/>
      </w:r>
      <w:r>
        <w:rPr>
          <w:lang w:eastAsia="zh-CN"/>
        </w:rPr>
        <w:t>　　7、一次逃生疏散演练：学校自20__年起在新生入学训练期间对初一新生开展消防安全逃生疏散训练，并坚持每学年进行两次全校师生的消防逃生疏散演习。通过演练使全校师生进一步掌握了在发生火灾等紧急情况下如何积极应对有效自救的安全知识，增强了全体师生的安全防范意识，提高了中学生面对突发自然灾害的防护和自救能力。</w:t>
      </w:r>
      <w:r>
        <w:rPr>
          <w:lang w:eastAsia="zh-CN"/>
        </w:rPr>
        <w:br/>
      </w:r>
      <w:r>
        <w:rPr>
          <w:lang w:eastAsia="zh-CN"/>
        </w:rPr>
        <w:t>　　8、一次宣传消防安全教育的国旗下讲话：11月14日初二（2）_同学以“消防安全，从我做起”的主题讲话，向广大教职员工及学生宣传消防安全知识及增强消防安全意识。</w:t>
      </w:r>
      <w:r>
        <w:rPr>
          <w:lang w:eastAsia="zh-CN"/>
        </w:rPr>
        <w:br/>
      </w:r>
      <w:r>
        <w:rPr>
          <w:lang w:eastAsia="zh-CN"/>
        </w:rPr>
        <w:t>　　9、一期宣传消防安全的校园广播专题：校园广播“学习论坛”栏目开展一次消防安全学习的专题播音，以学生喜闻乐见的方式开展消防安全教育活动。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10、一场消防安全自查活动：通过宣传，全校在各部门的协作下，对校园、办公室、教室、电脑室等进行了安全隐患和消防安全设施的检查，对全校所有干粉灭火器进行一次干粉的充实和调换，保证了正常使用。并将发现的问题及时反馈和解决。</w:t>
      </w:r>
      <w:r>
        <w:rPr>
          <w:lang w:eastAsia="zh-CN"/>
        </w:rPr>
        <w:br/>
      </w:r>
      <w:r>
        <w:rPr>
          <w:lang w:eastAsia="zh-CN"/>
        </w:rPr>
        <w:t>　　通过以上活动，进一步增强了学生和教职工的消防安全意识和消防法制观念，提高校园抗御火灾的能力，有效遏制重特大火灾事故的发生，为创建平安学校，构建和谐校园，营造浓厚的消防安全氛围作出贡献。</w:t>
      </w:r>
      <w:r>
        <w:rPr>
          <w:lang w:eastAsia="zh-CN"/>
        </w:rPr>
        <w:br/>
      </w:r>
      <w:r>
        <w:rPr>
          <w:lang w:eastAsia="zh-CN"/>
        </w:rPr>
        <w:t xml:space="preserve">    消防宣传主题日活动总结 篇2 </w:t>
      </w:r>
      <w:r>
        <w:rPr>
          <w:lang w:eastAsia="zh-CN"/>
        </w:rPr>
        <w:br/>
      </w:r>
      <w:r>
        <w:rPr>
          <w:lang w:eastAsia="zh-CN"/>
        </w:rPr>
        <w:t>　　在全国第26个119消防宣传日到来之际，海南州消防部门全面启动119消防宣传周活动。</w:t>
      </w:r>
      <w:r>
        <w:rPr>
          <w:lang w:eastAsia="zh-CN"/>
        </w:rPr>
        <w:br/>
      </w:r>
      <w:r>
        <w:rPr>
          <w:lang w:eastAsia="zh-CN"/>
        </w:rPr>
        <w:t>　　11月7日，在共和县青海湖广场，海南州公安消防支队与州科学技术协会联合举行了20__年海南州119&amp;消防宣传周启动仪式暨消防科普宣传队授旗仪式，联合命名了共和县公安消防大队等5家单位为海南州消防科普教育基地，并成立了我州第一支消防科普宣传队，副州长王显东为宣传队进行授旗。会后，与会领导观摩了开展社会化消防宣传活动成果，观看了消防器材装备展览，零距离地体验了消防科普宣传展示活动。</w:t>
      </w:r>
      <w:r>
        <w:rPr>
          <w:lang w:eastAsia="zh-CN"/>
        </w:rPr>
        <w:br/>
      </w:r>
      <w:r>
        <w:rPr>
          <w:lang w:eastAsia="zh-CN"/>
        </w:rPr>
        <w:t>　　基地的成立，旨在充分发挥消防宣传主阵地作用，形成科学、长效的运行机制开展消防知识宣传普及，鼓励进一步开发、开放优质消防科普资源，持续发挥科普教育基地功能，面向公众提供更多更好的消防科普公共服务。</w:t>
      </w:r>
      <w:r>
        <w:rPr>
          <w:lang w:eastAsia="zh-CN"/>
        </w:rPr>
        <w:br/>
      </w:r>
      <w:r>
        <w:rPr>
          <w:lang w:eastAsia="zh-CN"/>
        </w:rPr>
        <w:t xml:space="preserve">    消防宣传主题日活动总结 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随着一年一度“119消防宣传日”的到来，本着“安全第一，消防为主”的原则，__幼儿园为进一步做好消防安全工作的完善和管理，开展了为期两周的全园“消防宣传日”安全主题活动。</w:t>
      </w:r>
      <w:r>
        <w:rPr>
          <w:lang w:eastAsia="zh-CN"/>
        </w:rPr>
        <w:br/>
      </w:r>
      <w:r>
        <w:rPr>
          <w:lang w:eastAsia="zh-CN"/>
        </w:rPr>
        <w:t>　　首先，该园特别邀请__市消防宣讲工作人员，对全体职工进行了消防知识培训。吴教官从日常消防安全工作的管理以及火灾的危害性等方面讲解了防火的理论知识及防火的重要性，同时他结合典型的消防案例事件，对火灾发生的原因、类别、过程、危险进行了详细讲解。并按照事故处理“四不放过原则”，对如何开展消防安全检测、安全学习、安全检查，以及火灾中如何进行有效的逃生等知识进行了阐述。吴教官的讲解，增强了我园教职工的消防安全意识，提高了教师们的火灾应急处理能力，对消防工作有了更深的认识，牢牢得记住了“隐患险于明火，防范胜于救灾，责任重于泰山”。</w:t>
      </w:r>
      <w:r>
        <w:rPr>
          <w:lang w:eastAsia="zh-CN"/>
        </w:rPr>
        <w:br/>
      </w:r>
      <w:r>
        <w:rPr>
          <w:lang w:eastAsia="zh-CN"/>
        </w:rPr>
        <w:t>　　同时，消防安全工作领导小组结合幼儿园实际情况在全园展开“消防无死角”排查，对存在安全隐患的物品、消防器材做到及时配备和更换。完善了消防设施，细化楼道消防安全负责人及安全出口地标、安全出口指示灯、消防应急指示灯，增添灭火毯、灭火器箱，为消防工作保驾护航。</w:t>
      </w:r>
      <w:r>
        <w:rPr>
          <w:lang w:eastAsia="zh-CN"/>
        </w:rPr>
        <w:br/>
      </w:r>
      <w:r>
        <w:rPr>
          <w:lang w:eastAsia="zh-CN"/>
        </w:rPr>
        <w:t xml:space="preserve">    消防宣传主题日活动总结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王思远利用多媒体教学工具，以触目惊心的火灾现场图片、视频等方式直观展示了近年来各地发生的消防安全事故，发人深省。结合重大火灾案例分析，重点讲解了在工作、生活中遇到突发火灾事件的处理方法。结合学校特点和师生实际，进行了火灾隐患的识别、火场逃生、火灾初期扑救等消防安全知识培训，并进行了消防灭火演练。</w:t>
      </w:r>
      <w:r>
        <w:rPr>
          <w:lang w:eastAsia="zh-CN"/>
        </w:rPr>
        <w:br/>
      </w:r>
      <w:r>
        <w:rPr>
          <w:lang w:eastAsia="zh-CN"/>
        </w:rPr>
        <w:t>　　在消防灭火演练活动中，王思远为同学们现场讲解并演示了几种常见的火灾类型和常用灭火器的类型、用途、操作方法和灭火技巧，以及如何报火警、扑救初起火灾和自救逃生的知识技能。学院安保人员、学生公寓管理员、食堂、超市工作人员以及各宿舍舍长共1000余人参加了消防灭火演练。</w:t>
      </w:r>
      <w:r>
        <w:rPr>
          <w:lang w:eastAsia="zh-CN"/>
        </w:rPr>
        <w:br/>
      </w:r>
      <w:r>
        <w:rPr>
          <w:lang w:eastAsia="zh-CN"/>
        </w:rPr>
        <w:t>　　各部门、各系部还以119消防宣传周主题活动为契机，进一步落实了消防安全工作制度，层层落实责任，开展了火灾隐患大排查、大整改、保安全活动，对重点部位了认真排查，对消防设施进行了全面核查，确保校园不发生火灾事故。</w:t>
      </w:r>
      <w:r>
        <w:rPr>
          <w:lang w:eastAsia="zh-CN"/>
        </w:rPr>
        <w:br/>
      </w:r>
      <w:r>
        <w:rPr>
          <w:lang w:eastAsia="zh-CN"/>
        </w:rPr>
        <w:t xml:space="preserve">    消防宣传主题日活动总结 篇5 </w:t>
      </w:r>
      <w:r>
        <w:rPr>
          <w:lang w:eastAsia="zh-CN"/>
        </w:rPr>
        <w:br/>
      </w:r>
      <w:r>
        <w:rPr>
          <w:lang w:eastAsia="zh-CN"/>
        </w:rPr>
        <w:t>　　公司深入贯彻上级主管部门关于消防安全工作的各项文件、精神要求，切实落实消防安全主体责任，积极开展对火灾隐患进行排查治理；公司各级领导高度重视消防安全管理，一年来消防安全总体稳定，未发生火灾事故；现就20__年消防安全管理工作总结如下：</w:t>
      </w:r>
      <w:r>
        <w:rPr>
          <w:lang w:eastAsia="zh-CN"/>
        </w:rPr>
        <w:br/>
      </w:r>
      <w:r>
        <w:rPr>
          <w:lang w:eastAsia="zh-CN"/>
        </w:rPr>
        <w:t>　　一、强化消防管理，切实落实消防工作责任制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消防安全管理中，公司坚持不断推动消防安全管理制度的落实，以防为主，不断完善管理制度，查漏补缺，消除人为因素带来的隐患，层层签订消防安全责任书。加强消防安全教育培训，通过详细讲解火情识别、报警、灭火器使用、初期火灾扑救、人员的逃生、自救、疏散等基本知识，让职工熟悉在消防突发事件中各自的职责和任务，熟练掌握消防器材的性能和用途，掌握火灾中基本的自救和逃生方法，进一步提高扑救初期火灾的能力。公司严格落实《消防法》各项规定，定期组织消防应急预案演练，通过演练找出不足进行完善整改。</w:t>
      </w:r>
      <w:r>
        <w:rPr>
          <w:lang w:eastAsia="zh-CN"/>
        </w:rPr>
        <w:br/>
      </w:r>
      <w:r>
        <w:rPr>
          <w:lang w:eastAsia="zh-CN"/>
        </w:rPr>
        <w:t>　　二、加大宣传力度，营造浓厚的消防安全氛围</w:t>
      </w:r>
      <w:r>
        <w:rPr>
          <w:lang w:eastAsia="zh-CN"/>
        </w:rPr>
        <w:br/>
      </w:r>
      <w:r>
        <w:rPr>
          <w:lang w:eastAsia="zh-CN"/>
        </w:rPr>
        <w:t>　　公司结合上级领导和消防部门的要求，加大宣传力度，提高职工安全意识。通过横幅、标语、宣传窗、公司报、内部网站、板报的形式加大消防安全宣传力度。以“安全生产月”，“119”消防宣传日等活动为契机，深入开展图片、火灾纪实、法律法规、安全知识录像放映等进行宣传。</w:t>
      </w:r>
      <w:r>
        <w:rPr>
          <w:lang w:eastAsia="zh-CN"/>
        </w:rPr>
        <w:br/>
      </w:r>
      <w:r>
        <w:rPr>
          <w:lang w:eastAsia="zh-CN"/>
        </w:rPr>
        <w:t>　　三、加强节假日期间消防安全工作</w:t>
      </w:r>
      <w:r>
        <w:rPr>
          <w:lang w:eastAsia="zh-CN"/>
        </w:rPr>
        <w:br/>
      </w:r>
      <w:r>
        <w:rPr>
          <w:lang w:eastAsia="zh-CN"/>
        </w:rPr>
        <w:t>　　认真落实安全生产责任制，充分发挥职能部门的监管职能，组织开展“元旦”、“春节”、“五一”、“十一”等重大节日和重要时段的消防安全检查，加强节假日期间的值班工作，严格实行领导带班24小时值班制度。</w:t>
      </w:r>
      <w:r>
        <w:rPr>
          <w:lang w:eastAsia="zh-CN"/>
        </w:rPr>
        <w:br/>
      </w:r>
      <w:r>
        <w:rPr>
          <w:lang w:eastAsia="zh-CN"/>
        </w:rPr>
        <w:t>　　四、加大消防安全管理、资金投入，确保消防各项工作落实。</w:t>
      </w:r>
      <w:r>
        <w:rPr>
          <w:lang w:eastAsia="zh-CN"/>
        </w:rPr>
        <w:br/>
      </w:r>
      <w:r>
        <w:rPr>
          <w:lang w:eastAsia="zh-CN"/>
        </w:rPr>
        <w:t>　　1、公司全年消防器材实际投入：75623元。</w:t>
      </w:r>
      <w:r>
        <w:rPr>
          <w:lang w:eastAsia="zh-CN"/>
        </w:rPr>
        <w:br/>
      </w:r>
      <w:r>
        <w:rPr>
          <w:lang w:eastAsia="zh-CN"/>
        </w:rPr>
        <w:t>　　2、灭火器的更新：56报废：106充罐：445，水带更换：96，水枪：94。</w:t>
      </w:r>
      <w:r>
        <w:rPr>
          <w:lang w:eastAsia="zh-CN"/>
        </w:rPr>
        <w:br/>
      </w:r>
      <w:r>
        <w:rPr>
          <w:lang w:eastAsia="zh-CN"/>
        </w:rPr>
        <w:t>　　3、危险作业管理：开动火作业证：535份，重点危险部位监护：16天/次，受限空间作业：9天/次；登高作业：无，断路作业：无。</w:t>
      </w:r>
      <w:r>
        <w:rPr>
          <w:lang w:eastAsia="zh-CN"/>
        </w:rPr>
        <w:br/>
      </w:r>
      <w:r>
        <w:rPr>
          <w:lang w:eastAsia="zh-CN"/>
        </w:rPr>
        <w:t>　　4、消防应急预案演练1次。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5、消防在整改项目预投入：62万。</w:t>
      </w:r>
      <w:r>
        <w:rPr>
          <w:lang w:eastAsia="zh-CN"/>
        </w:rPr>
        <w:br/>
      </w:r>
      <w:r>
        <w:rPr>
          <w:lang w:eastAsia="zh-CN"/>
        </w:rPr>
        <w:t>　　五、存在的问题</w:t>
      </w:r>
      <w:r>
        <w:rPr>
          <w:lang w:eastAsia="zh-CN"/>
        </w:rPr>
        <w:br/>
      </w:r>
      <w:r>
        <w:rPr>
          <w:lang w:eastAsia="zh-CN"/>
        </w:rPr>
        <w:t>　　1、设备、设施和器材的老化，需要增加更多设备设施器材的更新投入和维修维护保养。</w:t>
      </w:r>
      <w:r>
        <w:rPr>
          <w:lang w:eastAsia="zh-CN"/>
        </w:rPr>
        <w:br/>
      </w:r>
      <w:r>
        <w:rPr>
          <w:lang w:eastAsia="zh-CN"/>
        </w:rPr>
        <w:t>　　2、公司人员流动性大，需要增加消防安全管理人员持证培训和新来员工消防安全教育培训。</w:t>
      </w:r>
      <w:r>
        <w:rPr>
          <w:lang w:eastAsia="zh-CN"/>
        </w:rPr>
        <w:br/>
      </w:r>
      <w:r>
        <w:rPr>
          <w:lang w:eastAsia="zh-CN"/>
        </w:rPr>
        <w:t>　　3、消防器材供应商以次充好，需要加强监管和增加供应商对比，或更换合格的供应商。</w:t>
      </w:r>
      <w:r>
        <w:rPr>
          <w:lang w:eastAsia="zh-CN"/>
        </w:rPr>
        <w:br/>
      </w:r>
      <w:r>
        <w:rPr>
          <w:lang w:eastAsia="zh-CN"/>
        </w:rPr>
        <w:t>　　4、公司志愿消防队业务技能有待提高。</w:t>
      </w:r>
      <w:r>
        <w:rPr>
          <w:lang w:eastAsia="zh-CN"/>
        </w:rPr>
        <w:br/>
      </w:r>
      <w:r>
        <w:rPr>
          <w:lang w:eastAsia="zh-CN"/>
        </w:rPr>
        <w:t>　　六、20__年工作计划：</w:t>
      </w:r>
      <w:r>
        <w:rPr>
          <w:lang w:eastAsia="zh-CN"/>
        </w:rPr>
        <w:br/>
      </w:r>
      <w:r>
        <w:rPr>
          <w:lang w:eastAsia="zh-CN"/>
        </w:rPr>
        <w:t>　　1、结合公司标准化达标工作，按消防安全规范要求做好安全标准化的达标工作；完善消防安全管理组织结构，保障消防安全工作层层有人抓，处处有人管。</w:t>
      </w:r>
      <w:r>
        <w:rPr>
          <w:lang w:eastAsia="zh-CN"/>
        </w:rPr>
        <w:br/>
      </w:r>
      <w:r>
        <w:rPr>
          <w:lang w:eastAsia="zh-CN"/>
        </w:rPr>
        <w:t>　　2、继续加强消防安全宣传、教育培训，对上级下发的文件精神、要求认真学习贯彻，把工作落到实处。</w:t>
      </w:r>
      <w:r>
        <w:rPr>
          <w:lang w:eastAsia="zh-CN"/>
        </w:rPr>
        <w:br/>
      </w:r>
      <w:r>
        <w:rPr>
          <w:lang w:eastAsia="zh-CN"/>
        </w:rPr>
        <w:t>　　3、继续加强消防安全设备设施检查、维护保养，确保完好正常运行；对存在问题的设备器材应更换的立即更换，加大消防安全管理资金投入。</w:t>
      </w:r>
      <w:r>
        <w:rPr>
          <w:lang w:eastAsia="zh-CN"/>
        </w:rPr>
        <w:br/>
      </w:r>
      <w:r>
        <w:rPr>
          <w:lang w:eastAsia="zh-CN"/>
        </w:rPr>
        <w:t>　　4、保持隐患排查力度，确保发现隐患立即整改，严格执行奖惩制度，确保消防安全管理的工作实效。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为公司安全生产，要进一步夯实工作基础，促进消防安全管理水平不断提高；在新的一年里再接再励，促公司稳定发展，保一方平安。</w:t>
      </w:r>
      <w:r>
        <w:rPr>
          <w:lang w:eastAsia="zh-CN"/>
        </w:rPr>
        <w:br/>
      </w:r>
      <w:r>
        <w:rPr>
          <w:lang w:eastAsia="zh-CN"/>
        </w:rPr>
        <w:t xml:space="preserve">    消防宣传主题日活动总结 篇6 </w:t>
      </w:r>
      <w:r>
        <w:rPr>
          <w:lang w:eastAsia="zh-CN"/>
        </w:rPr>
        <w:br/>
      </w:r>
      <w:r>
        <w:rPr>
          <w:lang w:eastAsia="zh-CN"/>
        </w:rPr>
        <w:t>　　按照消防安全的工作目标及上级消防部门的工作要求，结合我们社区实际状况，将消防工作纳入社区治安综合治理防控体系建设，认真组织开展了消防安全工作，打造出社区消防安全工作特色，现将消防安全宣传活动状况总结如下。</w:t>
      </w:r>
      <w:r>
        <w:rPr>
          <w:lang w:eastAsia="zh-CN"/>
        </w:rPr>
        <w:br/>
      </w:r>
      <w:r>
        <w:rPr>
          <w:lang w:eastAsia="zh-CN"/>
        </w:rPr>
        <w:t>　　一、建立健全社区消防组织领导</w:t>
      </w:r>
      <w:r>
        <w:rPr>
          <w:lang w:eastAsia="zh-CN"/>
        </w:rPr>
        <w:br/>
      </w:r>
      <w:r>
        <w:rPr>
          <w:lang w:eastAsia="zh-CN"/>
        </w:rPr>
        <w:t>　　为了切实做好社区消防安全工作，我们成立了消防安全领导小组。成立了应急救援分队和社区居民消防志愿者队伍，充实了社区消防的工作力量。加强宣传教育，增强居民群众和辖区单位的消防安全意识。</w:t>
      </w:r>
      <w:r>
        <w:rPr>
          <w:lang w:eastAsia="zh-CN"/>
        </w:rPr>
        <w:br/>
      </w:r>
      <w:r>
        <w:rPr>
          <w:lang w:eastAsia="zh-CN"/>
        </w:rPr>
        <w:t>　　二、加强宣传教育</w:t>
      </w:r>
      <w:r>
        <w:rPr>
          <w:lang w:eastAsia="zh-CN"/>
        </w:rPr>
        <w:br/>
      </w:r>
      <w:r>
        <w:rPr>
          <w:lang w:eastAsia="zh-CN"/>
        </w:rPr>
        <w:t>　　为了将消防工作深入人心，社区举行了大型消防知识宣传活动：活动利用横幅、宣传栏、图册、现场演示向居民宣传消防安全常识;组织辖区单位和义务消防队员进行消防器材的操作培训和应急疏散演练;在居民小区为老年人和残疾人讲解消防安全知识并发放宣传资料，邀请消防民警对辖区居民入户宣传火灾的初期扑救和后期逃生知识，以专业的角度向居民普及消防安全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组织专业人员为居民免费检验天然气、液化气灶具，防止发生由煤气泄漏引发的火灾隐患，得到了群众的支持和肯定。社区还在人口集中的居民小区和公共场所，建起了大型的消防知识滚动宣传灯箱，将消防安全宣传深入人心。社区消防器材完备，灭火准备充分，应急反应潜力得到加强。</w:t>
      </w:r>
      <w:r>
        <w:rPr>
          <w:lang w:eastAsia="zh-CN"/>
        </w:rPr>
        <w:br/>
      </w:r>
      <w:r>
        <w:rPr>
          <w:lang w:eastAsia="zh-CN"/>
        </w:rPr>
        <w:t>　　三、社区消防器材完备，灭火准备充分</w:t>
      </w:r>
      <w:r>
        <w:rPr>
          <w:lang w:eastAsia="zh-CN"/>
        </w:rPr>
        <w:br/>
      </w:r>
      <w:r>
        <w:rPr>
          <w:lang w:eastAsia="zh-CN"/>
        </w:rPr>
        <w:t>　　社区负责对辖区内的所有居民小区和企业单位的消防器材进行监管和维护，定期检查消防器材是否完好有效，是否有侵占、损坏、埋压、丢失消防器材的现象，发现问题及时整改。社区还争取了一批消防器材的配备，包括消防水带、消防水枪、消防扳手和消防巡逻自行车，义务消防员每一天都会骑上消防巡逻车在辖区内巡视，一路上警灯闪烁警示人们注意防火安全。巡逻车上配备了消防器材，遇上火险义务消防员能第一时光赶到现场扑灭火灾，将火灾消灭在萌芽状态。规范社区消防管理，落实安全职责，加强日常工作。</w:t>
      </w:r>
      <w:r>
        <w:rPr>
          <w:lang w:eastAsia="zh-CN"/>
        </w:rPr>
        <w:br/>
      </w:r>
      <w:r>
        <w:rPr>
          <w:lang w:eastAsia="zh-CN"/>
        </w:rPr>
        <w:t>　　四、规范社区消防管理，落实安全职责</w:t>
      </w:r>
      <w:r>
        <w:rPr>
          <w:lang w:eastAsia="zh-CN"/>
        </w:rPr>
        <w:br/>
      </w:r>
      <w:r>
        <w:rPr>
          <w:lang w:eastAsia="zh-CN"/>
        </w:rPr>
        <w:t>　　完善社区消防日常管理，制定了社区消防工作职责，社区消防工作制度，社区居民防火公约等一系列工作制度。同辖区企事业单位和特种行业签订了消防安全生产职责书，同网格员签订了消防安全工作职责书，把消防安全工作落实到人。加强对辖区的日常巡查制度，网格员每一天上午和下午各在辖区内巡视一个小时，发现问题及时上报。每月有检查、有记录、有落实，发现消防安全隐患及时汇报、整改。安保人员负责各小区，社区消防志愿者负责各街巷，居民组长负责各楼栋，从而使消防安全防控网络辐射到辖区内重点地段和角角落落。</w:t>
      </w:r>
      <w:r>
        <w:rPr>
          <w:lang w:eastAsia="zh-CN"/>
        </w:rPr>
        <w:br/>
      </w:r>
      <w:r>
        <w:rPr>
          <w:lang w:eastAsia="zh-CN"/>
        </w:rPr>
        <w:t>　　五、开展关爱行动，对特殊人群进行帮扶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在入户摸底时，针对孤寡老人、留守儿童、残障人员等弱势群体，建立了特殊人群登记表。社区成立了消防安全帮扶小组，并用心落实帮教措施，对特殊人员多一份关爱，多一份耐心。</w:t>
      </w:r>
      <w:r>
        <w:rPr>
          <w:lang w:eastAsia="zh-CN"/>
        </w:rPr>
        <w:br/>
      </w:r>
      <w:r>
        <w:rPr>
          <w:lang w:eastAsia="zh-CN"/>
        </w:rPr>
        <w:t xml:space="preserve">    消防宣传主题日活动总结 篇7 </w:t>
      </w:r>
      <w:r>
        <w:rPr>
          <w:lang w:eastAsia="zh-CN"/>
        </w:rPr>
        <w:br/>
      </w:r>
      <w:r>
        <w:rPr>
          <w:lang w:eastAsia="zh-CN"/>
        </w:rPr>
        <w:t>　　11月7日，在全国第26个119消防宣传日即将到来之际，20__全省119消防宣传月活动启动仪式暨主题活动在郑州市绿城广场举行。省委常委、副省长、省公安厅厅长许甘露出席并讲话。</w:t>
      </w:r>
      <w:r>
        <w:rPr>
          <w:lang w:eastAsia="zh-CN"/>
        </w:rPr>
        <w:br/>
      </w:r>
      <w:r>
        <w:rPr>
          <w:lang w:eastAsia="zh-CN"/>
        </w:rPr>
        <w:t>　　上午9时许，消防官兵现场举行了消防演练。演练结束后，许甘露等参观了消防特种车辆、消防特勤器材以及电动自行车火灾防范展示区，居民家庭电器火灾演示区，易燃可燃装饰材料和外墙保温材料展示区，居民家庭安全用火展示区，家庭逃生器材展示区等展示平台，并与现场的消防官兵及群众交流。</w:t>
      </w:r>
      <w:r>
        <w:rPr>
          <w:lang w:eastAsia="zh-CN"/>
        </w:rPr>
        <w:br/>
      </w:r>
      <w:r>
        <w:rPr>
          <w:lang w:eastAsia="zh-CN"/>
        </w:rPr>
        <w:t>　　本次消防宣传月的主题是消除火灾隐患、共建平安社区。许甘露指出，消防安全事关千家万户，事关平安河南建设，事关经济社会发展大局。今年以来，全省消防工作在省委、省政府的正确领导下，在社会各界的大力支持下，全省各级各部门为消防安全做出了很大努力，火灾防控取得了显著成效，消防工作持续平稳向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许甘露强调，各级政府要牢固树立消防安全依靠人民、为了人民、惠及人民的理念，大力开展消防安全宣传教育，督促各企事业单位自觉遵守消防法律法规，提高广大人民群众防火意识，增加消防常识，掌握居家、岗位灭火和逃生自救技能。各行业、各部门要严格落实消防安全监管责任，自觉做到管行业必须管安全、管业务必须管安全、管生产必须管安全。全面实施行业消防安全标准化管理，消防工作与业务工作同部署、同检查、同考评，各单位、各企业要组织开展安全检查，彻底整改消防安全隐患，最大限度地预防减少火灾事故的发生。</w:t>
      </w:r>
      <w:r>
        <w:rPr>
          <w:lang w:eastAsia="zh-CN"/>
        </w:rPr>
        <w:br/>
      </w:r>
      <w:r>
        <w:rPr>
          <w:lang w:eastAsia="zh-CN"/>
        </w:rPr>
        <w:t>　　许甘露要求，要针对冬季用火用电用气增多、致灾因素大量增加的实际，集中开展消防突出问题专项治理，全面强化宣传警示教育，保持全省消防工作形势持续稳定。</w:t>
      </w:r>
      <w:r>
        <w:rPr>
          <w:lang w:eastAsia="zh-CN"/>
        </w:rPr>
        <w:br/>
      </w:r>
      <w:r>
        <w:rPr>
          <w:lang w:eastAsia="zh-CN"/>
        </w:rPr>
        <w:t xml:space="preserve">    消防宣传主题日活动总结 篇8 </w:t>
      </w:r>
      <w:r>
        <w:rPr>
          <w:lang w:eastAsia="zh-CN"/>
        </w:rPr>
        <w:br/>
      </w:r>
      <w:r>
        <w:rPr>
          <w:lang w:eastAsia="zh-CN"/>
        </w:rPr>
        <w:t>　　为进一步提高消防安全素质，增强消防安全意识，20__年，我们全面贯彻落实了上级领导的部署和要求，狠抓落实，对企业的消防工作加强了宣传、预防和整治，从而进一步普及了消防安全知识，提高了全体员工消防安全意识，强化了消防安全“四个能力”的建设，筑牢了企业的“防火墙”。</w:t>
      </w:r>
      <w:r>
        <w:rPr>
          <w:lang w:eastAsia="zh-CN"/>
        </w:rPr>
        <w:br/>
      </w:r>
      <w:r>
        <w:rPr>
          <w:lang w:eastAsia="zh-CN"/>
        </w:rPr>
        <w:t>　　今年我们“119”消防宣传的主题是“企业是我家，消防靠大家”，为扩大我们的宣传活动辐射面，提高宣传效果，我们从11月1日到30日在公司开展了全方位、立体式的消防宣传、培训、警示教育和舆论引导，同时也建立了消防宣传长效机制，营造了浓厚的“关爱生命、安全发展”的舆论氛围，确保了活动的扎实有效开展，从而更好的发挥了消防宣传的先行作用。</w:t>
      </w:r>
      <w:r>
        <w:rPr>
          <w:lang w:eastAsia="zh-CN"/>
        </w:rPr>
        <w:br/>
      </w:r>
      <w:r>
        <w:rPr>
          <w:lang w:eastAsia="zh-CN"/>
        </w:rPr>
        <w:t>　　一、重视消防宣传，建立工作制度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们一直非常重视消防工作，认真组织，在“大力普及”上下功夫，在“真正见效”上抓落实，同时，并将其列入重要议事日程，各班组建立了安全消防责任制，全公司上下协同合作，共同抓好了消防工作的制度，从预防入手，杜绝了涉及公司行业的消防安全事故发生，从而确保了消防宣传活动取得实效。</w:t>
      </w:r>
      <w:r>
        <w:rPr>
          <w:lang w:eastAsia="zh-CN"/>
        </w:rPr>
        <w:br/>
      </w:r>
      <w:r>
        <w:rPr>
          <w:lang w:eastAsia="zh-CN"/>
        </w:rPr>
        <w:t>　　二、加强消防宣传，提高安全意识</w:t>
      </w:r>
      <w:r>
        <w:rPr>
          <w:lang w:eastAsia="zh-CN"/>
        </w:rPr>
        <w:br/>
      </w:r>
      <w:r>
        <w:rPr>
          <w:lang w:eastAsia="zh-CN"/>
        </w:rPr>
        <w:t>　　为了进一步贯彻上级关于加强消防安全的文件精神，提高消防安全意识，我们组织召开了消防安全工作会议，认真学习领会文件精神，提高对开展消防安全工作的重要性、必要性和迫切性的认识。我们紧紧围绕构筑企业“防火墙”工程和消防“四个能力”建设，以增强员工的消防安全意识，提升其消防安全素质这一重点，全方位、多角度开展了有针对性的消防安全教育活动，通过这些活动的开展，我们营造出了“人人参与消防、共建平安企业”的良好局面;同时，我们以提高全民消防意识为目的，并结合网运生产安全“四个一”系列活动，继续开展了以“企业是我家，消防靠大家”为主题的消防知识培训工作，通过这一系列宣传教育活动，提高了员工的消防意识，切实抓好了企业消防安全工作。</w:t>
      </w:r>
      <w:r>
        <w:rPr>
          <w:lang w:eastAsia="zh-CN"/>
        </w:rPr>
        <w:br/>
      </w:r>
      <w:r>
        <w:rPr>
          <w:lang w:eastAsia="zh-CN"/>
        </w:rPr>
        <w:t>　　三、制定工作措施，加强消防督查</w:t>
      </w:r>
      <w:r>
        <w:rPr>
          <w:lang w:eastAsia="zh-CN"/>
        </w:rPr>
        <w:br/>
      </w:r>
      <w:r>
        <w:rPr>
          <w:lang w:eastAsia="zh-CN"/>
        </w:rPr>
        <w:t>　　为了将消防工作更好的落到实处，我们突出重点，多策并举，大力开展了消防检查工作，并结合上级领导要求，做出了明确的消防安全工作要求，开展了“反违章、除火患、保安全、促生产”的防火安全检查，对重点部位、重要环节和消防设施进行安全检查，并对发现的隐患和问题，及时整改，真正的做到防患于未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总之，在这次“119”消防宣传活动期间，我们狠抓落实，高度重视，积极组织开展了形式新颖、丰富多彩的消防宣传活动，杜绝了形式主义和应付、走过场的现象。通过此次“119”消防宣传活动的开展，提高了大家的消防安全意识，消防法制法规意识以及自防自救能力，营造了消防宣传教育的浓厚氛围，形成了人人参与消防，人人支持消防，人人宣传消防的良好局面。</w:t>
      </w:r>
      <w:r>
        <w:rPr>
          <w:lang w:eastAsia="zh-CN"/>
        </w:rPr>
        <w:br/>
      </w:r>
      <w:r>
        <w:rPr>
          <w:lang w:eastAsia="zh-CN"/>
        </w:rPr>
        <w:t xml:space="preserve">    消防宣传主题日活动总结 篇9 </w:t>
      </w:r>
      <w:r>
        <w:rPr>
          <w:lang w:eastAsia="zh-CN"/>
        </w:rPr>
        <w:br/>
      </w:r>
      <w:r>
        <w:rPr>
          <w:lang w:eastAsia="zh-CN"/>
        </w:rPr>
        <w:t>　　为搞好今年的119消防宣传活动，进一步巩固提高师生消防安全意识和抗御火灾的整体能力，推进和谐社会的发展，根据《获嘉县教体局“119”消防宣传周活动通知》，特制定20__年119消防宣传周活动方案如下：</w:t>
      </w:r>
      <w:r>
        <w:rPr>
          <w:lang w:eastAsia="zh-CN"/>
        </w:rPr>
        <w:br/>
      </w:r>
      <w:r>
        <w:rPr>
          <w:lang w:eastAsia="zh-CN"/>
        </w:rPr>
        <w:t>　　一、活动时间</w:t>
      </w:r>
      <w:r>
        <w:rPr>
          <w:lang w:eastAsia="zh-CN"/>
        </w:rPr>
        <w:br/>
      </w:r>
      <w:r>
        <w:rPr>
          <w:lang w:eastAsia="zh-CN"/>
        </w:rPr>
        <w:t>　　此次“119”消防日宣传活动时间为一周，自11月9日开始至11月15日结束，紧紧围绕“全民消防、生命至上”的活动主题，集中开展各种活动，以产生广泛社会影响。</w:t>
      </w:r>
      <w:r>
        <w:rPr>
          <w:lang w:eastAsia="zh-CN"/>
        </w:rPr>
        <w:br/>
      </w:r>
      <w:r>
        <w:rPr>
          <w:lang w:eastAsia="zh-CN"/>
        </w:rPr>
        <w:t>　　二、活动内容</w:t>
      </w:r>
      <w:r>
        <w:rPr>
          <w:lang w:eastAsia="zh-CN"/>
        </w:rPr>
        <w:br/>
      </w:r>
      <w:r>
        <w:rPr>
          <w:lang w:eastAsia="zh-CN"/>
        </w:rPr>
        <w:t>　　1、落实消防器材，开展安全隐患排查。学校要对微机室、实验室、会议室等重要场所的灭火设备、疏散指示标志等进行一次全面检查维修，及时消除隐患。学校要指派专人对全校线路进行一次全面检修，防止火灾发生。学校要加强对易燃品、易燃源的管理。要制定管理制度，指派专人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学习消防常识，开展“五个一”活动。学校要结合实际，采用多种形式广泛开展消防安全教育。宣传周期间，学校要集中时间开展“进行一次国旗下的讲话，进行一堂消防安全教育课，举办一次消防黑板报，开展一次消防应急疏散演练，向家长发一条消防安全知识短信”的五个一活动，确保每个学生及学生家庭受到消防教育。同时，加强对学生进行防煤气中毒和交通安全教育。</w:t>
      </w:r>
      <w:r>
        <w:rPr>
          <w:lang w:eastAsia="zh-CN"/>
        </w:rPr>
        <w:br/>
      </w:r>
      <w:r>
        <w:rPr>
          <w:lang w:eastAsia="zh-CN"/>
        </w:rPr>
        <w:t>　　3、开展清剿身边火灾隐患活动。学校要行动起来，组织学生及学生家长关注、参与消防安全工作，举报火灾隐患。</w:t>
      </w:r>
      <w:r>
        <w:rPr>
          <w:lang w:eastAsia="zh-CN"/>
        </w:rPr>
        <w:br/>
      </w:r>
      <w:r>
        <w:rPr>
          <w:lang w:eastAsia="zh-CN"/>
        </w:rPr>
        <w:t>　　三、具体要求</w:t>
      </w:r>
      <w:r>
        <w:rPr>
          <w:lang w:eastAsia="zh-CN"/>
        </w:rPr>
        <w:br/>
      </w:r>
      <w:r>
        <w:rPr>
          <w:lang w:eastAsia="zh-CN"/>
        </w:rPr>
        <w:t>　　1、加强领导，精心组织。学校要切实提高对做好此项工作的重要性的认识，加强对此项活动的领导，成立领导小组，组织精干力量，认真搞好这次活动。</w:t>
      </w:r>
      <w:r>
        <w:rPr>
          <w:lang w:eastAsia="zh-CN"/>
        </w:rPr>
        <w:br/>
      </w:r>
      <w:r>
        <w:rPr>
          <w:lang w:eastAsia="zh-CN"/>
        </w:rPr>
        <w:t>　　2、周密部署，抓好落实。要根据实际情况，抽专人负责，确定内容，明确责任，确保活动顺利开展。</w:t>
      </w:r>
      <w:r>
        <w:rPr>
          <w:lang w:eastAsia="zh-CN"/>
        </w:rPr>
        <w:br/>
      </w:r>
      <w:r>
        <w:rPr>
          <w:lang w:eastAsia="zh-CN"/>
        </w:rPr>
        <w:t>　　3、认真总结，及时上报。要在活动结束时认真搞好总结，并于11月18日前将活动总结报送教体局平安建设办公室，同时报送有关活动照片等相关资料。</w:t>
      </w:r>
      <w:r>
        <w:rPr>
          <w:lang w:eastAsia="zh-CN"/>
        </w:rPr>
        <w:br/>
      </w:r>
      <w:r>
        <w:rPr>
          <w:lang w:eastAsia="zh-CN"/>
        </w:rPr>
        <w:t xml:space="preserve">    消防宣传主题日活动总结 篇10 </w:t>
      </w:r>
      <w:r>
        <w:rPr>
          <w:lang w:eastAsia="zh-CN"/>
        </w:rPr>
        <w:br/>
      </w:r>
      <w:r>
        <w:rPr>
          <w:lang w:eastAsia="zh-CN"/>
        </w:rPr>
        <w:t>　　在全国消防安全日已然到来之际，为了在辖区进一步营造人人关注消防的居住氛围，增进居民安全防火、安全用火的责任感，东元西路社区于11月9日在社区会议室召开了一场全国安全消防宣传周活动，辖区居民积极参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活动中，社区专干为大家讲解了一些全国范围内典型消防隐患案件，并进行了一次消防安全知识培训。通过观看视频、图片、案例呈现等直观多样化的方式进行消防知识宣传教育，让居民了解可能引发火灾的各种原因、预防措施以及一旦发生火灾的常见应对方法。活动尾声，工作人员还向大家发放了消防安全知识宣传彩页，告知居民仔细阅读并现场答疑解惑，号召居民们积极为家人、朋友宣传，让消防安全意识内化于心、外化于行，转化成为居民们的自觉行动。</w:t>
      </w:r>
      <w:r>
        <w:rPr>
          <w:lang w:eastAsia="zh-CN"/>
        </w:rPr>
        <w:br/>
      </w:r>
      <w:r>
        <w:rPr>
          <w:lang w:eastAsia="zh-CN"/>
        </w:rPr>
        <w:t>　　通过开展本次消防安全宣传活动，让居民进一步了解了消防安全大于天的重要性，切实增强了辖区居民的消防安全意识，为营造一个和谐平安的辖区宜居氛围奠定了坚实基础。</w:t>
      </w:r>
      <w:r>
        <w:rPr>
          <w:lang w:eastAsia="zh-CN"/>
        </w:rPr>
        <w:br/>
      </w:r>
      <w:r>
        <w:rPr>
          <w:lang w:eastAsia="zh-CN"/>
        </w:rPr>
        <w:t xml:space="preserve">    消防宣传主题日活动总结 篇11 </w:t>
      </w:r>
      <w:r>
        <w:rPr>
          <w:lang w:eastAsia="zh-CN"/>
        </w:rPr>
        <w:br/>
      </w:r>
      <w:r>
        <w:rPr>
          <w:lang w:eastAsia="zh-CN"/>
        </w:rPr>
        <w:t>　　为切实提高我校师生员工消防安全意识，提升“四有”能力，夯实消防安全基础工作，11月10日，我校20__年“119消防宣传周”系列活动启动仪式在松江校区举行，200余名师生员工代表参加了此次活动。</w:t>
      </w:r>
      <w:r>
        <w:rPr>
          <w:lang w:eastAsia="zh-CN"/>
        </w:rPr>
        <w:br/>
      </w:r>
      <w:r>
        <w:rPr>
          <w:lang w:eastAsia="zh-CN"/>
        </w:rPr>
        <w:t>　　按照上海市教委对消防工作的部署要求，今年我校“119消防宣传周”系列活动牢牢抓住火灾防控工作中“人”这一根本因素，通过播放宣传片、疏散逃生演练、消防器材展示、消防器材使用培训和实操演练等方式发动全校师生员工关注消防安全，学习消防知识，参与消防工作。</w:t>
      </w:r>
      <w:r>
        <w:rPr>
          <w:lang w:eastAsia="zh-CN"/>
        </w:rPr>
        <w:br/>
      </w:r>
      <w:r>
        <w:rPr>
          <w:lang w:eastAsia="zh-CN"/>
        </w:rPr>
        <w:t>　　系列活动期间，对三校区的新进教师依法开展了消防安全知识水平测试；在松江校区第一餐厅滚动播放为期两周的消防安全宣传片，普及消防知识；在诚信桥、明理桥、学生宿舍区等人员密集区域悬挂宣传横幅，提升消防安全意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11月8日至9日，分别在长宁校区和普陀校区组织依法应参加消防培训的教职员工、学生、企业员工130余人参加消防安全知识教育、疏散逃生演练、消防技能培训等系列活动。并对长宁校区微型消防站队员进行消防水带灭火实操演练，并考核训练成果。11月10日，在松江校区组织依法应参加消防培训的新进教师、研究生、消防安全重点部位的工作人员、人员密集区域的管理人员200余人参加消防器材使用培训和实操演练活动。11月11日至12日，在三、四期学生公寓针对在校学生各组织了一次消防器材使用培训和实操演练活动。</w:t>
      </w:r>
      <w:r>
        <w:rPr>
          <w:lang w:eastAsia="zh-CN"/>
        </w:rPr>
        <w:br/>
      </w:r>
      <w:r>
        <w:rPr>
          <w:lang w:eastAsia="zh-CN"/>
        </w:rPr>
        <w:t>　　据悉，学校将进一步加强安全教育，强化消防安全理念，积极引导师生员工关注消防、参与消防，让消防安全意识入脑入心，共同营造良好的消防安全环境，努力做到人人受到宣传教育、人人掌握消防知识、人人规范安全行为，在全校形成浓厚的消防安全氛围。</w:t>
      </w:r>
      <w:r>
        <w:rPr>
          <w:lang w:eastAsia="zh-CN"/>
        </w:rPr>
        <w:br/>
      </w:r>
      <w:r>
        <w:rPr>
          <w:lang w:eastAsia="zh-CN"/>
        </w:rPr>
        <w:t xml:space="preserve">    消防宣传主题日活动总结 篇12 </w:t>
      </w:r>
      <w:r>
        <w:rPr>
          <w:lang w:eastAsia="zh-CN"/>
        </w:rPr>
        <w:br/>
      </w:r>
      <w:r>
        <w:rPr>
          <w:lang w:eastAsia="zh-CN"/>
        </w:rPr>
        <w:t>　　为了增强我校全体师生的消防安全意识，提高应急处理技能，大力推进消防工作，积极创建“安全校园”，我校于20__年11月9日举办了“119消防宣传日”。通过为期一天的活动，圆满完成了预定的活动，增强了师生的消防意识，采取有效措施彻底排查和整改火灾隐患。</w:t>
      </w:r>
      <w:r>
        <w:rPr>
          <w:lang w:eastAsia="zh-CN"/>
        </w:rPr>
        <w:br/>
      </w:r>
      <w:r>
        <w:rPr>
          <w:lang w:eastAsia="zh-CN"/>
        </w:rPr>
        <w:t>　　一、认识到位，安排有序。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为了顺利有序地开展这项活动，学校成立了以校长为总指挥，副校长为副总指挥，行政人员和班主任为成员的“119消防宣传日”领导小组。根据我校学生的实际情况，制定了详细的活动计划和应急计划，明确了活动的时间、地点、内容、目标和要求。总体部署落实，积极营造浓厚的消防宣传教育氛围。</w:t>
      </w:r>
      <w:r>
        <w:rPr>
          <w:lang w:eastAsia="zh-CN"/>
        </w:rPr>
        <w:br/>
      </w:r>
      <w:r>
        <w:rPr>
          <w:lang w:eastAsia="zh-CN"/>
        </w:rPr>
        <w:t>　　二、组织细致，活动顺畅。</w:t>
      </w:r>
      <w:r>
        <w:rPr>
          <w:lang w:eastAsia="zh-CN"/>
        </w:rPr>
        <w:br/>
      </w:r>
      <w:r>
        <w:rPr>
          <w:lang w:eastAsia="zh-CN"/>
        </w:rPr>
        <w:t>　　（1）“119消防宣传日”期间集中开展了四项活动。</w:t>
      </w:r>
      <w:r>
        <w:rPr>
          <w:lang w:eastAsia="zh-CN"/>
        </w:rPr>
        <w:br/>
      </w:r>
      <w:r>
        <w:rPr>
          <w:lang w:eastAsia="zh-CN"/>
        </w:rPr>
        <w:t>　　1、中、小学分部各制作标语2幅、各班办理消防安全黑板报1期、集中上消防知识安全课1节。</w:t>
      </w:r>
      <w:r>
        <w:rPr>
          <w:lang w:eastAsia="zh-CN"/>
        </w:rPr>
        <w:br/>
      </w:r>
      <w:r>
        <w:rPr>
          <w:lang w:eastAsia="zh-CN"/>
        </w:rPr>
        <w:t>　　2、悬挂消防宣传图片进行展览，各年级各班分时段轮流参观。</w:t>
      </w:r>
      <w:r>
        <w:rPr>
          <w:lang w:eastAsia="zh-CN"/>
        </w:rPr>
        <w:br/>
      </w:r>
      <w:r>
        <w:rPr>
          <w:lang w:eastAsia="zh-CN"/>
        </w:rPr>
        <w:t>　　3、举行防火器材演练。</w:t>
      </w:r>
      <w:r>
        <w:rPr>
          <w:lang w:eastAsia="zh-CN"/>
        </w:rPr>
        <w:br/>
      </w:r>
      <w:r>
        <w:rPr>
          <w:lang w:eastAsia="zh-CN"/>
        </w:rPr>
        <w:t>　　4、全面排查整治消防安全隐患。</w:t>
      </w:r>
      <w:r>
        <w:rPr>
          <w:lang w:eastAsia="zh-CN"/>
        </w:rPr>
        <w:br/>
      </w:r>
      <w:r>
        <w:rPr>
          <w:lang w:eastAsia="zh-CN"/>
        </w:rPr>
        <w:t>　　（2）以“119”消防日宣传活动为契机，进一步建立健全消防长效机制。</w:t>
      </w:r>
      <w:r>
        <w:rPr>
          <w:lang w:eastAsia="zh-CN"/>
        </w:rPr>
        <w:br/>
      </w:r>
      <w:r>
        <w:rPr>
          <w:lang w:eastAsia="zh-CN"/>
        </w:rPr>
        <w:t>　　完善了消防教育、消防设施等消防管理制度的落实，并制定了学校安全工作预案，使学校消防安全管理工作得以保证，促进了学校消防安全向规范化迈进。</w:t>
      </w:r>
      <w:r>
        <w:rPr>
          <w:lang w:eastAsia="zh-CN"/>
        </w:rPr>
        <w:br/>
      </w:r>
      <w:r>
        <w:rPr>
          <w:lang w:eastAsia="zh-CN"/>
        </w:rPr>
        <w:t>　　三、广泛参与，注重实效。</w:t>
      </w:r>
      <w:r>
        <w:rPr>
          <w:lang w:eastAsia="zh-CN"/>
        </w:rPr>
        <w:br/>
      </w:r>
      <w:r>
        <w:rPr>
          <w:lang w:eastAsia="zh-CN"/>
        </w:rPr>
        <w:t>　　（一）学校对消防安全工作的责任意识得到了提高。学校对安全工作的意识在逐年增强，对消防工作的重视度也越来越高，根据学生实际，通过自查，依据学校的实际情况，针对性的开展消防主题活动。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学校消防宣传活动做到了全员参与，工作真正的落到了实处。全体师生均认识到消防安全的重要性和紧迫性，均树立起了“消防安全，人人有责，人人尽责”的意识，都能积极主动地去掌握消防知识和消防技能，将消防安全工作长期不懈地强抓不放松。</w:t>
      </w:r>
      <w:r>
        <w:rPr>
          <w:lang w:eastAsia="zh-CN"/>
        </w:rPr>
        <w:br/>
      </w:r>
      <w:r>
        <w:rPr>
          <w:lang w:eastAsia="zh-CN"/>
        </w:rPr>
        <w:t xml:space="preserve">    消防宣传主题日活动总结 篇13 </w:t>
      </w:r>
      <w:r>
        <w:rPr>
          <w:lang w:eastAsia="zh-CN"/>
        </w:rPr>
        <w:br/>
      </w:r>
      <w:r>
        <w:rPr>
          <w:lang w:eastAsia="zh-CN"/>
        </w:rPr>
        <w:t>　　今年11月9日是喀什市第十九个“119”消防宣传日，为切实做好以“认识火灾、学会逃生”为主题的消防宣传工作，普及消防常识及消防法规、整改重大火灾隐患，提高我校全体师生的消防安全意识和自救、互救能力，提升学校消防安全“四个能力”建设，营造人人关注消防安全，人人参与消防宣传的浓厚氛围。我校在11月4日——8日在全校范围内开展“119”消防宣传周活动，现将活动开展情况总结如下：</w:t>
      </w:r>
      <w:r>
        <w:rPr>
          <w:lang w:eastAsia="zh-CN"/>
        </w:rPr>
        <w:br/>
      </w:r>
      <w:r>
        <w:rPr>
          <w:lang w:eastAsia="zh-CN"/>
        </w:rPr>
        <w:t>　　一、高度重视，积极做好消防安全的宣传工作。</w:t>
      </w:r>
      <w:r>
        <w:rPr>
          <w:lang w:eastAsia="zh-CN"/>
        </w:rPr>
        <w:br/>
      </w:r>
      <w:r>
        <w:rPr>
          <w:lang w:eastAsia="zh-CN"/>
        </w:rPr>
        <w:t>　　只有思想上重视起来，安全行为才有保障。为此，我校十分重视此项工作，特别成立了“119”消防宣传周活动工作领导小组，深入开展消防安全宣传教育，增强我校全体师生的消防安全责任感，提高师生消防安全意识，自觉防范火灾事故发生，减少火灾危害；最大限度地发动和教育广大师生参与火灾隐患整治工作，切实将消防安全大检查和火灾隐患整治工作引向深入。</w:t>
      </w:r>
      <w:r>
        <w:rPr>
          <w:lang w:eastAsia="zh-CN"/>
        </w:rPr>
        <w:br/>
      </w:r>
      <w:r>
        <w:rPr>
          <w:lang w:eastAsia="zh-CN"/>
        </w:rPr>
        <w:t>　　二、活动开展的情况</w:t>
      </w:r>
      <w:r>
        <w:rPr>
          <w:lang w:eastAsia="zh-CN"/>
        </w:rPr>
        <w:br/>
      </w:r>
      <w:r>
        <w:rPr>
          <w:lang w:eastAsia="zh-CN"/>
        </w:rPr>
        <w:t>　　1、学校消防宣传周活动工作领导小组的全体成员对学校的环境、设施、火灾隐患等进行了排查，并做了详细记录。</w:t>
      </w:r>
      <w:r>
        <w:rPr>
          <w:lang w:eastAsia="zh-CN"/>
        </w:rPr>
        <w:br/>
      </w:r>
      <w:r>
        <w:rPr>
          <w:lang w:eastAsia="zh-CN"/>
        </w:rPr>
        <w:t>　　2、开展清剿身边火灾隐患活动，以此警示提醒教育师生注意防火安全。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3、组织全体师生观看消防讲座，并在全校学生中开展了“认识火灾、学会逃生”征文活动。</w:t>
      </w:r>
      <w:r>
        <w:rPr>
          <w:lang w:eastAsia="zh-CN"/>
        </w:rPr>
        <w:br/>
      </w:r>
      <w:r>
        <w:rPr>
          <w:lang w:eastAsia="zh-CN"/>
        </w:rPr>
        <w:t>　　4、组织全校各班以“认识火灾、学会逃生”为主题开展主题班会，学生受益匪浅。</w:t>
      </w:r>
      <w:r>
        <w:rPr>
          <w:lang w:eastAsia="zh-CN"/>
        </w:rPr>
        <w:br/>
      </w:r>
      <w:r>
        <w:rPr>
          <w:lang w:eastAsia="zh-CN"/>
        </w:rPr>
        <w:t>　　学校消防安全工作是一个艰巨的长期的工作，不是一劳永逸的事情。我们在加强日常工作管理的同时，要真正树立一种防患于未然的安全意识。只有防治结合，才能保证学校安全。我们相信，在全校师生的共同努力下，我们一定能将消防安全工作做的更好，为学校发展做出我们应有的贡献。</w:t>
      </w:r>
      <w:r>
        <w:rPr>
          <w:lang w:eastAsia="zh-CN"/>
        </w:rPr>
        <w:br/>
      </w:r>
      <w:r>
        <w:rPr>
          <w:lang w:eastAsia="zh-CN"/>
        </w:rPr>
        <w:t xml:space="preserve">    消防宣传主题日活动总结 篇14 </w:t>
      </w:r>
      <w:r>
        <w:rPr>
          <w:lang w:eastAsia="zh-CN"/>
        </w:rPr>
        <w:br/>
      </w:r>
      <w:r>
        <w:rPr>
          <w:lang w:eastAsia="zh-CN"/>
        </w:rPr>
        <w:t>　　11月是消防宣传月，11月9日是第30个全国消防安全宣传教育日。当天上午，我镇以“落实消防责任，防范安全风险”为主题，开展了消防安全知识宣传活动。</w:t>
      </w:r>
      <w:r>
        <w:rPr>
          <w:lang w:eastAsia="zh-CN"/>
        </w:rPr>
        <w:br/>
      </w:r>
      <w:r>
        <w:rPr>
          <w:lang w:eastAsia="zh-CN"/>
        </w:rPr>
        <w:t>　　活动在南城广场举行，活动中，工作人员为市民讲解了掌握消防知识的重要性，并以互动问答的方式让大家了解和掌握了使用消防器材的常识，现场演示了灭火器的正确使用方法及步骤。通过讲解火灾案例提醒大家在生活中要注意安全使用电器，提高自身安全防范意识和紧急处理火险的能力。随后，还举行消防车巡游活动。</w:t>
      </w:r>
      <w:r>
        <w:rPr>
          <w:lang w:eastAsia="zh-CN"/>
        </w:rPr>
        <w:br/>
      </w:r>
      <w:r>
        <w:rPr>
          <w:lang w:eastAsia="zh-CN"/>
        </w:rPr>
        <w:t>　　接下来，我镇还将围绕“119”消防宣传月的主题，继续针对不同人群进行消防培训和疏散逃生演练，并开展消防安全宣传进企业、进社区、进学校等活动，形成全社会关注消防安全、参与消防工作的浓厚氛围。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消防宣传主题日活动总结 篇15 </w:t>
      </w:r>
      <w:r>
        <w:rPr>
          <w:lang w:eastAsia="zh-CN"/>
        </w:rPr>
        <w:br/>
      </w:r>
      <w:r>
        <w:rPr>
          <w:lang w:eastAsia="zh-CN"/>
        </w:rPr>
        <w:t>　　根据《关于印发的通知》（布政办发20__110号）和《关于印发的通知》（布政教发20__91号）的要求，经研究决定，我校于20__年11月4日至11月10日开展为期一周的消防宣传教育活动，通过开展全面开展消防大检查、制作宣传画板分发宣传材料、开展主题班会、开设消防讲座、组织学生逃生演练等形式，组织师生学习安全知识及突发事故的处理知识，提高全校师生的责任意识和保护能力。现总结如下：</w:t>
      </w:r>
      <w:r>
        <w:rPr>
          <w:lang w:eastAsia="zh-CN"/>
        </w:rPr>
        <w:br/>
      </w:r>
      <w:r>
        <w:rPr>
          <w:lang w:eastAsia="zh-CN"/>
        </w:rPr>
        <w:t>　　一、领导重视，全员参与，增加了防火、逃生知识。</w:t>
      </w:r>
      <w:r>
        <w:rPr>
          <w:lang w:eastAsia="zh-CN"/>
        </w:rPr>
        <w:br/>
      </w:r>
      <w:r>
        <w:rPr>
          <w:lang w:eastAsia="zh-CN"/>
        </w:rPr>
        <w:t>　　根据上级要求，成立了以校长为组长，为副组长共10人的消防安全检查小组。学校制定详细“119”消防宣传周活动方案，由德育处、教务处、团委负责实施。此次活动影响面大，参与面广，极大的提高了广大师生对消防安全的重要性的认识，丰富了消防知识，使全校师生懂得了一定的逃生自救技能。</w:t>
      </w:r>
      <w:r>
        <w:rPr>
          <w:lang w:eastAsia="zh-CN"/>
        </w:rPr>
        <w:br/>
      </w:r>
      <w:r>
        <w:rPr>
          <w:lang w:eastAsia="zh-CN"/>
        </w:rPr>
        <w:t>　　二、进行了消防知识，法规法纪的宣传。</w:t>
      </w:r>
      <w:r>
        <w:rPr>
          <w:lang w:eastAsia="zh-CN"/>
        </w:rPr>
        <w:br/>
      </w:r>
      <w:r>
        <w:rPr>
          <w:lang w:eastAsia="zh-CN"/>
        </w:rPr>
        <w:t>　　为进一步增强广大师生的防火意识，学校利用展板张贴消防宣传画、消防知识、政策法规。学校领导联系消防大队领取了300张消防宣传单和50本宣传手册，并全部分发到每位教师和每位学生。11月5日下午全校各班利用第三节课开展了主题班会，由班主任讲解消防知识、防火灭火和逃生自救常识和如何使用灭火器等知识。全校245名学生和20名教师受到了一次深刻的消防宣传教育，激发了大家消防工作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三、消防宣传周期间，学校组织了一次消防安全大检查。</w:t>
      </w:r>
      <w:r>
        <w:rPr>
          <w:lang w:eastAsia="zh-CN"/>
        </w:rPr>
        <w:br/>
      </w:r>
      <w:r>
        <w:rPr>
          <w:lang w:eastAsia="zh-CN"/>
        </w:rPr>
        <w:t>　　11月9日下午，由副组长带头，消防安全检查小组对学校进行了全面安全检查，排查安全隐患2处，并与学校宿管科人员对学生宿舍进行了重点审查，发现安全出口标志损坏1处，灭火器损坏2处，并对其进行了及时更换，使我校消防设备处于正常状态，保证了疏散安全，杜绝了火灾隐患。</w:t>
      </w:r>
      <w:r>
        <w:rPr>
          <w:lang w:eastAsia="zh-CN"/>
        </w:rPr>
        <w:br/>
      </w:r>
      <w:r>
        <w:rPr>
          <w:lang w:eastAsia="zh-CN"/>
        </w:rPr>
        <w:t>　　四、组织消防讲座。</w:t>
      </w:r>
      <w:r>
        <w:rPr>
          <w:lang w:eastAsia="zh-CN"/>
        </w:rPr>
        <w:br/>
      </w:r>
      <w:r>
        <w:rPr>
          <w:lang w:eastAsia="zh-CN"/>
        </w:rPr>
        <w:t>　　11月9日下午第三节课，德育主任为学生会全体成员、各班消防负责人共30名学生干部进行了消防培训，通过观看消防视频、讲解消防知识，使学生掌握处理突发事故的能力，担负起消防责任。</w:t>
      </w:r>
      <w:r>
        <w:rPr>
          <w:lang w:eastAsia="zh-CN"/>
        </w:rPr>
        <w:br/>
      </w:r>
      <w:r>
        <w:rPr>
          <w:lang w:eastAsia="zh-CN"/>
        </w:rPr>
        <w:t>　　五、在全校进行消防逃生演练</w:t>
      </w:r>
      <w:r>
        <w:rPr>
          <w:lang w:eastAsia="zh-CN"/>
        </w:rPr>
        <w:br/>
      </w:r>
      <w:r>
        <w:rPr>
          <w:lang w:eastAsia="zh-CN"/>
        </w:rPr>
        <w:t>　　11月8日下午，由德育处、教务处、团委共同组织了一次全校性的消防应急疏散演练，师生参与的积极性非常高，通过演练，增强了师生的防火灭火自救能力，懂得了灭火器的使用等消防知识。</w:t>
      </w:r>
      <w:r>
        <w:rPr>
          <w:lang w:eastAsia="zh-CN"/>
        </w:rPr>
        <w:br/>
      </w:r>
      <w:r>
        <w:rPr>
          <w:lang w:eastAsia="zh-CN"/>
        </w:rPr>
        <w:t>　　通过开展消防宣传周系列活动，提高了广大师生对消防安全的重要性的认识，加强了校园安全稳定工作，今后我们将进一步加强消防管理，严格落实消防法律、法规、技术规范和消防工作责任制，坚持预防为主，不断改善学校防火安全条件，确保消防安全工作万无一失，为创造和谐、稳定的校园环境不懈努力。</w:t>
      </w:r>
      <w:r>
        <w:rPr>
          <w:lang w:eastAsia="zh-CN"/>
        </w:rPr>
        <w:br/>
      </w:r>
      <w:r>
        <w:rPr>
          <w:lang w:eastAsia="zh-CN"/>
        </w:rPr>
        <w:t xml:space="preserve">    消防宣传主题日活动总结 篇16 </w:t>
      </w:r>
      <w:r>
        <w:rPr>
          <w:lang w:eastAsia="zh-CN"/>
        </w:rPr>
        <w:br/>
      </w:r>
    </w:p>
    <w:p w:rsidR="001B1F19" w14:textId="27C3F48A">
      <w:pPr>
        <w:rPr>
          <w:rFonts w:hint="eastAsia"/>
          <w:lang w:eastAsia="zh-CN"/>
        </w:rPr>
      </w:pPr>
      <w:r>
        <w:rPr>
          <w:lang w:eastAsia="zh-CN"/>
        </w:rPr>
        <w:t>　　今年11月9日是北京市第__个“119”消防日，为深入宣传贯彻《全民消防安全宣传教育纲要》和《北京市人民政府关于进一步加强和改进消防工作的意见》，广泛普及消防常识，彻底消除火灾隐患，全面提高防控能力，结合火灾隐患攻坚整治“铁拳”行动。</w:t>
      </w:r>
      <w:r>
        <w:rPr>
          <w:lang w:eastAsia="zh-CN"/>
        </w:rPr>
        <w:br/>
      </w:r>
      <w:r>
        <w:rPr>
          <w:lang w:eastAsia="zh-CN"/>
        </w:rPr>
        <w:t>　　本次活动宣传的主题是“生命至上，平安和谐”。为了确保此项活动重点突出，紧扣主题，结合本车间的实际情况，汽机维修车间就“119”消防宣传日在职工中进行广泛的宣传消防安全知识，力求进一步提高全体职工的消防安全意识，使消防意识扎根于广大职工心中。车间实施“谁主管、谁负责”的安全管理职责，进行了一系列安全检查和宣传活动。</w:t>
      </w:r>
      <w:r>
        <w:rPr>
          <w:lang w:eastAsia="zh-CN"/>
        </w:rPr>
        <w:br/>
      </w:r>
      <w:r>
        <w:rPr>
          <w:lang w:eastAsia="zh-CN"/>
        </w:rPr>
        <w:t>　　一、结合我社区实际，及时制订街道办事处开展第二十三个“119”消防日宣传活动的实施方案的通知》，为确保此次活动落到实处，车间成立“11·9”消防日宣传活动领导小组，组长由车间主任担任，成员由安全员、施工员、各班组班长、班组安全员组成。</w:t>
      </w:r>
      <w:r>
        <w:rPr>
          <w:lang w:eastAsia="zh-CN"/>
        </w:rPr>
        <w:br/>
      </w:r>
      <w:r>
        <w:rPr>
          <w:lang w:eastAsia="zh-CN"/>
        </w:rPr>
        <w:t>　　二、利用板报、安全消防常识培训、周二安全活动进行消防安全知识学习等形式向广大职工宣传消防知识，让职工提高防火意识和能力，掌握扑救初期火灾的方法；火势蔓延时，能够及时报警，配合消防人员进行有效及时灭火。</w:t>
      </w:r>
      <w:r>
        <w:rPr>
          <w:lang w:eastAsia="zh-CN"/>
        </w:rPr>
        <w:br/>
      </w:r>
      <w:r>
        <w:rPr>
          <w:lang w:eastAsia="zh-CN"/>
        </w:rPr>
        <w:t>　　三、车间消防日宣传活动领导小组于11月9日对办公室、职工更衣室、库房等进行检查，着重对库房存在易燃易爆物品、配电箱、消防器材进行一次全面的消防安全隐患检查，发现问题及时整改。</w:t>
      </w:r>
      <w:r>
        <w:rPr>
          <w:lang w:eastAsia="zh-CN"/>
        </w:rPr>
        <w:br/>
      </w:r>
      <w:r>
        <w:rPr>
          <w:lang w:eastAsia="zh-CN"/>
        </w:rPr>
        <w:t>　　通过参加此项活动，让大家真正认识到“走进消防，了解消防，人人参与消防”工作的重要性，使职工的消防意识增强了，时刻牢记“消防安全、警钟常鸣”。</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https://d.book118.com/597146146136006046</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97146146136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