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出纳试用期工作个人总结（32篇）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出纳试用期工作个人总结（精选32篇）</w:t>
      </w:r>
      <w:r>
        <w:rPr>
          <w:lang w:eastAsia="zh-CN"/>
        </w:rPr>
        <w:br/>
      </w:r>
      <w:r>
        <w:rPr>
          <w:lang w:eastAsia="zh-CN"/>
        </w:rPr>
        <w:t xml:space="preserve">    出纳试用期工作个人总结 篇1 </w:t>
      </w:r>
      <w:r>
        <w:rPr>
          <w:lang w:eastAsia="zh-CN"/>
        </w:rPr>
        <w:br/>
      </w:r>
      <w:r>
        <w:rPr>
          <w:lang w:eastAsia="zh-CN"/>
        </w:rPr>
        <w:t>　　我于20__年__月__日成为公司的试用员工，到今天6个月试用期已满，根据公司的规章制度，现申请转为公司正式员工。</w:t>
      </w:r>
      <w:r>
        <w:rPr>
          <w:lang w:eastAsia="zh-CN"/>
        </w:rPr>
        <w:br/>
      </w:r>
      <w:r>
        <w:rPr>
          <w:lang w:eastAsia="zh-CN"/>
        </w:rPr>
        <w:t>　　我对本人所从事的出纳工作已经比拟熟习，也能胜任这项工作。以前在会计师事务所做业务助理工作时，对出纳的工作情况比较懂得。而且在这两个月里，我在公司总和会计的引导下，在公司同仁的援助下，在新的岗位中，我对本公司经营模式和治理制度有了全新的意识和深入的学习。现对本职工作总结如下：</w:t>
      </w:r>
      <w:r>
        <w:rPr>
          <w:lang w:eastAsia="zh-CN"/>
        </w:rPr>
        <w:br/>
      </w:r>
      <w:r>
        <w:rPr>
          <w:lang w:eastAsia="zh-CN"/>
        </w:rPr>
        <w:t>　　一、日常工作</w:t>
      </w:r>
      <w:r>
        <w:rPr>
          <w:lang w:eastAsia="zh-CN"/>
        </w:rPr>
        <w:br/>
      </w:r>
      <w:r>
        <w:rPr>
          <w:lang w:eastAsia="zh-CN"/>
        </w:rPr>
        <w:t>　　1、建立健全公司财务制度。公司成立以来，我是兼职会计，所以只负责每月的帐务处理和财务报表的报送，使得公司财务上的制度不够健全。自到公司正式上班后，我将财务人员的工作合理划分，在公司的财务方面按规定进行了要求，特别是发票管理方面，严格要求正确填开和索取，减少不必要的麻烦。在财务收支方面，严格执行公司的财经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正确核算，按时结算，及时报送税务相关报表。在日常财务工作中，我能严格按财务规定正确核算公司的经营情况，按时结算有关帐务，每月末及时将财务报表和纳税申报表报送税务机关，没有因个人原因耽误报送时间。</w:t>
      </w:r>
      <w:r>
        <w:rPr>
          <w:lang w:eastAsia="zh-CN"/>
        </w:rPr>
        <w:br/>
      </w:r>
      <w:r>
        <w:rPr>
          <w:lang w:eastAsia="zh-CN"/>
        </w:rPr>
        <w:t>　　3、及时将财务状况汇报于公司，积极为经理当好参谋。每个月我都将公司的财务情况给公司经理进行汇报，使经理能及时了解、掌握公司的经营状况，对经营中出现的问题我能及时提出合理化建议，发挥财务在公司经营中的作用，为建立当好参谋和助手作用。另外，对其他人员在销售、采购中有关不符合要求的做法，我也能及时提醒和指出。</w:t>
      </w:r>
      <w:r>
        <w:rPr>
          <w:lang w:eastAsia="zh-CN"/>
        </w:rPr>
        <w:br/>
      </w:r>
      <w:r>
        <w:rPr>
          <w:lang w:eastAsia="zh-CN"/>
        </w:rPr>
        <w:t>　　4、认真负责，积极配合税务部门的稽查工作。10月初，税务部门对我公司进行稽查，在这期间，我能积极配合，并加强和稽查人员的配合，发挥自己的优势，多与他们沟通，对存在的问题与他们交流，争取他们的宽容，使公司的利益得到最大保护。</w:t>
      </w:r>
      <w:r>
        <w:rPr>
          <w:lang w:eastAsia="zh-CN"/>
        </w:rPr>
        <w:br/>
      </w:r>
      <w:r>
        <w:rPr>
          <w:lang w:eastAsia="zh-CN"/>
        </w:rPr>
        <w:t>　　二、失误、缺点和经验简谈</w:t>
      </w:r>
      <w:r>
        <w:rPr>
          <w:lang w:eastAsia="zh-CN"/>
        </w:rPr>
        <w:br/>
      </w:r>
      <w:r>
        <w:rPr>
          <w:lang w:eastAsia="zh-CN"/>
        </w:rPr>
        <w:t>　　以前在公司是做会计工作的，出纳的业务没具体操作和实践过，总认为是“调虫小技”，不以为然，可就是抱着这种心态刚开始干出纳工作出现不少的失误，</w:t>
      </w:r>
      <w:r>
        <w:rPr>
          <w:lang w:eastAsia="zh-CN"/>
        </w:rPr>
        <w:br/>
      </w:r>
      <w:r>
        <w:rPr>
          <w:lang w:eastAsia="zh-CN"/>
        </w:rPr>
        <w:t>　　第一失误就是开具支票上的错误。</w:t>
      </w:r>
      <w:r>
        <w:rPr>
          <w:lang w:eastAsia="zh-CN"/>
        </w:rPr>
        <w:br/>
      </w:r>
      <w:r>
        <w:rPr>
          <w:lang w:eastAsia="zh-CN"/>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基于上述业务需求，根据自己在软件公司的软件实施经验和电脑知识，为自己的岗位需求开发了e_cel系统的交行票据套打系统，解决了在实际工作中出现的缺点问题，提高了工作效率。</w:t>
      </w:r>
      <w:r>
        <w:rPr>
          <w:lang w:eastAsia="zh-CN"/>
        </w:rPr>
        <w:br/>
      </w:r>
      <w:r>
        <w:rPr>
          <w:lang w:eastAsia="zh-CN"/>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lang w:eastAsia="zh-CN"/>
        </w:rPr>
        <w:br/>
      </w:r>
      <w:r>
        <w:rPr>
          <w:lang w:eastAsia="zh-CN"/>
        </w:rPr>
        <w:t>　　以上是我对本人工作的一些体会和总结。在以后的工作和学习中我还将不懈的努力和拼搏，与时俱进，做好本职工作，与公司的发展同步。同时，我要特别感谢公司领导和各位同仁在工作和生活中给予我的支持和关心，这是对我工作最大的肯定和鼓舞，我真诚的表示感谢!</w:t>
      </w:r>
      <w:r>
        <w:rPr>
          <w:lang w:eastAsia="zh-CN"/>
        </w:rPr>
        <w:br/>
      </w:r>
      <w:r>
        <w:rPr>
          <w:lang w:eastAsia="zh-CN"/>
        </w:rPr>
        <w:t xml:space="preserve">    出纳试用期工作个人总结 篇2 </w:t>
      </w:r>
      <w:r>
        <w:rPr>
          <w:lang w:eastAsia="zh-CN"/>
        </w:rPr>
        <w:br/>
      </w:r>
      <w:r>
        <w:rPr>
          <w:lang w:eastAsia="zh-CN"/>
        </w:rPr>
        <w:t>　　在学科老师的要求下，我在两周内成功完成了学校规定的实习工作。我在__制药有限公司财务部实习，实习时间是两周。__药业股份有限公司是一家集团公司的全资子公司，是一家以医药管理为主导，以科研生产为基础，集产、供、销于一体的现代化企业。公司依托北京政治、经济、文化中心的强大地理优势，依托集团公司的强大支持，坚持“利民、惠民、信天下”的经营理念，以务实、诚信、客户第一的宗旨，立足服务北京医药市场。</w:t>
      </w:r>
      <w:r>
        <w:rPr>
          <w:lang w:eastAsia="zh-CN"/>
        </w:rPr>
        <w:br/>
      </w:r>
      <w:r>
        <w:rPr>
          <w:lang w:eastAsia="zh-CN"/>
        </w:rPr>
        <w:t>　　我在这家公司财务部的实习主要包括出纳工作和会计工作，包括制作会计凭证、钉会计凭证、填写银行电汇单、记录银行对账单、计算印花税等。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会计凭证是会计人员根据经济业务内容进行分类整理，作为登记账簿依据的会计凭证。会计凭证根据其经济业务内容或内容是否与货币资金有关，可分为支付凭证、支付凭证和转账凭证。会计人员应严格按照规定的格式和内容填写会计凭证，但记录必须真实、完整。除了及时填写和书写清楚外，还必须满足以下要求：汇总栏是对经济业务内容的简要描述，要求文字描述简洁笼统，满足登记账簿的要求。借、贷科目应根据经济业务内容和会计制度规定确定。科目的使用必须正确，不得随意更改，简化会计科目名称，完整填写相关二级或明细科目。在会计凭证中，应该借出和借出的账户必须保持清晰的对应关系。记账凭证填制后，根据记账方式检查对应账户的余额关系，增加总数。记账凭证必须连续编号，以检查和避免凭证丢失。每张记账凭证都应标有附件编号，以备日后核对。这家公司用的财务软件是用友财务软件，所以日常凭证制作都是电脑做的。具体操作方法</w:t>
      </w:r>
      <w:r>
        <w:rPr>
          <w:lang w:eastAsia="zh-CN"/>
        </w:rPr>
        <w:br/>
      </w:r>
      <w:r>
        <w:rPr>
          <w:lang w:eastAsia="zh-CN"/>
        </w:rPr>
        <w:t>　　1、会计凭证汇总栏是对经济业务的简要说明，是登记账簿的重要依据。必须根据不同经济业务的特点，考虑到登记账簿的需要，正确填写，不得遗漏或错误。</w:t>
      </w:r>
      <w:r>
        <w:rPr>
          <w:lang w:eastAsia="zh-CN"/>
        </w:rPr>
        <w:br/>
      </w:r>
      <w:r>
        <w:rPr>
          <w:lang w:eastAsia="zh-CN"/>
        </w:rPr>
        <w:t>　　2、会计分录必须按照会计制度统一规定的会计科目和经济业务的性质编制，并应填写借方和贷方科目。辅账户或明细账户是指主账户所属的辅账户或明细账户。</w:t>
      </w:r>
      <w:r>
        <w:rPr>
          <w:lang w:eastAsia="zh-CN"/>
        </w:rPr>
        <w:br/>
      </w:r>
      <w:r>
        <w:rPr>
          <w:lang w:eastAsia="zh-CN"/>
        </w:rPr>
        <w:t>　　3、“金额”列中登记的金额应对应于借记帐户或贷记帐户，或主帐户、辅助帐户或明细帐户。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4、在入账符号栏，根据会计凭证登记相关账簿后，在此栏注明账簿页数或打，表示已经登记入账，避免重录和遗漏。发帖前本栏无记录。</w:t>
      </w:r>
      <w:r>
        <w:rPr>
          <w:lang w:eastAsia="zh-CN"/>
        </w:rPr>
        <w:br/>
      </w:r>
      <w:r>
        <w:rPr>
          <w:lang w:eastAsia="zh-CN"/>
        </w:rPr>
        <w:t>　　5、凭证号列。会计凭证应在一个月内连续编号，以便核对。收款、付款和转账凭证应分别编号。收据和付款凭证应</w:t>
      </w:r>
      <w:r>
        <w:rPr>
          <w:lang w:eastAsia="zh-CN"/>
        </w:rPr>
        <w:br/>
      </w:r>
      <w:r>
        <w:rPr>
          <w:lang w:eastAsia="zh-CN"/>
        </w:rPr>
        <w:t>　　7、会计凭证右侧的附表是指附在会计凭证上的原始凭证号，必须标明以便核对。如果多张会计凭证是按同一张原始凭证填制的，则应在没有原始凭证的会计凭证上标明附件表，见编号。会计凭证。如果原始凭证需要单独保存，应在附件栏中注明。</w:t>
      </w:r>
      <w:r>
        <w:rPr>
          <w:lang w:eastAsia="zh-CN"/>
        </w:rPr>
        <w:br/>
      </w:r>
      <w:r>
        <w:rPr>
          <w:lang w:eastAsia="zh-CN"/>
        </w:rPr>
        <w:t>　　8、收款凭证或付款凭证左上角的借方或贷方账户必须是现金或银行存款，而不是其他会计账户。凭证中的借方或贷方账户分别对应现金或银行存款。</w:t>
      </w:r>
      <w:r>
        <w:rPr>
          <w:lang w:eastAsia="zh-CN"/>
        </w:rPr>
        <w:br/>
      </w:r>
      <w:r>
        <w:rPr>
          <w:lang w:eastAsia="zh-CN"/>
        </w:rPr>
        <w:t>　　9、会计凭证填制后，应进行核对和核对，并按使用的会计方法进行试算平衡。所有相关人员应签字盖章。收银员根据收款凭证收款或根据付款凭证付款时，应在凭证上加盖收据或付款章，以避免再次收款和再次付款，防止出错。会计凭证制作完成后，必须逐一打印凭证，然后将相应的相关票据粘贴在打印的凭证后面。具体操作如下：在凭证背面右上角涂：胶粘贴对应的票据。如果粘贴后票据比凭证大，就要根据凭证的大小将票据折叠整齐，然后根据凭证业务号的大小将凭证排列整齐，这样以后查找就方便多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个月的凭证制作完成后，这些整理好的凭证必须装订归档保存。一般上月的凭证要在本月初绑定。具体方法是：根据凭证的厚度，捆成合适的厚度，然后用装订机在凭证左上角钉三个孔，然后用白色装订线将凭证装订牢固，装订后在封面上写上日期和书籍。封面一般是牛皮的。</w:t>
      </w:r>
      <w:r>
        <w:rPr>
          <w:lang w:eastAsia="zh-CN"/>
        </w:rPr>
        <w:br/>
      </w:r>
      <w:r>
        <w:rPr>
          <w:lang w:eastAsia="zh-CN"/>
        </w:rPr>
        <w:t xml:space="preserve">    出纳试用期工作个人总结 篇3 </w:t>
      </w:r>
      <w:r>
        <w:rPr>
          <w:lang w:eastAsia="zh-CN"/>
        </w:rPr>
        <w:br/>
      </w:r>
      <w:r>
        <w:rPr>
          <w:lang w:eastAsia="zh-CN"/>
        </w:rPr>
        <w:t>　　加入公司已经三个多月了，在公司和财务处的领导及同事们的热心帮助和指导下，我已初步了解了公司的财务方面的一些基本知识与基本操作，经过这一段时间的学习使我更一步加深了对理论知识的认识，更使我感受到了实践的重要性和自身的不足。所以，要想完成好以后的工作必须从现在开始刻苦实践，虚心学习。以下是我对三个月试用期的一个小结。</w:t>
      </w:r>
      <w:r>
        <w:rPr>
          <w:lang w:eastAsia="zh-CN"/>
        </w:rPr>
        <w:br/>
      </w:r>
      <w:r>
        <w:rPr>
          <w:lang w:eastAsia="zh-CN"/>
        </w:rPr>
        <w:t>　　一、实习主要内容</w:t>
      </w:r>
      <w:r>
        <w:rPr>
          <w:lang w:eastAsia="zh-CN"/>
        </w:rPr>
        <w:br/>
      </w:r>
      <w:r>
        <w:rPr>
          <w:lang w:eastAsia="zh-CN"/>
        </w:rPr>
        <w:t>　　1.办理各银行转账、存款、提现、银行承兑汇票到期承兑等。</w:t>
      </w:r>
      <w:r>
        <w:rPr>
          <w:lang w:eastAsia="zh-CN"/>
        </w:rPr>
        <w:br/>
      </w:r>
      <w:r>
        <w:rPr>
          <w:lang w:eastAsia="zh-CN"/>
        </w:rPr>
        <w:t>　　2.负责各银行现金支票、转账支票的购买、保管以及支票的签发。</w:t>
      </w:r>
      <w:r>
        <w:rPr>
          <w:lang w:eastAsia="zh-CN"/>
        </w:rPr>
        <w:br/>
      </w:r>
      <w:r>
        <w:rPr>
          <w:lang w:eastAsia="zh-CN"/>
        </w:rPr>
        <w:t>　　3.电算化填制银行收款、银行付款凭证。</w:t>
      </w:r>
      <w:r>
        <w:rPr>
          <w:lang w:eastAsia="zh-CN"/>
        </w:rPr>
        <w:br/>
      </w:r>
      <w:r>
        <w:rPr>
          <w:lang w:eastAsia="zh-CN"/>
        </w:rPr>
        <w:t>　　4.登记银行日记手工账，并及时与银行对账</w:t>
      </w:r>
      <w:r>
        <w:rPr>
          <w:lang w:eastAsia="zh-CN"/>
        </w:rPr>
        <w:br/>
      </w:r>
      <w:r>
        <w:rPr>
          <w:lang w:eastAsia="zh-CN"/>
        </w:rPr>
        <w:t>　　二、实习所失</w:t>
      </w:r>
      <w:r>
        <w:rPr>
          <w:lang w:eastAsia="zh-CN"/>
        </w:rPr>
        <w:br/>
      </w:r>
      <w:r>
        <w:rPr>
          <w:lang w:eastAsia="zh-CN"/>
        </w:rPr>
        <w:t>　　回顾三个月的出纳工作，让我感觉到了我的很多不足之处，将实践想的过于简单，所以操作过程中显得有些眼高手低，产生了许多不必要的麻烦，总结如下：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1.开具支票必须字迹工整、无连笔、不能修改等。而我的正楷书法功底实在是太弱了，终于把支票内容写工整了，盖银行预留印鉴时也是一门技巧，印鉴重压、重影现象都会被银行退票，从而耽误工作。</w:t>
      </w:r>
      <w:r>
        <w:rPr>
          <w:lang w:eastAsia="zh-CN"/>
        </w:rPr>
        <w:br/>
      </w:r>
      <w:r>
        <w:rPr>
          <w:lang w:eastAsia="zh-CN"/>
        </w:rPr>
        <w:t>　　2.电算化填制银行收款、银行付款凭证时经常将日期与附件张数忘记改写。</w:t>
      </w:r>
      <w:r>
        <w:rPr>
          <w:lang w:eastAsia="zh-CN"/>
        </w:rPr>
        <w:br/>
      </w:r>
      <w:r>
        <w:rPr>
          <w:lang w:eastAsia="zh-CN"/>
        </w:rPr>
        <w:t>　　3.登记银行日记手工账，不能及时与银行对账。</w:t>
      </w:r>
      <w:r>
        <w:rPr>
          <w:lang w:eastAsia="zh-CN"/>
        </w:rPr>
        <w:br/>
      </w:r>
      <w:r>
        <w:rPr>
          <w:lang w:eastAsia="zh-CN"/>
        </w:rPr>
        <w:t>　　三、实习所得</w:t>
      </w:r>
      <w:r>
        <w:rPr>
          <w:lang w:eastAsia="zh-CN"/>
        </w:rPr>
        <w:br/>
      </w:r>
      <w:r>
        <w:rPr>
          <w:lang w:eastAsia="zh-CN"/>
        </w:rPr>
        <w:t>　　1.严格按照财务制度的要求，办理银行收付款业务，以及支票的填写、签发，认识到了财务工作的严格性、规范性。</w:t>
      </w:r>
      <w:r>
        <w:rPr>
          <w:lang w:eastAsia="zh-CN"/>
        </w:rPr>
        <w:br/>
      </w:r>
      <w:r>
        <w:rPr>
          <w:lang w:eastAsia="zh-CN"/>
        </w:rPr>
        <w:t>　　2.学习并操作用友会计软件系统，将书本与实践有效的结合起来。</w:t>
      </w:r>
      <w:r>
        <w:rPr>
          <w:lang w:eastAsia="zh-CN"/>
        </w:rPr>
        <w:br/>
      </w:r>
      <w:r>
        <w:rPr>
          <w:lang w:eastAsia="zh-CN"/>
        </w:rPr>
        <w:t>　　3.根据记账凭证登记明细账，并学会了编制发生额及余额表。</w:t>
      </w:r>
      <w:r>
        <w:rPr>
          <w:lang w:eastAsia="zh-CN"/>
        </w:rPr>
        <w:br/>
      </w:r>
      <w:r>
        <w:rPr>
          <w:lang w:eastAsia="zh-CN"/>
        </w:rPr>
        <w:t>　　4.学会了如何与同事们友好相处，及时完成领导交给的其他任务。</w:t>
      </w:r>
      <w:r>
        <w:rPr>
          <w:lang w:eastAsia="zh-CN"/>
        </w:rPr>
        <w:br/>
      </w:r>
      <w:r>
        <w:rPr>
          <w:lang w:eastAsia="zh-CN"/>
        </w:rPr>
        <w:t>　　四、对公司的认识</w:t>
      </w:r>
      <w:r>
        <w:rPr>
          <w:lang w:eastAsia="zh-CN"/>
        </w:rPr>
        <w:br/>
      </w:r>
      <w:r>
        <w:rPr>
          <w:lang w:eastAsia="zh-CN"/>
        </w:rPr>
        <w:t>　　对于公司大家有目共睹自，从接手以来，在管理方面实行了人性化的管理理念，即“人为本，德治企，共和谐”。并且先后推行了6S、竞聘上岗、戒烟禁酒等等一系列的管理办法，提高了公司的管理质量和秩序。在对待员工方面公司实行了有难必帮、有病必探、有喜必报、有丧必悼等一系列措施，加强了同事与同事之间，员工与公司之间的和谐，也让我深深的感受到了公司对员工的关怀。</w:t>
      </w:r>
      <w:r>
        <w:rPr>
          <w:lang w:eastAsia="zh-CN"/>
        </w:rPr>
        <w:br/>
      </w:r>
      <w:r>
        <w:rPr>
          <w:lang w:eastAsia="zh-CN"/>
        </w:rPr>
        <w:t>　　要作为一个合格的出纳必须具备以下的基本要求：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1.学习、了解和掌握政策法规和公司制度，不断提高自己的业务水平和知识技能。</w:t>
      </w:r>
      <w:r>
        <w:rPr>
          <w:lang w:eastAsia="zh-CN"/>
        </w:rPr>
        <w:br/>
      </w:r>
      <w:r>
        <w:rPr>
          <w:lang w:eastAsia="zh-CN"/>
        </w:rPr>
        <w:t>　　2.出纳人员要恪守良好的职业道德。</w:t>
      </w:r>
      <w:r>
        <w:rPr>
          <w:lang w:eastAsia="zh-CN"/>
        </w:rPr>
        <w:br/>
      </w:r>
      <w:r>
        <w:rPr>
          <w:lang w:eastAsia="zh-CN"/>
        </w:rPr>
        <w:t>　　3.出纳人员要有较强的安全意识，现金、票据、各种印鉴，既要有内部的保管分工，各负其责，并相互牵制。</w:t>
      </w:r>
      <w:r>
        <w:rPr>
          <w:lang w:eastAsia="zh-CN"/>
        </w:rPr>
        <w:br/>
      </w:r>
      <w:r>
        <w:rPr>
          <w:lang w:eastAsia="zh-CN"/>
        </w:rPr>
        <w:t>　　4.很好的沟通能力。而我对于这些要求做的还远远不够好。</w:t>
      </w:r>
      <w:r>
        <w:rPr>
          <w:lang w:eastAsia="zh-CN"/>
        </w:rPr>
        <w:br/>
      </w:r>
      <w:r>
        <w:rPr>
          <w:lang w:eastAsia="zh-CN"/>
        </w:rPr>
        <w:t>　　在今后的工作中，我将努力提高业务水平，克服不足，朝着以下几个方向努力：</w:t>
      </w:r>
      <w:r>
        <w:rPr>
          <w:lang w:eastAsia="zh-CN"/>
        </w:rPr>
        <w:br/>
      </w:r>
      <w:r>
        <w:rPr>
          <w:lang w:eastAsia="zh-CN"/>
        </w:rPr>
        <w:t>　　1.在以后的工作中不断学习业务知识，通过多看、多学、多练来不断的提高自己的各项业务技能。</w:t>
      </w:r>
      <w:r>
        <w:rPr>
          <w:lang w:eastAsia="zh-CN"/>
        </w:rPr>
        <w:br/>
      </w:r>
      <w:r>
        <w:rPr>
          <w:lang w:eastAsia="zh-CN"/>
        </w:rPr>
        <w:t>　　2.提高自己解决实际问题的能力，并在工作过程中克服急躁情绪，以积极、热情、细致的态度认真对待每一项工作。</w:t>
      </w:r>
      <w:r>
        <w:rPr>
          <w:lang w:eastAsia="zh-CN"/>
        </w:rPr>
        <w:br/>
      </w:r>
      <w:r>
        <w:rPr>
          <w:lang w:eastAsia="zh-CN"/>
        </w:rPr>
        <w:t>　　以上是我对三个月试用以来的一些总结和认识，也是我不断在工作中将所学的知识与实践相结合的一个过程。在以后的工作和学习中我还将不懈的努力和拼搏，努力实现自己的人生价值和目标。</w:t>
      </w:r>
      <w:r>
        <w:rPr>
          <w:lang w:eastAsia="zh-CN"/>
        </w:rPr>
        <w:br/>
      </w:r>
      <w:r>
        <w:rPr>
          <w:lang w:eastAsia="zh-CN"/>
        </w:rPr>
        <w:t xml:space="preserve">    出纳试用期工作个人总结 篇4 </w:t>
      </w:r>
      <w:r>
        <w:rPr>
          <w:lang w:eastAsia="zh-CN"/>
        </w:rPr>
        <w:br/>
      </w:r>
      <w:r>
        <w:rPr>
          <w:lang w:eastAsia="zh-CN"/>
        </w:rPr>
        <w:t>　　20__年6月，我有幸来到公司工作。在这样一个优越舒适而又能充分发挥个人智慧能力的环境中，不觉已经工作了将近三个月的时间。在这几个月的工作中我深切感受到的是领导无微不至的关怀、公司两级管理人员认真务实的工作作风、同事们团结奋发的干劲，体会到的是__集团员工对工作的热情和执着，这对刚刚走上工作岗位的我来说，是受益匪浅的，同时也为我迈向正确的人生道路打下了良好的基础。现在我将这两个多月来的工作情况作一简单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思想上，我深刻地认识到，来到我们__集团，新环境、新领导、新同事、新岗位，对我来说是一个良好的发展机遇，也是一个很好的锻炼和提升自己各方面能力的机会。在工作初期，在公司领导和同事的`帮助下，我认真了解了公司的发展概况及组织架构，学习了公司审批流程及公司各项规章制度，熟悉了办公室日常管理事务和出纳岗位的业务流程。同时，也从多方面努力摸索工作的方式、方法，积极锻炼自己的工作能力，力求尽快完成自身角色的转变，以崭新的姿态迎接新工作的挑战。</w:t>
      </w:r>
      <w:r>
        <w:rPr>
          <w:lang w:eastAsia="zh-CN"/>
        </w:rPr>
        <w:br/>
      </w:r>
      <w:r>
        <w:rPr>
          <w:lang w:eastAsia="zh-CN"/>
        </w:rPr>
        <w:t>　　在工作上，我主要负责的是_公司及__公司的出纳业务。出纳岗位对我来说是一个全新的工作领域。作为出纳室的一员，我清醒地认识到，出纳室是受资金管理部的直接领导，出纳室的工作虽然看似简单，但却需要比任何一个岗位更多的耐心谨慎和更加强烈的责任感。这两个多月来，_公司的业务量相对较大，面对繁杂琐碎的工作，我强化工作意识，注意有计划、分重点的去完成各项事务，提高工作效率，冷静办理各项事务，避免疏漏和差错。在主管领导的帮助和支持下，我基本上做到了事事有着落、件件有落实。</w:t>
      </w:r>
      <w:r>
        <w:rPr>
          <w:lang w:eastAsia="zh-CN"/>
        </w:rPr>
        <w:br/>
      </w:r>
      <w:r>
        <w:rPr>
          <w:lang w:eastAsia="zh-CN"/>
        </w:rPr>
        <w:t>　　两个多月来，在主管领导的指导下，我基本上保证了及时完成领导安排的各笔款项，能及时反馈工作情况；完成日常转帐业务、每个月初的银行对帐业务以及月底公司内部的催款工作等。同时，自己能够驾驶机动车，使出纳室的外出办事效率提高，工作能及时完成。另外我也积极主动地完成了上级领导交办的其他事情，积极参加公司及部门开展的各种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这段时间里，我虽然做了一些工作，但也知道仍然存在不少问题，初到公司，对各项工作了解的不够深刻透彻，业务水平还有待提高，工作上还有很多需要学习的地方。尽管如此，我在很多方面得到了公司领导、部门领导的正确引导和帮助，所以我在较短的时间内适应了新的工作。在今后的工作中，我将努力改正自身缺点，以更大的热情投入到工作中去。</w:t>
      </w:r>
      <w:r>
        <w:rPr>
          <w:lang w:eastAsia="zh-CN"/>
        </w:rPr>
        <w:br/>
      </w:r>
      <w:r>
        <w:rPr>
          <w:lang w:eastAsia="zh-CN"/>
        </w:rPr>
        <w:t>　　首先，加强学习，主动学习。身处当今知识经济时代，必须时刻学习方能不落伍，所以我将把加强学习，提高思想素质和业务工作水平，树立良好的职业道德，作为一项日常重要工作来抓，以严肃的态度，饱满的热情，严格的纪律，全身心地投入学习，为我的工作积累必要的基础知识和基本技能。其次，提高工作能力，勇于创新。</w:t>
      </w:r>
      <w:r>
        <w:rPr>
          <w:lang w:eastAsia="zh-CN"/>
        </w:rPr>
        <w:br/>
      </w:r>
      <w:r>
        <w:rPr>
          <w:lang w:eastAsia="zh-CN"/>
        </w:rPr>
        <w:t>　　虽然出纳室的工作琐碎、繁杂，但是我将从多方面努力进一步提高自身的工作能力，以积极的心态面对每天的工作任务。同时，我也将注重锻炼自己的应变能力、协调能力、组织能力以及创造能力，不断在工作中学习、进取、完善自己，以便更好地完成自己的本职工作。</w:t>
      </w:r>
      <w:r>
        <w:rPr>
          <w:lang w:eastAsia="zh-CN"/>
        </w:rPr>
        <w:br/>
      </w:r>
      <w:r>
        <w:rPr>
          <w:lang w:eastAsia="zh-CN"/>
        </w:rPr>
        <w:t>　　以上是我对两个多月来工作的总结，我认为最重要的是用实际行动做出来更有说服力。“路漫漫其修远兮，吾将上下而求索”，在今后工作中我将努力奋斗，克服自己的缺点，弥补不足，同时感谢领导对我工作的肯定和认可，我会更加积极的对待我的工作，争取在今后的工作中做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出纳试用期工作个人总结 篇5 </w:t>
      </w:r>
      <w:r>
        <w:rPr>
          <w:lang w:eastAsia="zh-CN"/>
        </w:rPr>
        <w:br/>
      </w:r>
      <w:r>
        <w:rPr>
          <w:lang w:eastAsia="zh-CN"/>
        </w:rPr>
        <w:t>　　参加后转眼两个月过去了，作为一个刚参加的新员工，总结20__年上半年的以予在下半年年中更好的发现自己，完善自我，在这一年里通过领导和各位同事对我的帮助和关心，让我也清楚的认识到了自己在中的不足，从而也让我学到了很多，使我在方面有了很大的提升，对作出如下总结。已经完成的：</w:t>
      </w:r>
      <w:r>
        <w:rPr>
          <w:lang w:eastAsia="zh-CN"/>
        </w:rPr>
        <w:br/>
      </w:r>
      <w:r>
        <w:rPr>
          <w:lang w:eastAsia="zh-CN"/>
        </w:rPr>
        <w:t>　　我的主要主要是处理公司各项经济业务的收付，会计凭证的整理，处理公司和银行间的各种业务，自接管两个子公司的出纳以来，完成了__公司行的一般户开设、__公司的税务登记证办理，基本户开设，每月跟主管会计进行帐务核对，发现差错及时查找，做到帐实相符</w:t>
      </w:r>
      <w:r>
        <w:rPr>
          <w:lang w:eastAsia="zh-CN"/>
        </w:rPr>
        <w:br/>
      </w:r>
      <w:r>
        <w:rPr>
          <w:lang w:eastAsia="zh-CN"/>
        </w:rPr>
        <w:t>　　一、经验与教训</w:t>
      </w:r>
      <w:r>
        <w:rPr>
          <w:lang w:eastAsia="zh-CN"/>
        </w:rPr>
        <w:br/>
      </w:r>
      <w:r>
        <w:rPr>
          <w:lang w:eastAsia="zh-CN"/>
        </w:rPr>
        <w:t>　　通过这两个月实习期的，学习到了很多书本上学习不到的知识和经验，在学校学习的是单纯，固定的操作，而实际中各种要素是变化的，凭证、收据的填制很是生硬，经常搞错，刚开始不使用这种变化中出了很多差错，在有老员工发现指正后迅速改正了错误。</w:t>
      </w:r>
      <w:r>
        <w:rPr>
          <w:lang w:eastAsia="zh-CN"/>
        </w:rPr>
        <w:br/>
      </w:r>
      <w:r>
        <w:rPr>
          <w:lang w:eastAsia="zh-CN"/>
        </w:rPr>
        <w:t>　　二、下一步的计划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以后的中发扬乐于吃苦、甘于奉献的精神，在完成本职的同时，完成领导交办的其他，尽快熟悉公司的各项业务，努力学习，争取自己能够独立完成，避免给别人增添麻烦，子公司下半年将会发生大量业务，天惠新能源的开户许可证即将完成办理完成，之后将签署三方协议，和机构新域代码证，做好前期自查自纠，对检查中可能出现的问题做好统计，并提交领导审阅。</w:t>
      </w:r>
      <w:r>
        <w:rPr>
          <w:lang w:eastAsia="zh-CN"/>
        </w:rPr>
        <w:br/>
      </w:r>
      <w:r>
        <w:rPr>
          <w:lang w:eastAsia="zh-CN"/>
        </w:rPr>
        <w:t>　　三、措施</w:t>
      </w:r>
      <w:r>
        <w:rPr>
          <w:lang w:eastAsia="zh-CN"/>
        </w:rPr>
        <w:br/>
      </w:r>
      <w:r>
        <w:rPr>
          <w:lang w:eastAsia="zh-CN"/>
        </w:rPr>
        <w:t>　　努力学习，增强业务知识，提高能力，适应建设现代化管理要求运用财务软件，掌握了电算化技能，提高了实际动手操作能力，经常与合作银行沟通，熟悉银行间的各种业务流程和最新的市场资金动向，虚心向科室的同志学习，认真探索，总结方法，增强业务知识，掌握业务技能，加强协作。</w:t>
      </w:r>
      <w:r>
        <w:rPr>
          <w:lang w:eastAsia="zh-CN"/>
        </w:rPr>
        <w:br/>
      </w:r>
      <w:r>
        <w:rPr>
          <w:lang w:eastAsia="zh-CN"/>
        </w:rPr>
        <w:t xml:space="preserve">    出纳试用期工作个人总结 篇6 </w:t>
      </w:r>
      <w:r>
        <w:rPr>
          <w:lang w:eastAsia="zh-CN"/>
        </w:rPr>
        <w:br/>
      </w:r>
      <w:r>
        <w:rPr>
          <w:lang w:eastAsia="zh-CN"/>
        </w:rPr>
        <w:t>　　通过近三个月的工作，目前已对公司组织结构、部门职责、生产工艺流程等有了较深的了解，熟悉掌握了账务处理流程、工作任务安排、协调接口部门等。在公司领导及各位同事的支持与帮助下，按照公司的要求，能够胜任自己的本职工作，现将试用期工作情况总结如下：</w:t>
      </w:r>
      <w:r>
        <w:rPr>
          <w:lang w:eastAsia="zh-CN"/>
        </w:rPr>
        <w:br/>
      </w:r>
      <w:r>
        <w:rPr>
          <w:lang w:eastAsia="zh-CN"/>
        </w:rPr>
        <w:t>　　1、初入职</w:t>
      </w:r>
      <w:r>
        <w:rPr>
          <w:lang w:eastAsia="zh-CN"/>
        </w:rPr>
        <w:br/>
      </w:r>
      <w:r>
        <w:rPr>
          <w:lang w:eastAsia="zh-CN"/>
        </w:rPr>
        <w:t>　　熟悉了解公司基本情况、组织架构和相关业务的流程，具体包括：公司管理层及财务中心人员的分工、基本审批程序和核算流程、成本核算控制流程、生产货物流转及出口贸易方式。实力雄厚的集团公司和健全的财务管理体系，让我相信自己的选择并且珍惜这个发挥和提升个人能力的机遇。</w:t>
      </w:r>
      <w:r>
        <w:rPr>
          <w:lang w:eastAsia="zh-CN"/>
        </w:rPr>
        <w:br/>
      </w:r>
      <w:r>
        <w:rPr>
          <w:lang w:eastAsia="zh-CN"/>
        </w:rPr>
        <w:t>　　2、车间实习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使我对生产工艺流程有了进一步的了解：采购生皮—生皮分选投产—毛皮鞣制—毛皮染整—后整理—库存管理—皮形深加工。原料、半成品和产品不断的分选、反复的加工，让我深知成本核算的复杂性。通过生产工艺与日常工作联系一体为我的工作作好了铺垫。在实习过程中尽可能的认识车间同事，为以后协调部门工作打下基础。</w:t>
      </w:r>
      <w:r>
        <w:rPr>
          <w:lang w:eastAsia="zh-CN"/>
        </w:rPr>
        <w:br/>
      </w:r>
      <w:r>
        <w:rPr>
          <w:lang w:eastAsia="zh-CN"/>
        </w:rPr>
        <w:t>　　3、部门工作</w:t>
      </w:r>
      <w:r>
        <w:rPr>
          <w:lang w:eastAsia="zh-CN"/>
        </w:rPr>
        <w:br/>
      </w:r>
      <w:r>
        <w:rPr>
          <w:lang w:eastAsia="zh-CN"/>
        </w:rPr>
        <w:t>　　迅速掌握软件的操作;根据自己的职责分工认真的完成每一项工作，根据原始单据审核记账凭证，核对应收应付明细账保证挂账无误及银行款项无误，各部门报销单据按照公司要求审核签字等，及时请教同事解决自己的疑惑同时也指导各岗业务操作过程出现的问题;督促各岗完成各月记账、结账和账务处理工作;正确计算各项税款及个人所得税，及时、足额缴纳税款。</w:t>
      </w:r>
      <w:r>
        <w:rPr>
          <w:lang w:eastAsia="zh-CN"/>
        </w:rPr>
        <w:br/>
      </w:r>
      <w:r>
        <w:rPr>
          <w:lang w:eastAsia="zh-CN"/>
        </w:rPr>
        <w:t>　　4、拓展团建</w:t>
      </w:r>
      <w:r>
        <w:rPr>
          <w:lang w:eastAsia="zh-CN"/>
        </w:rPr>
        <w:br/>
      </w:r>
      <w:r>
        <w:rPr>
          <w:lang w:eastAsia="zh-CN"/>
        </w:rPr>
        <w:t>　　来公司没多久就和财务中心同事一起参加了拓展旅游，紧张的工作之余给同事间的感情交流铸造了一个轻松的平台，使各个部门间的相互沟通更加顺畅。平时根据每个人的需求还定期组织大家培训学习业务知识;每周部门会议，总结自己上周工作情况计划下周需要完成的工作，会中就自己本职工作中出现的问题和同事一起探讨寻找出更好的解决方法。公司的这些举措让我充分认识公司的企业文化和团队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目前工作过程中存在问题：忙于应付事务性工作多，忽略对工作的条理性规划，另外加上自身管理能力和对业务全面性的缺乏，导致工作有广度，没深度。在今后的工作须做好每周每月财务工作计划，将具体的工作及业务落到实处细处，具体的工作计划和思路包括：</w:t>
      </w:r>
      <w:r>
        <w:rPr>
          <w:lang w:eastAsia="zh-CN"/>
        </w:rPr>
        <w:br/>
      </w:r>
      <w:r>
        <w:rPr>
          <w:lang w:eastAsia="zh-CN"/>
        </w:rPr>
        <w:t>　　1.加强自身业务学习包括出口贸易方式的流程、会计核算、涉税处理、贸易结算及成本核算等，继续到车间实习尽快熟悉掌握公司的各项业务流程。</w:t>
      </w:r>
      <w:r>
        <w:rPr>
          <w:lang w:eastAsia="zh-CN"/>
        </w:rPr>
        <w:br/>
      </w:r>
      <w:r>
        <w:rPr>
          <w:lang w:eastAsia="zh-CN"/>
        </w:rPr>
        <w:t>　　2.协助经理对各岗位的每一项具体的业务提出正确的财务意见，完善相应的业务流程和制度。</w:t>
      </w:r>
      <w:r>
        <w:rPr>
          <w:lang w:eastAsia="zh-CN"/>
        </w:rPr>
        <w:br/>
      </w:r>
      <w:r>
        <w:rPr>
          <w:lang w:eastAsia="zh-CN"/>
        </w:rPr>
        <w:t>　　3.注重财务分析，每月分析各项财务指标并结合业务实质指出变化的原因及过程，督促各岗核对清理所负责的账务。</w:t>
      </w:r>
      <w:r>
        <w:rPr>
          <w:lang w:eastAsia="zh-CN"/>
        </w:rPr>
        <w:br/>
      </w:r>
      <w:r>
        <w:rPr>
          <w:lang w:eastAsia="zh-CN"/>
        </w:rPr>
        <w:t>　　4.加强培训，基于对员工情况的了解和部门效率的改进，平时根据员工需求制定培训计划，使部门团队综合素质不断提高。</w:t>
      </w:r>
      <w:r>
        <w:rPr>
          <w:lang w:eastAsia="zh-CN"/>
        </w:rPr>
        <w:br/>
      </w:r>
      <w:r>
        <w:rPr>
          <w:lang w:eastAsia="zh-CN"/>
        </w:rPr>
        <w:t>　　新的工作环境意味着新的起点、新的挑战，作为一名财务人员，我认识到自己是一名基层管理者，更是一名执行者，我会充分发挥自身的主观能动性及工作积极性，为公司的高效发展贡献自己的全部力量。</w:t>
      </w:r>
      <w:r>
        <w:rPr>
          <w:lang w:eastAsia="zh-CN"/>
        </w:rPr>
        <w:br/>
      </w:r>
      <w:r>
        <w:rPr>
          <w:lang w:eastAsia="zh-CN"/>
        </w:rPr>
        <w:t>　　时间过得很快，转眼间三个月试用期的时间就过去了，在三个月的出纳工作中，对出纳的岗位认识、工作性质、业务技能以及思想提高都是对我的职业生涯的填充和必不可少的弥补。</w:t>
      </w:r>
      <w:r>
        <w:rPr>
          <w:lang w:eastAsia="zh-CN"/>
        </w:rPr>
        <w:br/>
      </w:r>
      <w:r>
        <w:rPr>
          <w:lang w:eastAsia="zh-CN"/>
        </w:rPr>
        <w:t xml:space="preserve">    出纳试用期工作个人总结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严于律己，严格要求，遵章守纪，团结同事。自到公司上班以来，我能严格要求自己，每天按时上下班，正确处理好工作与私事的关系，从不因个人原因请假或耽误公司的正常工作;同时我认真学习并严格遵守公司的各项规章制度;团结同事，积极合作;</w:t>
      </w:r>
      <w:r>
        <w:rPr>
          <w:lang w:eastAsia="zh-CN"/>
        </w:rPr>
        <w:br/>
      </w:r>
      <w:r>
        <w:rPr>
          <w:lang w:eastAsia="zh-CN"/>
        </w:rPr>
        <w:t>　　二、能够做好本职财务工作。作为一名房地产企业成本会计，我深知成本管理是财务工作中重要的一项工作内容，在前任成本会计王霆的指导下，我认真学习我公司成本管理流程，主要包括纸版合同的接收归档、日常付款的审批、账务处理、产值的处理等，特别是合同付款审核工作，是否在本月资金计划内、是否符合合同付款条件，审核一定要细心严格，付款信息、产值信息等相关内容及时登记合同台账，保证领导看到的是最新的数据;</w:t>
      </w:r>
      <w:r>
        <w:rPr>
          <w:lang w:eastAsia="zh-CN"/>
        </w:rPr>
        <w:br/>
      </w:r>
      <w:r>
        <w:rPr>
          <w:lang w:eastAsia="zh-CN"/>
        </w:rPr>
        <w:t>　　三、合同印花税税金计提工作。每月月末能够及时把本月收到的新合同按类别计提印花税，报给税务会计马昱，确保税金及时缴纳;</w:t>
      </w:r>
      <w:r>
        <w:rPr>
          <w:lang w:eastAsia="zh-CN"/>
        </w:rPr>
        <w:br/>
      </w:r>
      <w:r>
        <w:rPr>
          <w:lang w:eastAsia="zh-CN"/>
        </w:rPr>
        <w:t>　　四、做好其他日常事务。已批未付准确管理，每天早上把最新的数据汇总完毕后报给出纳，其他各项报表及时更新。</w:t>
      </w:r>
      <w:r>
        <w:rPr>
          <w:lang w:eastAsia="zh-CN"/>
        </w:rPr>
        <w:br/>
      </w:r>
      <w:r>
        <w:rPr>
          <w:lang w:eastAsia="zh-CN"/>
        </w:rPr>
        <w:t>　　两个月来，我尽管围绕自身工作职责做了一定的努力，取得了一定的成绩，但我知道这与公司的要求和期望相比还存在差距，在工作中也存在不足之处。主要表现在：</w:t>
      </w:r>
      <w:r>
        <w:rPr>
          <w:lang w:eastAsia="zh-CN"/>
        </w:rPr>
        <w:br/>
      </w:r>
      <w:r>
        <w:rPr>
          <w:lang w:eastAsia="zh-CN"/>
        </w:rPr>
        <w:t>　　一、自己来公司时间短，一些情况还不熟悉，很多工作不能及时做出反应，做出让领导满意的结果。我相信随着工作的深入，我会做得更好。</w:t>
      </w:r>
      <w:r>
        <w:rPr>
          <w:lang w:eastAsia="zh-CN"/>
        </w:rPr>
        <w:br/>
      </w:r>
      <w:r>
        <w:rPr>
          <w:lang w:eastAsia="zh-CN"/>
        </w:rPr>
        <w:t>　　二、自身的业务知识和能力还有欠缺，需要不断地学习和提高。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针对上述不足，今后的工作中，我会不断加强财务专业知识学习，提高自己的业务水平，在细节方面完善自己，严格要求自己，更好的做好本职工作。</w:t>
      </w:r>
      <w:r>
        <w:rPr>
          <w:lang w:eastAsia="zh-CN"/>
        </w:rPr>
        <w:br/>
      </w:r>
      <w:r>
        <w:rPr>
          <w:lang w:eastAsia="zh-CN"/>
        </w:rPr>
        <w:t>　　一、目前财务上的问题：</w:t>
      </w:r>
      <w:r>
        <w:rPr>
          <w:lang w:eastAsia="zh-CN"/>
        </w:rPr>
        <w:br/>
      </w:r>
      <w:r>
        <w:rPr>
          <w:lang w:eastAsia="zh-CN"/>
        </w:rPr>
        <w:t>　　1、 费用单据不能及时回归财务部。</w:t>
      </w:r>
      <w:r>
        <w:rPr>
          <w:lang w:eastAsia="zh-CN"/>
        </w:rPr>
        <w:br/>
      </w:r>
      <w:r>
        <w:rPr>
          <w:lang w:eastAsia="zh-CN"/>
        </w:rPr>
        <w:t>　　费用单据的发生后，财务工作刚刚开始，而不是结束。财务需要根据这些费用单据即原始凭证编制记账凭证，然后根据记账凭证记账。记账后，每个月才能为公司编制报表，分析公司的运营情况。财务要求的是日清月结。如果当日不能清，每个月就不能有准确数，到年底不准确的数就会越大。</w:t>
      </w:r>
      <w:r>
        <w:rPr>
          <w:lang w:eastAsia="zh-CN"/>
        </w:rPr>
        <w:br/>
      </w:r>
      <w:r>
        <w:rPr>
          <w:lang w:eastAsia="zh-CN"/>
        </w:rPr>
        <w:t>　　2、 总经理还在为财务部承担发放现金业务。</w:t>
      </w:r>
      <w:r>
        <w:rPr>
          <w:lang w:eastAsia="zh-CN"/>
        </w:rPr>
        <w:br/>
      </w:r>
      <w:r>
        <w:rPr>
          <w:lang w:eastAsia="zh-CN"/>
        </w:rPr>
        <w:t>　　这是在别的公司不存在的现象，公司越大，总经理越是轻松。而我看到的是很吃力总经理，并且是在财务方面费心的总经理，这让我这个做财务主管的汗颜，使我无地自容。</w:t>
      </w:r>
      <w:r>
        <w:rPr>
          <w:lang w:eastAsia="zh-CN"/>
        </w:rPr>
        <w:br/>
      </w:r>
      <w:r>
        <w:rPr>
          <w:lang w:eastAsia="zh-CN"/>
        </w:rPr>
        <w:t>　　二、下一步工作思路及方针。</w:t>
      </w:r>
      <w:r>
        <w:rPr>
          <w:lang w:eastAsia="zh-CN"/>
        </w:rPr>
        <w:br/>
      </w:r>
      <w:r>
        <w:rPr>
          <w:lang w:eastAsia="zh-CN"/>
        </w:rPr>
        <w:t>　　财务工作需要从最基层，一点一滴的进行，虽不能看到速效，但急需日趋完善。</w:t>
      </w:r>
      <w:r>
        <w:rPr>
          <w:lang w:eastAsia="zh-CN"/>
        </w:rPr>
        <w:br/>
      </w:r>
      <w:r>
        <w:rPr>
          <w:lang w:eastAsia="zh-CN"/>
        </w:rPr>
        <w:t>　　财务部需要的岗位设置：</w:t>
      </w:r>
      <w:r>
        <w:rPr>
          <w:lang w:eastAsia="zh-CN"/>
        </w:rPr>
        <w:br/>
      </w:r>
      <w:r>
        <w:rPr>
          <w:lang w:eastAsia="zh-CN"/>
        </w:rPr>
        <w:t>　　出纳、记账会计、财务主管。</w:t>
      </w:r>
      <w:r>
        <w:rPr>
          <w:lang w:eastAsia="zh-CN"/>
        </w:rPr>
        <w:br/>
      </w:r>
      <w:r>
        <w:rPr>
          <w:lang w:eastAsia="zh-CN"/>
        </w:rPr>
        <w:t>　　记账会计可以多人，其他岗位为一人。财务部是一个整体，共同协作，共同完成各个岗位的工作，每个岗位之间有紧密的联系，并且缺一不可。</w:t>
      </w:r>
      <w:r>
        <w:rPr>
          <w:lang w:eastAsia="zh-CN"/>
        </w:rPr>
        <w:br/>
      </w:r>
      <w:r>
        <w:rPr>
          <w:lang w:eastAsia="zh-CN"/>
        </w:rPr>
        <w:t>　　出纳试用期工作总结范文范文三：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不知不觉中三个月的试用期很快过去了。回首这三个月的工作，自己在工作和学习中都有了长足的进步，同时也存在缺点。工作中我喜欢用笔记录下自己成长的足迹，总结自己的得与失，三个月试用期总结如下：</w:t>
      </w:r>
      <w:r>
        <w:rPr>
          <w:lang w:eastAsia="zh-CN"/>
        </w:rPr>
        <w:br/>
      </w:r>
      <w:r>
        <w:rPr>
          <w:lang w:eastAsia="zh-CN"/>
        </w:rPr>
        <w:t>　　一、工作方面：</w:t>
      </w:r>
      <w:r>
        <w:rPr>
          <w:lang w:eastAsia="zh-CN"/>
        </w:rPr>
        <w:br/>
      </w:r>
      <w:r>
        <w:rPr>
          <w:lang w:eastAsia="zh-CN"/>
        </w:rPr>
        <w:t>　　(一)财务方面的工作</w:t>
      </w:r>
      <w:r>
        <w:rPr>
          <w:lang w:eastAsia="zh-CN"/>
        </w:rPr>
        <w:br/>
      </w:r>
      <w:r>
        <w:rPr>
          <w:lang w:eastAsia="zh-CN"/>
        </w:rPr>
        <w:t>　　我认为财务工作是简单的事情重复做，从小事做起，从细心做起，不断总结经验才能把工作做得更好。</w:t>
      </w:r>
      <w:r>
        <w:rPr>
          <w:lang w:eastAsia="zh-CN"/>
        </w:rPr>
        <w:br/>
      </w:r>
      <w:r>
        <w:rPr>
          <w:lang w:eastAsia="zh-CN"/>
        </w:rPr>
        <w:t>　　1.记账：出纳工作从简单的审核票据，粘贴票据等最基础的工作做起，已经付了的单据都要在其上面盖好现金付讫的章。审核无误的原始凭证做好记账凭证，每笔已经发生的业务，及时记账，及时记录记账明细，已备查询。在以后的工作中个人报销的原始单据要有个人签字。记账过程中不断明确各业务走的具体科目，不明白的向赵姐请教，同时也查询以前的凭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记现金日记账和银行存款日记账：根据审核无误的原始凭证和记账凭证定期的核对现金和银行存款，及时登录现金日记账和银行存款日记账。刚开始登录现金和银行存款日记账时会出现不同程度的错误，如借方写成贷方，贷方写成借方，以及因为粗心的缘故把记账凭证漏写，在出现错误和问题的时候我及时改正，并做好工作心得。记账时一定不能分心，认真做好分析，在填写每一笔业务的时候都要认真、细心，在心情急躁和不平静的时候不能做记账方面的工作。对于记错账的情况下，怎样修改也从赵姐那学到一些经验。年初和月初记现金日记账和银行存款日记账时，我也从__年的账本上学到了不少经验。</w:t>
      </w:r>
      <w:r>
        <w:rPr>
          <w:lang w:eastAsia="zh-CN"/>
        </w:rPr>
        <w:br/>
      </w:r>
      <w:r>
        <w:rPr>
          <w:lang w:eastAsia="zh-CN"/>
        </w:rPr>
        <w:t>　　现金日记账要记录好每笔发生的业务，而银行存款日记账则要明确各个银行的业务，每笔业务要根据发生银行的不同而登录。目前公司的开户行是建行市中支行，也是主要业务的发生行。建行营业部主要发工资，农行和农信主要是税金方面的业务。每行每季度都会有银行利息单。</w:t>
      </w:r>
      <w:r>
        <w:rPr>
          <w:lang w:eastAsia="zh-CN"/>
        </w:rPr>
        <w:br/>
      </w:r>
      <w:r>
        <w:rPr>
          <w:lang w:eastAsia="zh-CN"/>
        </w:rPr>
        <w:t>　　日清月结是现金日记账和银行存款日记账的特点与需求。</w:t>
      </w:r>
      <w:r>
        <w:rPr>
          <w:lang w:eastAsia="zh-CN"/>
        </w:rPr>
        <w:br/>
      </w:r>
      <w:r>
        <w:rPr>
          <w:lang w:eastAsia="zh-CN"/>
        </w:rPr>
        <w:t>　　3.做报表：目前主要做的报表是每周的财务收付存报表、每月的流水账明细。</w:t>
      </w:r>
      <w:r>
        <w:rPr>
          <w:lang w:eastAsia="zh-CN"/>
        </w:rPr>
        <w:br/>
      </w:r>
      <w:r>
        <w:rPr>
          <w:lang w:eastAsia="zh-CN"/>
        </w:rPr>
        <w:t>　　(1)财务收付存报表：每月根据审核无误的记账凭证，做好财务收付存报表。此报表周一交予赵姐审核，刘经理核准。一般情况下我都在前一周的周末做好，并根据审核无误记账凭证和现金、银行存款做好核对工作，次周的周一直接将表打印。刚开始因为对此项工作不是很熟悉，经常出现账目不准和不平衡，且备注中的数目不能随之相应的调整，主要是预付货款及存货余额要随着在外资金的变化而变动。经过一月的调整后，这项错误基本很少出现了。每周一，将报表传给王经理审阅。在此之前经常会漏写记账、审核、核准人的名字，不过如今发邮件之前我都会仔细的核对，漏写记账人员的名字情况如今也很少出现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每月的流水账明细：流水账的登记和核对一般在做好财务收付存报表和现金日记账、银行存款日记账的前提下，根据记账凭证仔细地入账，每月月初与现金和银行的账目都能一致。此项工作越来越熟悉，而且越做越快。</w:t>
      </w:r>
      <w:r>
        <w:rPr>
          <w:lang w:eastAsia="zh-CN"/>
        </w:rPr>
        <w:br/>
      </w:r>
      <w:r>
        <w:rPr>
          <w:lang w:eastAsia="zh-CN"/>
        </w:rPr>
        <w:t>　　4.其它细节方面的工作</w:t>
      </w:r>
      <w:r>
        <w:rPr>
          <w:lang w:eastAsia="zh-CN"/>
        </w:rPr>
        <w:br/>
      </w:r>
      <w:r>
        <w:rPr>
          <w:lang w:eastAsia="zh-CN"/>
        </w:rPr>
        <w:t>　　(1)票据：目前主要开的单据有现金支票、转账支票、电汇、入账单。这四种票据的要求非常高，无论是填写方面还是盖公章方面，若出现错误填写都要加盖作废章。</w:t>
      </w:r>
      <w:r>
        <w:rPr>
          <w:lang w:eastAsia="zh-CN"/>
        </w:rPr>
        <w:br/>
      </w:r>
      <w:r>
        <w:rPr>
          <w:lang w:eastAsia="zh-CN"/>
        </w:rPr>
        <w:t>　　(2)支票方面：刚开始在票据填写和加盖公章时，经常出现错误，如日期没大写，单位名称和金额没顶格写，填写不规范等问题。经过一个多月的熟悉，规范此方面的工作。同时，根据需要到银行提取备用金和办理银行入货款账等业务。</w:t>
      </w:r>
      <w:r>
        <w:rPr>
          <w:lang w:eastAsia="zh-CN"/>
        </w:rPr>
        <w:br/>
      </w:r>
      <w:r>
        <w:rPr>
          <w:lang w:eastAsia="zh-CN"/>
        </w:rPr>
        <w:t>　　(3)电汇：货款主要通过电汇付出，在实施的过程中积累了主要付款单位的各项明细，如单位名称、账号、汇入行名称、以及传真。填写名称要和其单位名称一致，一个字都不能漏写。</w:t>
      </w:r>
      <w:r>
        <w:rPr>
          <w:lang w:eastAsia="zh-CN"/>
        </w:rPr>
        <w:br/>
      </w:r>
      <w:r>
        <w:rPr>
          <w:lang w:eastAsia="zh-CN"/>
        </w:rPr>
        <w:t>　　(4)入账单：主要的入账单有收到货款收入的转账支票和每月发放工资时的入账。</w:t>
      </w:r>
      <w:r>
        <w:rPr>
          <w:lang w:eastAsia="zh-CN"/>
        </w:rPr>
        <w:br/>
      </w:r>
      <w:r>
        <w:rPr>
          <w:lang w:eastAsia="zh-CN"/>
        </w:rPr>
        <w:t>　　(5)税务：对于发票审核和交税金有了初步的认识。</w:t>
      </w:r>
      <w:r>
        <w:rPr>
          <w:lang w:eastAsia="zh-CN"/>
        </w:rPr>
        <w:br/>
      </w:r>
      <w:r>
        <w:rPr>
          <w:lang w:eastAsia="zh-CN"/>
        </w:rPr>
        <w:t>　　(6)关于增值税发票的开据：此项工作有一点小小的了解。</w:t>
      </w:r>
      <w:r>
        <w:rPr>
          <w:lang w:eastAsia="zh-CN"/>
        </w:rPr>
        <w:br/>
      </w:r>
      <w:r>
        <w:rPr>
          <w:lang w:eastAsia="zh-CN"/>
        </w:rPr>
        <w:t>　　(二)其它工作</w:t>
      </w:r>
      <w:r>
        <w:rPr>
          <w:lang w:eastAsia="zh-CN"/>
        </w:rPr>
        <w:br/>
      </w:r>
      <w:r>
        <w:rPr>
          <w:lang w:eastAsia="zh-CN"/>
        </w:rPr>
        <w:t>　　(1)每周固定的会议记录：根据每周一的例会，尽快整理好会议纪要，并让刘经理修改和审核，大家签字后传给黄先生和王经理，此工作当天完成。</w:t>
      </w:r>
      <w:r>
        <w:rPr>
          <w:lang w:eastAsia="zh-CN"/>
        </w:rPr>
        <w:br/>
      </w:r>
      <w:r>
        <w:rPr>
          <w:lang w:eastAsia="zh-CN"/>
        </w:rPr>
        <w:t>　　(2)相关人员接待：对于公司外来人员，主要做好接待方面的工作。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(3)其它工作：如交公司话费、和赵姐一起审核公司的营业执照、组织机构年审、工商年检等等。</w:t>
      </w:r>
      <w:r>
        <w:rPr>
          <w:lang w:eastAsia="zh-CN"/>
        </w:rPr>
        <w:br/>
      </w:r>
      <w:r>
        <w:rPr>
          <w:lang w:eastAsia="zh-CN"/>
        </w:rPr>
        <w:t>　　二、学习方面</w:t>
      </w:r>
      <w:r>
        <w:rPr>
          <w:lang w:eastAsia="zh-CN"/>
        </w:rPr>
        <w:br/>
      </w:r>
      <w:r>
        <w:rPr>
          <w:lang w:eastAsia="zh-CN"/>
        </w:rPr>
        <w:t>　　虽然现在做的工作与学校学的知识有所不同，但是我并没有感到灰心和气馁，不会的地方不断向赵姐请教。4月份与赵姐一同去济南学习最新的《企业所得税》。财务知识更新的速度不断加快，我还需不断学习新的业务知识。</w:t>
      </w:r>
      <w:r>
        <w:rPr>
          <w:lang w:eastAsia="zh-CN"/>
        </w:rPr>
        <w:br/>
      </w:r>
      <w:r>
        <w:rPr>
          <w:lang w:eastAsia="zh-CN"/>
        </w:rPr>
        <w:t>　　三、思想方面</w:t>
      </w:r>
      <w:r>
        <w:rPr>
          <w:lang w:eastAsia="zh-CN"/>
        </w:rPr>
        <w:br/>
      </w:r>
      <w:r>
        <w:rPr>
          <w:lang w:eastAsia="zh-CN"/>
        </w:rPr>
        <w:t>　　工作与学习很重要，但良好的心态是搞好工作的前提。工作中我不断的摆正自己的心态，以乐观的心态去面对一切，这不仅使我的工作开展很顺利，同时与同事之间的相处非常融洽。</w:t>
      </w:r>
      <w:r>
        <w:rPr>
          <w:lang w:eastAsia="zh-CN"/>
        </w:rPr>
        <w:br/>
      </w:r>
      <w:r>
        <w:rPr>
          <w:lang w:eastAsia="zh-CN"/>
        </w:rPr>
        <w:t xml:space="preserve">    出纳试用期工作个人总结 篇8 </w:t>
      </w:r>
      <w:r>
        <w:rPr>
          <w:lang w:eastAsia="zh-CN"/>
        </w:rPr>
        <w:br/>
      </w:r>
      <w:r>
        <w:rPr>
          <w:lang w:eastAsia="zh-CN"/>
        </w:rPr>
        <w:t>　　时间过得很快，转眼间三个月试用期的时间就过去了，在三个月的出纳工作中，对出纳的岗位认识、工作性质、业务技能以及思想提高都是对我的职业生涯的填充和必不可少的弥补。</w:t>
      </w:r>
      <w:r>
        <w:rPr>
          <w:lang w:eastAsia="zh-CN"/>
        </w:rPr>
        <w:br/>
      </w:r>
      <w:r>
        <w:rPr>
          <w:lang w:eastAsia="zh-CN"/>
        </w:rPr>
        <w:t>　　回顾三个月来的出纳工作，先是失误、还是失误，最后才有了小的成绩和经验。下面，我将出纳工作总结如下，敬请大家提出宝贵意见。</w:t>
      </w:r>
      <w:r>
        <w:rPr>
          <w:lang w:eastAsia="zh-CN"/>
        </w:rPr>
        <w:br/>
      </w:r>
      <w:r>
        <w:rPr>
          <w:lang w:eastAsia="zh-CN"/>
        </w:rPr>
        <w:t>　　一、失误、缺点和经验简谈</w:t>
      </w:r>
      <w:r>
        <w:rPr>
          <w:lang w:eastAsia="zh-CN"/>
        </w:rPr>
        <w:br/>
      </w:r>
      <w:r>
        <w:rPr>
          <w:lang w:eastAsia="zh-CN"/>
        </w:rPr>
        <w:t>　　以前在公司是做会计工作的，出纳的业务没具体操作和实践过，总认为是“调虫小技”，不以为然，可就是抱着这种心态刚开始干出纳工作出现不少的失误，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第一失误就是开具支票上的错误。</w:t>
      </w:r>
      <w:r>
        <w:rPr>
          <w:lang w:eastAsia="zh-CN"/>
        </w:rPr>
        <w:br/>
      </w:r>
      <w:r>
        <w:rPr>
          <w:lang w:eastAsia="zh-CN"/>
        </w:rPr>
        <w:t>　　制度要求：开具支票必须字迹工整、无连笔、不能修改等。而我的正楷书法功底实在是太弱了，笔画不连，字就不会写;终于把支票抬头单位名称写工整了，盖银行预留印鉴时也是一门技巧，印鉴重压、重影、现象都会被银行退票，耽误工作。</w:t>
      </w:r>
      <w:r>
        <w:rPr>
          <w:lang w:eastAsia="zh-CN"/>
        </w:rPr>
        <w:br/>
      </w:r>
      <w:r>
        <w:rPr>
          <w:lang w:eastAsia="zh-CN"/>
        </w:rPr>
        <w:t>　　基于上述业务需求，根据自己在软件公司的软件实施经验和电脑知识，为自己的岗位需求开发了e_cel系统的交行票据套打系统，解决了在实际工作中出现的缺点问题，提高了工作效率。</w:t>
      </w:r>
      <w:r>
        <w:rPr>
          <w:lang w:eastAsia="zh-CN"/>
        </w:rPr>
        <w:br/>
      </w:r>
      <w:r>
        <w:rPr>
          <w:lang w:eastAsia="zh-CN"/>
        </w:rPr>
        <w:t>　　由此可见，虚心的、积极的心态是干好一切工作的根本;学习和实践相互融合才能产出成果。在大学里，学习的知识不能用在具体解决问题上，空洞无味，就是因为没有问题摆在我们面前，成果都是面对一个一个具体问题而存在的。</w:t>
      </w:r>
      <w:r>
        <w:rPr>
          <w:lang w:eastAsia="zh-CN"/>
        </w:rPr>
        <w:br/>
      </w:r>
      <w:r>
        <w:rPr>
          <w:lang w:eastAsia="zh-CN"/>
        </w:rPr>
        <w:t>　　二、取得的成绩</w:t>
      </w:r>
      <w:r>
        <w:rPr>
          <w:lang w:eastAsia="zh-CN"/>
        </w:rPr>
        <w:br/>
      </w:r>
      <w:r>
        <w:rPr>
          <w:lang w:eastAsia="zh-CN"/>
        </w:rPr>
        <w:t>　　在这期间，在财务和内勤上我作了如下具体工作。</w:t>
      </w:r>
      <w:r>
        <w:rPr>
          <w:lang w:eastAsia="zh-CN"/>
        </w:rPr>
        <w:br/>
      </w:r>
      <w:r>
        <w:rPr>
          <w:lang w:eastAsia="zh-CN"/>
        </w:rPr>
        <w:t>　　1、严格按照财务制度的要求，办理费用报销，现金、支票的收付业务。</w:t>
      </w:r>
      <w:r>
        <w:rPr>
          <w:lang w:eastAsia="zh-CN"/>
        </w:rPr>
        <w:br/>
      </w:r>
      <w:r>
        <w:rPr>
          <w:lang w:eastAsia="zh-CN"/>
        </w:rPr>
        <w:t>　　2、每月第八个工作日按时作好单位职工的薪金发放。</w:t>
      </w:r>
      <w:r>
        <w:rPr>
          <w:lang w:eastAsia="zh-CN"/>
        </w:rPr>
        <w:br/>
      </w:r>
      <w:r>
        <w:rPr>
          <w:lang w:eastAsia="zh-CN"/>
        </w:rPr>
        <w:t>　　3、及时登记现金、银行存款日记帐。月末编制银行余额调节表。</w:t>
      </w:r>
      <w:r>
        <w:rPr>
          <w:lang w:eastAsia="zh-CN"/>
        </w:rPr>
        <w:br/>
      </w:r>
      <w:r>
        <w:rPr>
          <w:lang w:eastAsia="zh-CN"/>
        </w:rPr>
        <w:t>　　4、起草财经公文、人事公文并及时发放、传阅、存档、保管。</w:t>
      </w:r>
      <w:r>
        <w:rPr>
          <w:lang w:eastAsia="zh-CN"/>
        </w:rPr>
        <w:br/>
      </w:r>
      <w:r>
        <w:rPr>
          <w:lang w:eastAsia="zh-CN"/>
        </w:rPr>
        <w:t>　　5、监督人员考勤登记，办公饮用水的安排。</w:t>
      </w:r>
      <w:r>
        <w:rPr>
          <w:lang w:eastAsia="zh-CN"/>
        </w:rPr>
        <w:br/>
      </w:r>
      <w:r>
        <w:rPr>
          <w:lang w:eastAsia="zh-CN"/>
        </w:rPr>
        <w:t>　　6、开具日常收款业务发票，并保管好空白发票和其它支票。</w:t>
      </w:r>
      <w:r>
        <w:rPr>
          <w:lang w:eastAsia="zh-CN"/>
        </w:rPr>
        <w:br/>
      </w:r>
      <w:r>
        <w:rPr>
          <w:lang w:eastAsia="zh-CN"/>
        </w:rPr>
        <w:t>　　7、开发了e_cel平台票据套打系统。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8、填写地税申报表。</w:t>
      </w:r>
      <w:r>
        <w:rPr>
          <w:lang w:eastAsia="zh-CN"/>
        </w:rPr>
        <w:br/>
      </w:r>
      <w:r>
        <w:rPr>
          <w:lang w:eastAsia="zh-CN"/>
        </w:rPr>
        <w:t>　　9、完成财务经理交待的工作。</w:t>
      </w:r>
      <w:r>
        <w:rPr>
          <w:lang w:eastAsia="zh-CN"/>
        </w:rPr>
        <w:br/>
      </w:r>
      <w:r>
        <w:rPr>
          <w:lang w:eastAsia="zh-CN"/>
        </w:rPr>
        <w:t>　　出纳工作看似简单，做起来难，成绩的取得离不开单位领导的耐心教诲和无形的身教，三个月的岗位实战练兵，使我的财务工作水平又向前推进了一步。知道了要作好出纳工作绝不可以用“轻松”来形容，绝非“雕虫小技”，它是经济工作的第一线，财务收支的关口，占有重要的地位。</w:t>
      </w:r>
      <w:r>
        <w:rPr>
          <w:lang w:eastAsia="zh-CN"/>
        </w:rPr>
        <w:br/>
      </w:r>
      <w:r>
        <w:rPr>
          <w:lang w:eastAsia="zh-CN"/>
        </w:rPr>
        <w:t>　　三、今后的努力方向</w:t>
      </w:r>
      <w:r>
        <w:rPr>
          <w:lang w:eastAsia="zh-CN"/>
        </w:rPr>
        <w:br/>
      </w:r>
      <w:r>
        <w:rPr>
          <w:lang w:eastAsia="zh-CN"/>
        </w:rPr>
        <w:t>　　作为一个合格的出纳，必须具备以下的基本要求：一.学习、了解和掌握政策法规和公司制度，不断提高自己的业务水平和知识技能。二学会制订本职岗位工作内部控制制度，发挥财务控制、监督的作用.。三.出纳人员要恪守良好的职业道德。四.出纳人员要有较强的安全意识，现金、有价证券、票据、各种印鉴，既要有内部的保管分工，各负其责，并相互牵制。四.很好的沟通能力。特别是和工商、税务、社保等单位的外联沟通能力。</w:t>
      </w:r>
      <w:r>
        <w:rPr>
          <w:lang w:eastAsia="zh-CN"/>
        </w:rPr>
        <w:br/>
      </w:r>
      <w:r>
        <w:rPr>
          <w:lang w:eastAsia="zh-CN"/>
        </w:rPr>
        <w:t>　　以上是我近三个月工作以来的一些体会和认识，也是我不断在工作中将所学的知识与实践相结合的一个过程。在以后的工作和学习中我还将不懈的努力和拼搏，做好出纳工作计划，认真工作，努力实现自己的人生价值。</w:t>
      </w:r>
      <w:r>
        <w:rPr>
          <w:lang w:eastAsia="zh-CN"/>
        </w:rPr>
        <w:br/>
      </w:r>
      <w:r>
        <w:rPr>
          <w:lang w:eastAsia="zh-CN"/>
        </w:rPr>
        <w:t>　　在此，我要特别感谢公司领导和各位同仁在工作和生活中给予我的支持和关心，这是对我工作最大的肯定和鼓舞，我真诚的表示感谢!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试用期出纳工作总结3</w:t>
      </w:r>
      <w:r>
        <w:rPr>
          <w:lang w:eastAsia="zh-CN"/>
        </w:rPr>
        <w:br/>
      </w:r>
      <w:r>
        <w:rPr>
          <w:lang w:eastAsia="zh-CN"/>
        </w:rPr>
        <w:t>　　我于20__年_月_日加入公司财务部任出纳职位，在这三个月里，我在公司财务部及各位领导的领导下，在公司同事的帮助下，我对公司经营模式和管理制度有了深入的认识和学习。现将这三个月的工作总结如下：</w:t>
      </w:r>
      <w:r>
        <w:rPr>
          <w:lang w:eastAsia="zh-CN"/>
        </w:rPr>
        <w:br/>
      </w:r>
      <w:r>
        <w:rPr>
          <w:lang w:eastAsia="zh-CN"/>
        </w:rPr>
        <w:t>　　1、每日查询银行账户资金情况，随时掌握账户资金信息。</w:t>
      </w:r>
      <w:r>
        <w:rPr>
          <w:lang w:eastAsia="zh-CN"/>
        </w:rPr>
        <w:br/>
      </w:r>
      <w:r>
        <w:rPr>
          <w:lang w:eastAsia="zh-CN"/>
        </w:rPr>
        <w:t>　　2、每日做好日常的现金盘存工作，做到账实相符严格执行现金管理和结算制度，定期向会计核对现金与帐目，发现金额不符，做到及时汇报，及时处理，每周编制《资金状态周报表》、《工作计划表》，月终编制《现金盘点表》，季度编制《季度备用金及借支核查表》。</w:t>
      </w:r>
      <w:r>
        <w:rPr>
          <w:lang w:eastAsia="zh-CN"/>
        </w:rPr>
        <w:br/>
      </w:r>
      <w:r>
        <w:rPr>
          <w:lang w:eastAsia="zh-CN"/>
        </w:rPr>
        <w:t>　　3、逐笔、及时、准确登记现金、各个银行存款日记账。详细记录时间、用途等细节信息以便对账时，方便、准确，以便更好的完成对账工作。</w:t>
      </w:r>
      <w:r>
        <w:rPr>
          <w:lang w:eastAsia="zh-CN"/>
        </w:rPr>
        <w:br/>
      </w:r>
      <w:r>
        <w:rPr>
          <w:lang w:eastAsia="zh-CN"/>
        </w:rPr>
        <w:t>　　4、严格按照财务制度的要求，审核费用报销、差旅费报销、付款申请等，完成现金、票据的收付业务。</w:t>
      </w:r>
      <w:r>
        <w:rPr>
          <w:lang w:eastAsia="zh-CN"/>
        </w:rPr>
        <w:br/>
      </w:r>
      <w:r>
        <w:rPr>
          <w:lang w:eastAsia="zh-CN"/>
        </w:rPr>
        <w:t>　　5、每月按时做好总公司、分公司员工的工资发放。</w:t>
      </w:r>
      <w:r>
        <w:rPr>
          <w:lang w:eastAsia="zh-CN"/>
        </w:rPr>
        <w:br/>
      </w:r>
      <w:r>
        <w:rPr>
          <w:lang w:eastAsia="zh-CN"/>
        </w:rPr>
        <w:t>　　6、月初将银行对账单余额与银行日记账余额核对，及时做《银行存款余额调节表。</w:t>
      </w:r>
      <w:r>
        <w:rPr>
          <w:lang w:eastAsia="zh-CN"/>
        </w:rPr>
        <w:br/>
      </w:r>
      <w:r>
        <w:rPr>
          <w:lang w:eastAsia="zh-CN"/>
        </w:rPr>
        <w:t>　　7、每月按时申报各分公司的个人所得税、综合申报，每季度申报企业所得税，及上传财务所表。</w:t>
      </w:r>
      <w:r>
        <w:rPr>
          <w:lang w:eastAsia="zh-CN"/>
        </w:rPr>
        <w:br/>
      </w:r>
      <w:r>
        <w:rPr>
          <w:lang w:eastAsia="zh-CN"/>
        </w:rPr>
        <w:t>　　8、完成领导交待的其他工作及配合各部门的工作。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除上述几点日常工作外，要做好出纳工作还要恪守良好的职业道德，保持严谨客观一丝不苟的工作态度;积极发挥财务控制、监督的作用;加强的安全意识，现金、票据的安全保管;团结同事，提升沟通能力以助于顺利完成各项工作。</w:t>
      </w:r>
      <w:r>
        <w:rPr>
          <w:lang w:eastAsia="zh-CN"/>
        </w:rPr>
        <w:br/>
      </w:r>
      <w:r>
        <w:rPr>
          <w:lang w:eastAsia="zh-CN"/>
        </w:rPr>
        <w:t>　　以上是我本人三个月在工作的一些体会和总结。在以后的工作和学习中我还将不懈的努力，认真做好本职工作，不断学习、了解和掌握国家新的财经法律法规制度及公司各项规章制度，不断提高自己的业务水平和知识技能。同时，我要特别感谢公司领导和各位同事在工作和生活中给予我的支持和关心，这是对我工作最大的肯定和鼓舞，我真诚的表示感谢!</w:t>
      </w:r>
      <w:r>
        <w:rPr>
          <w:lang w:eastAsia="zh-CN"/>
        </w:rPr>
        <w:br/>
      </w:r>
      <w:r>
        <w:rPr>
          <w:lang w:eastAsia="zh-CN"/>
        </w:rPr>
        <w:t xml:space="preserve">    出纳试用期工作个人总结 篇9 </w:t>
      </w:r>
      <w:r>
        <w:rPr>
          <w:lang w:eastAsia="zh-CN"/>
        </w:rPr>
        <w:br/>
      </w:r>
      <w:r>
        <w:rPr>
          <w:lang w:eastAsia="zh-CN"/>
        </w:rPr>
        <w:t>　　加入华泰公司已经三个多月了，在公司和财务处的领导及同事们的热心帮忙和指导下，我已初步了解了公司的财务方面的一些基本知识与基本操作，经过这一段时间的学习使我更一步加深了对理论知识的认识，更使我感受到了实践的重要性和自身的不足。所以，要想完成好以后的工作必须从此刻开始刻苦实践，虚心学习。以下是我对三个月试用期的一个小结。</w:t>
      </w:r>
      <w:r>
        <w:rPr>
          <w:lang w:eastAsia="zh-CN"/>
        </w:rPr>
        <w:br/>
      </w:r>
      <w:r>
        <w:rPr>
          <w:lang w:eastAsia="zh-CN"/>
        </w:rPr>
        <w:t>　　一、实习主要资料</w:t>
      </w:r>
      <w:r>
        <w:rPr>
          <w:lang w:eastAsia="zh-CN"/>
        </w:rPr>
        <w:br/>
      </w:r>
      <w:r>
        <w:rPr>
          <w:lang w:eastAsia="zh-CN"/>
        </w:rPr>
        <w:t>　　1。办理各银行转账、存款、提现、银行承兑汇票到期承兑等。</w:t>
      </w:r>
      <w:r>
        <w:rPr>
          <w:lang w:eastAsia="zh-CN"/>
        </w:rPr>
        <w:br/>
      </w:r>
      <w:r>
        <w:rPr>
          <w:lang w:eastAsia="zh-CN"/>
        </w:rPr>
        <w:t>　　2。负责各银行现金支票、转账支票的购买、保管以及支票的签发。</w:t>
      </w:r>
      <w:r>
        <w:rPr>
          <w:lang w:eastAsia="zh-CN"/>
        </w:rPr>
        <w:br/>
      </w:r>
      <w:r>
        <w:rPr>
          <w:lang w:eastAsia="zh-CN"/>
        </w:rPr>
        <w:t>　　3。电算化填制银行收款、银行付款凭证。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4。登记银行日记手工账，并及时与银行对账</w:t>
      </w:r>
      <w:r>
        <w:rPr>
          <w:lang w:eastAsia="zh-CN"/>
        </w:rPr>
        <w:br/>
      </w:r>
      <w:r>
        <w:rPr>
          <w:lang w:eastAsia="zh-CN"/>
        </w:rPr>
        <w:t>　　二、实习所失</w:t>
      </w:r>
      <w:r>
        <w:rPr>
          <w:lang w:eastAsia="zh-CN"/>
        </w:rPr>
        <w:br/>
      </w:r>
      <w:r>
        <w:rPr>
          <w:lang w:eastAsia="zh-CN"/>
        </w:rPr>
        <w:t>　　回顾三个月的出纳工作，让我感觉到了我的很多不足之处，将实践想的过于简单，所以操作过程中显得有些眼高手低，产生了许多不必要的麻烦，总结如下：</w:t>
      </w:r>
      <w:r>
        <w:rPr>
          <w:lang w:eastAsia="zh-CN"/>
        </w:rPr>
        <w:br/>
      </w:r>
      <w:r>
        <w:rPr>
          <w:lang w:eastAsia="zh-CN"/>
        </w:rPr>
        <w:t>　　1、开具支票必须字迹工整、无连笔、不能修改等。而我的正楷书法功底实在是太弱了，最终把支票资料写工整了，盖银行预留印鉴时也是一门技巧，印鉴重压、重影现象都会被银行退票，从而耽误工作。</w:t>
      </w:r>
      <w:r>
        <w:rPr>
          <w:lang w:eastAsia="zh-CN"/>
        </w:rPr>
        <w:br/>
      </w:r>
      <w:r>
        <w:rPr>
          <w:lang w:eastAsia="zh-CN"/>
        </w:rPr>
        <w:t>　　2、电算化填制银行收款、银行付款凭证时经常将日期与附件张数忘记改写。</w:t>
      </w:r>
      <w:r>
        <w:rPr>
          <w:lang w:eastAsia="zh-CN"/>
        </w:rPr>
        <w:br/>
      </w:r>
      <w:r>
        <w:rPr>
          <w:lang w:eastAsia="zh-CN"/>
        </w:rPr>
        <w:t>　　3、登记银行日记手工账，不能及时与银行对账。</w:t>
      </w:r>
      <w:r>
        <w:rPr>
          <w:lang w:eastAsia="zh-CN"/>
        </w:rPr>
        <w:br/>
      </w:r>
      <w:r>
        <w:rPr>
          <w:lang w:eastAsia="zh-CN"/>
        </w:rPr>
        <w:t>　　三、实习所得</w:t>
      </w:r>
      <w:r>
        <w:rPr>
          <w:lang w:eastAsia="zh-CN"/>
        </w:rPr>
        <w:br/>
      </w:r>
      <w:r>
        <w:rPr>
          <w:lang w:eastAsia="zh-CN"/>
        </w:rPr>
        <w:t>　　1、严格按照财务制度的要求，办理银行收付款业务，以及支票的填写、签发，认识到了财务工作的严格性、规范性。</w:t>
      </w:r>
      <w:r>
        <w:rPr>
          <w:lang w:eastAsia="zh-CN"/>
        </w:rPr>
        <w:br/>
      </w:r>
      <w:r>
        <w:rPr>
          <w:lang w:eastAsia="zh-CN"/>
        </w:rPr>
        <w:t>　　2、学习并操作用友会计软件系统，将书本与实践有效的结合起来。</w:t>
      </w:r>
      <w:r>
        <w:rPr>
          <w:lang w:eastAsia="zh-CN"/>
        </w:rPr>
        <w:br/>
      </w:r>
      <w:r>
        <w:rPr>
          <w:lang w:eastAsia="zh-CN"/>
        </w:rPr>
        <w:t>　　3、根据记账凭证登记明细账，并学会了编制发生额及余额表。</w:t>
      </w:r>
      <w:r>
        <w:rPr>
          <w:lang w:eastAsia="zh-CN"/>
        </w:rPr>
        <w:br/>
      </w:r>
      <w:r>
        <w:rPr>
          <w:lang w:eastAsia="zh-CN"/>
        </w:rPr>
        <w:t>　　4、学会了如何与同事们友好相处，及时完成领导交给的其他任务。</w:t>
      </w:r>
      <w:r>
        <w:rPr>
          <w:lang w:eastAsia="zh-CN"/>
        </w:rPr>
        <w:br/>
      </w:r>
      <w:r>
        <w:rPr>
          <w:lang w:eastAsia="zh-CN"/>
        </w:rPr>
        <w:t>　　四、对公司的认识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对于公司大家有目共睹自，从接手以来，在管理方面实行了人性化的管理理念，即“人为本，德治企，共和谐”。并且先后推行了6S、竞聘上岗、戒烟禁酒等等一系列的管理办法，提高了公司的管理质量和秩序。在对待员工方面公司实行了有难必帮、有病必探、有喜必报、有丧必悼等一系列措施，加强了同事与同事之间，员工与公司之间的和谐，也让我深深的感受到了公司对员工的关怀。</w:t>
      </w:r>
      <w:r>
        <w:rPr>
          <w:lang w:eastAsia="zh-CN"/>
        </w:rPr>
        <w:br/>
      </w:r>
      <w:r>
        <w:rPr>
          <w:lang w:eastAsia="zh-CN"/>
        </w:rPr>
        <w:t>　　要作为一个合格的出纳必须具备以下的基本要求：</w:t>
      </w:r>
      <w:r>
        <w:rPr>
          <w:lang w:eastAsia="zh-CN"/>
        </w:rPr>
        <w:br/>
      </w:r>
      <w:r>
        <w:rPr>
          <w:lang w:eastAsia="zh-CN"/>
        </w:rPr>
        <w:t>　　一、学习、了解和掌握政策法规和公司制度，不断提高自我的业务水平和知识技能。</w:t>
      </w:r>
      <w:r>
        <w:rPr>
          <w:lang w:eastAsia="zh-CN"/>
        </w:rPr>
        <w:br/>
      </w:r>
      <w:r>
        <w:rPr>
          <w:lang w:eastAsia="zh-CN"/>
        </w:rPr>
        <w:t>　　二、出纳人员要恪守良好的职业道德。</w:t>
      </w:r>
      <w:r>
        <w:rPr>
          <w:lang w:eastAsia="zh-CN"/>
        </w:rPr>
        <w:br/>
      </w:r>
      <w:r>
        <w:rPr>
          <w:lang w:eastAsia="zh-CN"/>
        </w:rPr>
        <w:t>　　三、出纳人员要有较强的安全意识，现金、票据、各种印鉴，既要有内部的保管分工，各负其责，并相互牵制。</w:t>
      </w:r>
      <w:r>
        <w:rPr>
          <w:lang w:eastAsia="zh-CN"/>
        </w:rPr>
        <w:br/>
      </w:r>
      <w:r>
        <w:rPr>
          <w:lang w:eastAsia="zh-CN"/>
        </w:rPr>
        <w:t>　　四、很好的沟通本事。而我对于这些要求做的还远远不够好。</w:t>
      </w:r>
      <w:r>
        <w:rPr>
          <w:lang w:eastAsia="zh-CN"/>
        </w:rPr>
        <w:br/>
      </w:r>
      <w:r>
        <w:rPr>
          <w:lang w:eastAsia="zh-CN"/>
        </w:rPr>
        <w:t>　　在今后的工作中，我将努力提高业务水平，克服不足，朝着以下几个方向努力：</w:t>
      </w:r>
      <w:r>
        <w:rPr>
          <w:lang w:eastAsia="zh-CN"/>
        </w:rPr>
        <w:br/>
      </w:r>
      <w:r>
        <w:rPr>
          <w:lang w:eastAsia="zh-CN"/>
        </w:rPr>
        <w:t>　　1、在以后的工作中不断学习业务知识，经过多看、多学、多练来不断的提高自我的各项业务技能。</w:t>
      </w:r>
      <w:r>
        <w:rPr>
          <w:lang w:eastAsia="zh-CN"/>
        </w:rPr>
        <w:br/>
      </w:r>
      <w:r>
        <w:rPr>
          <w:lang w:eastAsia="zh-CN"/>
        </w:rPr>
        <w:t>　　2、提高自我解决实际问题的本事，并在工作过程中克服急躁情绪，以进取、热情、细致的态度认真对待每一项工作。</w:t>
      </w:r>
      <w:r>
        <w:rPr>
          <w:lang w:eastAsia="zh-CN"/>
        </w:rPr>
        <w:br/>
      </w:r>
      <w:r>
        <w:rPr>
          <w:lang w:eastAsia="zh-CN"/>
        </w:rPr>
        <w:t>　　以上是我对三个月试用以来的一些体会和认识，也是我不断在工作中将所学的知识与实践相结合的一个过程。在以后的工作和学习中我还将不懈的努力和拼搏，努力实现自我的人生价值和目标。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在此，我要异常感激公司领导和各位同事在工作和生活中给予我的支持和关心，这是对我工作最大的肯定和鼓舞，我真诚的表示感激！</w:t>
      </w:r>
      <w:r>
        <w:rPr>
          <w:lang w:eastAsia="zh-CN"/>
        </w:rPr>
        <w:br/>
      </w:r>
      <w:r>
        <w:rPr>
          <w:lang w:eastAsia="zh-CN"/>
        </w:rPr>
        <w:t xml:space="preserve">    出纳试用期工作个人总结 篇10 </w:t>
      </w:r>
      <w:r>
        <w:rPr>
          <w:lang w:eastAsia="zh-CN"/>
        </w:rPr>
        <w:br/>
      </w:r>
      <w:r>
        <w:rPr>
          <w:lang w:eastAsia="zh-CN"/>
        </w:rPr>
        <w:t>　　__年6月，我有幸来到公司工作。在这样一个优越舒适而又能充分发挥个人智慧能力的环境中，不觉已经工作了将近三个月的时间。在这几个月的工作中我深切感受到的是领导无微不至的关怀、公司两级管理人员认真务实的工作作风、同事们团结奋发的干劲，体会到的是幸福集团员工对工作的热情和执着，这对刚刚走上工作岗位的我来说，是受益匪浅的，同时也为我迈向正确的人生道路打下了良好的基础。现在我将这两个多月来的工作情况作一简单总结。</w:t>
      </w:r>
      <w:r>
        <w:rPr>
          <w:lang w:eastAsia="zh-CN"/>
        </w:rPr>
        <w:br/>
      </w:r>
      <w:r>
        <w:rPr>
          <w:lang w:eastAsia="zh-CN"/>
        </w:rPr>
        <w:t>　　一、思想方面</w:t>
      </w:r>
      <w:r>
        <w:rPr>
          <w:lang w:eastAsia="zh-CN"/>
        </w:rPr>
        <w:br/>
      </w:r>
      <w:r>
        <w:rPr>
          <w:lang w:eastAsia="zh-CN"/>
        </w:rPr>
        <w:t>　　在思想上，我深刻地认识到，来到我们__集团，新环境、新领导、新同事、新岗位，对我来说是一个良好的发展机遇，也是一个很好的锻炼和提升自己各方面能力的机会。在工作初期，在公司领导和同事的帮助下，我认真了解了公司的发展概况及组织架构，学习了公司审批流程及公司各项规章制度，熟悉了办公室日常管理事务和出纳岗位的业务流程。同时，也从多方面努力摸索工作的方式、方法，积极锻炼自己的工作能力，力求尽快完成自身角色的转变，以崭新的姿态迎接新工作的挑战。</w:t>
      </w:r>
      <w:r>
        <w:rPr>
          <w:lang w:eastAsia="zh-CN"/>
        </w:rPr>
        <w:br/>
      </w:r>
      <w:r>
        <w:rPr>
          <w:lang w:eastAsia="zh-CN"/>
        </w:rPr>
        <w:t>　　二、工作方面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工作上，我主要负责的是__公司的出纳业务。出纳岗位对我来说是一个全新的工作领域。作为出纳室的一员，我清醒地认识到，出纳室是受资金管理部的直接领导，出纳室的工作虽然看似简单，但却需要比任何一个岗位更多的耐心谨慎和更加强烈的责任感。这两个多月来，玉桶金公司的业务量相对较大，面对繁杂琐碎的工作，我强化工作意识，注意有计划、分重点的去完成各项事务，提高工作效率，冷静办理各项事务，避免疏漏和差错。在主管领导的帮助和支持下，我基本上做到了事事有着落、件件有落实。</w:t>
      </w:r>
      <w:r>
        <w:rPr>
          <w:lang w:eastAsia="zh-CN"/>
        </w:rPr>
        <w:br/>
      </w:r>
      <w:r>
        <w:rPr>
          <w:lang w:eastAsia="zh-CN"/>
        </w:rPr>
        <w:t>　　两个多月来，在主管领导的指导下，我基本上保证了及时完成领导安排的各笔款项，能及时反馈工作情况;完成日常转帐业务、每个月初的银行对帐业务以及月底公司内部的催款工作等。同时，自己能够驾驶机动车，使出纳室的外出办事效率提高，工作能及时完成。另外我也积极主动地完成了上级领导交办的其他事情，积极参加公司及部门开展的各种活动。</w:t>
      </w:r>
      <w:r>
        <w:rPr>
          <w:lang w:eastAsia="zh-CN"/>
        </w:rPr>
        <w:br/>
      </w:r>
      <w:r>
        <w:rPr>
          <w:lang w:eastAsia="zh-CN"/>
        </w:rPr>
        <w:t>　　三、工作上存在的问题</w:t>
      </w:r>
      <w:r>
        <w:rPr>
          <w:lang w:eastAsia="zh-CN"/>
        </w:rPr>
        <w:br/>
      </w:r>
      <w:r>
        <w:rPr>
          <w:lang w:eastAsia="zh-CN"/>
        </w:rPr>
        <w:t>　　在这段时间里，我虽然做了一些工作，但也知道仍然存在不少问题，初到公司，对各项工作了解的不够深刻透彻，业务水平还有待提高，工作上还有很多需要学习的地方。尽管如此，我在很多方面得到了公司领导、部门领导的正确引导和帮助，所以我在较短的时间内适应了新的工作。</w:t>
      </w:r>
      <w:r>
        <w:rPr>
          <w:lang w:eastAsia="zh-CN"/>
        </w:rPr>
        <w:br/>
      </w:r>
      <w:r>
        <w:rPr>
          <w:lang w:eastAsia="zh-CN"/>
        </w:rPr>
        <w:t>　　四、解决措施</w:t>
      </w:r>
      <w:r>
        <w:rPr>
          <w:lang w:eastAsia="zh-CN"/>
        </w:rPr>
        <w:br/>
      </w:r>
      <w:r>
        <w:rPr>
          <w:lang w:eastAsia="zh-CN"/>
        </w:rPr>
        <w:t>　　在今后的工作中，我将努力改正自身缺点，以更大的热情投入到工作中去。</w:t>
      </w:r>
      <w:r>
        <w:rPr>
          <w:lang w:eastAsia="zh-CN"/>
        </w:rPr>
        <w:br/>
      </w:r>
      <w:r>
        <w:rPr>
          <w:lang w:eastAsia="zh-CN"/>
        </w:rPr>
        <w:t>　　1、加强学习，主动学习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身处当今知识经济时代，必须时刻学习方能不落伍，所以我将把加强学习，提高思想素质和业务工作水平，树立良好的职业道德，作为一项日常重要工作来抓，以严肃的态度，饱满的热情，严格的纪律，全身心地投入学习，为我的工作积累必要的基础知识和基本技能。</w:t>
      </w:r>
      <w:r>
        <w:rPr>
          <w:lang w:eastAsia="zh-CN"/>
        </w:rPr>
        <w:br/>
      </w:r>
      <w:r>
        <w:rPr>
          <w:lang w:eastAsia="zh-CN"/>
        </w:rPr>
        <w:t>　　2、提高工作能力，勇于创新</w:t>
      </w:r>
      <w:r>
        <w:rPr>
          <w:lang w:eastAsia="zh-CN"/>
        </w:rPr>
        <w:br/>
      </w:r>
      <w:r>
        <w:rPr>
          <w:lang w:eastAsia="zh-CN"/>
        </w:rPr>
        <w:t>　　虽然出纳室的工作琐碎、繁杂，但是我将从多方面努力进一步提高自身的工作能力，以积极的心态面对每天的工作任务。</w:t>
      </w:r>
      <w:r>
        <w:rPr>
          <w:lang w:eastAsia="zh-CN"/>
        </w:rPr>
        <w:br/>
      </w:r>
      <w:r>
        <w:rPr>
          <w:lang w:eastAsia="zh-CN"/>
        </w:rPr>
        <w:t>　　3、提高自身综合素质</w:t>
      </w:r>
      <w:r>
        <w:rPr>
          <w:lang w:eastAsia="zh-CN"/>
        </w:rPr>
        <w:br/>
      </w:r>
      <w:r>
        <w:rPr>
          <w:lang w:eastAsia="zh-CN"/>
        </w:rPr>
        <w:t>　　此外，我也将注重锻炼自己的应变能力、协调能力、组织能力以及创造能力，不断在工作中学习、进取、完善自己，以便更好地完成自己的本职工作。</w:t>
      </w:r>
      <w:r>
        <w:rPr>
          <w:lang w:eastAsia="zh-CN"/>
        </w:rPr>
        <w:br/>
      </w:r>
      <w:r>
        <w:rPr>
          <w:lang w:eastAsia="zh-CN"/>
        </w:rPr>
        <w:t>　　以上是我对两个多月来工作的总结，我认为最重要的是用实际行动做出来更有说服力。“路漫漫其修远兮，吾将上下而求索”，在今后工作中我将努力奋斗，克服自己的缺点，弥补不足，同时感谢领导对我工作的肯定和认可，我会更加用心的对待我的工作，争取在今后的工作中做的更好!</w:t>
      </w:r>
      <w:r>
        <w:rPr>
          <w:lang w:eastAsia="zh-CN"/>
        </w:rPr>
        <w:br/>
      </w:r>
      <w:r>
        <w:rPr>
          <w:lang w:eastAsia="zh-CN"/>
        </w:rPr>
        <w:t xml:space="preserve">    出纳试用期工作个人总结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首先，是完成了从学生到一名公司员工的主角转变，告别昔日的学校生活，告别昔日慵懒的学生时代，经过对企业文化以及企业精神的学习，经过总公司在举行的培训，我从一个刚毕业的大学生逐渐适应了工作的环境、工作的岗位，逐渐的找到了自己的位置，逐渐的融入了这个温暖的大团体。</w:t>
      </w:r>
      <w:r>
        <w:rPr>
          <w:lang w:eastAsia="zh-CN"/>
        </w:rPr>
        <w:br/>
      </w:r>
      <w:r>
        <w:rPr>
          <w:lang w:eastAsia="zh-CN"/>
        </w:rPr>
        <w:t>　　其次，在工作上，主要经历了三个阶段，第一个阶段是学习整理凭证的阶段。对于整理装订凭证，需要在oracle系统中导出当月相关的收付款数据，逐一的将系统中的数据与财务联和银行回单进行核对，务必做到账账相符，对于拆分入账或者不入账的操作，应当有具体的相关说明，勾兑完成并将原始凭证整齐有序的粘贴好后，即能够开始装订凭证。整理并装订凭证的过程不复杂，却是对细心与耐心的磨练，也让我明白对于经手的单证必须要整理整齐，这是为了方便以后对凭证的相关查询，也是自身工作态度的一种体现，同时通过对凭证的整理，我看到了公司会计核算的基本的流程，虽然没有真正的接触到账务的处理，可是却为之后的进一步学习奠定了必须的基础。第二阶段，是在出纳室开始学习付款处理的阶段。这是第一次，接触到真实的业务操作系统，虽然在学校的时候，也学习过用友和金蝶的财务软件，可是这些都只是实验室中的操作，如果做错了，立刻能够从头来过，甚至能够重新建一个账套，这一次，却不是，一切都是真实的，一切都是没有办法从头来过的，所以，任何细节上的错误都是不被允许的，谨慎性原则必须渗透在每一个步骤，对于付款，首先应当对理赔部送过来的赔案进行审查，检查信息是否完备，证件是否齐全，然后根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赔案号在收付系统中进行查询并选择相应的账户进行提交付款;在入账之后，则需要在网上银行中进行付款操作，只是简单的操作，却涉及到了真实的货币的进出，每一个用户名都必须正确，每一个账号都务必精确，这样细致的工作，让我进一步认识到一名会计人员在公司的重要职责以及肩负的重要职责。第三阶段，是进入自己工作主角的阶段。</w:t>
      </w:r>
      <w:r>
        <w:rPr>
          <w:lang w:eastAsia="zh-CN"/>
        </w:rPr>
        <w:br/>
      </w:r>
      <w:r>
        <w:rPr>
          <w:lang w:eastAsia="zh-CN"/>
        </w:rPr>
        <w:t>　　我的工作主要是进行收款的相关操作处理，对于见费出单保费的收取，如果是现金的则进行POS机的刷卡，如果是网上银行转账或者银行汇款则做支票登记，再在收付系统中进行特殊业务的比配。从承保系统的单证录入到收付系统的收款确认，环环相接，环环相扣;对于非见费出单的保费，在银行拿到回单以后，则需要在应收账款中找出相应保单的保单号和财务联，再进行匹配;对于远程出单点相关财务联的收集与管理，随着远程出单点业务的不断增加，出单点的个数不断的扩张，财务联的回收成了困难，在摸石头过河的逐渐摸索中，也暂时构成了一套体系，让工作开始变得不再那么繁琐并且效率也逐渐提高。</w:t>
      </w:r>
      <w:r>
        <w:rPr>
          <w:lang w:eastAsia="zh-CN"/>
        </w:rPr>
        <w:br/>
      </w:r>
      <w:r>
        <w:rPr>
          <w:lang w:eastAsia="zh-CN"/>
        </w:rPr>
        <w:t>　　总结过去，是为了更好的向未来迈进，在这过去的六个月，我发现了很多自身还需要完善的地方，也在师傅们的帮忙下成长了很多，在接下来的工作中，我要在任何时间任何地点向前辈们学习，也要进一步的处理好人际关系;要在微观方向把握财务工作落实到位，也要在宏观方向把握公司的政策制度;要有千里之行始于足下的脚踏实地，更要有把握当下放眼未来的仰望星空。天行健，君子以自强不息，我必须会努力超越自己做得更好。</w:t>
      </w:r>
      <w:r>
        <w:rPr>
          <w:lang w:eastAsia="zh-CN"/>
        </w:rPr>
        <w:br/>
      </w:r>
      <w:r>
        <w:rPr>
          <w:lang w:eastAsia="zh-CN"/>
        </w:rPr>
        <w:t xml:space="preserve">    出纳试用期工作个人总结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一个人面对新的城市、新的工作。都有一个从生疏到熟悉及精通的过程，万事开头难，一个良好的心态&amp;虚心的积极的心态是干好一切工作的根本。刚开始的几天是关键，于是努力把自己的心态调整到最佳，以适应新的环境、应对新的工作挑战。</w:t>
      </w:r>
      <w:r>
        <w:rPr>
          <w:lang w:eastAsia="zh-CN"/>
        </w:rPr>
        <w:br/>
      </w:r>
      <w:r>
        <w:rPr>
          <w:lang w:eastAsia="zh-CN"/>
        </w:rPr>
        <w:t>　　二、这期间办理费用报销，1严格按照财务制度的要求。现金、支票的收付业务。</w:t>
      </w:r>
      <w:r>
        <w:rPr>
          <w:lang w:eastAsia="zh-CN"/>
        </w:rPr>
        <w:br/>
      </w:r>
      <w:r>
        <w:rPr>
          <w:lang w:eastAsia="zh-CN"/>
        </w:rPr>
        <w:t>　　2每月第八个工作日按时作好单位职工的薪金发放。</w:t>
      </w:r>
      <w:r>
        <w:rPr>
          <w:lang w:eastAsia="zh-CN"/>
        </w:rPr>
        <w:br/>
      </w:r>
      <w:r>
        <w:rPr>
          <w:lang w:eastAsia="zh-CN"/>
        </w:rPr>
        <w:t>　　3及时登记现金、银行存款日记帐。月末编制出纳报告单。</w:t>
      </w:r>
      <w:r>
        <w:rPr>
          <w:lang w:eastAsia="zh-CN"/>
        </w:rPr>
        <w:br/>
      </w:r>
      <w:r>
        <w:rPr>
          <w:lang w:eastAsia="zh-CN"/>
        </w:rPr>
        <w:t>　　4填写税务申报表。</w:t>
      </w:r>
      <w:r>
        <w:rPr>
          <w:lang w:eastAsia="zh-CN"/>
        </w:rPr>
        <w:br/>
      </w:r>
      <w:r>
        <w:rPr>
          <w:lang w:eastAsia="zh-CN"/>
        </w:rPr>
        <w:t>　　工作也取得了一些成效。出纳工作看似简单，5完成财务负责人交待的工作。经过两个月的试用期。做起来却难，以前的工作经验对我从事新的工作有一定的帮助，但很多事情还需要重新认识和体会，学习和实践相互融合才能产出成果，成绩的取得离不开单位领导的耐心教诲和无形的身教，离不开公司同仁的关心和支持。</w:t>
      </w:r>
      <w:r>
        <w:rPr>
          <w:lang w:eastAsia="zh-CN"/>
        </w:rPr>
        <w:br/>
      </w:r>
      <w:r>
        <w:rPr>
          <w:lang w:eastAsia="zh-CN"/>
        </w:rPr>
        <w:t>　　三、要作好出纳工作绝不可以用“轻松”来形容。财务收支的关口，公司的经营管理中占有重要的地位。</w:t>
      </w:r>
      <w:r>
        <w:rPr>
          <w:lang w:eastAsia="zh-CN"/>
        </w:rPr>
        <w:br/>
      </w:r>
      <w:r>
        <w:rPr>
          <w:lang w:eastAsia="zh-CN"/>
        </w:rPr>
        <w:t>　　必须具备以下的基本要求：作为一个合格的出纳。</w:t>
      </w:r>
      <w:r>
        <w:rPr>
          <w:lang w:eastAsia="zh-CN"/>
        </w:rPr>
        <w:br/>
      </w:r>
      <w:r>
        <w:rPr>
          <w:lang w:eastAsia="zh-CN"/>
        </w:rPr>
        <w:t>　　不断提高自己的业务水平和知识技能。一.学习、解和掌握政策法规和公司制度。</w:t>
      </w:r>
      <w:r>
        <w:rPr>
          <w:lang w:eastAsia="zh-CN"/>
        </w:rPr>
        <w:br/>
      </w:r>
      <w:r>
        <w:rPr>
          <w:lang w:eastAsia="zh-CN"/>
        </w:rPr>
        <w:t>　　发挥财务控制、监督的作用。二.学会制订本职岗位工作内部控制制度。</w:t>
      </w:r>
      <w:r>
        <w:rPr>
          <w:lang w:eastAsia="zh-CN"/>
        </w:rPr>
        <w:br/>
      </w:r>
      <w:r>
        <w:rPr>
          <w:lang w:eastAsia="zh-CN"/>
        </w:rPr>
        <w:t>　　三.出纳人员要恪守良好的职业道德。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现金、有价证券、票据、各种印鉴，四.出纳人员要有较强的安全意识。既要有内部的保管分工，各负其责，并相互牵制。</w:t>
      </w:r>
      <w:r>
        <w:rPr>
          <w:lang w:eastAsia="zh-CN"/>
        </w:rPr>
        <w:br/>
      </w:r>
      <w:r>
        <w:rPr>
          <w:lang w:eastAsia="zh-CN"/>
        </w:rPr>
        <w:t>　　今后的工作中除了恪守以上的基本四点外，五.很好的沟通能力。特别是和工商、税务、社保等单位的外联沟通能力。当然。还要不断的努力学习国家出台的新的财经法律法规和先进的企业管理制度，以适应不断变化的社会环境和今后公司开展的工作。</w:t>
      </w:r>
      <w:r>
        <w:rPr>
          <w:lang w:eastAsia="zh-CN"/>
        </w:rPr>
        <w:br/>
      </w:r>
      <w:r>
        <w:rPr>
          <w:lang w:eastAsia="zh-CN"/>
        </w:rPr>
        <w:t>　　与时俱进，以上是对本人两个月工作的一些体会和总结。以后的工作和学习中我还将不懈的努力和拼搏。做好本职工作，与公司的发展同步。同时，要特别感谢公司领导和各位同仁在工作和生活中给予我支持和关心，这是对我工作最大的肯定和鼓舞，真诚的表示感谢!</w:t>
      </w:r>
      <w:r>
        <w:rPr>
          <w:lang w:eastAsia="zh-CN"/>
        </w:rPr>
        <w:br/>
      </w:r>
      <w:r>
        <w:rPr>
          <w:lang w:eastAsia="zh-CN"/>
        </w:rPr>
        <w:t xml:space="preserve">    出纳试用期工作个人总结 篇13 </w:t>
      </w:r>
      <w:r>
        <w:rPr>
          <w:lang w:eastAsia="zh-CN"/>
        </w:rPr>
        <w:br/>
      </w:r>
      <w:r>
        <w:rPr>
          <w:lang w:eastAsia="zh-CN"/>
        </w:rPr>
        <w:t>　　我于20年_月日开始到公司上班，从来公司的第一天开始，我就把自己融入到我们的这个团队中，不知不觉已经三个多月了，现将这三个月的工作状况总结如下：</w:t>
      </w:r>
      <w:r>
        <w:rPr>
          <w:lang w:eastAsia="zh-CN"/>
        </w:rPr>
        <w:br/>
      </w:r>
      <w:r>
        <w:rPr>
          <w:lang w:eastAsia="zh-CN"/>
        </w:rPr>
        <w:t>　　一、十分注意的向周围的老同事学习，在工作中处处留意，多看，多思考，多学习，以较快的速度熟悉着公司的状况，较好的融入到了我们的这个团队中。</w:t>
      </w:r>
      <w:r>
        <w:rPr>
          <w:lang w:eastAsia="zh-CN"/>
        </w:rPr>
        <w:br/>
      </w:r>
      <w:r>
        <w:rPr>
          <w:lang w:eastAsia="zh-CN"/>
        </w:rPr>
        <w:t>　　二、帮忙采购核对前期的应付账款余额，并对账袋进行了分类整理，为以后的工作带给便利;并协助采购带新员工，虽然我自己还是一个来公司不久的尚在试用期的新员工，但在4月份，还是用心主动的协助采购带新人，将自己明白的和在工作中就应着重注意的问题都教给_，教会她如何记账袋，如何查错，如何发传真等。</w:t>
      </w:r>
      <w:r>
        <w:rPr>
          <w:lang w:eastAsia="zh-CN"/>
        </w:rPr>
        <w:br/>
      </w:r>
    </w:p>
    <w:p w:rsidR="001B1F19" w14:textId="27C3F48A">
      <w:pPr>
        <w:rPr>
          <w:rFonts w:hint="eastAsia"/>
          <w:lang w:eastAsia="zh-CN"/>
        </w:rPr>
      </w:pPr>
      <w:r>
        <w:rPr>
          <w:lang w:eastAsia="zh-CN"/>
        </w:rPr>
        <w:t>　　三、根据核对后的应付账款余额重新建产新账，并及时的填制应付凭证、登记应付账款明细账，除外协厂供应商的期初余额尚需核对外，大部分的应付账数据已经准确。</w:t>
      </w:r>
      <w:r>
        <w:rPr>
          <w:lang w:eastAsia="zh-CN"/>
        </w:rPr>
        <w:br/>
      </w:r>
      <w:r>
        <w:rPr>
          <w:lang w:eastAsia="zh-CN"/>
        </w:rPr>
        <w:t>　　四、建立库存明细账。在三四月份，因为原先的成本会计突然离职，在没有任何交接的状况下，变压力为动力，要求自己尽快的熟悉公司状况，不断的对工作进行改善，以期更适合公司的现状。将库存明细账分为青岛库、公司流动库、公司原材料库、沈阳库、济南库、北京库、上海库和生产车间库，并对成品库进行了汇总，构成公司总的库存明细账。在建账的同时，将当期该处理的单据进行相应的处理，但因期初数据不准确，影响了报表的可信度，但是在这个过程中已经积累了一些经验，在以后的工作中会做的更好。</w:t>
      </w:r>
      <w:r>
        <w:rPr>
          <w:lang w:eastAsia="zh-CN"/>
        </w:rPr>
        <w:br/>
      </w:r>
      <w:r>
        <w:rPr>
          <w:lang w:eastAsia="zh-CN"/>
        </w:rPr>
        <w:t>　　五、在工作中，善于思考，发现有的单据在处理上存在问题，便首先同同事进行沟通，与同事分享自己的解决思路，能解决的就解决掉，不能解决的就提交上级经理，同时提出自己的意见带给参考。</w:t>
      </w:r>
      <w:r>
        <w:rPr>
          <w:lang w:eastAsia="zh-CN"/>
        </w:rPr>
        <w:br/>
      </w:r>
      <w:r>
        <w:rPr>
          <w:lang w:eastAsia="zh-CN"/>
        </w:rPr>
        <w:t>　　六、接手公司及分公司的手工库存明细账(外部)。</w:t>
      </w:r>
      <w:r>
        <w:rPr>
          <w:lang w:eastAsia="zh-CN"/>
        </w:rPr>
        <w:br/>
      </w:r>
      <w:r>
        <w:rPr>
          <w:lang w:eastAsia="zh-CN"/>
        </w:rPr>
        <w:t>　　七、接手运费的登记工作。由于开始时未交待明白，所以前段时间一向延用前期的做法，对运费进行流水登记。运费管理修正后，根据应付报表及运费管理的要求，重新设计了一套运费统计的表格，我想在以后的工作中再根据需要进行相应的调整。</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https://d.book118.com/598110032053006045</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8110032053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