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个人学习计划合集（33篇）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个人学习计划合集（通用33篇）</w:t>
      </w:r>
      <w:r>
        <w:rPr>
          <w:lang w:eastAsia="zh-CN"/>
        </w:rPr>
        <w:br/>
      </w:r>
      <w:r>
        <w:rPr>
          <w:lang w:eastAsia="zh-CN"/>
        </w:rPr>
        <w:t xml:space="preserve">    个人学习计划合集 篇1 </w:t>
      </w:r>
      <w:r>
        <w:rPr>
          <w:lang w:eastAsia="zh-CN"/>
        </w:rPr>
        <w:br/>
      </w:r>
      <w:r>
        <w:rPr>
          <w:lang w:eastAsia="zh-CN"/>
        </w:rPr>
        <w:t>　　作为一名教师，我们应该具备良好的素质，那怎样才能当一名具有良好素质的人民教师？这就要我们自己去努力学习，只有不断地学习、不断地充实自己，才能提高自身各方面的知识水平，培养良好的素质。本人在本学期制定个人进修计划如下：</w:t>
      </w:r>
      <w:r>
        <w:rPr>
          <w:lang w:eastAsia="zh-CN"/>
        </w:rPr>
        <w:br/>
      </w:r>
      <w:r>
        <w:rPr>
          <w:lang w:eastAsia="zh-CN"/>
        </w:rPr>
        <w:t>　　一、 思想政治方面</w:t>
      </w:r>
      <w:r>
        <w:rPr>
          <w:lang w:eastAsia="zh-CN"/>
        </w:rPr>
        <w:br/>
      </w:r>
      <w:r>
        <w:rPr>
          <w:lang w:eastAsia="zh-CN"/>
        </w:rPr>
        <w:t>　　利用空余时间多看看新闻联播，了解一下政治时事。多和幼儿园的党员老师沟通，吸收一些比较上进的、比较新颖的思想和教学理念，多多向党靠拢！</w:t>
      </w:r>
      <w:r>
        <w:rPr>
          <w:lang w:eastAsia="zh-CN"/>
        </w:rPr>
        <w:br/>
      </w:r>
      <w:r>
        <w:rPr>
          <w:lang w:eastAsia="zh-CN"/>
        </w:rPr>
        <w:t>　　二、 业务工作方面</w:t>
      </w:r>
      <w:r>
        <w:rPr>
          <w:lang w:eastAsia="zh-CN"/>
        </w:rPr>
        <w:br/>
      </w:r>
      <w:r>
        <w:rPr>
          <w:lang w:eastAsia="zh-CN"/>
        </w:rPr>
        <w:t>　　1、 扎实自己的基本功，利用空余时间练习钢琴或画画等专业技能，多看一些文学书籍，提高自己的自身修养</w:t>
      </w:r>
      <w:r>
        <w:rPr>
          <w:lang w:eastAsia="zh-CN"/>
        </w:rPr>
        <w:br/>
      </w:r>
      <w:r>
        <w:rPr>
          <w:lang w:eastAsia="zh-CN"/>
        </w:rPr>
        <w:t>　　2、在活动中，学习新课程标准中的改革要求，大胆尝试、创新，使教育教学有新的突破。</w:t>
      </w:r>
      <w:r>
        <w:rPr>
          <w:lang w:eastAsia="zh-CN"/>
        </w:rPr>
        <w:br/>
      </w:r>
      <w:r>
        <w:rPr>
          <w:lang w:eastAsia="zh-CN"/>
        </w:rPr>
        <w:t>　　3、努力争取多一点外出听课学习的机会，获取新的教学信息，提高课堂教学效果，同时积极参加幼教办组织的各种培训。</w:t>
      </w:r>
      <w:r>
        <w:rPr>
          <w:lang w:eastAsia="zh-CN"/>
        </w:rPr>
        <w:br/>
      </w:r>
      <w:r>
        <w:rPr>
          <w:lang w:eastAsia="zh-CN"/>
        </w:rPr>
        <w:t>　　4、多看一些有关教学方面的书籍，以此来提高自己的业务水平。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5、参加教研教学活动中，争取要积极发言，并注意吸取别人的意见，取长补短，提高自己的教学水平。</w:t>
      </w:r>
      <w:r>
        <w:rPr>
          <w:lang w:eastAsia="zh-CN"/>
        </w:rPr>
        <w:br/>
      </w:r>
      <w:r>
        <w:rPr>
          <w:lang w:eastAsia="zh-CN"/>
        </w:rPr>
        <w:t>　　三、 学历进修</w:t>
      </w:r>
      <w:r>
        <w:rPr>
          <w:lang w:eastAsia="zh-CN"/>
        </w:rPr>
        <w:br/>
      </w:r>
      <w:r>
        <w:rPr>
          <w:lang w:eastAsia="zh-CN"/>
        </w:rPr>
        <w:t>　　本人已经获得了汉语言文学的本科文凭，还向继续努力，争取再考一个与本专业对口的学前教育本科文凭。</w:t>
      </w:r>
      <w:r>
        <w:rPr>
          <w:lang w:eastAsia="zh-CN"/>
        </w:rPr>
        <w:br/>
      </w:r>
      <w:r>
        <w:rPr>
          <w:lang w:eastAsia="zh-CN"/>
        </w:rPr>
        <w:t>　　总之，我会努力提高自己的综合素质，使自己再工作中不断进步，水平不断提高！</w:t>
      </w:r>
      <w:r>
        <w:rPr>
          <w:lang w:eastAsia="zh-CN"/>
        </w:rPr>
        <w:br/>
      </w:r>
      <w:r>
        <w:rPr>
          <w:lang w:eastAsia="zh-CN"/>
        </w:rPr>
        <w:t>　　大班教师个人进修学习计划二</w:t>
      </w:r>
      <w:r>
        <w:rPr>
          <w:lang w:eastAsia="zh-CN"/>
        </w:rPr>
        <w:br/>
      </w:r>
      <w:r>
        <w:rPr>
          <w:lang w:eastAsia="zh-CN"/>
        </w:rPr>
        <w:t>　　为了不断提高自己的教育教学水平和业务素质，我将不断地学习和完善自己，提高自身综合素质，特制定个人年度研修计划。</w:t>
      </w:r>
      <w:r>
        <w:rPr>
          <w:lang w:eastAsia="zh-CN"/>
        </w:rPr>
        <w:br/>
      </w:r>
      <w:r>
        <w:rPr>
          <w:lang w:eastAsia="zh-CN"/>
        </w:rPr>
        <w:t>　　一、读书学习</w:t>
      </w:r>
      <w:r>
        <w:rPr>
          <w:lang w:eastAsia="zh-CN"/>
        </w:rPr>
        <w:br/>
      </w:r>
      <w:r>
        <w:rPr>
          <w:lang w:eastAsia="zh-CN"/>
        </w:rPr>
        <w:t>　　1、学习《幼儿园教育的实践与反思》，《幼儿园语言教育的核心经验》，树终身学习的观念，不断更新知识，一专多能，使教学工作博、深、新，丰富自己的知识，开阔自己的视野，以先进的知识结构提高教学质量，做到勤业多能。</w:t>
      </w:r>
      <w:r>
        <w:rPr>
          <w:lang w:eastAsia="zh-CN"/>
        </w:rPr>
        <w:br/>
      </w:r>
      <w:r>
        <w:rPr>
          <w:lang w:eastAsia="zh-CN"/>
        </w:rPr>
        <w:t>　　2、认真学习《3——6岁儿童学习与发展指南》，领会其精神，用新的思想指导新的工作，理论结合并指导实际，适应幼教发展的新的局面。</w:t>
      </w:r>
      <w:r>
        <w:rPr>
          <w:lang w:eastAsia="zh-CN"/>
        </w:rPr>
        <w:br/>
      </w:r>
      <w:r>
        <w:rPr>
          <w:lang w:eastAsia="zh-CN"/>
        </w:rPr>
        <w:t>　　3、每周阅读《幼教名师成长案例解读》、《幼儿园大班创新游戏活动》、《幼儿教师专业化成长》、《打造未来领袖6课堂》。</w:t>
      </w:r>
      <w:r>
        <w:rPr>
          <w:lang w:eastAsia="zh-CN"/>
        </w:rPr>
        <w:br/>
      </w:r>
      <w:r>
        <w:rPr>
          <w:lang w:eastAsia="zh-CN"/>
        </w:rPr>
        <w:t>　　二、专业能力及专业技能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1、能理论联系实际，加强文字方面的功底，把理论和实际紧密结合，撰写小课题方案，作出研究的计划，及时进行阶段反馈。</w:t>
      </w:r>
      <w:r>
        <w:rPr>
          <w:lang w:eastAsia="zh-CN"/>
        </w:rPr>
        <w:br/>
      </w:r>
      <w:r>
        <w:rPr>
          <w:lang w:eastAsia="zh-CN"/>
        </w:rPr>
        <w:t>　　2、争取在区级以上刊物发表教学论文。</w:t>
      </w:r>
      <w:r>
        <w:rPr>
          <w:lang w:eastAsia="zh-CN"/>
        </w:rPr>
        <w:br/>
      </w:r>
      <w:r>
        <w:rPr>
          <w:lang w:eastAsia="zh-CN"/>
        </w:rPr>
        <w:t>　　3、提高弹琴、绘画的基本技能。</w:t>
      </w:r>
      <w:r>
        <w:rPr>
          <w:lang w:eastAsia="zh-CN"/>
        </w:rPr>
        <w:br/>
      </w:r>
      <w:r>
        <w:rPr>
          <w:lang w:eastAsia="zh-CN"/>
        </w:rPr>
        <w:t>　　4、提高自己的普通话水平。</w:t>
      </w:r>
      <w:r>
        <w:rPr>
          <w:lang w:eastAsia="zh-CN"/>
        </w:rPr>
        <w:br/>
      </w:r>
      <w:r>
        <w:rPr>
          <w:lang w:eastAsia="zh-CN"/>
        </w:rPr>
        <w:t>　　5、提高书写的能力。</w:t>
      </w:r>
      <w:r>
        <w:rPr>
          <w:lang w:eastAsia="zh-CN"/>
        </w:rPr>
        <w:br/>
      </w:r>
      <w:r>
        <w:rPr>
          <w:lang w:eastAsia="zh-CN"/>
        </w:rPr>
        <w:t>　　三、教育研讨</w:t>
      </w:r>
      <w:r>
        <w:rPr>
          <w:lang w:eastAsia="zh-CN"/>
        </w:rPr>
        <w:br/>
      </w:r>
      <w:r>
        <w:rPr>
          <w:lang w:eastAsia="zh-CN"/>
        </w:rPr>
        <w:t>　　1、积极参加各级各类培训，不断反思总结，提高自身素质和专业水平。</w:t>
      </w:r>
      <w:r>
        <w:rPr>
          <w:lang w:eastAsia="zh-CN"/>
        </w:rPr>
        <w:br/>
      </w:r>
      <w:r>
        <w:rPr>
          <w:lang w:eastAsia="zh-CN"/>
        </w:rPr>
        <w:t>　　2、积极参加各种教育教学活动，并做好示范引领作用。如每月开展的教研活动，我将带领本组教师积极的探讨，及时总结教学中的成功与失败、经验与教训，注重研究如何启迪幼儿智慧，调动幼儿学习的积极性，真正做到扬长避短，更好地教书育人。</w:t>
      </w:r>
      <w:r>
        <w:rPr>
          <w:lang w:eastAsia="zh-CN"/>
        </w:rPr>
        <w:br/>
      </w:r>
      <w:r>
        <w:rPr>
          <w:lang w:eastAsia="zh-CN"/>
        </w:rPr>
        <w:t>　　3、教研组研讨内容：“餐前语言活动的有效组织”“活动区材料如何增设”“怎么样进行生成活动” “主题内容的生成，主题活动设计”等。</w:t>
      </w:r>
      <w:r>
        <w:rPr>
          <w:lang w:eastAsia="zh-CN"/>
        </w:rPr>
        <w:br/>
      </w:r>
      <w:r>
        <w:rPr>
          <w:lang w:eastAsia="zh-CN"/>
        </w:rPr>
        <w:t>　　四、课题研修</w:t>
      </w:r>
      <w:r>
        <w:rPr>
          <w:lang w:eastAsia="zh-CN"/>
        </w:rPr>
        <w:br/>
      </w:r>
      <w:r>
        <w:rPr>
          <w:lang w:eastAsia="zh-CN"/>
        </w:rPr>
        <w:t>　　开展小课题研究“幼儿自卑心理的矫正策略”，收集相关的视频、图片等资料。</w:t>
      </w:r>
      <w:r>
        <w:rPr>
          <w:lang w:eastAsia="zh-CN"/>
        </w:rPr>
        <w:br/>
      </w:r>
      <w:r>
        <w:rPr>
          <w:lang w:eastAsia="zh-CN"/>
        </w:rPr>
        <w:t>　　五、专业写作</w:t>
      </w:r>
      <w:r>
        <w:rPr>
          <w:lang w:eastAsia="zh-CN"/>
        </w:rPr>
        <w:br/>
      </w:r>
      <w:r>
        <w:rPr>
          <w:lang w:eastAsia="zh-CN"/>
        </w:rPr>
        <w:t>　　1、每周认真阅读教学杂志，并写出自己的心得体会。</w:t>
      </w:r>
      <w:r>
        <w:rPr>
          <w:lang w:eastAsia="zh-CN"/>
        </w:rPr>
        <w:br/>
      </w:r>
      <w:r>
        <w:rPr>
          <w:lang w:eastAsia="zh-CN"/>
        </w:rPr>
        <w:t>　　2、撰写关于养成教育的论文一篇。</w:t>
      </w:r>
      <w:r>
        <w:rPr>
          <w:lang w:eastAsia="zh-CN"/>
        </w:rPr>
        <w:br/>
      </w:r>
      <w:r>
        <w:rPr>
          <w:lang w:eastAsia="zh-CN"/>
        </w:rPr>
        <w:t>　　3、优秀教案5个（语言）。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4、个案8个。</w:t>
      </w:r>
      <w:r>
        <w:rPr>
          <w:lang w:eastAsia="zh-CN"/>
        </w:rPr>
        <w:br/>
      </w:r>
      <w:r>
        <w:rPr>
          <w:lang w:eastAsia="zh-CN"/>
        </w:rPr>
        <w:t>　　六、交流分享</w:t>
      </w:r>
      <w:r>
        <w:rPr>
          <w:lang w:eastAsia="zh-CN"/>
        </w:rPr>
        <w:br/>
      </w:r>
      <w:r>
        <w:rPr>
          <w:lang w:eastAsia="zh-CN"/>
        </w:rPr>
        <w:t>　　1、定期将所学到的、所看到的、所想到的与本组老师交流。</w:t>
      </w:r>
      <w:r>
        <w:rPr>
          <w:lang w:eastAsia="zh-CN"/>
        </w:rPr>
        <w:br/>
      </w:r>
      <w:r>
        <w:rPr>
          <w:lang w:eastAsia="zh-CN"/>
        </w:rPr>
        <w:t>　　2、开展讲座“让文明礼仪伴随每一个孩子”。</w:t>
      </w:r>
      <w:r>
        <w:rPr>
          <w:lang w:eastAsia="zh-CN"/>
        </w:rPr>
        <w:br/>
      </w:r>
      <w:r>
        <w:rPr>
          <w:lang w:eastAsia="zh-CN"/>
        </w:rPr>
        <w:t>　　3、分享交流——参观成都幼儿园。</w:t>
      </w:r>
      <w:r>
        <w:rPr>
          <w:lang w:eastAsia="zh-CN"/>
        </w:rPr>
        <w:br/>
      </w:r>
      <w:r>
        <w:rPr>
          <w:lang w:eastAsia="zh-CN"/>
        </w:rPr>
        <w:t>　　七、示范引领，传帮带。</w:t>
      </w:r>
      <w:r>
        <w:rPr>
          <w:lang w:eastAsia="zh-CN"/>
        </w:rPr>
        <w:br/>
      </w:r>
      <w:r>
        <w:rPr>
          <w:lang w:eastAsia="zh-CN"/>
        </w:rPr>
        <w:t>　　1、师德师风、业务素养方面以身作则，起到模范带头作用。</w:t>
      </w:r>
      <w:r>
        <w:rPr>
          <w:lang w:eastAsia="zh-CN"/>
        </w:rPr>
        <w:br/>
      </w:r>
      <w:r>
        <w:rPr>
          <w:lang w:eastAsia="zh-CN"/>
        </w:rPr>
        <w:t>　　2、注重日常工作的引导，及时指出结对老师何老师在日常工作中存在的一些问题，引导其改进方法。</w:t>
      </w:r>
      <w:r>
        <w:rPr>
          <w:lang w:eastAsia="zh-CN"/>
        </w:rPr>
        <w:br/>
      </w:r>
      <w:r>
        <w:rPr>
          <w:lang w:eastAsia="zh-CN"/>
        </w:rPr>
        <w:t>　　3、观摩何老师的活动，认真记录，及时评价何老师活动中的优缺点，并提出合理化建议。</w:t>
      </w:r>
      <w:r>
        <w:rPr>
          <w:lang w:eastAsia="zh-CN"/>
        </w:rPr>
        <w:br/>
      </w:r>
      <w:r>
        <w:rPr>
          <w:lang w:eastAsia="zh-CN"/>
        </w:rPr>
        <w:t>　　4、指导何老师如何撰写教案、个案、教学反思、活动实录等。</w:t>
      </w:r>
      <w:r>
        <w:rPr>
          <w:lang w:eastAsia="zh-CN"/>
        </w:rPr>
        <w:br/>
      </w:r>
      <w:r>
        <w:rPr>
          <w:lang w:eastAsia="zh-CN"/>
        </w:rPr>
        <w:t>　　5、指导何老师主动与家长沟通，并积极取得家长的支持与配合。</w:t>
      </w:r>
      <w:r>
        <w:rPr>
          <w:lang w:eastAsia="zh-CN"/>
        </w:rPr>
        <w:br/>
      </w:r>
      <w:r>
        <w:rPr>
          <w:lang w:eastAsia="zh-CN"/>
        </w:rPr>
        <w:t>　　八、成果展示</w:t>
      </w:r>
      <w:r>
        <w:rPr>
          <w:lang w:eastAsia="zh-CN"/>
        </w:rPr>
        <w:br/>
      </w:r>
      <w:r>
        <w:rPr>
          <w:lang w:eastAsia="zh-CN"/>
        </w:rPr>
        <w:t>　　1、撰写关于养成教育的论文一篇。</w:t>
      </w:r>
      <w:r>
        <w:rPr>
          <w:lang w:eastAsia="zh-CN"/>
        </w:rPr>
        <w:br/>
      </w:r>
      <w:r>
        <w:rPr>
          <w:lang w:eastAsia="zh-CN"/>
        </w:rPr>
        <w:t>　　2、关于语言方面的教案5个。</w:t>
      </w:r>
      <w:r>
        <w:rPr>
          <w:lang w:eastAsia="zh-CN"/>
        </w:rPr>
        <w:br/>
      </w:r>
      <w:r>
        <w:rPr>
          <w:lang w:eastAsia="zh-CN"/>
        </w:rPr>
        <w:t>　　3、个案8个。</w:t>
      </w:r>
      <w:r>
        <w:rPr>
          <w:lang w:eastAsia="zh-CN"/>
        </w:rPr>
        <w:br/>
      </w:r>
      <w:r>
        <w:rPr>
          <w:lang w:eastAsia="zh-CN"/>
        </w:rPr>
        <w:t>　　4、出版简报1期。</w:t>
      </w:r>
      <w:r>
        <w:rPr>
          <w:lang w:eastAsia="zh-CN"/>
        </w:rPr>
        <w:br/>
      </w:r>
      <w:r>
        <w:rPr>
          <w:lang w:eastAsia="zh-CN"/>
        </w:rPr>
        <w:t>　　以上是我制定的个人年度研修计划，我将不断学习、不断努力，在工作中积极发挥骨干教师的示范引领作用，努力提高自身的专业素养，做一名优秀的幼儿教师。</w:t>
      </w:r>
      <w:r>
        <w:rPr>
          <w:lang w:eastAsia="zh-CN"/>
        </w:rPr>
        <w:br/>
      </w:r>
      <w:r>
        <w:rPr>
          <w:lang w:eastAsia="zh-CN"/>
        </w:rPr>
        <w:t xml:space="preserve">    个人学习计划合集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一、制定复习计划，增强复习计划性</w:t>
      </w:r>
      <w:r>
        <w:rPr>
          <w:lang w:eastAsia="zh-CN"/>
        </w:rPr>
        <w:br/>
      </w:r>
      <w:r>
        <w:rPr>
          <w:lang w:eastAsia="zh-CN"/>
        </w:rPr>
        <w:t>　　“工欲善其事，必先利其器”。意思是说无论做什么事，都要事先做好准备。复习是考试取得好成绩的有力保证，应在思想上高度重视，不能马虎应付，你在制定复习阶段计划时必须弄清以下几个问题：复习时间、考试内容、考试时间，然后制定自己的复习计划和每天学习时间安排，以便在有限的时间内复习完全部复习内容，增强复习的计划性，每天对计划完成情况进行简单的检查分析，落实复习计划，确保复习的质量。</w:t>
      </w:r>
      <w:r>
        <w:rPr>
          <w:lang w:eastAsia="zh-CN"/>
        </w:rPr>
        <w:br/>
      </w:r>
      <w:r>
        <w:rPr>
          <w:lang w:eastAsia="zh-CN"/>
        </w:rPr>
        <w:t>　　二、讲究复习方法，提高复习效率</w:t>
      </w:r>
      <w:r>
        <w:rPr>
          <w:lang w:eastAsia="zh-CN"/>
        </w:rPr>
        <w:br/>
      </w:r>
      <w:r>
        <w:rPr>
          <w:lang w:eastAsia="zh-CN"/>
        </w:rPr>
        <w:t>　　1、扎实基础知识，落实基本技能。在自己主动复习时，要注意回归教材，精读课本，扎实掌握基础知识和基本技能。安排各科基础知识进行主动复习，内容一项一项地整理、归纳，真正搞清楚，弄明白。在复习过程中，要充分发挥自己的学习主动性，自己找规律、抓特点，对所学知识进行归纳和总结，使之条理化和系统化，内化成自己的知识；对于自己不会的知识点要主动向老师或战友请教，不要放过每一个疑点，不遗漏每一个重点，不忽视每一个考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强化能力训练，主动查漏补缺。在复习基础知识和落实基本技能的基础上，再加强能力测试题型的解题思路和解题技巧的训练，对能力测试题型存在的缺漏进行补强，弄清“会了什么？”、“还有什么不会？”，发现疑难薄弱，采取同题练习，重点突破，提高综合解题能力，以求尽善尽美。查漏补缺可以看错题集，温故知新，避免一错再错。期末复习时将自己平时归纳整理的错题集和以往的考试卷拿出来看一看，研究曾经出现的问题，了解出错的症结，以免重蹈覆辙。实践证明，考前看错题集，是一种非常便捷有效的复习方法。</w:t>
      </w:r>
      <w:r>
        <w:rPr>
          <w:lang w:eastAsia="zh-CN"/>
        </w:rPr>
        <w:br/>
      </w:r>
      <w:r>
        <w:rPr>
          <w:lang w:eastAsia="zh-CN"/>
        </w:rPr>
        <w:t>　　3、重视模拟训练，提高解题能力。</w:t>
      </w:r>
      <w:r>
        <w:rPr>
          <w:lang w:eastAsia="zh-CN"/>
        </w:rPr>
        <w:br/>
      </w:r>
      <w:r>
        <w:rPr>
          <w:lang w:eastAsia="zh-CN"/>
        </w:rPr>
        <w:t>　　三、讲究应考技巧，提高考试成绩</w:t>
      </w:r>
      <w:r>
        <w:rPr>
          <w:lang w:eastAsia="zh-CN"/>
        </w:rPr>
        <w:br/>
      </w:r>
      <w:r>
        <w:rPr>
          <w:lang w:eastAsia="zh-CN"/>
        </w:rPr>
        <w:t>　　在考场上要有暗自鼓励的习惯，相信自己能行，以良好的心理状态投入考试，先浏览全卷，弄清题量，遵循由易到难，合理安排解题速度，每分志在必得，会做一定做全对，不会做乱乱作；别人会做的我要做对，别人不会做的我能做些。</w:t>
      </w:r>
      <w:r>
        <w:rPr>
          <w:lang w:eastAsia="zh-CN"/>
        </w:rPr>
        <w:br/>
      </w:r>
      <w:r>
        <w:rPr>
          <w:lang w:eastAsia="zh-CN"/>
        </w:rPr>
        <w:t>　　复习方法</w:t>
      </w:r>
      <w:r>
        <w:rPr>
          <w:lang w:eastAsia="zh-CN"/>
        </w:rPr>
        <w:br/>
      </w:r>
      <w:r>
        <w:rPr>
          <w:lang w:eastAsia="zh-CN"/>
        </w:rPr>
        <w:t>　　语文：多念书看书+多练习阅读题+多看、写作文</w:t>
      </w:r>
      <w:r>
        <w:rPr>
          <w:lang w:eastAsia="zh-CN"/>
        </w:rPr>
        <w:br/>
      </w:r>
      <w:r>
        <w:rPr>
          <w:lang w:eastAsia="zh-CN"/>
        </w:rPr>
        <w:t>　　数学：理解概念+平时习题积累（数学最简单，只要动脑筋）</w:t>
      </w:r>
      <w:r>
        <w:rPr>
          <w:lang w:eastAsia="zh-CN"/>
        </w:rPr>
        <w:br/>
      </w:r>
      <w:r>
        <w:rPr>
          <w:lang w:eastAsia="zh-CN"/>
        </w:rPr>
        <w:t>　　英语：熟读、背全书（了解句式特点）+背单词</w:t>
      </w:r>
      <w:r>
        <w:rPr>
          <w:lang w:eastAsia="zh-CN"/>
        </w:rPr>
        <w:br/>
      </w:r>
      <w:r>
        <w:rPr>
          <w:lang w:eastAsia="zh-CN"/>
        </w:rPr>
        <w:t>　　政治:理解书上知识+书上的概念应用到实际中+多练习题</w:t>
      </w:r>
      <w:r>
        <w:rPr>
          <w:lang w:eastAsia="zh-CN"/>
        </w:rPr>
        <w:br/>
      </w:r>
      <w:r>
        <w:rPr>
          <w:lang w:eastAsia="zh-CN"/>
        </w:rPr>
        <w:t>　　工作计划</w:t>
      </w:r>
      <w:r>
        <w:rPr>
          <w:lang w:eastAsia="zh-CN"/>
        </w:rPr>
        <w:br/>
      </w:r>
      <w:r>
        <w:rPr>
          <w:lang w:eastAsia="zh-CN"/>
        </w:rPr>
        <w:t>　　回顾__年在工作方面存在一下问题</w:t>
      </w:r>
      <w:r>
        <w:rPr>
          <w:lang w:eastAsia="zh-CN"/>
        </w:rPr>
        <w:br/>
      </w:r>
      <w:r>
        <w:rPr>
          <w:lang w:eastAsia="zh-CN"/>
        </w:rPr>
        <w:t>　　1、一日生活制度不落实。（主要表现在不按时起床）</w:t>
      </w:r>
      <w:r>
        <w:rPr>
          <w:lang w:eastAsia="zh-CN"/>
        </w:rPr>
        <w:br/>
      </w:r>
      <w:r>
        <w:rPr>
          <w:lang w:eastAsia="zh-CN"/>
        </w:rPr>
        <w:t>　　2、工作热情不高。（主要表现在不主动参加训练）</w:t>
      </w:r>
      <w:r>
        <w:rPr>
          <w:lang w:eastAsia="zh-CN"/>
        </w:rPr>
        <w:br/>
      </w:r>
      <w:r>
        <w:rPr>
          <w:lang w:eastAsia="zh-CN"/>
        </w:rPr>
        <w:t>　　3、目标明确，落实不到位。（工作不是急的往往会推到最后一起）</w:t>
      </w:r>
      <w:r>
        <w:rPr>
          <w:lang w:eastAsia="zh-CN"/>
        </w:rPr>
        <w:br/>
      </w:r>
      <w:r>
        <w:rPr>
          <w:lang w:eastAsia="zh-CN"/>
        </w:rPr>
        <w:t>　　为此在今年的工作中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首先坚持一训练为主，把自己体能方面存在的不足赶上去，同时坚持一日生活制度，在战友监督下实施，改掉自己不好的习惯、时时提醒自己提高自己工作热。明确目标鼓足干劲、坚持今天的事情今天完成不给组织拖后腿。</w:t>
      </w:r>
      <w:r>
        <w:rPr>
          <w:lang w:eastAsia="zh-CN"/>
        </w:rPr>
        <w:br/>
      </w:r>
      <w:r>
        <w:rPr>
          <w:lang w:eastAsia="zh-CN"/>
        </w:rPr>
        <w:t xml:space="preserve">    个人学习计划合集 篇3 </w:t>
      </w:r>
      <w:r>
        <w:rPr>
          <w:lang w:eastAsia="zh-CN"/>
        </w:rPr>
        <w:br/>
      </w:r>
      <w:r>
        <w:rPr>
          <w:lang w:eastAsia="zh-CN"/>
        </w:rPr>
        <w:t>　　为认真学习和深刻领会党的十八大、省委八届三次全会和市委十一届四次全会精神，坚持不懈的抓好各项会议精神的贯彻落实，使分局全体干部职工切实强化思想意思，提高业务素质水平，促进和加强北戴河区国土资源工作，现结合中共秦皇岛市国土资源局委员会《关于党的十八大精神学习计划》，制定本年度学习计划。</w:t>
      </w:r>
      <w:r>
        <w:rPr>
          <w:lang w:eastAsia="zh-CN"/>
        </w:rPr>
        <w:br/>
      </w:r>
      <w:r>
        <w:rPr>
          <w:lang w:eastAsia="zh-CN"/>
        </w:rPr>
        <w:t>　　一、指导思想</w:t>
      </w:r>
      <w:r>
        <w:rPr>
          <w:lang w:eastAsia="zh-CN"/>
        </w:rPr>
        <w:br/>
      </w:r>
      <w:r>
        <w:rPr>
          <w:lang w:eastAsia="zh-CN"/>
        </w:rPr>
        <w:t>　　以邓小平理论和“三个代表”重要思想为指导，以科学发展观为统领，继续深入学习贯彻党的十八大、省委八届三次和市委十一届四次全会精神，努力提高北戴河区国土系统干部职工思想政治业务素质和工作能力，使国土资源管理各项工作任务顺利开展和圆满完成，全面推进北戴河区国土资源管理事业和北戴河区经济的发展。</w:t>
      </w:r>
      <w:r>
        <w:rPr>
          <w:lang w:eastAsia="zh-CN"/>
        </w:rPr>
        <w:br/>
      </w:r>
      <w:r>
        <w:rPr>
          <w:lang w:eastAsia="zh-CN"/>
        </w:rPr>
        <w:t>　　二、学习方法</w:t>
      </w:r>
      <w:r>
        <w:rPr>
          <w:lang w:eastAsia="zh-CN"/>
        </w:rPr>
        <w:br/>
      </w:r>
      <w:r>
        <w:rPr>
          <w:lang w:eastAsia="zh-CN"/>
        </w:rPr>
        <w:t>　　采取自学与集中学习相结合的方法开展学习。自学要求做好学习笔记，集中学习采取集中共同学习、讨论交流或集中观看辅导讲座方式进行。自学以科室组织学习为主，集中学习以机关组织为主。</w:t>
      </w:r>
      <w:r>
        <w:rPr>
          <w:lang w:eastAsia="zh-CN"/>
        </w:rPr>
        <w:br/>
      </w:r>
      <w:r>
        <w:rPr>
          <w:lang w:eastAsia="zh-CN"/>
        </w:rPr>
        <w:t>　　三、几点要求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提高思想认识。深入学习贯彻党的十八大、省委八届三次全会和市委十一届四次全会精神，是我分局的一项重大政治任务，机关党支部和各科室一定要认真组织好学习，正确处理好工作与学习的矛盾，合理安排，务求实效，通过学习来了解中央、省委、市委的决策部署，把决策部署落实到我分局的实际工作中去，以推动促进全区国土资源工作的开展。</w:t>
      </w:r>
      <w:r>
        <w:rPr>
          <w:lang w:eastAsia="zh-CN"/>
        </w:rPr>
        <w:br/>
      </w:r>
      <w:r>
        <w:rPr>
          <w:lang w:eastAsia="zh-CN"/>
        </w:rPr>
        <w:t>　　(二)加强组织领导。为组织好学习，机关党支部书记和科室负责人为学习活动的组织者，要抓好分局内部和科室内部的学习活动，党支部书记和科室负责人为学习活动的直接负责人，直接负责人要首先保证精力和时间抓好自身的学习，同时，组织好本单位、本科室的学习。</w:t>
      </w:r>
      <w:r>
        <w:rPr>
          <w:lang w:eastAsia="zh-CN"/>
        </w:rPr>
        <w:br/>
      </w:r>
      <w:r>
        <w:rPr>
          <w:lang w:eastAsia="zh-CN"/>
        </w:rPr>
        <w:t>　　(三)结合工作实际。学习党的十八大、省委八届三次全会和市委十一届四次全会精神的最终目的是要贯彻落实好中央、省委、市委的决策，切实把上级决策落实到我区国土资源各项工作中去。因此，此次学习活动一定要与我们的国土资源管理的实际紧密结合起来，在学习中提高，在学习中思考，进一步提高学习贯彻的自觉性、主动性，思考如何进一步加强全区国土资源管理工作的具体措施和办法，促进我市经济发展，为加快北戴河区经济建设步伐贡献力量。</w:t>
      </w:r>
      <w:r>
        <w:rPr>
          <w:lang w:eastAsia="zh-CN"/>
        </w:rPr>
        <w:br/>
      </w:r>
      <w:r>
        <w:rPr>
          <w:lang w:eastAsia="zh-CN"/>
        </w:rPr>
        <w:t xml:space="preserve">    个人学习计划合集 篇4 </w:t>
      </w:r>
      <w:r>
        <w:rPr>
          <w:lang w:eastAsia="zh-CN"/>
        </w:rPr>
        <w:br/>
      </w:r>
      <w:r>
        <w:rPr>
          <w:lang w:eastAsia="zh-CN"/>
        </w:rPr>
        <w:t>　　一、认真学习新课标，钻研</w:t>
      </w:r>
      <w:r>
        <w:rPr>
          <w:lang w:eastAsia="zh-CN"/>
        </w:rPr>
        <w:br/>
      </w:r>
      <w:r>
        <w:rPr>
          <w:lang w:eastAsia="zh-CN"/>
        </w:rPr>
        <w:t>　　二、教材，提升自身的理论基础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课标》对于我们每一个教育工作者来说，都是最好的理论学习依据。因此，首先我应该认真学习、研读课标，领悟课标精神和意图。不断思考探索如何结合新教材来更好地贯彻新课标，并改进和促进课堂教学。在教学中不断探索，不断实践，使新课标能更加落实，对我们的课堂教学起到有力的促进作用，有效地促进课堂教学。</w:t>
      </w:r>
      <w:r>
        <w:rPr>
          <w:lang w:eastAsia="zh-CN"/>
        </w:rPr>
        <w:br/>
      </w:r>
      <w:r>
        <w:rPr>
          <w:lang w:eastAsia="zh-CN"/>
        </w:rPr>
        <w:t>　　三、聚焦课堂、求实高效</w:t>
      </w:r>
      <w:r>
        <w:rPr>
          <w:lang w:eastAsia="zh-CN"/>
        </w:rPr>
        <w:br/>
      </w:r>
      <w:r>
        <w:rPr>
          <w:lang w:eastAsia="zh-CN"/>
        </w:rPr>
        <w:t>　　作为年轻教师，更应该借本次活动，努力提升自己的教育思想、专业能力。认真备好每一节课，上好每一节课，对学生负责，对自己负责。在做好基础教育的同时，发挥个人教育教学特色,努力在教学中,体现“让课堂充满生命活力,让学生成为学习的主人”的思想,使教学成为师生积极互动、共同发展的过程.采用多种手段和教学方法创设生动活泼的教学情境,引导学生主动地学习;设计学生实践探索的过程和机会,让学生去体验、尝试、调查、研究,引导学生在探究中学习.让学生在合作、探究、讨论、质疑中,引导学生勤于思考.使数学课堂充满生命活力.让学生获得必要的数学知识和技能，让学生学会数学的思考，培养学生的创新意识和实践能力，提高课堂教学质量。</w:t>
      </w:r>
      <w:r>
        <w:rPr>
          <w:lang w:eastAsia="zh-CN"/>
        </w:rPr>
        <w:br/>
      </w:r>
      <w:r>
        <w:rPr>
          <w:lang w:eastAsia="zh-CN"/>
        </w:rPr>
        <w:t>　　四、养成教学反思的好习惯，在反思中不断提高自己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成长=经验+反思”，这是波斯纳关于教师成长的经典公式。叶澜教授也曾指出：“一个教师写一辈子教案不可能成为名师，但一个教师写三年教学反思就有可能成为名师。”作为教师，如果只是读书、教书、不写作，不反思、不梳理自己的成败得失，就不可能提升自己的教学理念。要使自己尽快地成长起来，只有不断反思。我要坚持写教学后记或教学随笔，及时更新自己的教育博客，这样不仅能逐渐培养起随时开展教学反思习惯，更能使我在教师这个队伍里尽快的成长成熟起来。</w:t>
      </w:r>
      <w:r>
        <w:rPr>
          <w:lang w:eastAsia="zh-CN"/>
        </w:rPr>
        <w:br/>
      </w:r>
      <w:r>
        <w:rPr>
          <w:lang w:eastAsia="zh-CN"/>
        </w:rPr>
        <w:t>　　五、合理的利用网络，进行学习、教研，提高自己的计算机应用能力</w:t>
      </w:r>
      <w:r>
        <w:rPr>
          <w:lang w:eastAsia="zh-CN"/>
        </w:rPr>
        <w:br/>
      </w:r>
      <w:r>
        <w:rPr>
          <w:lang w:eastAsia="zh-CN"/>
        </w:rPr>
        <w:t>　　网络是一个精彩的世界，更为我们提供了许多有效的有价值的教育教学资源。力争做到每天坚持上网,，有效的利用网络，采撷“它山之石”更好的为自己服务，为教学服务。在论坛上多发帖、回帖。与名人专家多交流，提升自己的理论和知识水平。</w:t>
      </w:r>
      <w:r>
        <w:rPr>
          <w:lang w:eastAsia="zh-CN"/>
        </w:rPr>
        <w:br/>
      </w:r>
      <w:r>
        <w:rPr>
          <w:lang w:eastAsia="zh-CN"/>
        </w:rPr>
        <w:t>　　六、坚持每天读书一小时，做个快乐读书人</w:t>
      </w:r>
      <w:r>
        <w:rPr>
          <w:lang w:eastAsia="zh-CN"/>
        </w:rPr>
        <w:br/>
      </w:r>
      <w:r>
        <w:rPr>
          <w:lang w:eastAsia="zh-CN"/>
        </w:rPr>
        <w:t>　　作为教师，要广泛阅读。要阅读教材，不仅要读所教学段的教材，还要读其他学段的。这样才能居高临下，高屋建瓴。要阅读些历史，因为“读史可以使人明智”，有许多平时我们困惑不解的难题可以在读史的过程中豁然开朗。要阅读杂书，读点文学、读点哲学、读点美学……做一个“杂家”。这样在平时的教育教学过程中，我们就会多一份机智，多一份自如，多一份洒脱。要阅读经典，经典能帮助我们分辨是非，澄清模糊，领悟真谛。除了读有字之书外，我们更要读无字之书。要阅读同伴，能够在一起工作、学习、生活就是一种缘分，“三人行必有我师”，同伴是一种资源，更是一座宝库，我们要学会欣赏，并充分开发、利用。要阅读社会，社会是一部大书，“留心处处皆学问”，要读懂这部大书，必须抛开浮躁，沉下心来，处处留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七、在实践中积累，静下心来研究教学，提升自己的科研、教研活动能力</w:t>
      </w:r>
      <w:r>
        <w:rPr>
          <w:lang w:eastAsia="zh-CN"/>
        </w:rPr>
        <w:br/>
      </w:r>
      <w:r>
        <w:rPr>
          <w:lang w:eastAsia="zh-CN"/>
        </w:rPr>
        <w:t>　　平时要积极实践，要结合班级的实际、学生的实际，创造性地运用所学的理论、知识、经验、方法，大胆探索，勇于实践。关注平时教育教学过程中的细节，有人说，细节决定成败，对于教学而言，细节决定境界，对细节关注的程度就能决定教学的高度。充分发挥自己的特长来吸引学生，使学生喜欢自己的课，并能在自己的课堂上得到发展，能满足学生成长和走上社会的实际需要，有足够的实践性教学环节。认真钻研教材、挖掘教材，热爱学生，苦心寻求激发学生兴趣的手段，增强教学的趣味性，努力达到教学的理想境界。教学活动永无止境，怎样创造“以较小的投入获得较高的教学功效”的教学方法，是优秀教师高人一筹之处。其实并没有捷径。“熟生巧，巧生华。</w:t>
      </w:r>
      <w:r>
        <w:rPr>
          <w:lang w:eastAsia="zh-CN"/>
        </w:rPr>
        <w:br/>
      </w:r>
      <w:r>
        <w:rPr>
          <w:lang w:eastAsia="zh-CN"/>
        </w:rPr>
        <w:t>　　总之，作为一个正在成长的年轻教师,在本次岗位练兵活动中，努力提升自己的教育思想、专业能力，努力提高教学质量，做一个有思想,能够适应时代发展的学习型科研型教师。</w:t>
      </w:r>
      <w:r>
        <w:rPr>
          <w:lang w:eastAsia="zh-CN"/>
        </w:rPr>
        <w:br/>
      </w:r>
      <w:r>
        <w:rPr>
          <w:lang w:eastAsia="zh-CN"/>
        </w:rPr>
        <w:t>　　朱熹有一首诗——“半亩方塘一鉴开，天光云影共徘徊。问渠哪得清如许?为有源头活水来。”这首诗道出了一个朴素的道理，那就是只有不断地学习，不断地丰富自己，才能让自己不断地发展，以适应社会的需要。本学期我为自己做了一份个人计划。</w:t>
      </w:r>
      <w:r>
        <w:rPr>
          <w:lang w:eastAsia="zh-CN"/>
        </w:rPr>
        <w:br/>
      </w:r>
      <w:r>
        <w:rPr>
          <w:lang w:eastAsia="zh-CN"/>
        </w:rPr>
        <w:t>　　一、加强自身师德修养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有人说教师的工作是一份良心活，对此，我深表赞同。因为这份工作面对的不是生产线上的产品，而是有血有肉、有思想，并且还没有定性的孩子。老师一定要有师德，在教育教学工作中，真正为学生的终身发展负责，不要让孩子在成长的过程中因为遇到了你而留下任何遗憾。</w:t>
      </w:r>
      <w:r>
        <w:rPr>
          <w:lang w:eastAsia="zh-CN"/>
        </w:rPr>
        <w:br/>
      </w:r>
      <w:r>
        <w:rPr>
          <w:lang w:eastAsia="zh-CN"/>
        </w:rPr>
        <w:t>　　二、不断提高个人素质</w:t>
      </w:r>
      <w:r>
        <w:rPr>
          <w:lang w:eastAsia="zh-CN"/>
        </w:rPr>
        <w:br/>
      </w:r>
      <w:r>
        <w:rPr>
          <w:lang w:eastAsia="zh-CN"/>
        </w:rPr>
        <w:t>　　古人曾说：“师者，传道授业解惑也。”简而概之，教师的工作就是教书育人，所以，我要在教育教学上，不断提高个人的素质。目前进行的新课改对我来说是一种挑战，同时也是一次难得的锻炼机会，为了进一步做好自己的工作，我给自己提出了如下的要求。</w:t>
      </w:r>
      <w:r>
        <w:rPr>
          <w:lang w:eastAsia="zh-CN"/>
        </w:rPr>
        <w:br/>
      </w:r>
      <w:r>
        <w:rPr>
          <w:lang w:eastAsia="zh-CN"/>
        </w:rPr>
        <w:t>　　1、多读书，提升自己的生命质量，做一个高雅的人。</w:t>
      </w:r>
      <w:r>
        <w:rPr>
          <w:lang w:eastAsia="zh-CN"/>
        </w:rPr>
        <w:br/>
      </w:r>
      <w:r>
        <w:rPr>
          <w:lang w:eastAsia="zh-CN"/>
        </w:rPr>
        <w:t>　　作为一名教师，我要继续认真学习《教师职业道德规范》具备良好的师德。师德不是一个抽象的政治说教，而是具有深刻的知识内涵和文化品格的，一个有广博知识的教师才会有道德感召力，仅仅依靠说教的道德教育必然是苍白的。同样，教师的师德魅力也是以其深厚的文化底蕴的。唯有如此，教师才能完成其教书育人的神圣使命。</w:t>
      </w:r>
      <w:r>
        <w:rPr>
          <w:lang w:eastAsia="zh-CN"/>
        </w:rPr>
        <w:br/>
      </w:r>
      <w:r>
        <w:rPr>
          <w:lang w:eastAsia="zh-CN"/>
        </w:rPr>
        <w:t>　　2、虚心请教，取人之长，补己之短。</w:t>
      </w:r>
      <w:r>
        <w:rPr>
          <w:lang w:eastAsia="zh-CN"/>
        </w:rPr>
        <w:br/>
      </w:r>
      <w:r>
        <w:rPr>
          <w:lang w:eastAsia="zh-CN"/>
        </w:rPr>
        <w:t>　　作为一名有十一年教龄教师，我还要积极向周围的同事学习，多听、多看优秀教师的课堂，多向大家学习。对当天发生的教学突发事件及时进行教学感悟反思。</w:t>
      </w:r>
      <w:r>
        <w:rPr>
          <w:lang w:eastAsia="zh-CN"/>
        </w:rPr>
        <w:br/>
      </w:r>
      <w:r>
        <w:rPr>
          <w:lang w:eastAsia="zh-CN"/>
        </w:rPr>
        <w:t>　　3、加强自身专业知识的提高。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能够自如的驾驭教材，了解教材特点，掌握教学重点和难点，并能恰当地制定教学计划;能充分发挥学生的主体作用，有效地把我课堂教学活动。在教学研究能力方面更要力求逐渐做到：掌握一定的教学理论，认识教育规律，然后联系教学中的亲身经历。让理论与实践相结合，勇于探索教材改革、课堂结构、教学方法等一系列比较有现实意义的问题，勇于挑战前人未能研究成功的课题。这样才能不断创新，推动教学向纵深方向发展。</w:t>
      </w:r>
      <w:r>
        <w:rPr>
          <w:lang w:eastAsia="zh-CN"/>
        </w:rPr>
        <w:br/>
      </w:r>
      <w:r>
        <w:rPr>
          <w:lang w:eastAsia="zh-CN"/>
        </w:rPr>
        <w:t>　　面对自己未来的工作，我充满了信心，也有许多美好的设想。我将带着自己的激情和规划不辱这富有挑战性的工作，在实践中不断积累经验，促使自己尽快地成长。</w:t>
      </w:r>
      <w:r>
        <w:rPr>
          <w:lang w:eastAsia="zh-CN"/>
        </w:rPr>
        <w:br/>
      </w:r>
      <w:r>
        <w:rPr>
          <w:lang w:eastAsia="zh-CN"/>
        </w:rPr>
        <w:t xml:space="preserve">    个人学习计划合集 篇5 </w:t>
      </w:r>
      <w:r>
        <w:rPr>
          <w:lang w:eastAsia="zh-CN"/>
        </w:rPr>
        <w:br/>
      </w:r>
      <w:r>
        <w:rPr>
          <w:lang w:eastAsia="zh-CN"/>
        </w:rPr>
        <w:t>　　前言</w:t>
      </w:r>
      <w:r>
        <w:rPr>
          <w:lang w:eastAsia="zh-CN"/>
        </w:rPr>
        <w:br/>
      </w:r>
      <w:r>
        <w:rPr>
          <w:lang w:eastAsia="zh-CN"/>
        </w:rPr>
        <w:t>　　随着一纸录取书的准时下达，我也终于如愿进入大学，开启寻梦之旅。在大学这个全新的舞台上，我也希望自己能够在这一新的起点上，开始新的征程。诚然，在面对全新生活同时，我也可能会有迷茫与彷徨，但无论如何，我都会以一名大学生的标准严格要求自己，在短暂而又宝贵的四年大学生活中，珍惜每一次学习机会，不断丰富自己的阅历，提高自己的综合素质，增强应对各类事务的能力。</w:t>
      </w:r>
      <w:r>
        <w:rPr>
          <w:lang w:eastAsia="zh-CN"/>
        </w:rPr>
        <w:br/>
      </w:r>
      <w:r>
        <w:rPr>
          <w:lang w:eastAsia="zh-CN"/>
        </w:rPr>
        <w:t>　　主体</w:t>
      </w:r>
      <w:r>
        <w:rPr>
          <w:lang w:eastAsia="zh-CN"/>
        </w:rPr>
        <w:br/>
      </w:r>
      <w:r>
        <w:rPr>
          <w:lang w:eastAsia="zh-CN"/>
        </w:rPr>
        <w:t>　　一、目标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虽然记者这一光鲜职业被冠以无冕之王的美誉，但通往梦想的终极之路却并不平坦。对于专业性和技术性要求极高的新闻学来说，我必须要抓住大学四年弥足珍贵的学习机会。在夯实专业理论知识的同时，加强对新闻业务能力的培养，尤为重要的是，具备博闻强识的能力，毋庸讳言，这也将是我不断努力的方向。具体如下：</w:t>
      </w:r>
      <w:r>
        <w:rPr>
          <w:lang w:eastAsia="zh-CN"/>
        </w:rPr>
        <w:t xml:space="preserve"> 1、顺利拿到全日制本科毕业证和文学学士学位。</w:t>
      </w:r>
      <w:r>
        <w:rPr>
          <w:lang w:eastAsia="zh-CN"/>
        </w:rPr>
        <w:t xml:space="preserve"> 2、思想上积极上进，以实际行动争取加入中国共产党。</w:t>
      </w:r>
      <w:r>
        <w:rPr>
          <w:lang w:eastAsia="zh-CN"/>
        </w:rPr>
        <w:t xml:space="preserve"> 3、顺利拿到英语四六级证书和普通话二级甲等证书。</w:t>
      </w:r>
      <w:r>
        <w:rPr>
          <w:lang w:eastAsia="zh-CN"/>
        </w:rPr>
        <w:t xml:space="preserve"> 4、努力学习，争取拿一次国家奖学金或国家励志奖学金。</w:t>
      </w:r>
      <w:r>
        <w:rPr>
          <w:lang w:eastAsia="zh-CN"/>
        </w:rPr>
        <w:t xml:space="preserve"> 5、学习诸如photoshop、premiere等实用软件，能够独立的制作视频或解决新闻学领域的专业问题。</w:t>
      </w:r>
      <w:r>
        <w:rPr>
          <w:lang w:eastAsia="zh-CN"/>
        </w:rPr>
        <w:br/>
      </w:r>
      <w:r>
        <w:rPr>
          <w:lang w:eastAsia="zh-CN"/>
        </w:rPr>
        <w:t>　　二、措施</w:t>
      </w:r>
      <w:r>
        <w:rPr>
          <w:lang w:eastAsia="zh-CN"/>
        </w:rPr>
        <w:br/>
      </w:r>
      <w:r>
        <w:rPr>
          <w:lang w:eastAsia="zh-CN"/>
        </w:rPr>
        <w:t>　　计划的制定可不是纸上谈兵，最重要的是付诸于实际的有效行动。我相信，我会通过计划的制定和严格的执行而有所收获。具体来说，为了夯实专业理论知识，我会在大学初期的公共基础课上打牢根基，为后面的专业课做好铺垫。当然，为了培养较高的新闻业务能力，我将会在大一和大二阶段尽可能多接触关于这方面的知识。在平时的学习中，注意勤思多练，特别是要注重对如dreamweaver等软件的摸索，并能够灵活运用。至于博闻强识的能力，虽说也许会有一定的难度。但我仍会利用一切可以利用的时间，参加各类社团活动，锻炼自己的人际交往能力。与此同时，充足的课余时间也会让我有更多自主安排的空间去图书馆或听讲座，开阔视野，丰富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毫无疑问，冰冻三尺，非一日之寒，罗马也不是一天就能够建成的。在计划实施的过程中，自然会避无可避的遇到诸多问题。故而，在实施过程中的调整与改变就显得尤为必要。我会在具体操作中，在结合他人经验和自身实际的基础上，做出合理评估，保证计划有条不紊的落实。</w:t>
      </w:r>
      <w:r>
        <w:rPr>
          <w:lang w:eastAsia="zh-CN"/>
        </w:rPr>
        <w:br/>
      </w:r>
      <w:r>
        <w:rPr>
          <w:lang w:eastAsia="zh-CN"/>
        </w:rPr>
        <w:t>　　三、步骤</w:t>
      </w:r>
      <w:r>
        <w:rPr>
          <w:lang w:eastAsia="zh-CN"/>
        </w:rPr>
        <w:br/>
      </w:r>
      <w:r>
        <w:rPr>
          <w:lang w:eastAsia="zh-CN"/>
        </w:rPr>
        <w:t>　　大一：初入大学，一切都是新奇花哨的，在适应缓冲后，我将开始努力学习，尤其是英语和计算机的学习。争取进入学生会或班委，培养自己与人协作的能力。递交入党申请书，争取早日入党。</w:t>
      </w:r>
      <w:r>
        <w:rPr>
          <w:lang w:eastAsia="zh-CN"/>
        </w:rPr>
        <w:br/>
      </w:r>
      <w:r>
        <w:rPr>
          <w:lang w:eastAsia="zh-CN"/>
        </w:rPr>
        <w:t>　　大二：通过一学年的奋斗，努力拿下英语四六级证书，争取获得奖学金。初步探索相关软件，学会一些软件操作的基础知识。</w:t>
      </w:r>
      <w:r>
        <w:rPr>
          <w:lang w:eastAsia="zh-CN"/>
        </w:rPr>
        <w:br/>
      </w:r>
      <w:r>
        <w:rPr>
          <w:lang w:eastAsia="zh-CN"/>
        </w:rPr>
        <w:t>　　大三：两年的大学生活，也使我有了一定的积累。进入大三，我希望能够拿到普通话的等级证书。重要的是，在具备一定的专业理论知识后，我将会更加注重对新闻采、写、编、评、摄的实际操作。随着毕业的临近，我也会关注就业信息，决定是否考研。</w:t>
      </w:r>
      <w:r>
        <w:rPr>
          <w:lang w:eastAsia="zh-CN"/>
        </w:rPr>
        <w:br/>
      </w:r>
      <w:r>
        <w:rPr>
          <w:lang w:eastAsia="zh-CN"/>
        </w:rPr>
        <w:t>　　大四：如过决定考研，做好复习备战工作。同步进行的是，认真选择毕业论文的选题，搜集选题资料。显而易见，为数不多的一些机会我也会尽力把握。</w:t>
      </w:r>
      <w:r>
        <w:rPr>
          <w:lang w:eastAsia="zh-CN"/>
        </w:rPr>
        <w:br/>
      </w:r>
      <w:r>
        <w:rPr>
          <w:lang w:eastAsia="zh-CN"/>
        </w:rPr>
        <w:t>　　四、结尾</w:t>
      </w:r>
      <w:r>
        <w:rPr>
          <w:lang w:eastAsia="zh-CN"/>
        </w:rPr>
        <w:br/>
      </w:r>
      <w:r>
        <w:rPr>
          <w:lang w:eastAsia="zh-CN"/>
        </w:rPr>
        <w:t>　　凡是预则立，不预则废，一个完备的计划会让我在大学四年的学习中有着明确的方向。诚然，前进的道路可能荆棘满布，但我已经做好迎接一切困难的准备。我相信，我会一步一个脚印，实现自己的目标。</w:t>
      </w:r>
      <w:r>
        <w:rPr>
          <w:lang w:eastAsia="zh-CN"/>
        </w:rPr>
        <w:br/>
      </w:r>
      <w:r>
        <w:rPr>
          <w:lang w:eastAsia="zh-CN"/>
        </w:rPr>
        <w:t xml:space="preserve">    个人学习计划合集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随着课程改革的深入，素质教育的全面推进，教师现有的文化知识、教育思想和教育理念、现代教育技术的运用等方面，已跟不上高质量的推进素质教育的需要。为了适应时代的需求,促进自己专业发展，跟着目前的信息潮流，掌握教改动态，提高课堂效率，增长自己的见识，树立终身学习意识，决定做到以下几点：</w:t>
      </w:r>
      <w:r>
        <w:rPr>
          <w:lang w:eastAsia="zh-CN"/>
        </w:rPr>
        <w:br/>
      </w:r>
      <w:r>
        <w:rPr>
          <w:lang w:eastAsia="zh-CN"/>
        </w:rPr>
        <w:t>　　一、科学安排学习时间</w:t>
      </w:r>
      <w:r>
        <w:rPr>
          <w:lang w:eastAsia="zh-CN"/>
        </w:rPr>
        <w:br/>
      </w:r>
      <w:r>
        <w:rPr>
          <w:lang w:eastAsia="zh-CN"/>
        </w:rPr>
        <w:t>　　1、每天利用早中晚各半小时为自己的学习时间，早上6：00-6：30阅课外各种有利书籍，扩大视野，增长知识。</w:t>
      </w:r>
      <w:r>
        <w:rPr>
          <w:lang w:eastAsia="zh-CN"/>
        </w:rPr>
        <w:br/>
      </w:r>
      <w:r>
        <w:rPr>
          <w:lang w:eastAsia="zh-CN"/>
        </w:rPr>
        <w:t>　　2、午餐后半小时，11：45——12：15，前国家大事及国内外新闻，增长见识。</w:t>
      </w:r>
      <w:r>
        <w:rPr>
          <w:lang w:eastAsia="zh-CN"/>
        </w:rPr>
        <w:br/>
      </w:r>
      <w:r>
        <w:rPr>
          <w:lang w:eastAsia="zh-CN"/>
        </w:rPr>
        <w:t>　　3、睡前半小时，晚上10：30-11：00学习教育教学专著，并做摘抄记录，增强自己的业务知识。</w:t>
      </w:r>
      <w:r>
        <w:rPr>
          <w:lang w:eastAsia="zh-CN"/>
        </w:rPr>
        <w:br/>
      </w:r>
      <w:r>
        <w:rPr>
          <w:lang w:eastAsia="zh-CN"/>
        </w:rPr>
        <w:t>　　二、选择阅读书籍</w:t>
      </w:r>
      <w:r>
        <w:rPr>
          <w:lang w:eastAsia="zh-CN"/>
        </w:rPr>
        <w:br/>
      </w:r>
      <w:r>
        <w:rPr>
          <w:lang w:eastAsia="zh-CN"/>
        </w:rPr>
        <w:t>　　1、择借一些优秀的文学作品进行阅读，特别是名作家的。</w:t>
      </w:r>
      <w:r>
        <w:rPr>
          <w:lang w:eastAsia="zh-CN"/>
        </w:rPr>
        <w:br/>
      </w:r>
      <w:r>
        <w:rPr>
          <w:lang w:eastAsia="zh-CN"/>
        </w:rPr>
        <w:t>　　2、借阅有关名家专著如魏书生、于永正、王崧舟、窦桂梅、贾志敏等名家专著学习。</w:t>
      </w:r>
      <w:r>
        <w:rPr>
          <w:lang w:eastAsia="zh-CN"/>
        </w:rPr>
        <w:br/>
      </w:r>
      <w:r>
        <w:rPr>
          <w:lang w:eastAsia="zh-CN"/>
        </w:rPr>
        <w:t>　　3、订阅报刊杂志选择学习，如《小学语文教师》、《小学教学》等杂志。</w:t>
      </w:r>
      <w:r>
        <w:rPr>
          <w:lang w:eastAsia="zh-CN"/>
        </w:rPr>
        <w:br/>
      </w:r>
      <w:r>
        <w:rPr>
          <w:lang w:eastAsia="zh-CN"/>
        </w:rPr>
        <w:t>　　4、常阅读有关报纸如：《教师报》、《教育信息报》、《小学教育》。</w:t>
      </w:r>
      <w:r>
        <w:rPr>
          <w:lang w:eastAsia="zh-CN"/>
        </w:rPr>
        <w:br/>
      </w:r>
      <w:r>
        <w:rPr>
          <w:lang w:eastAsia="zh-CN"/>
        </w:rPr>
        <w:t>　　5、阅读一些有关教师专业发展书籍，如：《给教师的建议》、《新时期教师专业发展》、《课堂教学评价》等书籍。</w:t>
      </w:r>
      <w:r>
        <w:rPr>
          <w:lang w:eastAsia="zh-CN"/>
        </w:rPr>
        <w:br/>
      </w:r>
      <w:r>
        <w:rPr>
          <w:lang w:eastAsia="zh-CN"/>
        </w:rPr>
        <w:t>　　三、读思结合及时运用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1、在阅读学习各类书籍时，进行圈点批注划划注注。</w:t>
      </w:r>
      <w:r>
        <w:rPr>
          <w:lang w:eastAsia="zh-CN"/>
        </w:rPr>
        <w:br/>
      </w:r>
      <w:r>
        <w:rPr>
          <w:lang w:eastAsia="zh-CN"/>
        </w:rPr>
        <w:t>　　2、阅读有同感时及时加以评论。</w:t>
      </w:r>
      <w:r>
        <w:rPr>
          <w:lang w:eastAsia="zh-CN"/>
        </w:rPr>
        <w:br/>
      </w:r>
      <w:r>
        <w:rPr>
          <w:lang w:eastAsia="zh-CN"/>
        </w:rPr>
        <w:t>　　3、阅读中认为比较适用于自己实际教学时，写些随感，联系实际，及时运用。</w:t>
      </w:r>
      <w:r>
        <w:rPr>
          <w:lang w:eastAsia="zh-CN"/>
        </w:rPr>
        <w:br/>
      </w:r>
      <w:r>
        <w:rPr>
          <w:lang w:eastAsia="zh-CN"/>
        </w:rPr>
        <w:t xml:space="preserve">    个人学习计划合集 篇7 </w:t>
      </w:r>
      <w:r>
        <w:rPr>
          <w:lang w:eastAsia="zh-CN"/>
        </w:rPr>
        <w:br/>
      </w:r>
      <w:r>
        <w:rPr>
          <w:lang w:eastAsia="zh-CN"/>
        </w:rPr>
        <w:t>　　为了进一步提升我院护理质量，配合20__年中医药管理局下发的《13种优势病种中医护理方案》工作的实施，有计划的提升我院护理职员专业技术水平，规范我院护理职员的医疗护理行为，保障医疗护理安全，营造一个学习氛围浓厚的医疗环境，现制定20__年护理业务培训学习计划：</w:t>
      </w:r>
      <w:r>
        <w:rPr>
          <w:lang w:eastAsia="zh-CN"/>
        </w:rPr>
        <w:br/>
      </w:r>
      <w:r>
        <w:rPr>
          <w:lang w:eastAsia="zh-CN"/>
        </w:rPr>
        <w:t>　　一、学习目的</w:t>
      </w:r>
      <w:r>
        <w:rPr>
          <w:lang w:eastAsia="zh-CN"/>
        </w:rPr>
        <w:br/>
      </w:r>
      <w:r>
        <w:rPr>
          <w:lang w:eastAsia="zh-CN"/>
        </w:rPr>
        <w:t>　　1.规范临床基本技术操作规程，强化临床基本操作技能，提升临床护理的基本理论和基础知识。</w:t>
      </w:r>
      <w:r>
        <w:rPr>
          <w:lang w:eastAsia="zh-CN"/>
        </w:rPr>
        <w:br/>
      </w:r>
      <w:r>
        <w:rPr>
          <w:lang w:eastAsia="zh-CN"/>
        </w:rPr>
        <w:t>　　2.紧紧围绕“以病人为中心”，满足病人需求，简化工作流程，方便人民群众，消除医疗服务中的各种不良现象。通过培训，教育医务职员做到仪容美、着装美、语言美、行为美，服务热情周到，工作团结协作，为创建和谐医患关系打下坚实基础。</w:t>
      </w:r>
      <w:r>
        <w:rPr>
          <w:lang w:eastAsia="zh-CN"/>
        </w:rPr>
        <w:br/>
      </w:r>
      <w:r>
        <w:rPr>
          <w:lang w:eastAsia="zh-CN"/>
        </w:rPr>
        <w:t>　　二、“三基四严”培训的内容与安排 培训方法：</w:t>
      </w:r>
      <w:r>
        <w:rPr>
          <w:lang w:eastAsia="zh-CN"/>
        </w:rPr>
        <w:br/>
      </w:r>
      <w:r>
        <w:rPr>
          <w:lang w:eastAsia="zh-CN"/>
        </w:rPr>
        <w:t>　　1.全院护士自学各项基础护理操作流程。</w:t>
      </w:r>
      <w:r>
        <w:rPr>
          <w:lang w:eastAsia="zh-CN"/>
        </w:rPr>
        <w:br/>
      </w:r>
      <w:r>
        <w:rPr>
          <w:lang w:eastAsia="zh-CN"/>
        </w:rPr>
        <w:t>　　2.护理部定期举办各类规范培训课程，对全院职员分层次实施理论和技能培训。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3.科室每月组织1次业务查房，每月组织1次业务学习（包括小讲课、专题讲座、各种规范和制度的学习等）。</w:t>
      </w:r>
      <w:r>
        <w:rPr>
          <w:lang w:eastAsia="zh-CN"/>
        </w:rPr>
        <w:br/>
      </w:r>
      <w:r>
        <w:rPr>
          <w:lang w:eastAsia="zh-CN"/>
        </w:rPr>
        <w:t>　　4.实施“三基”考核两级负责制，医院由护理部负责，科室主要由护士长负责。</w:t>
      </w:r>
      <w:r>
        <w:rPr>
          <w:lang w:eastAsia="zh-CN"/>
        </w:rPr>
        <w:br/>
      </w:r>
      <w:r>
        <w:rPr>
          <w:lang w:eastAsia="zh-CN"/>
        </w:rPr>
        <w:t>　　学习内容 ：</w:t>
      </w:r>
      <w:r>
        <w:rPr>
          <w:lang w:eastAsia="zh-CN"/>
        </w:rPr>
        <w:br/>
      </w:r>
      <w:r>
        <w:rPr>
          <w:lang w:eastAsia="zh-CN"/>
        </w:rPr>
        <w:t>　　(1)学习中医药管理局下发的《13种优势病种中医护理方案》，并认真落实。</w:t>
      </w:r>
      <w:r>
        <w:rPr>
          <w:lang w:eastAsia="zh-CN"/>
        </w:rPr>
        <w:br/>
      </w:r>
      <w:r>
        <w:rPr>
          <w:lang w:eastAsia="zh-CN"/>
        </w:rPr>
        <w:t>　　(2)根据各科专业不同，开展各种形式的业务技术学习活动，以学 习“三基”为基础，同时掌握本专业国内外新进展，并应用到临床工 作中。</w:t>
      </w:r>
      <w:r>
        <w:rPr>
          <w:lang w:eastAsia="zh-CN"/>
        </w:rPr>
        <w:br/>
      </w:r>
      <w:r>
        <w:rPr>
          <w:lang w:eastAsia="zh-CN"/>
        </w:rPr>
        <w:t>　　(3)学习传染病防治法、消毒法、突发公共卫生事件应急条例、药品管理法、母婴保健法等相关法律、法规，必须掌握基本知识，并熟 练实践操作，定期考核。</w:t>
      </w:r>
      <w:r>
        <w:rPr>
          <w:lang w:eastAsia="zh-CN"/>
        </w:rPr>
        <w:br/>
      </w:r>
      <w:r>
        <w:rPr>
          <w:lang w:eastAsia="zh-CN"/>
        </w:rPr>
        <w:t>　　(4)从健康卫生入手，结合疾病预防，传染病与常见病，多发病的 预防及用药知识等内容进行学习。</w:t>
      </w:r>
      <w:r>
        <w:rPr>
          <w:lang w:eastAsia="zh-CN"/>
        </w:rPr>
        <w:br/>
      </w:r>
      <w:r>
        <w:rPr>
          <w:lang w:eastAsia="zh-CN"/>
        </w:rPr>
        <w:t>　　考核方法：</w:t>
      </w:r>
      <w:r>
        <w:rPr>
          <w:lang w:eastAsia="zh-CN"/>
        </w:rPr>
        <w:br/>
      </w:r>
      <w:r>
        <w:rPr>
          <w:lang w:eastAsia="zh-CN"/>
        </w:rPr>
        <w:t>　　1.护理部每季度组织1次全院性基础理论考核、法规知识考核。</w:t>
      </w:r>
      <w:r>
        <w:rPr>
          <w:lang w:eastAsia="zh-CN"/>
        </w:rPr>
        <w:br/>
      </w:r>
      <w:r>
        <w:rPr>
          <w:lang w:eastAsia="zh-CN"/>
        </w:rPr>
        <w:t>　　2.护理部每年对全院护士的基本操作技能进行考核2次。</w:t>
      </w:r>
      <w:r>
        <w:rPr>
          <w:lang w:eastAsia="zh-CN"/>
        </w:rPr>
        <w:br/>
      </w:r>
      <w:r>
        <w:rPr>
          <w:lang w:eastAsia="zh-CN"/>
        </w:rPr>
        <w:t>　　3.急救常用技术采用现场操作演练考核，定期举行急救模拟演练。</w:t>
      </w:r>
      <w:r>
        <w:rPr>
          <w:lang w:eastAsia="zh-CN"/>
        </w:rPr>
        <w:br/>
      </w:r>
      <w:r>
        <w:rPr>
          <w:lang w:eastAsia="zh-CN"/>
        </w:rPr>
        <w:t>　　三、 培训学习要求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1.各科室依据医院三基三严培训要求及计划制订本科室培训计划并实施，护理部不定期监督检查，切实起到培训作用，保障学习效果。</w:t>
      </w:r>
      <w:r>
        <w:rPr>
          <w:lang w:eastAsia="zh-CN"/>
        </w:rPr>
        <w:br/>
      </w:r>
      <w:r>
        <w:rPr>
          <w:lang w:eastAsia="zh-CN"/>
        </w:rPr>
        <w:t>　　2.各科室要求有学习计划、考核试卷。</w:t>
      </w:r>
      <w:r>
        <w:rPr>
          <w:lang w:eastAsia="zh-CN"/>
        </w:rPr>
        <w:br/>
      </w:r>
      <w:r>
        <w:rPr>
          <w:lang w:eastAsia="zh-CN"/>
        </w:rPr>
        <w:t xml:space="preserve">    个人学习计划合集 篇8 </w:t>
      </w:r>
      <w:r>
        <w:rPr>
          <w:lang w:eastAsia="zh-CN"/>
        </w:rPr>
        <w:br/>
      </w:r>
      <w:r>
        <w:rPr>
          <w:lang w:eastAsia="zh-CN"/>
        </w:rPr>
        <w:t>　　想想自己曾经定下的那些计划，几乎都没怎么能坚持完成的，大学生之个人学习计划。不知道这次的计划又能坚持多久，只是希望这样的计划对我的大学生活有或多或少的帮助吧!</w:t>
      </w:r>
      <w:r>
        <w:rPr>
          <w:lang w:eastAsia="zh-CN"/>
        </w:rPr>
        <w:br/>
      </w:r>
      <w:r>
        <w:rPr>
          <w:lang w:eastAsia="zh-CN"/>
        </w:rPr>
        <w:t>　　首先，关于学习方面的计划;</w:t>
      </w:r>
      <w:r>
        <w:rPr>
          <w:lang w:eastAsia="zh-CN"/>
        </w:rPr>
        <w:br/>
      </w:r>
      <w:r>
        <w:rPr>
          <w:lang w:eastAsia="zh-CN"/>
        </w:rPr>
        <w:t>　　从高中起我就一直不觉得自己是一个会自主学习的人，每一次都是考试前突击一下!而平时基本都是学学玩玩。虽然效果有一点但是对自己而言，学到的东西基本上都不是那么真!所以在大学里，我真的希望能学到一点东西!很多人都说，大学里学习只是第二位，学会做人才是最重要的!所以呢?我的学习方法应该不用怎么变、基本为了应付考试没什么问题!而我个人觉得自己要学习的就是和别人相处，交流，这十几年的学习过程，都只是为了那个所谓考试!不断的埋头与书山题海之中!对于这个社会，对于那些真正的生存技能!我们掌握的太少太少，所以呢在大学里我希望能做到以下这些!</w:t>
      </w:r>
      <w:r>
        <w:rPr>
          <w:lang w:eastAsia="zh-CN"/>
        </w:rPr>
        <w:br/>
      </w:r>
      <w:r>
        <w:rPr>
          <w:lang w:eastAsia="zh-CN"/>
        </w:rPr>
        <w:t>　　①不管怎样，大学也是学校、学习也是比较重要的!所以我觉得大一的时候坚决不能挂科!</w:t>
      </w:r>
      <w:r>
        <w:rPr>
          <w:lang w:eastAsia="zh-CN"/>
        </w:rPr>
        <w:br/>
      </w:r>
      <w:r>
        <w:rPr>
          <w:lang w:eastAsia="zh-CN"/>
        </w:rPr>
        <w:t>　　②个人认为英语很重要，对以后的发展很有帮助!所以英语坚决不能丢!而且还要努力做到最好!</w:t>
      </w:r>
      <w:r>
        <w:rPr>
          <w:lang w:eastAsia="zh-CN"/>
        </w:rPr>
        <w:br/>
      </w:r>
      <w:r>
        <w:rPr>
          <w:lang w:eastAsia="zh-CN"/>
        </w:rPr>
        <w:t>　　③证书什么时候都是最权威的，所以呢大一下学期先过英语四级!以后再过六级!一步一步发展!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④既然选择的是这个专业，那么必须具备一定的专业知识!从大二开始，立足专业课程的强化和针对未来可能从事的职业进行分析、研究、调查、规划!</w:t>
      </w:r>
      <w:r>
        <w:rPr>
          <w:lang w:eastAsia="zh-CN"/>
        </w:rPr>
        <w:br/>
      </w:r>
      <w:r>
        <w:rPr>
          <w:lang w:eastAsia="zh-CN"/>
        </w:rPr>
        <w:t>　　⑤其他关于学习方面基本没什么打算啦，争取能每项平均下!个人觉得考研对与我所学习的专业来说没什么作用，所以暂时我不打算考研!</w:t>
      </w:r>
      <w:r>
        <w:rPr>
          <w:lang w:eastAsia="zh-CN"/>
        </w:rPr>
        <w:br/>
      </w:r>
      <w:r>
        <w:rPr>
          <w:lang w:eastAsia="zh-CN"/>
        </w:rPr>
        <w:t>　　其次，身体健康方面;任何时候一个健康的身体才是最重要的，所有的一切没有一个健康的身体，都只是做无用功!孙中山都说过，生命是革命的本钱!所以，大学期间，要锻炼出一个健壮的身体!有了好的身体素质，才算有了好的本期钱!</w:t>
      </w:r>
      <w:r>
        <w:rPr>
          <w:lang w:eastAsia="zh-CN"/>
        </w:rPr>
        <w:br/>
      </w:r>
      <w:r>
        <w:rPr>
          <w:lang w:eastAsia="zh-CN"/>
        </w:rPr>
        <w:t>　　要想有好的身体，必要的锻炼是少不了的，所以呢?坚持每周只少3~4天有锻炼身体的时间!或者早上，或者下午!</w:t>
      </w:r>
      <w:r>
        <w:rPr>
          <w:lang w:eastAsia="zh-CN"/>
        </w:rPr>
        <w:br/>
      </w:r>
      <w:r>
        <w:rPr>
          <w:lang w:eastAsia="zh-CN"/>
        </w:rPr>
        <w:t>　　当度过了4年的高中生活后，我带着我的梦想来到了现在的学校。不是出于对现在的知识渴望，也不是想在这方面有所发展，而是出于无奈，在经历了一次高考后我对学习除了恐惧已经没有什么了。不想让自己送走一批又一批的同学，我还是坚持来了。</w:t>
      </w:r>
      <w:r>
        <w:rPr>
          <w:lang w:eastAsia="zh-CN"/>
        </w:rPr>
        <w:br/>
      </w:r>
      <w:r>
        <w:rPr>
          <w:lang w:eastAsia="zh-CN"/>
        </w:rPr>
        <w:t>　　既然来了我就要过的让自己满意。所以我制定了一个学习计划，以致不让我被以往的同学落下，纵使我没进入理想的学校但也不应该放弃。</w:t>
      </w:r>
      <w:r>
        <w:rPr>
          <w:lang w:eastAsia="zh-CN"/>
        </w:rPr>
        <w:br/>
      </w:r>
      <w:r>
        <w:rPr>
          <w:lang w:eastAsia="zh-CN"/>
        </w:rPr>
        <w:t>　　1：大学四年一定不能谈恋爱，只有全身心的投入学习才不会有遗憾。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大学就是一个小社会，在这里有不同的人。他们的生活方式以及兴趣爱好都千差万别，从他们身上能让我知道要适应自己很容易但要做到自己活的开心同时别人也快乐是一件非常困难的事。如果我们想在社会这个大舞台上游刃有余那么就必须要处理好人际关系。所以我要在大学第一件事就是处理好人际关系，留的自由身。</w:t>
      </w:r>
      <w:r>
        <w:rPr>
          <w:lang w:eastAsia="zh-CN"/>
        </w:rPr>
        <w:br/>
      </w:r>
      <w:r>
        <w:rPr>
          <w:lang w:eastAsia="zh-CN"/>
        </w:rPr>
        <w:t>　　2：学习好专业知识。</w:t>
      </w:r>
      <w:r>
        <w:rPr>
          <w:lang w:eastAsia="zh-CN"/>
        </w:rPr>
        <w:br/>
      </w:r>
      <w:r>
        <w:rPr>
          <w:lang w:eastAsia="zh-CN"/>
        </w:rPr>
        <w:t xml:space="preserve">    个人学习计划合集 篇9 </w:t>
      </w:r>
      <w:r>
        <w:rPr>
          <w:lang w:eastAsia="zh-CN"/>
        </w:rPr>
        <w:br/>
      </w:r>
      <w:r>
        <w:rPr>
          <w:lang w:eastAsia="zh-CN"/>
        </w:rPr>
        <w:t>　　为了提高本人的政治业务素质和教育教学能力，根据学校安排，特拟定个人学习计划：</w:t>
      </w:r>
      <w:r>
        <w:rPr>
          <w:lang w:eastAsia="zh-CN"/>
        </w:rPr>
        <w:br/>
      </w:r>
      <w:r>
        <w:rPr>
          <w:lang w:eastAsia="zh-CN"/>
        </w:rPr>
        <w:t>　　一、培训内容：以《新时期师德教育》和“八荣八耻”为主的“师德教育”培训;以《新课程推进中的问题及反思》为主的“新理念”培训;以《校本研修面对面》和《新课程理念下的创新教学设计》为主的“新课程”培训;以《教育技术培训教程》为主的`“新技术”培训以及骨干教师培训。</w:t>
      </w:r>
      <w:r>
        <w:rPr>
          <w:lang w:eastAsia="zh-CN"/>
        </w:rPr>
        <w:br/>
      </w:r>
      <w:r>
        <w:rPr>
          <w:lang w:eastAsia="zh-CN"/>
        </w:rPr>
        <w:t>　　二、参加培训时间：20__年9月——20__年1月</w:t>
      </w:r>
      <w:r>
        <w:rPr>
          <w:lang w:eastAsia="zh-CN"/>
        </w:rPr>
        <w:br/>
      </w:r>
      <w:r>
        <w:rPr>
          <w:lang w:eastAsia="zh-CN"/>
        </w:rPr>
        <w:t>　　三、学习、培训活动安排</w:t>
      </w:r>
      <w:r>
        <w:rPr>
          <w:lang w:eastAsia="zh-CN"/>
        </w:rPr>
        <w:br/>
      </w:r>
      <w:r>
        <w:rPr>
          <w:lang w:eastAsia="zh-CN"/>
        </w:rPr>
        <w:t>　　1、集中学习培训</w:t>
      </w:r>
      <w:r>
        <w:rPr>
          <w:lang w:eastAsia="zh-CN"/>
        </w:rPr>
        <w:br/>
      </w:r>
      <w:r>
        <w:rPr>
          <w:lang w:eastAsia="zh-CN"/>
        </w:rPr>
        <w:t>　　按照学校《培训计划》，准时参加学校组织的集中学习培训，认真做好学习笔记;虚心接受授课教师的辅导;认真完成授课教师布置的作业。</w:t>
      </w:r>
      <w:r>
        <w:rPr>
          <w:lang w:eastAsia="zh-CN"/>
        </w:rPr>
        <w:br/>
      </w:r>
      <w:r>
        <w:rPr>
          <w:lang w:eastAsia="zh-CN"/>
        </w:rPr>
        <w:t>　　2、自主学习</w:t>
      </w:r>
      <w:r>
        <w:rPr>
          <w:lang w:eastAsia="zh-CN"/>
        </w:rPr>
        <w:br/>
      </w:r>
      <w:r>
        <w:rPr>
          <w:lang w:eastAsia="zh-CN"/>
        </w:rPr>
        <w:t>　　利用空闲时间自学，认真做好17事迹运用现代教育技术进行课堂教学的课件17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四、达到的目标</w:t>
      </w:r>
      <w:r>
        <w:rPr>
          <w:lang w:eastAsia="zh-CN"/>
        </w:rPr>
        <w:br/>
      </w:r>
      <w:r>
        <w:rPr>
          <w:lang w:eastAsia="zh-CN"/>
        </w:rPr>
        <w:t>　　1、努力完成学习任务，按时参加省统一考试，力争取得好成绩</w:t>
      </w:r>
      <w:r>
        <w:rPr>
          <w:lang w:eastAsia="zh-CN"/>
        </w:rPr>
        <w:br/>
      </w:r>
      <w:r>
        <w:rPr>
          <w:lang w:eastAsia="zh-CN"/>
        </w:rPr>
        <w:t>　　2、通过集中培训、自主学习、专项活动、专题讨论、师德论坛、案例分析、自我反省，对照检查、撰写心得体会等形式，树立正确的</w:t>
      </w:r>
      <w:r>
        <w:rPr>
          <w:lang w:eastAsia="zh-CN"/>
        </w:rPr>
        <w:br/>
      </w:r>
      <w:r>
        <w:rPr>
          <w:lang w:eastAsia="zh-CN"/>
        </w:rPr>
        <w:t>　　社会主义荣辱观，从而更加爱岗敬业、乐于奉献、关爱学生，使自己具备良好的思想政治素质和职业素养。</w:t>
      </w:r>
      <w:r>
        <w:rPr>
          <w:lang w:eastAsia="zh-CN"/>
        </w:rPr>
        <w:br/>
      </w:r>
      <w:r>
        <w:rPr>
          <w:lang w:eastAsia="zh-CN"/>
        </w:rPr>
        <w:t xml:space="preserve">    个人学习计划合集 篇10 </w:t>
      </w:r>
      <w:r>
        <w:rPr>
          <w:lang w:eastAsia="zh-CN"/>
        </w:rPr>
        <w:br/>
      </w:r>
      <w:r>
        <w:rPr>
          <w:lang w:eastAsia="zh-CN"/>
        </w:rPr>
        <w:t>　　1、全面分析，正确认识自己。</w:t>
      </w:r>
      <w:r>
        <w:rPr>
          <w:lang w:eastAsia="zh-CN"/>
        </w:rPr>
        <w:br/>
      </w:r>
      <w:r>
        <w:rPr>
          <w:lang w:eastAsia="zh-CN"/>
        </w:rPr>
        <w:t>　　准确找出自己的长处和短处，以便明确自己学习的特点、发展的方向，发现自己在学习中可以发挥的最佳才能。</w:t>
      </w:r>
      <w:r>
        <w:rPr>
          <w:lang w:eastAsia="zh-CN"/>
        </w:rPr>
        <w:br/>
      </w:r>
      <w:r>
        <w:rPr>
          <w:lang w:eastAsia="zh-CN"/>
        </w:rPr>
        <w:t>　　2、结合实际，确定目标。</w:t>
      </w:r>
      <w:r>
        <w:rPr>
          <w:lang w:eastAsia="zh-CN"/>
        </w:rPr>
        <w:br/>
      </w:r>
      <w:r>
        <w:rPr>
          <w:lang w:eastAsia="zh-CN"/>
        </w:rPr>
        <w:t>　　订计划时，不要脱离学习的实际，目标不能定得太高或过低，要依据：(1)知识、能力的实际;(2)“缺欠”的实际;(3)时间的实际;(4)教学进度的实际，确定目标，以通过自己的努力能达到为宜。</w:t>
      </w:r>
      <w:r>
        <w:rPr>
          <w:lang w:eastAsia="zh-CN"/>
        </w:rPr>
        <w:br/>
      </w:r>
      <w:r>
        <w:rPr>
          <w:lang w:eastAsia="zh-CN"/>
        </w:rPr>
        <w:t>　　3、长计划，短安排。</w:t>
      </w:r>
      <w:r>
        <w:rPr>
          <w:lang w:eastAsia="zh-CN"/>
        </w:rPr>
        <w:br/>
      </w:r>
      <w:r>
        <w:rPr>
          <w:lang w:eastAsia="zh-CN"/>
        </w:rPr>
        <w:t>　　要在时间上确定学习的远期目标、中期目标和近期目标。在内容上确定各门功课和各项学习活动的具体目标。学习目标可分为：(1)掌握知识目标;(2)培养能力目标;(3)掌握办法目标;(4)达到成绩(分数)目标。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长计划是指明确学习目标，确定学习的内容、专题，大致规划投入的时间;短安排是指具体的行动计划，即每周每天的具体安排和行动落实。</w:t>
      </w:r>
      <w:r>
        <w:rPr>
          <w:lang w:eastAsia="zh-CN"/>
        </w:rPr>
        <w:br/>
      </w:r>
      <w:r>
        <w:rPr>
          <w:lang w:eastAsia="zh-CN"/>
        </w:rPr>
        <w:t>　　4、突出重点，不要平均使用力量。</w:t>
      </w:r>
      <w:r>
        <w:rPr>
          <w:lang w:eastAsia="zh-CN"/>
        </w:rPr>
        <w:br/>
      </w:r>
      <w:r>
        <w:rPr>
          <w:lang w:eastAsia="zh-CN"/>
        </w:rPr>
        <w:t>　　所谓重点：一是指自己学习中的弱科或成绩不理想的课程或某些薄弱点;二是指知识体系中的重点内容。订计划时，一定要集中时间，集中精力保证重点。</w:t>
      </w:r>
      <w:r>
        <w:rPr>
          <w:lang w:eastAsia="zh-CN"/>
        </w:rPr>
        <w:br/>
      </w:r>
      <w:r>
        <w:rPr>
          <w:lang w:eastAsia="zh-CN"/>
        </w:rPr>
        <w:t>　　5、计划要全面，还要与班级计划相配合。</w:t>
      </w:r>
      <w:r>
        <w:rPr>
          <w:lang w:eastAsia="zh-CN"/>
        </w:rPr>
        <w:br/>
      </w:r>
      <w:r>
        <w:rPr>
          <w:lang w:eastAsia="zh-CN"/>
        </w:rPr>
        <w:t>　　计划里除了有学习的时间外，还要有进行社会工作、为集体服务的时间;有保证睡眠的时间;有文体活动的时间。时间安排上不能和班级、家庭的正常活动、生活相冲突。</w:t>
      </w:r>
      <w:r>
        <w:rPr>
          <w:lang w:eastAsia="zh-CN"/>
        </w:rPr>
        <w:br/>
      </w:r>
      <w:r>
        <w:rPr>
          <w:lang w:eastAsia="zh-CN"/>
        </w:rPr>
        <w:t>　　6、安排好常规学习时间和自由学习时间。</w:t>
      </w:r>
      <w:r>
        <w:rPr>
          <w:lang w:eastAsia="zh-CN"/>
        </w:rPr>
        <w:br/>
      </w:r>
      <w:r>
        <w:rPr>
          <w:lang w:eastAsia="zh-CN"/>
        </w:rPr>
        <w:t>　　常规学习时间(即基本学习时间)：指的是用来完成老师当天布置的学习任务，“消化”当天所学知识的时间。</w:t>
      </w:r>
      <w:r>
        <w:rPr>
          <w:lang w:eastAsia="zh-CN"/>
        </w:rPr>
        <w:br/>
      </w:r>
      <w:r>
        <w:rPr>
          <w:lang w:eastAsia="zh-CN"/>
        </w:rPr>
        <w:t>　　自由学习时间：指的是完成了老师布置的学习任务之后，所剩下的归自己支配的学习时间。在自由学习时间内一般可做两件事：补课和提高。补课是指弥补自己学习上的缺欠;提高是指深入钻研，发展自己的学习优势或特长。不管是补课还是提高，最好要围绕一个专题进行，这样做，学习比较容易见作用。</w:t>
      </w:r>
      <w:r>
        <w:rPr>
          <w:lang w:eastAsia="zh-CN"/>
        </w:rPr>
        <w:br/>
      </w:r>
      <w:r>
        <w:rPr>
          <w:lang w:eastAsia="zh-CN"/>
        </w:rPr>
        <w:t>　　自由学习时间内所取得的学习作用，对改变学习现状具有重大的效果，因此这一时间的安排，应当成为制订学习计划的重点之一。</w:t>
      </w:r>
      <w:r>
        <w:rPr>
          <w:lang w:eastAsia="zh-CN"/>
        </w:rPr>
        <w:br/>
      </w:r>
      <w:r>
        <w:rPr>
          <w:lang w:eastAsia="zh-CN"/>
        </w:rPr>
        <w:t>　　7、脑体结合，学习和其他活动应合理安排。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安排计划时，不要长时间地从事单一活动。(1)学习和体育活动要交替安排。例如，学习了一下午，就应当去锻炼一会儿，再回来学习;(2)安排科目时，文科、理科的学习要错开，相近的学习内容不要集中在一起学习;(3)同一学科的材料，用不同的办法学习。</w:t>
      </w:r>
      <w:r>
        <w:rPr>
          <w:lang w:eastAsia="zh-CN"/>
        </w:rPr>
        <w:br/>
      </w:r>
      <w:r>
        <w:rPr>
          <w:lang w:eastAsia="zh-CN"/>
        </w:rPr>
        <w:t>　　8、提高学习时间的利用率</w:t>
      </w:r>
      <w:r>
        <w:rPr>
          <w:lang w:eastAsia="zh-CN"/>
        </w:rPr>
        <w:br/>
      </w:r>
      <w:r>
        <w:rPr>
          <w:lang w:eastAsia="zh-CN"/>
        </w:rPr>
        <w:t>　　时间是宝贵的，自觉提高时间利用效率，是每个中学生学习上进行自我修养的重要内容。(1)早晨或晚上，一天学习的开头和结尾时间，可安排着重记忆的科目，如英语科等;(2)心情比较愉快，注意力比较集中，时间较完整时，可安排比较枯燥的内容或自己不太喜欢的科目;(3)零星的或注意力不易集中的时间，可安排学习自己最感兴趣的学科或做习题。这样可以提高时间的利用率。</w:t>
      </w:r>
      <w:r>
        <w:rPr>
          <w:lang w:eastAsia="zh-CN"/>
        </w:rPr>
        <w:br/>
      </w:r>
      <w:r>
        <w:rPr>
          <w:lang w:eastAsia="zh-CN"/>
        </w:rPr>
        <w:t>　　9、计划要留有余地。</w:t>
      </w:r>
      <w:r>
        <w:rPr>
          <w:lang w:eastAsia="zh-CN"/>
        </w:rPr>
        <w:br/>
      </w:r>
      <w:r>
        <w:rPr>
          <w:lang w:eastAsia="zh-CN"/>
        </w:rPr>
        <w:t>　　10、注意作用，定期检查，及时调整。</w:t>
      </w:r>
      <w:r>
        <w:rPr>
          <w:lang w:eastAsia="zh-CN"/>
        </w:rPr>
        <w:br/>
      </w:r>
      <w:r>
        <w:rPr>
          <w:lang w:eastAsia="zh-CN"/>
        </w:rPr>
        <w:t>　　检查内容：(1)计划中的学习任务是否完成?(2)是否基本按计划去做?(3)学习作用如何?(4)总结得失，找出偏差，分析原由，以利改进。从而实现自我管理，自我控制，自我激励、自我调整。</w:t>
      </w:r>
      <w:r>
        <w:rPr>
          <w:lang w:eastAsia="zh-CN"/>
        </w:rPr>
        <w:br/>
      </w:r>
      <w:r>
        <w:rPr>
          <w:lang w:eastAsia="zh-CN"/>
        </w:rPr>
        <w:t>　　4、小学学习计划书范文精选集锦</w:t>
      </w:r>
      <w:r>
        <w:rPr>
          <w:lang w:eastAsia="zh-CN"/>
        </w:rPr>
        <w:br/>
      </w:r>
      <w:r>
        <w:rPr>
          <w:lang w:eastAsia="zh-CN"/>
        </w:rPr>
        <w:t>　　一份好的学习计划大致包括三方面的内容：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进行自我分析我们每天都在学习，可能有的同学没有想过我是怎样学习的这个问题，因此制订计划前首先进行自我分析。(1)分析自己的学习特点，同学们可以仔细回顾一下自己的学习情况，找出学习特点。各人的学习特点不一样：有的记忆力强，学过知识不易忘记;有的理解力好，老师说一遍就能听懂;有的动作快但经常错;有的动作慢却很仔细。如在数学学习中有的理解力强、应用题学习好;有的善于进行口算，算得比较快，有的记忆力好，公式定义记得比较牢;有的想象力丰富，善于在图形变换中找出规律。所以几何学习比较好……你可以全面分析。(2)分析自己的学习现状，一是和全班同学比，确定看自己数学成绩在班级中的位置，还常用“好、较好、中、较差、差”来评价。二是和自己数学成绩的过去情况比，看它的发展趋势，通常用“进步大、有进步、照常、有退步、退步大”来评价。</w:t>
      </w:r>
      <w:r>
        <w:rPr>
          <w:lang w:eastAsia="zh-CN"/>
        </w:rPr>
        <w:br/>
      </w:r>
      <w:r>
        <w:rPr>
          <w:lang w:eastAsia="zh-CN"/>
        </w:rPr>
        <w:t>　　2、确定学习目标</w:t>
      </w:r>
      <w:r>
        <w:rPr>
          <w:lang w:eastAsia="zh-CN"/>
        </w:rPr>
        <w:br/>
      </w:r>
      <w:r>
        <w:rPr>
          <w:lang w:eastAsia="zh-CN"/>
        </w:rPr>
        <w:t>　　学习目标是学生学习的努力方向，正确的学习目标能催人奋进，从而产生为实现这一目标去奋斗的力量。没有学习目标，就象漫步在街头不知走向何处的流浪汉一样，是对学习时光的极大浪费。</w:t>
      </w:r>
      <w:r>
        <w:rPr>
          <w:lang w:eastAsia="zh-CN"/>
        </w:rPr>
        <w:br/>
      </w:r>
      <w:r>
        <w:rPr>
          <w:lang w:eastAsia="zh-CN"/>
        </w:rPr>
        <w:t>　　确定学习目标首先应体现学生德智体全面发展的教育方针，其次要按照学校的教育要求，此外还要根据自己的学习特点和现状。当然还可考虑一些社会因素家庭情况。</w:t>
      </w:r>
      <w:r>
        <w:rPr>
          <w:lang w:eastAsia="zh-CN"/>
        </w:rPr>
        <w:br/>
      </w:r>
      <w:r>
        <w:rPr>
          <w:lang w:eastAsia="zh-CN"/>
        </w:rPr>
        <w:t>　　学习目标要具有适当、明确、具体的特点。</w:t>
      </w:r>
      <w:r>
        <w:rPr>
          <w:lang w:eastAsia="zh-CN"/>
        </w:rPr>
        <w:br/>
      </w:r>
      <w:r>
        <w:rPr>
          <w:lang w:eastAsia="zh-CN"/>
        </w:rPr>
        <w:t>　　适当：就是指目标不能定得过高或过低，过高了，最终无法实现，容易丧失信心，使计划成为一纸空文;过低了，无需努力就能达到，不利于进步。要根据自己的实际情况提出经过努力能够达到的目标.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明确：就是指学习目标要便于对照和检查。如：“今后要努力学习，争取更大进步”这一目标就不明确，怎样努力呢?哪些方面要有进步?如果必为：“数学课语文课都要认真预习。数学成绩要在班级达到中上水平。”这样就明确了，以后是否达到就可以检查了。</w:t>
      </w:r>
      <w:r>
        <w:rPr>
          <w:lang w:eastAsia="zh-CN"/>
        </w:rPr>
        <w:br/>
      </w:r>
      <w:r>
        <w:rPr>
          <w:lang w:eastAsia="zh-CN"/>
        </w:rPr>
        <w:t>　　具体：就是目标要便于实现，如怎样才能达到“数学中上水平”这一目标呢?可以具体化为：每天做10道计算题，5道应用题，每个数学公式都要准确无疑地背出来，等等。</w:t>
      </w:r>
      <w:r>
        <w:rPr>
          <w:lang w:eastAsia="zh-CN"/>
        </w:rPr>
        <w:br/>
      </w:r>
      <w:r>
        <w:rPr>
          <w:lang w:eastAsia="zh-CN"/>
        </w:rPr>
        <w:t>　　3、科学安排时间</w:t>
      </w:r>
      <w:r>
        <w:rPr>
          <w:lang w:eastAsia="zh-CN"/>
        </w:rPr>
        <w:br/>
      </w:r>
      <w:r>
        <w:rPr>
          <w:lang w:eastAsia="zh-CN"/>
        </w:rPr>
        <w:t>　　确定了学习目标之后，就要通过科学地安排。使用时间来达到这些目标。要符合“全面、合理、高效”的要求。</w:t>
      </w:r>
      <w:r>
        <w:rPr>
          <w:lang w:eastAsia="zh-CN"/>
        </w:rPr>
        <w:br/>
      </w:r>
      <w:r>
        <w:rPr>
          <w:lang w:eastAsia="zh-CN"/>
        </w:rPr>
        <w:t>　　全面：是在安排时间时，既要考虑学习，也要考虑休息和娱乐，既要考虑课内学习，还要考虑课外学习，还要考虑不同学科的时间搭配。</w:t>
      </w:r>
      <w:r>
        <w:rPr>
          <w:lang w:eastAsia="zh-CN"/>
        </w:rPr>
        <w:br/>
      </w:r>
      <w:r>
        <w:rPr>
          <w:lang w:eastAsia="zh-CN"/>
        </w:rPr>
        <w:t>　　合理：是要找出每天学习的最佳时间，如有的同学早晨头脑清醒，最适合于记忆和思考;有的则晚上学习效果更好，要在最佳时间里完成较重要的学习任务，此外注意文理交叉安排，如复习一会语文，就做几道算术题，然后再复习自然常识外语等。</w:t>
      </w:r>
      <w:r>
        <w:rPr>
          <w:lang w:eastAsia="zh-CN"/>
        </w:rPr>
        <w:br/>
      </w:r>
      <w:r>
        <w:rPr>
          <w:lang w:eastAsia="zh-CN"/>
        </w:rPr>
        <w:t xml:space="preserve">    个人学习计划合集 篇11 </w:t>
      </w:r>
      <w:r>
        <w:rPr>
          <w:lang w:eastAsia="zh-CN"/>
        </w:rPr>
        <w:br/>
      </w:r>
      <w:r>
        <w:rPr>
          <w:lang w:eastAsia="zh-CN"/>
        </w:rPr>
        <w:t>　　为了进一步提高我院护理人员的业务水平，确保护理安全。护理部根据我院实际，制定20__年进修学习及培训计划如下:</w:t>
      </w:r>
      <w:r>
        <w:rPr>
          <w:lang w:eastAsia="zh-CN"/>
        </w:rPr>
        <w:br/>
      </w:r>
      <w:r>
        <w:rPr>
          <w:lang w:eastAsia="zh-CN"/>
        </w:rPr>
        <w:t>　　一、 短期进修：手术室、急诊科各送一名工作积极、思想上进的护士到上级医院进修3个月。</w:t>
      </w:r>
      <w:r>
        <w:rPr>
          <w:lang w:eastAsia="zh-CN"/>
        </w:rPr>
        <w:br/>
      </w:r>
      <w:r>
        <w:rPr>
          <w:lang w:eastAsia="zh-CN"/>
        </w:rPr>
        <w:t>　　二、 院感专职参加省级院感培训班学习1次。</w:t>
      </w:r>
      <w:r>
        <w:rPr>
          <w:lang w:eastAsia="zh-CN"/>
        </w:rPr>
        <w:br/>
      </w:r>
      <w:r>
        <w:rPr>
          <w:lang w:eastAsia="zh-CN"/>
        </w:rPr>
        <w:t>　　三、 供应室短期锅炉上岗证（有效期20__年3月）培训班学习1次。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四、 参加上级单位学术会议：（1）总护士长参加护理学会年会及中</w:t>
      </w:r>
      <w:r>
        <w:rPr>
          <w:lang w:eastAsia="zh-CN"/>
        </w:rPr>
        <w:br/>
      </w:r>
      <w:r>
        <w:rPr>
          <w:lang w:eastAsia="zh-CN"/>
        </w:rPr>
        <w:t>　　医药学会护理分会学术年会各1次，各科室（综合科、妇产科、儿科、手术室、门急诊等科室）参加学术会议各1-2次。</w:t>
      </w:r>
      <w:r>
        <w:rPr>
          <w:lang w:eastAsia="zh-CN"/>
        </w:rPr>
        <w:br/>
      </w:r>
      <w:r>
        <w:rPr>
          <w:lang w:eastAsia="zh-CN"/>
        </w:rPr>
        <w:t>　　五、 参加院内学术讲座：举办院内学术讲座20次。</w:t>
      </w:r>
      <w:r>
        <w:rPr>
          <w:lang w:eastAsia="zh-CN"/>
        </w:rPr>
        <w:br/>
      </w:r>
      <w:r>
        <w:rPr>
          <w:lang w:eastAsia="zh-CN"/>
        </w:rPr>
        <w:t>　　六、 参加“华医网”远程教育：中级职称及以上人员必须参加远程教育，初级职称（护师）没有参加函授学习护理人员也必须参加“华医网”远程教育，其余护理人员自愿参加。</w:t>
      </w:r>
      <w:r>
        <w:rPr>
          <w:lang w:eastAsia="zh-CN"/>
        </w:rPr>
        <w:br/>
      </w:r>
      <w:r>
        <w:rPr>
          <w:lang w:eastAsia="zh-CN"/>
        </w:rPr>
        <w:t>　　七、 自学专业知识：每位卫生技术人员制定自学本专业或相关知识计划，上交科室负责人审批，并手写自学笔记5000字，年底将计划及笔记上交医教科备案。</w:t>
      </w:r>
      <w:r>
        <w:rPr>
          <w:lang w:eastAsia="zh-CN"/>
        </w:rPr>
        <w:br/>
      </w:r>
      <w:r>
        <w:rPr>
          <w:lang w:eastAsia="zh-CN"/>
        </w:rPr>
        <w:t>　　护理部</w:t>
      </w:r>
      <w:r>
        <w:rPr>
          <w:lang w:eastAsia="zh-CN"/>
        </w:rPr>
        <w:br/>
      </w:r>
      <w:r>
        <w:rPr>
          <w:lang w:eastAsia="zh-CN"/>
        </w:rPr>
        <w:t>　　20__年12月1日</w:t>
      </w:r>
      <w:r>
        <w:rPr>
          <w:lang w:eastAsia="zh-CN"/>
        </w:rPr>
        <w:br/>
      </w:r>
      <w:r>
        <w:rPr>
          <w:lang w:eastAsia="zh-CN"/>
        </w:rPr>
        <w:t xml:space="preserve">    个人学习计划合集 篇12 </w:t>
      </w:r>
      <w:r>
        <w:rPr>
          <w:lang w:eastAsia="zh-CN"/>
        </w:rPr>
        <w:br/>
      </w:r>
      <w:r>
        <w:rPr>
          <w:lang w:eastAsia="zh-CN"/>
        </w:rPr>
        <w:t>　　本学期我校党支部开展了读书活动,作为学校一名青年教师,我也积极投入到这个活动中。任何事情都要有计划,有步骤的去做,于是我从读书量、读书要求、读书书目、读书策略四个方面制定了个人读书计划。</w:t>
      </w:r>
      <w:r>
        <w:rPr>
          <w:lang w:eastAsia="zh-CN"/>
        </w:rPr>
        <w:br/>
      </w:r>
      <w:r>
        <w:rPr>
          <w:lang w:eastAsia="zh-CN"/>
        </w:rPr>
        <w:t>　　一、在读书量上:</w:t>
      </w:r>
      <w:r>
        <w:rPr>
          <w:lang w:eastAsia="zh-CN"/>
        </w:rPr>
        <w:br/>
      </w:r>
      <w:r>
        <w:rPr>
          <w:lang w:eastAsia="zh-CN"/>
        </w:rPr>
        <w:t>　　我要求自己一个月至少阅读一本书。</w:t>
      </w:r>
      <w:r>
        <w:rPr>
          <w:lang w:eastAsia="zh-CN"/>
        </w:rPr>
        <w:br/>
      </w:r>
      <w:r>
        <w:rPr>
          <w:lang w:eastAsia="zh-CN"/>
        </w:rPr>
        <w:t>　　二、在读书要求上,我是这样要求自己的: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教师的读书将不断地为教师发现问题和解决问题提供"教育的眼光"、"教育的心情",所以,在读书过程中,随时产生的教育"眼光和心情"应用文字记录下来,保持阅读兴趣和阅读快乐。所以我要求自己要做到不动笔墨不读书。每读一本书或者一篇文章,我都要尽量写好读书笔记--进行要点的摘录,练习写读后感。</w:t>
      </w:r>
      <w:r>
        <w:rPr>
          <w:lang w:eastAsia="zh-CN"/>
        </w:rPr>
        <w:br/>
      </w:r>
      <w:r>
        <w:rPr>
          <w:lang w:eastAsia="zh-CN"/>
        </w:rPr>
        <w:t>　　2、把在读书过程中的感悟及时地上传到个人博客中,做到与他人交流,从而进一步提高自己的认识水平。</w:t>
      </w:r>
      <w:r>
        <w:rPr>
          <w:lang w:eastAsia="zh-CN"/>
        </w:rPr>
        <w:br/>
      </w:r>
      <w:r>
        <w:rPr>
          <w:lang w:eastAsia="zh-CN"/>
        </w:rPr>
        <w:t>　　3、读书不是心血来潮,是一个长期的过程,我们不能一口吃成胖子,我要求自己平均每天读书时间不少于1小时,天天积累,丰富自己。</w:t>
      </w:r>
      <w:r>
        <w:rPr>
          <w:lang w:eastAsia="zh-CN"/>
        </w:rPr>
        <w:br/>
      </w:r>
      <w:r>
        <w:rPr>
          <w:lang w:eastAsia="zh-CN"/>
        </w:rPr>
        <w:t>　　三、读书书目</w:t>
      </w:r>
      <w:r>
        <w:rPr>
          <w:lang w:eastAsia="zh-CN"/>
        </w:rPr>
        <w:br/>
      </w:r>
      <w:r>
        <w:rPr>
          <w:lang w:eastAsia="zh-CN"/>
        </w:rPr>
        <w:t>　　1、《班主任兵法》</w:t>
      </w:r>
      <w:r>
        <w:rPr>
          <w:lang w:eastAsia="zh-CN"/>
        </w:rPr>
        <w:br/>
      </w:r>
      <w:r>
        <w:rPr>
          <w:lang w:eastAsia="zh-CN"/>
        </w:rPr>
        <w:t>　　2、《威海教育》</w:t>
      </w:r>
      <w:r>
        <w:rPr>
          <w:lang w:eastAsia="zh-CN"/>
        </w:rPr>
        <w:br/>
      </w:r>
      <w:r>
        <w:rPr>
          <w:lang w:eastAsia="zh-CN"/>
        </w:rPr>
        <w:t>　　3、《人民教育》</w:t>
      </w:r>
      <w:r>
        <w:rPr>
          <w:lang w:eastAsia="zh-CN"/>
        </w:rPr>
        <w:br/>
      </w:r>
      <w:r>
        <w:rPr>
          <w:lang w:eastAsia="zh-CN"/>
        </w:rPr>
        <w:t>　　4、《小学语文教师》</w:t>
      </w:r>
      <w:r>
        <w:rPr>
          <w:lang w:eastAsia="zh-CN"/>
        </w:rPr>
        <w:br/>
      </w:r>
      <w:r>
        <w:rPr>
          <w:lang w:eastAsia="zh-CN"/>
        </w:rPr>
        <w:t>　　5、《给教师的100条建议》</w:t>
      </w:r>
      <w:r>
        <w:rPr>
          <w:lang w:eastAsia="zh-CN"/>
        </w:rPr>
        <w:br/>
      </w:r>
      <w:r>
        <w:rPr>
          <w:lang w:eastAsia="zh-CN"/>
        </w:rPr>
        <w:t>　　四、读书策略</w:t>
      </w:r>
      <w:r>
        <w:rPr>
          <w:lang w:eastAsia="zh-CN"/>
        </w:rPr>
        <w:br/>
      </w:r>
      <w:r>
        <w:rPr>
          <w:lang w:eastAsia="zh-CN"/>
        </w:rPr>
        <w:t>　　1、我要利用晨读时间和学生一起读书。</w:t>
      </w:r>
      <w:r>
        <w:rPr>
          <w:lang w:eastAsia="zh-CN"/>
        </w:rPr>
        <w:br/>
      </w:r>
      <w:r>
        <w:rPr>
          <w:lang w:eastAsia="zh-CN"/>
        </w:rPr>
        <w:t>　　2、多利用一些间隙读书,如空课时间作业批完后少聊天,多读书。</w:t>
      </w:r>
      <w:r>
        <w:rPr>
          <w:lang w:eastAsia="zh-CN"/>
        </w:rPr>
        <w:br/>
      </w:r>
      <w:r>
        <w:rPr>
          <w:lang w:eastAsia="zh-CN"/>
        </w:rPr>
        <w:t>　　3、每周切出一整块时间读书。</w:t>
      </w:r>
      <w:r>
        <w:rPr>
          <w:lang w:eastAsia="zh-CN"/>
        </w:rPr>
        <w:br/>
      </w:r>
      <w:r>
        <w:rPr>
          <w:lang w:eastAsia="zh-CN"/>
        </w:rPr>
        <w:t>　　4、利用休息日读书。</w:t>
      </w:r>
      <w:r>
        <w:rPr>
          <w:lang w:eastAsia="zh-CN"/>
        </w:rPr>
        <w:br/>
      </w:r>
      <w:r>
        <w:rPr>
          <w:lang w:eastAsia="zh-CN"/>
        </w:rPr>
        <w:t>　　苏霍姆林斯基说过:"要天天看书,终生以书为友,这是一天也不能断流的潺潺小溪,它充实着思想。"作为一名年轻教师,我更需要指引,需要进步。书是我的良师益友,陪伴我走人生之路……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教师的读书人格可以感染、熏陶学生人格的积极、健康成长。希望在工作中,通过读书能指导与反思自己的教育实践,不断进行教育创新,丰富自己的教育人生,让教育工作在阅读中更加有活力、更加精彩</w:t>
      </w:r>
      <w:r>
        <w:rPr>
          <w:lang w:eastAsia="zh-CN"/>
        </w:rPr>
        <w:br/>
      </w:r>
      <w:r>
        <w:rPr>
          <w:lang w:eastAsia="zh-CN"/>
        </w:rPr>
        <w:t xml:space="preserve">    个人学习计划合集 篇13 </w:t>
      </w:r>
      <w:r>
        <w:rPr>
          <w:lang w:eastAsia="zh-CN"/>
        </w:rPr>
        <w:br/>
      </w:r>
      <w:r>
        <w:rPr>
          <w:lang w:eastAsia="zh-CN"/>
        </w:rPr>
        <w:t>　　马上就要开学了，我相信大家都有自己的学习计划，那我也来讲讲我的学习计划吧!</w:t>
      </w:r>
      <w:r>
        <w:rPr>
          <w:lang w:eastAsia="zh-CN"/>
        </w:rPr>
        <w:br/>
      </w:r>
      <w:r>
        <w:rPr>
          <w:lang w:eastAsia="zh-CN"/>
        </w:rPr>
        <w:t>　　1.上课时，注意力要集中，不要东张西望的，也不要讲废话，争取能积极发言，不要辜负老师对我的期望。</w:t>
      </w:r>
      <w:r>
        <w:rPr>
          <w:lang w:eastAsia="zh-CN"/>
        </w:rPr>
        <w:br/>
      </w:r>
      <w:r>
        <w:rPr>
          <w:lang w:eastAsia="zh-CN"/>
        </w:rPr>
        <w:t>　　2.在本学期，我要纠正我的学习态度，不要像以前，想做作业就做，不想做作业就不要做，这是一个不好的习惯。要开动脑筋，认真完成每一项作业，碰到难题可以去问老师和同学。</w:t>
      </w:r>
      <w:r>
        <w:rPr>
          <w:lang w:eastAsia="zh-CN"/>
        </w:rPr>
        <w:br/>
      </w:r>
      <w:r>
        <w:rPr>
          <w:lang w:eastAsia="zh-CN"/>
        </w:rPr>
        <w:t>　　3.下课时，不要乱蹦乱跳，要充分利用下课时间，不要玩的太疯，这样会影响下一节课的精神。</w:t>
      </w:r>
      <w:r>
        <w:rPr>
          <w:lang w:eastAsia="zh-CN"/>
        </w:rPr>
        <w:br/>
      </w:r>
      <w:r>
        <w:rPr>
          <w:lang w:eastAsia="zh-CN"/>
        </w:rPr>
        <w:t>　　4.回家后要及时完成老师和家长布置的作业，复习当天老师教的新课和笔记。多看看课外书，提高自己的阅读水平。</w:t>
      </w:r>
      <w:r>
        <w:rPr>
          <w:lang w:eastAsia="zh-CN"/>
        </w:rPr>
        <w:br/>
      </w:r>
      <w:r>
        <w:rPr>
          <w:lang w:eastAsia="zh-CN"/>
        </w:rPr>
        <w:t>　　这学期我的目标是：好好学习，天天向上!争取做个小队长。</w:t>
      </w:r>
      <w:r>
        <w:rPr>
          <w:lang w:eastAsia="zh-CN"/>
        </w:rPr>
        <w:br/>
      </w:r>
      <w:r>
        <w:rPr>
          <w:lang w:eastAsia="zh-CN"/>
        </w:rPr>
        <w:t xml:space="preserve">    个人学习计划合集 篇14 </w:t>
      </w:r>
      <w:r>
        <w:rPr>
          <w:lang w:eastAsia="zh-CN"/>
        </w:rPr>
        <w:br/>
      </w:r>
      <w:r>
        <w:rPr>
          <w:lang w:eastAsia="zh-CN"/>
        </w:rPr>
        <w:t>　　一、引言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今年我二十七岁，青春慢慢地将要变成回忆，我希望自己在迈入三十的门槛时无需频频回首，自信而坚定，双手捧满了收获的果实，因而，谨在此制定一个三年计划，努力让青春的遗憾少一些、再少一些。</w:t>
      </w:r>
      <w:r>
        <w:rPr>
          <w:lang w:eastAsia="zh-CN"/>
        </w:rPr>
        <w:br/>
      </w:r>
      <w:r>
        <w:rPr>
          <w:lang w:eastAsia="zh-CN"/>
        </w:rPr>
        <w:t>　　二、自我期许</w:t>
      </w:r>
      <w:r>
        <w:rPr>
          <w:lang w:eastAsia="zh-CN"/>
        </w:rPr>
        <w:br/>
      </w:r>
      <w:r>
        <w:rPr>
          <w:lang w:eastAsia="zh-CN"/>
        </w:rPr>
        <w:t>　　拥有持之以恒的毅力。</w:t>
      </w:r>
      <w:r>
        <w:rPr>
          <w:lang w:eastAsia="zh-CN"/>
        </w:rPr>
        <w:br/>
      </w:r>
      <w:r>
        <w:rPr>
          <w:lang w:eastAsia="zh-CN"/>
        </w:rPr>
        <w:t>　　对自己有足够的自觉，善待他人。</w:t>
      </w:r>
      <w:r>
        <w:rPr>
          <w:lang w:eastAsia="zh-CN"/>
        </w:rPr>
        <w:br/>
      </w:r>
      <w:r>
        <w:rPr>
          <w:lang w:eastAsia="zh-CN"/>
        </w:rPr>
        <w:t>　　能够学以致用回报社会。</w:t>
      </w:r>
      <w:r>
        <w:rPr>
          <w:lang w:eastAsia="zh-CN"/>
        </w:rPr>
        <w:br/>
      </w:r>
      <w:r>
        <w:rPr>
          <w:lang w:eastAsia="zh-CN"/>
        </w:rPr>
        <w:t>　　每天自我反省。</w:t>
      </w:r>
      <w:r>
        <w:rPr>
          <w:lang w:eastAsia="zh-CN"/>
        </w:rPr>
        <w:br/>
      </w:r>
      <w:r>
        <w:rPr>
          <w:lang w:eastAsia="zh-CN"/>
        </w:rPr>
        <w:t>　　拥有健康的体魄和温柔、坚定的心。</w:t>
      </w:r>
      <w:r>
        <w:rPr>
          <w:lang w:eastAsia="zh-CN"/>
        </w:rPr>
        <w:br/>
      </w:r>
      <w:r>
        <w:rPr>
          <w:lang w:eastAsia="zh-CN"/>
        </w:rPr>
        <w:t>　　事业与家庭同时兼顾。</w:t>
      </w:r>
      <w:r>
        <w:rPr>
          <w:lang w:eastAsia="zh-CN"/>
        </w:rPr>
        <w:br/>
      </w:r>
      <w:r>
        <w:rPr>
          <w:lang w:eastAsia="zh-CN"/>
        </w:rPr>
        <w:t>　　三、计划书简介</w:t>
      </w:r>
      <w:r>
        <w:rPr>
          <w:lang w:eastAsia="zh-CN"/>
        </w:rPr>
        <w:br/>
      </w:r>
      <w:r>
        <w:rPr>
          <w:lang w:eastAsia="zh-CN"/>
        </w:rPr>
        <w:t>　　此计划书从20__年4月起至20__年3月止为期三年，主要分成两部分：一是政策法规学习，二是技能学习，第一部分学习将贯穿整个三年的学习之中，第二部分学习的完成可大致分为两个阶段：</w:t>
      </w:r>
      <w:r>
        <w:rPr>
          <w:lang w:eastAsia="zh-CN"/>
        </w:rPr>
        <w:br/>
      </w:r>
      <w:r>
        <w:rPr>
          <w:lang w:eastAsia="zh-CN"/>
        </w:rPr>
        <w:t>　　阶段A——从20__年4月至20__年11月主要用于会计知识的学习，并取得会计证。</w:t>
      </w:r>
      <w:r>
        <w:rPr>
          <w:lang w:eastAsia="zh-CN"/>
        </w:rPr>
        <w:br/>
      </w:r>
      <w:r>
        <w:rPr>
          <w:lang w:eastAsia="zh-CN"/>
        </w:rPr>
        <w:t>　　阶段B——从20__年11月至20__年3月主要用于中级职称考试的学习和一门专业英语证书的获得。</w:t>
      </w:r>
      <w:r>
        <w:rPr>
          <w:lang w:eastAsia="zh-CN"/>
        </w:rPr>
        <w:br/>
      </w:r>
      <w:r>
        <w:rPr>
          <w:lang w:eastAsia="zh-CN"/>
        </w:rPr>
        <w:t>　　四、主要学习内容</w:t>
      </w:r>
      <w:r>
        <w:rPr>
          <w:lang w:eastAsia="zh-CN"/>
        </w:rPr>
        <w:br/>
      </w:r>
      <w:r>
        <w:rPr>
          <w:lang w:eastAsia="zh-CN"/>
        </w:rPr>
        <w:t>　　政策法规的学习。我现在从事劳动保障工作，结合工作实际，劳动法有关知识的学习将成为我学习的侧重点：</w:t>
      </w:r>
      <w:r>
        <w:rPr>
          <w:lang w:eastAsia="zh-CN"/>
        </w:rPr>
        <w:br/>
      </w:r>
      <w:r>
        <w:rPr>
          <w:lang w:eastAsia="zh-CN"/>
        </w:rPr>
        <w:t>　　以《劳动法全书》为读本，主要侧重于劳动法有关知识的掌握。全书1905页，计划每个工作日阅读2页纸，将用953个工作日全部阅读完。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我国的劳动和社会保障事业还处在完善阶段，新的政策法规不断涌现，要做到及时学习、掌握。</w:t>
      </w:r>
      <w:r>
        <w:rPr>
          <w:lang w:eastAsia="zh-CN"/>
        </w:rPr>
        <w:br/>
      </w:r>
      <w:r>
        <w:rPr>
          <w:lang w:eastAsia="zh-CN"/>
        </w:rPr>
        <w:t>　　结合国际形势研究劳动保障工作的趋势，以省劳动厅20__年7月版的《入世与劳动保障》为学习读本，全书共分八章，每周阅读一章，三个月全部学习完。</w:t>
      </w:r>
      <w:r>
        <w:rPr>
          <w:lang w:eastAsia="zh-CN"/>
        </w:rPr>
        <w:br/>
      </w:r>
      <w:r>
        <w:rPr>
          <w:lang w:eastAsia="zh-CN"/>
        </w:rPr>
        <w:t>　　随着我国非公有制企业队伍的不断壮大，这部分就业群体的保障也将成为我国社会保障工作的重点。以1999年版的《中国私营企业发展报告》为学习读本，全书共五篇，每月学习一篇，五个月学完。</w:t>
      </w:r>
      <w:r>
        <w:rPr>
          <w:lang w:eastAsia="zh-CN"/>
        </w:rPr>
        <w:br/>
      </w:r>
      <w:r>
        <w:rPr>
          <w:lang w:eastAsia="zh-CN"/>
        </w:rPr>
        <w:t>　　每个季度写一篇有关劳动保障知识学习的心得体会，每年写一篇调研报告就有关热点问题进行研究。</w:t>
      </w:r>
      <w:r>
        <w:rPr>
          <w:lang w:eastAsia="zh-CN"/>
        </w:rPr>
        <w:br/>
      </w:r>
      <w:r>
        <w:rPr>
          <w:lang w:eastAsia="zh-CN"/>
        </w:rPr>
        <w:t>　　技能学习。这部分学习侧重于以工作需要为主要方面的几项技能掌握：</w:t>
      </w:r>
      <w:r>
        <w:rPr>
          <w:lang w:eastAsia="zh-CN"/>
        </w:rPr>
        <w:br/>
      </w:r>
      <w:r>
        <w:rPr>
          <w:lang w:eastAsia="zh-CN"/>
        </w:rPr>
        <w:t>　　a.20__年4月报名参加会计培训班进行学习，20__年11月参加考试。</w:t>
      </w:r>
      <w:r>
        <w:rPr>
          <w:lang w:eastAsia="zh-CN"/>
        </w:rPr>
        <w:br/>
      </w:r>
      <w:r>
        <w:rPr>
          <w:lang w:eastAsia="zh-CN"/>
        </w:rPr>
        <w:t>　　b.20__年1月报名参加中级职称的专业课考试，并开始自学有关中级职称方面的专业课程。</w:t>
      </w:r>
      <w:r>
        <w:rPr>
          <w:lang w:eastAsia="zh-CN"/>
        </w:rPr>
        <w:br/>
      </w:r>
      <w:r>
        <w:rPr>
          <w:lang w:eastAsia="zh-CN"/>
        </w:rPr>
        <w:t>　　c.20__年11月报名参加职称英语考试。</w:t>
      </w:r>
      <w:r>
        <w:rPr>
          <w:lang w:eastAsia="zh-CN"/>
        </w:rPr>
        <w:br/>
      </w:r>
      <w:r>
        <w:rPr>
          <w:lang w:eastAsia="zh-CN"/>
        </w:rPr>
        <w:t>　　d.20__年3月自修英语并参加英语的等级考试。（具体英语课程根据当时的考级要求而定。）</w:t>
      </w:r>
      <w:r>
        <w:rPr>
          <w:lang w:eastAsia="zh-CN"/>
        </w:rPr>
        <w:br/>
      </w:r>
      <w:r>
        <w:rPr>
          <w:lang w:eastAsia="zh-CN"/>
        </w:rPr>
        <w:t>　　e.以上自修课程根据当时的考试要求随时变动。</w:t>
      </w:r>
      <w:r>
        <w:rPr>
          <w:lang w:eastAsia="zh-CN"/>
        </w:rPr>
        <w:br/>
      </w:r>
      <w:r>
        <w:rPr>
          <w:lang w:eastAsia="zh-CN"/>
        </w:rPr>
        <w:t>　　五、常态性学习</w:t>
      </w:r>
      <w:r>
        <w:rPr>
          <w:lang w:eastAsia="zh-CN"/>
        </w:rPr>
        <w:br/>
      </w:r>
    </w:p>
    <w:p w:rsidR="001B1F19" w14:textId="27C3F48A">
      <w:pPr>
        <w:rPr>
          <w:rFonts w:hint="eastAsia"/>
          <w:lang w:eastAsia="zh-CN"/>
        </w:rPr>
      </w:pPr>
      <w:r>
        <w:rPr>
          <w:lang w:eastAsia="zh-CN"/>
        </w:rPr>
        <w:t>　　阅读：每天读报、每月读一份文学类杂志、每年至少读一本名著。</w:t>
      </w:r>
      <w:r>
        <w:rPr>
          <w:lang w:eastAsia="zh-CN"/>
        </w:rPr>
        <w:br/>
      </w:r>
      <w:r>
        <w:rPr>
          <w:lang w:eastAsia="zh-CN"/>
        </w:rPr>
        <w:t>　　英文：以书信、作文形式练习写作，加强阅读量。</w:t>
      </w:r>
      <w:r>
        <w:rPr>
          <w:lang w:eastAsia="zh-CN"/>
        </w:rPr>
        <w:br/>
      </w:r>
      <w:r>
        <w:rPr>
          <w:lang w:eastAsia="zh-CN"/>
        </w:rPr>
        <w:t>　　钢琴：加强基本技巧的练习，充实曲目并对以往学习过的曲目进行温习。</w:t>
      </w:r>
      <w:r>
        <w:rPr>
          <w:lang w:eastAsia="zh-CN"/>
        </w:rPr>
        <w:br/>
      </w:r>
      <w:r>
        <w:rPr>
          <w:lang w:eastAsia="zh-CN"/>
        </w:rPr>
        <w:t>　　体育：每天分阶段修习瑜伽术不少于四十分钟，每周去健身中心不少于两次，登山为不定期参与。</w:t>
      </w:r>
      <w:r>
        <w:rPr>
          <w:lang w:eastAsia="zh-CN"/>
        </w:rPr>
        <w:br/>
      </w:r>
      <w:r>
        <w:rPr>
          <w:lang w:eastAsia="zh-CN"/>
        </w:rPr>
        <w:t>　　随时加入其他学习。</w:t>
      </w:r>
      <w:r>
        <w:rPr>
          <w:lang w:eastAsia="zh-CN"/>
        </w:rPr>
        <w:br/>
      </w:r>
      <w:r>
        <w:rPr>
          <w:lang w:eastAsia="zh-CN"/>
        </w:rPr>
        <w:t>　　六、各阶段目标</w:t>
      </w:r>
      <w:r>
        <w:rPr>
          <w:lang w:eastAsia="zh-CN"/>
        </w:rPr>
        <w:br/>
      </w:r>
      <w:r>
        <w:rPr>
          <w:lang w:eastAsia="zh-CN"/>
        </w:rPr>
        <w:t>　　20__年3月以前写出劳动保障知识学习心得体会共计12篇，社保热点问题调研报告3篇。</w:t>
      </w:r>
      <w:r>
        <w:rPr>
          <w:lang w:eastAsia="zh-CN"/>
        </w:rPr>
        <w:br/>
      </w:r>
      <w:r>
        <w:rPr>
          <w:lang w:eastAsia="zh-CN"/>
        </w:rPr>
        <w:t>　　20__年4月取得会计证。</w:t>
      </w:r>
      <w:r>
        <w:rPr>
          <w:lang w:eastAsia="zh-CN"/>
        </w:rPr>
        <w:br/>
      </w:r>
      <w:r>
        <w:rPr>
          <w:lang w:eastAsia="zh-CN"/>
        </w:rPr>
        <w:t>　　20__年12月取得中级职称专业课的证书。</w:t>
      </w:r>
      <w:r>
        <w:rPr>
          <w:lang w:eastAsia="zh-CN"/>
        </w:rPr>
        <w:br/>
      </w:r>
      <w:r>
        <w:rPr>
          <w:lang w:eastAsia="zh-CN"/>
        </w:rPr>
        <w:t>　　20__年4月取得职称英语考试证书。</w:t>
      </w:r>
      <w:r>
        <w:rPr>
          <w:lang w:eastAsia="zh-CN"/>
        </w:rPr>
        <w:br/>
      </w:r>
      <w:r>
        <w:rPr>
          <w:lang w:eastAsia="zh-CN"/>
        </w:rPr>
        <w:t>　　20__年3月取得英语等级考试证书。</w:t>
      </w:r>
      <w:r>
        <w:rPr>
          <w:lang w:eastAsia="zh-CN"/>
        </w:rPr>
        <w:br/>
      </w:r>
      <w:r>
        <w:rPr>
          <w:lang w:eastAsia="zh-CN"/>
        </w:rPr>
        <w:t>　　七、备注</w:t>
      </w:r>
      <w:r>
        <w:rPr>
          <w:lang w:eastAsia="zh-CN"/>
        </w:rPr>
        <w:br/>
      </w:r>
      <w:r>
        <w:rPr>
          <w:lang w:eastAsia="zh-CN"/>
        </w:rPr>
        <w:t>　　在学习的过程中要持之以恒，切忌偷懒，并随时修改不切实际之处，使计划得以完善。</w:t>
      </w:r>
      <w:r>
        <w:rPr>
          <w:lang w:eastAsia="zh-CN"/>
        </w:rPr>
        <w:br/>
      </w:r>
      <w:r>
        <w:rPr>
          <w:lang w:eastAsia="zh-CN"/>
        </w:rPr>
        <w:t>　　八、结束语</w:t>
      </w:r>
      <w:r>
        <w:rPr>
          <w:lang w:eastAsia="zh-CN"/>
        </w:rPr>
        <w:br/>
      </w:r>
      <w:r>
        <w:rPr>
          <w:lang w:eastAsia="zh-CN"/>
        </w:rPr>
        <w:t>　　三年后，当我再次翻开这一计划书，希望我能自豪地说：“我的自学之路是永无止境的，虽然前面的目标已完成，但我将再次起航规划以后的道路。”</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https://d.book118.com/605144322014011104</w:t>
        </w:r>
      </w:hyperlink>
    </w:p>
    <w:p w:rsidR="001B1F19">
      <w:pPr>
        <w:rPr>
          <w:rFonts w:hint="eastAsia"/>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514432201401110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