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2024高中生青春励志演讲稿（33篇）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2024高中生青春励志演讲稿（通用33篇）</w:t>
      </w:r>
      <w:r>
        <w:rPr>
          <w:lang w:eastAsia="zh-CN"/>
        </w:rPr>
        <w:br/>
      </w:r>
      <w:r>
        <w:rPr>
          <w:lang w:eastAsia="zh-CN"/>
        </w:rPr>
        <w:t xml:space="preserve">    2024高中生青春励志演讲稿 篇1 </w:t>
      </w:r>
      <w:r>
        <w:rPr>
          <w:lang w:eastAsia="zh-CN"/>
        </w:rPr>
        <w:br/>
      </w:r>
      <w:r>
        <w:rPr>
          <w:lang w:eastAsia="zh-CN"/>
        </w:rPr>
        <w:t>　　亲爱的各位同事：</w:t>
      </w:r>
      <w:r>
        <w:rPr>
          <w:lang w:eastAsia="zh-CN"/>
        </w:rPr>
        <w:br/>
      </w:r>
      <w:r>
        <w:rPr>
          <w:lang w:eastAsia="zh-CN"/>
        </w:rPr>
        <w:t>　　你们好!</w:t>
      </w:r>
      <w:r>
        <w:rPr>
          <w:lang w:eastAsia="zh-CN"/>
        </w:rPr>
        <w:br/>
      </w:r>
      <w:r>
        <w:rPr>
          <w:lang w:eastAsia="zh-CN"/>
        </w:rPr>
        <w:t>　　今天，很高兴站在这里，和大家探讨下“人生”，呵呵，不知道大家对“穷”字是什么想法呢，“穷”在现代社会，是个不受欢迎的词。大众奋斗的社会意义，就是要把它挤出《新华字典》。而绝对意义的穷，是很可怕的，它挤压一个人生存和命运的空间。</w:t>
      </w:r>
      <w:r>
        <w:rPr>
          <w:lang w:eastAsia="zh-CN"/>
        </w:rPr>
        <w:br/>
      </w:r>
      <w:r>
        <w:rPr>
          <w:lang w:eastAsia="zh-CN"/>
        </w:rPr>
        <w:t>　　而在温饱满足的年代，穷，往往又成为一个相对的概念。</w:t>
      </w:r>
      <w:r>
        <w:rPr>
          <w:lang w:eastAsia="zh-CN"/>
        </w:rPr>
        <w:br/>
      </w:r>
      <w:r>
        <w:rPr>
          <w:lang w:eastAsia="zh-CN"/>
        </w:rPr>
        <w:t>　　比如说我，也正在赶往“小康”的路上，而一旦想到奢侈品，“穷”的阴影当即萦绕心头，内心会产生痛苦。前不久，我跟儿子说，你老爸准备买车啦!儿子说，是啊，是啊，你买一副中国象棋，就拥有两部“车”啦。新新人类说话喜欢带刺儿，不过往往能一矢中的。我跟儿子说，儿子，你在这个问题上讽刺我，我真有点难过。</w:t>
      </w:r>
      <w:r>
        <w:rPr>
          <w:lang w:eastAsia="zh-CN"/>
        </w:rPr>
        <w:br/>
      </w:r>
      <w:r>
        <w:rPr>
          <w:lang w:eastAsia="zh-CN"/>
        </w:rPr>
        <w:t>　　人总在向上攀比中感到自己穷。李嘉诚虽富，想到比尔·盖茨，他会感到自己穷。比尔·盖茨富，让他造几艘航母或者航天飞机，他也会觉得自己不够富。相对意义的“穷”，是帝王般开疆拓土的雄心与国界限定性的矛盾，是自我的内心欲望结出的青葡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与“穷”相对的是“富”。在一个倡导创富的时代，穷，是我们每个人需要去摆脱的缰绳和枷锁。其实，这种意识和倡导本身，就是一种发展和进步。我爸那个时代，美女都爱嫁贫农。我爸一辈子，忌讳“富”字犹如瘌痢头忌讳“光”字。他出身富农家庭，没有享受到富的待遇，却要承受富的压迫。因为这个从没让他得到过实惠的“富”字，他在单位不能入党和提干，只能回家喝闷酒。他在口头上凶猛地讨伐“富”，是想摆脱富的阴影;在那些求一根劣质香烟而不可多得的日子里，他又明白自己很穷，心里又巴望能真的富一点。这是一种无奈的穷而酸。</w:t>
      </w:r>
      <w:r>
        <w:rPr>
          <w:lang w:eastAsia="zh-CN"/>
        </w:rPr>
        <w:br/>
      </w:r>
      <w:r>
        <w:rPr>
          <w:lang w:eastAsia="zh-CN"/>
        </w:rPr>
        <w:t>　　处在“穷”的状态，内心有一种煎熬，穷，并不是一种美好的感觉，也未必能与美德挂钩。但并不可怕，日子总能对付，西哲罗素先生说，穷最可怕的后果，是让穷扭曲了自己的思维。</w:t>
      </w:r>
      <w:r>
        <w:rPr>
          <w:lang w:eastAsia="zh-CN"/>
        </w:rPr>
        <w:br/>
      </w:r>
      <w:r>
        <w:rPr>
          <w:lang w:eastAsia="zh-CN"/>
        </w:rPr>
        <w:t>　　在一个倡导创富的时代，如何面对自己的“穷”。这是一个问题。其实，罗素先生给我们提了个醒。欲望一天天累积，一天天得不到满足，因而产生憋屈，产生怒火。所谓穷而不酸，是说要求消除因穷产生的怨愤。置身于“穷”，首先要有耐心，其次要心平气和。</w:t>
      </w:r>
      <w:r>
        <w:rPr>
          <w:lang w:eastAsia="zh-CN"/>
        </w:rPr>
        <w:br/>
      </w:r>
      <w:r>
        <w:rPr>
          <w:lang w:eastAsia="zh-CN"/>
        </w:rPr>
        <w:t>　　买不起车，不用小刀划豪车上的油漆;住不起别墅，见了别墅，不要祝愿小偷出入其间;见富人打个饱嗝，不去想象那一桌子生猛海鲜;见了富人的脚后跟，也不怂恿小狗去追逐。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当我步行去上班时，想到了散步的种.种好处，但同时又意识到，如果用散步的种.种好处去抵挡车的诱惑，这又是一种酸。穷和富既对立也转化，穷需要思变。今后，我会像田鼠一样时时耸起耳朵，像猫头鹰一样睁开夜的眼睛，找准时机，向“穷”宣战!</w:t>
      </w:r>
      <w:r>
        <w:rPr>
          <w:lang w:eastAsia="zh-CN"/>
        </w:rPr>
        <w:br/>
      </w:r>
      <w:r>
        <w:rPr>
          <w:lang w:eastAsia="zh-CN"/>
        </w:rPr>
        <w:t xml:space="preserve">    2024高中生青春励志演讲稿 篇2 </w:t>
      </w:r>
      <w:r>
        <w:rPr>
          <w:lang w:eastAsia="zh-CN"/>
        </w:rPr>
        <w:br/>
      </w:r>
      <w:r>
        <w:rPr>
          <w:lang w:eastAsia="zh-CN"/>
        </w:rPr>
        <w:t>　　尊敬的各位老师，同学们：</w:t>
      </w:r>
      <w:r>
        <w:rPr>
          <w:lang w:eastAsia="zh-CN"/>
        </w:rPr>
        <w:br/>
      </w:r>
      <w:r>
        <w:rPr>
          <w:lang w:eastAsia="zh-CN"/>
        </w:rPr>
        <w:t>　　大家好!</w:t>
      </w:r>
      <w:r>
        <w:rPr>
          <w:lang w:eastAsia="zh-CN"/>
        </w:rPr>
        <w:br/>
      </w:r>
      <w:r>
        <w:rPr>
          <w:lang w:eastAsia="zh-CN"/>
        </w:rPr>
        <w:t>　　相信在座的同学们和无数的同龄人一样，在高考的华容道上，我们摩拳擦掌、披荆斩棘、过五关斩六将、无不豪情、无不壮志、无不快哉，在经历过车轮之战后，我们迈步踏进了为之奋斗的大学，压力的解脱尽如同漫天的繁星闪闪，虽然璀璨却令人目不暇接不知所措——迷茫、困惑、压抑、无聊、空虚这些毫无生机的字眼犹如幽魂一样缠绕于我们周身。这使我们不得不发问：我们的青春难道真的无处安放?我们的青春到底为谁张扬?我们难道真的允许青春悄然滑过指尖或用腐朽的残忍来埋葬我们的青春?不不!不是这样的!我们的青春飞扬!我们的青春在路上!</w:t>
      </w:r>
      <w:r>
        <w:rPr>
          <w:lang w:eastAsia="zh-CN"/>
        </w:rPr>
        <w:br/>
      </w:r>
      <w:r>
        <w:rPr>
          <w:lang w:eastAsia="zh-CN"/>
        </w:rPr>
        <w:t>　　一个真正意义上的大学生，必须拥有使命感。像马丁路德金怀抱解放美国黑人的梦想而奋斗，像周恩来同志年少就立志为中华之崛起而读书，像比尔盖茨为了世界上每张桌上都有一台计算机而拼搏。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我，作为一名普通的大学生，我个人的未来同样是我更为关注的，是成功是辉煌是平庸是随便，我自然渴望成功不甘平庸，但究竟要走到哪一步，虽然未知，但我知道无论怎么走都得从第一步走起。这是最根本的一步，从这步走起，还要一步一步的积累，一步一步的奋斗。“不积跬步，无以至千里，不积小流，无以成江海”，不经历风雨，就见不到彩虹。</w:t>
      </w:r>
      <w:r>
        <w:rPr>
          <w:lang w:eastAsia="zh-CN"/>
        </w:rPr>
        <w:br/>
      </w:r>
      <w:r>
        <w:rPr>
          <w:lang w:eastAsia="zh-CN"/>
        </w:rPr>
        <w:t>　　青春的美丽，不是街市流行的时装;青春的旋律，不是吉他弹奏的缠绵忧伤;青春的潇洒，不是身体摇摆的忸怩作态;青春的浪漫，不是车轮郊游的旋转飞扬。青春是一种态度、是一种精神，青春是一种勇往直前的冲劲、是为了理想而拼搏的不懈激情——-如果你是一只雄鹰，你就应该向往蓝天，期盼飞翔;如果你是一艘轮船，你就应该依恋大海，渴望远航;如果你正年轻，那么，就请拒绝沉默，亮出青春的风采!</w:t>
      </w:r>
      <w:r>
        <w:rPr>
          <w:lang w:eastAsia="zh-CN"/>
        </w:rPr>
        <w:br/>
      </w:r>
      <w:r>
        <w:rPr>
          <w:lang w:eastAsia="zh-CN"/>
        </w:rPr>
        <w:t>　　也许有人会说：我平凡得很，无一技之长，不会唱不会跳不会吟诗作画，注定青春就如水般平淡。可我要说，世上只不过一个天才贝多芬，只不过一个神童莫扎特，能登上金字塔的不仅仅有雄鹰，还有那勤奋的蜗牛。虽然我们不能人人都像雄鹰一样一飞冲天，但我们至少可以像蜗牛那样凭着自己的耐力默默前行。</w:t>
      </w:r>
      <w:r>
        <w:rPr>
          <w:lang w:eastAsia="zh-CN"/>
        </w:rPr>
        <w:br/>
      </w:r>
      <w:r>
        <w:rPr>
          <w:lang w:eastAsia="zh-CN"/>
        </w:rPr>
        <w:t>　　请相信，青春，永不言败。</w:t>
      </w:r>
      <w:r>
        <w:rPr>
          <w:lang w:eastAsia="zh-CN"/>
        </w:rPr>
        <w:br/>
      </w:r>
      <w:r>
        <w:rPr>
          <w:lang w:eastAsia="zh-CN"/>
        </w:rPr>
        <w:t>　　请相信，青春失败了第100次，我们爬起来第101次。</w:t>
      </w:r>
      <w:r>
        <w:rPr>
          <w:lang w:eastAsia="zh-CN"/>
        </w:rPr>
        <w:br/>
      </w:r>
      <w:r>
        <w:rPr>
          <w:lang w:eastAsia="zh-CN"/>
        </w:rPr>
        <w:t>　　请相信，衣带渐宽终不悔，为伊消得人憔悴。</w:t>
      </w:r>
      <w:r>
        <w:rPr>
          <w:lang w:eastAsia="zh-CN"/>
        </w:rPr>
        <w:br/>
      </w:r>
      <w:r>
        <w:rPr>
          <w:lang w:eastAsia="zh-CN"/>
        </w:rPr>
        <w:t>　　请相信，我们的青春飞扬!我们的青春在路上!</w:t>
      </w:r>
      <w:r>
        <w:rPr>
          <w:lang w:eastAsia="zh-CN"/>
        </w:rPr>
        <w:br/>
      </w:r>
      <w:r>
        <w:rPr>
          <w:lang w:eastAsia="zh-CN"/>
        </w:rPr>
        <w:t>　　相信自己，我们一定能行。</w:t>
      </w:r>
      <w:r>
        <w:rPr>
          <w:lang w:eastAsia="zh-CN"/>
        </w:rPr>
        <w:br/>
      </w:r>
      <w:r>
        <w:rPr>
          <w:lang w:eastAsia="zh-CN"/>
        </w:rPr>
        <w:t xml:space="preserve">    2024高中生青春励志演讲稿 篇3 </w:t>
      </w:r>
      <w:r>
        <w:rPr>
          <w:lang w:eastAsia="zh-CN"/>
        </w:rPr>
        <w:br/>
      </w:r>
      <w:r>
        <w:rPr>
          <w:lang w:eastAsia="zh-CN"/>
        </w:rPr>
        <w:t>　　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这个世界上，在成功者的队伍里面，很多人并不见得很聪明，在失败者的队伍里面很多人并不见得愚笨。其实，有一样东西比聪明的脑袋更重要，那就是人的心灵和意志，一个人的贫穷很大的程度是心灵的贫穷，一个人的成功很大程度是意志的成功!</w:t>
      </w:r>
      <w:r>
        <w:rPr>
          <w:lang w:eastAsia="zh-CN"/>
        </w:rPr>
        <w:br/>
      </w:r>
      <w:r>
        <w:rPr>
          <w:lang w:eastAsia="zh-CN"/>
        </w:rPr>
        <w:t>　　一个婴儿生下来，没有人会问是生下一个还是一个部长;是生下一个老板还是一个打工仔;是生下一个教授还是一个流浪汉，人们只会问：是个男孩还是个女孩是个少爷还是个千金对一个刚生下来的孩子来说，将来的一切都是未知数，没有谁明白也不可能明白他将来会成为什么样的人。由此说来，人刚生下都是一样的，要有差别那大体上也只有男女之别。然而，随着时间的推移，环境的改变，学习的艰难，世道的艰辛，人情的冷暖，人们的心灵和意志就会慢慢地发生改变，这样的改变将会导致人与人之间的差距，于是，有些人很成功，有些人很失败;有些人很出色，有些人很平庸;有些人很幸福，有些人很痛苦。你想在这个激烈竞争的社会成为一个很成功、出色、幸福的人，关键在于你有没有一颗永远不冷不死的心!有没有一股不管是主观因素还是客观因素都打不垮的意志!</w:t>
      </w:r>
      <w:r>
        <w:rPr>
          <w:lang w:eastAsia="zh-CN"/>
        </w:rPr>
        <w:br/>
      </w:r>
      <w:r>
        <w:rPr>
          <w:lang w:eastAsia="zh-CN"/>
        </w:rPr>
        <w:t>　　人活世上，谁不期望能有作为于社会，回报于家庭，慰藉于自己但是，岁月的风霜，世事的艰辛，人情的冷暖，使许许多多的人变得麻木失望，心无爱恨，漠然无情，不思进取，怯于奋争.现实中，大多数的我们是怎样做的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订的计划和目标总是坚持不了几天;连一个人独处一个人走路都不自在，总是很违心地跟在别人的屁股后面转，白白消磨了大好时光;困一点，累一点，就把这天该做的事推到了明天&amp;&amp;所有这些，你能说全力以赴了吗虽然付出未必就有回报，努力和成功不能划等号，但是，不付出就绝不会有回报!不努力就绝不会成功!同学们，不要担心努力后的结果如何，得不得到回报，请你记住一句话：尽心就是优秀，尽力就是成功!所以人生在世，什么都能够没有，但就是不能没有勇气。英雄和伟人最富有的就是勇气，一般人内心有时也会充满豪情，但是骨子里却常常缺乏勇气，常常在最关键的时候，在最需要勇气的时候，犹犹豫豫畏畏缩缩，以致错过了有利时机耽误了大好前程。其实，勇气这个东西，不需要花钱买，很多时候，你想有它就有。</w:t>
      </w:r>
      <w:r>
        <w:rPr>
          <w:lang w:eastAsia="zh-CN"/>
        </w:rPr>
        <w:br/>
      </w:r>
      <w:r>
        <w:rPr>
          <w:lang w:eastAsia="zh-CN"/>
        </w:rPr>
        <w:t>　　那么，在这个新学期的开始之时，让我们继续全力以赴我们心中的梦，在不久的将来在一个让我们感到骄傲感到自豪的地方相逢!让我们充满期望度过我们的20zz!</w:t>
      </w:r>
      <w:r>
        <w:rPr>
          <w:lang w:eastAsia="zh-CN"/>
        </w:rPr>
        <w:br/>
      </w:r>
      <w:r>
        <w:rPr>
          <w:lang w:eastAsia="zh-CN"/>
        </w:rPr>
        <w:t xml:space="preserve">    2024高中生青春励志演讲稿 篇4 </w:t>
      </w:r>
      <w:r>
        <w:rPr>
          <w:lang w:eastAsia="zh-CN"/>
        </w:rPr>
        <w:br/>
      </w:r>
      <w:r>
        <w:rPr>
          <w:lang w:eastAsia="zh-CN"/>
        </w:rPr>
        <w:t>　　亲爱的各们朋友：</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巴金在自己的随想录中说过.人不是点缀太平的.而是工作的，正因为有了荆棘，才需要我们在荆棘中开辟道路。一个人来到世界上，平平坦坦过完一生是毫无意义的。要建立自己的天地，让成为主宰自己的主人。这一切都不可以空想，要靠实际行动、勇气、智慧、毅力才能实现。可是这条路不好走。放眼望去它若隐若现，只有一条荆棘丛生、弯弯曲曲、坑坑洼洼的小路。为了自己的目标，为了磨练自己的意志，我们必须果断的选择这条路。从我们降生到世上那一刻起，注定要经历一翻彻骨寒。有人要逃避磨难，导致被小小的寒气所封杀。我走在这条路上，永不后悔。我赤着双脚.用双手扒着荆棘，荆棘的锋芒和我的肌肤一次次零距离接触，伤痛让我一次次动摇决心，但我固守阵地，决不动摇!强忍伤痛依然义无反顾的朝目的地前进。虽说伤痛时常让我疼痛难忍。我却从中总结了不少经验，伤痕弥合留下了不少疤痕，每一个伤疤都是一次挫折，都是一次经验的积累，都是一次成长的标志，所以我不悲伤，坚定的走下去。只有在这样的道路上我才能充分挖掘自己的潜能。荆棘并不可怕，可怕的是没有信心、没有勇气走下去，半途而废。没有荆棘的道路，没有挑战性;没有挑战的人生，没有意义;没有意义的人生，生不如死!荆棘的道路上成就有勇气、有自信、有智慧、有梦想的人!荆棘的道路上锤炼了人的意志，荆棘的道路上打磨了人的梦想。走在荆棘的道路上，用古人仁的经验告诫世人，成功的人必须有成功的路，成功路上必定坎坎坷坷、荆棘丛生，荆棘丛生必定能苦其心志。只要我们有坚定的信心和勇气，荆棘便不会阻碍我们通向成功。相反，荆棘是我们成功的垫脚石，磨难使我们越挫越勇。在荆棘丛中开辟道路!</w:t>
      </w:r>
      <w:r>
        <w:rPr>
          <w:lang w:eastAsia="zh-CN"/>
        </w:rPr>
        <w:t xml:space="preserve"> 我要在荆棘中开辟道路!</w:t>
      </w:r>
      <w:r>
        <w:rPr>
          <w:lang w:eastAsia="zh-CN"/>
        </w:rPr>
        <w:br/>
      </w:r>
      <w:r>
        <w:rPr>
          <w:lang w:eastAsia="zh-CN"/>
        </w:rPr>
        <w:t>　　这就是我的人生，像滔滔江河一泻千里，奔腾向前，不论山高路远，将咆哮着、冲刷着、呼啸着、激越着，卷起千层波浪，无所畏惧不怕征途艰险冲向波澜壮阔的蔚蓝色大海。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精彩的人生就是这样，闪烁最耀眼的光芒，绽放最美丽的花朵，播撒爱的阳光雨露，彰显人性最完美的瑰丽风采，披荆斩棘、跨越高山、渡涉大河、迎着狂风暴雨去实现最辉煌壮丽的理想。有路，沿着路走，无路，也要开辟出一条光明的通道来，哪怕汗水浸透大地，哪怕血染江河湖海，哪怕道路曲折艰辛，哪怕前程有狼虫虎豹妖魔鬼怪，呼吸不止，奋进不息。</w:t>
      </w:r>
      <w:r>
        <w:rPr>
          <w:lang w:eastAsia="zh-CN"/>
        </w:rPr>
        <w:br/>
      </w:r>
      <w:r>
        <w:rPr>
          <w:lang w:eastAsia="zh-CN"/>
        </w:rPr>
        <w:t>　　谢谢大家!</w:t>
      </w:r>
      <w:r>
        <w:rPr>
          <w:lang w:eastAsia="zh-CN"/>
        </w:rPr>
        <w:br/>
      </w:r>
      <w:r>
        <w:rPr>
          <w:lang w:eastAsia="zh-CN"/>
        </w:rPr>
        <w:t xml:space="preserve">    2024高中生青春励志演讲稿 篇5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今天，作为一名高三学生，在这木棉花怒放枝头，杜鹃花堆锦叠秀的季节，在高考脚步日益临近的日子，为大家献上一份心声：直面高考，自信造就成功。</w:t>
      </w:r>
      <w:r>
        <w:rPr>
          <w:lang w:eastAsia="zh-CN"/>
        </w:rPr>
        <w:br/>
      </w:r>
      <w:r>
        <w:rPr>
          <w:lang w:eastAsia="zh-CN"/>
        </w:rPr>
        <w:t>　　高考，是人生征途中最激动人心的驿站之一，它对翻开我们生命中崭新的一页有着不可估量的作用。他可能会让你的人生如诗如歌，可能会让你的梦想绚丽如虹；可能会让你拥有更大的施展雄心壮志的舞台，可能会让你登上一座座风光无限的山峰。大学梦，是人生梦的起点，没有经历过大学的人生是有缺憾的，我们要抢占人生的制高点，创造无悔无怨的人生！</w:t>
      </w:r>
      <w:r>
        <w:rPr>
          <w:lang w:eastAsia="zh-CN"/>
        </w:rPr>
        <w:br/>
      </w:r>
      <w:r>
        <w:rPr>
          <w:lang w:eastAsia="zh-CN"/>
        </w:rPr>
        <w:t>　　还记得三年前捧着燃烧的激情在母校相逢时的誓言，我们热血沸腾，摩拳擦掌，希望无限；一千个日日夜夜，我们牢记着三年后的今天，人生的伟大挑战终于如期而至：这是一场_与灵魂的挑战，这是一场坚韧与顽强的挑战，除了迎难而上我们别无选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高考的压力固然很重，但没有压力的生活就像没有风的帆会空虚；没压力的青春就像没有春光的花会枯萎；没有压力的生命就像没有日光的极地黯然失色。此刻的我们，因自信而倍加可爱，因坚强而与众不同。无需叹息，也没有必要迷惘。既然拥有青春，既然决定挑战高考，就一定要用毅力、耐力、信念、勇气、自信去战胜一切，取得胜利。</w:t>
      </w:r>
      <w:r>
        <w:rPr>
          <w:lang w:eastAsia="zh-CN"/>
        </w:rPr>
        <w:br/>
      </w:r>
      <w:r>
        <w:rPr>
          <w:lang w:eastAsia="zh-CN"/>
        </w:rPr>
        <w:t>　　相信黎明不会失约，相信考场不会变冷，相信我们共同的理想会一道实现，相信默默无闻的我们一定会成为天上那颗耀眼的星星。每个人都有不同的理想，每个人所具备的实力也不一样。但是，现在我们站在相同的起跑线上，面临着相同的挑战，不用在乎别人跑得多快，你只要和自己赛跑，做自己的对手，朝着自己的终点冲刺，就能在高考赢得属于你的战役，赢得你自己。</w:t>
      </w:r>
      <w:r>
        <w:rPr>
          <w:lang w:eastAsia="zh-CN"/>
        </w:rPr>
        <w:br/>
      </w:r>
      <w:r>
        <w:rPr>
          <w:lang w:eastAsia="zh-CN"/>
        </w:rPr>
        <w:t>　　我们不会害怕，看到成绩的瞬间，一切骄傲的梦想，都离我们而去。我们不会畏惧，看到红榜上一个个熟悉的名字，却没有自己。我们不会相信，站台上的同学即将踌躇满志地离去，却留下孤独的自己。我们的誓言不会改变，我们的风采依旧飞扬，我们是今日的誓师者，必将是明日的成功人。超越梦想，不是梦想。我坚信，我们将会奏响胜利的赞歌。</w:t>
      </w:r>
      <w:r>
        <w:rPr>
          <w:lang w:eastAsia="zh-CN"/>
        </w:rPr>
        <w:br/>
      </w:r>
      <w:r>
        <w:rPr>
          <w:lang w:eastAsia="zh-CN"/>
        </w:rPr>
        <w:t>　　谢谢大家！</w:t>
      </w:r>
      <w:r>
        <w:rPr>
          <w:lang w:eastAsia="zh-CN"/>
        </w:rPr>
        <w:br/>
      </w:r>
      <w:r>
        <w:rPr>
          <w:lang w:eastAsia="zh-CN"/>
        </w:rPr>
        <w:t xml:space="preserve">    2024高中生青春励志演讲稿 篇6 </w:t>
      </w:r>
      <w:r>
        <w:rPr>
          <w:lang w:eastAsia="zh-CN"/>
        </w:rPr>
        <w:br/>
      </w:r>
      <w:r>
        <w:rPr>
          <w:lang w:eastAsia="zh-CN"/>
        </w:rPr>
        <w:t>　　我叫，很高兴能够和大家一起探讨追求卓越，奉献青春，这个话题，今天我要演讲的题目是《甘于奉献，点燃烈火青春》。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让青春烈火燃烧永恒，让生命闪电划过天边，用所有热情换回时间，让年轻的梦没有终点!我非常欣赏《烈火青春》里面的这段话，并一直用它激励自己的学习、工作和生活。我认为，青春就应该燃烧，发出亮光才有价值!人的一生可能燃烧也可能腐朽，既然这样，我不愿腐朽，也不能腐朽，我愿意燃烧起来!在座的朋友们!你们愿意吗?</w:t>
      </w:r>
      <w:r>
        <w:rPr>
          <w:lang w:eastAsia="zh-CN"/>
        </w:rPr>
        <w:br/>
      </w:r>
      <w:r>
        <w:rPr>
          <w:lang w:eastAsia="zh-CN"/>
        </w:rPr>
        <w:t>　　青春，是我们一生中最美丽的季节，她孕育着早春的生机，展现着盛夏的热烈，暗藏着金秋的硕实，昭示着寒冬的希望，充满诗意而不缺乏拼搏的激-情，时尚浪漫而又饱含着奋斗的艰辛。当一个人的青春融汇到一个时代、一份事业中，这样的青春就不会远去，而这份事业也必将在岁月的历练中折射出耀眼的光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说到这里，我想起了这样一句话：有的人活着，他已经死了;有的人死了，他还活着。生命的意义在于活着，那么活着的意义又是什么呢?当然不是为了活着而活着，答案只有两个字，奉献!我们可以设想一下，不付出、不创造、不追求，这样的青春必然在似水年华中渐渐老去，回首过往，没有痕迹，没有追忆，人生四处弥漫着叹息。我想，这绝对不是我们存在的意义。古往今来，有无数能人志士在自己的青春年华就已经成就了不朽的人生，在这里我来不及一一列举。可是，有一个人的名字我却不能不提，他是我们永远的学习榜样，一个最平凡最无私也是最伟大的人。大家知道他是谁吗?这个传奇人物就是雷锋，他告诫我们说：青春啊，永远是美好的，可是真正的青春，只属于那些永远力争上游的人，永远忘我劳动的人，永远谦虚的人!我想在座的每一位包括我自己都可以成为这样的人。</w:t>
      </w:r>
      <w:r>
        <w:rPr>
          <w:lang w:eastAsia="zh-CN"/>
        </w:rPr>
        <w:br/>
      </w:r>
      <w:r>
        <w:rPr>
          <w:lang w:eastAsia="zh-CN"/>
        </w:rPr>
        <w:t>　　实话，三年前，我刚来工作的时候也有过失落和茫然，感觉现实不尽如人意，感觉离曾经的梦想总是有一些距离，一度陷入困惑之中。可是，青春的我是一把刚铸好的刀，不容得你有片刻的等待和迟疑。我决不能眼睁睁看着这把刀慢慢氧化，失去光泽，随即斑驳、锈蚀、风化，最后成为一块废铁。我告诉自己，只要你是金子，就能放光，只要你斗志昂扬的面对生活、面对工作，你就会有所获得。路漫漫其修远兮，吾将上下而求索。青春是学习的季节，青春是奋斗的岁月，不要停止我们前进的步伐，因为青春的路正长。有空的时候静下心来好好看看书，回头想想自己走过的路，为自己的人生做好一个规划，把自己的理想铭刻在心中，做一个甘于寂寞，敢于创新、干劲十足的年青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我们选择了一机厂，从某种意义上来说，就已经选择了奉献。远离了都市的繁华，城市的喧嚣，沉淀了心情，在这里驻足、扎根、守望。我们是失去一些东西，但我们没有失去最为宝贵的青春。我们也没有辜负自己的青春，我们正用汗水见证着成长，用奉献丈量着价值。在这片原本苍凉的盐碱地上，一批又一批的新同志变成了老同志，一座又一座新厂房是他们创造的新生命，闪亮着青春之花的人们在这里绽放，永不凋零。因为那些花儿已经变成了果实，成为了历史永恒的记忆。让我把这次演讲作为礼物献给你们吧，献给所有美丽的青春之花;让我把这次演讲化作誓言，吹响我们年轻人心中奋进的号角，让她成为我们取胜的基石、前进的动力。</w:t>
      </w:r>
      <w:r>
        <w:rPr>
          <w:lang w:eastAsia="zh-CN"/>
        </w:rPr>
        <w:br/>
      </w:r>
      <w:r>
        <w:rPr>
          <w:lang w:eastAsia="zh-CN"/>
        </w:rPr>
        <w:t>　　青春不是人生的一段时期，而是心灵的一种状况。如果你的心灵很年青，你就会常常保持许多梦想，在浓云密布的日子里，依然会抓住瞬间闪过的金色阳光。我们虽出生于不同的年代，工作在不同的岗位，但我们拥有一个共同的家，在这里，我们信守同样的企业精神，写下同样的奉献承诺，拥有同样的壮美青春。这是一次演讲，更是一次告白。当我满带着青春的气息，怀揣着沉甸甸的梦想与信念站在这里的那刻，我的内心是如此的坦荡与激昂，那种难以形容的兴奋与紧张，我真诚的邀请你们一同分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曾子曰：士不可以不弘毅，任重而道远。作为青年人，一个国家、一个民族的希望所在，心中无不闪烁着梦想，那么现在就是我们努力实现梦想的时候。当前，我厂正处于一个承前启后，继往开来的转折点，有一大批项目等着我们去建设，有一系列技术等着我们去攻关，有一大-片市场等着我们去开拓，有一整套的经验等着我们去探索，我们要做的还有很多很多。纵使艰难险阻，也要努力前行：追求卓越，真诚回报，释放青春能量，点燃青春梦想。或许我们成不了伟人，纵使我们平淡一生，但这都不要紧，群星闪烁时我们同样灿烂，这样的平凡其实是一种伟大。因为只有我们自己清楚，平凡的岗位需要我们付出，火热的生活需要我们的付出，构建整个和-谐社会需要我们大家一起付出。而这些付出无疑就是一种奉献，奉献不分大小，没有先后。我们的青春是有限的，有限的青春因为我们的奉献变得充实、久远。亲爱的朋友们，工作着是美丽的，凭着岁月赐与我们的年轻臂膀和满腔热情，全身心地投入到我们所追求的事业中吧，让我们悄悄的奉献，因为有团烈火正在这里燃烧!</w:t>
      </w:r>
      <w:r>
        <w:rPr>
          <w:lang w:eastAsia="zh-CN"/>
        </w:rPr>
        <w:br/>
      </w:r>
      <w:r>
        <w:rPr>
          <w:lang w:eastAsia="zh-CN"/>
        </w:rPr>
        <w:t>　　我的演讲到此结束，谢谢大家!</w:t>
      </w:r>
      <w:r>
        <w:rPr>
          <w:lang w:eastAsia="zh-CN"/>
        </w:rPr>
        <w:br/>
      </w:r>
      <w:r>
        <w:rPr>
          <w:lang w:eastAsia="zh-CN"/>
        </w:rPr>
        <w:t xml:space="preserve">    2024高中生青春励志演讲稿 篇7 </w:t>
      </w:r>
      <w:r>
        <w:rPr>
          <w:lang w:eastAsia="zh-CN"/>
        </w:rPr>
        <w:br/>
      </w:r>
      <w:r>
        <w:rPr>
          <w:lang w:eastAsia="zh-CN"/>
        </w:rPr>
        <w:t>　　敬爱的老师，亲爱的同学们：</w:t>
      </w:r>
      <w:r>
        <w:rPr>
          <w:lang w:eastAsia="zh-CN"/>
        </w:rPr>
        <w:br/>
      </w:r>
      <w:r>
        <w:rPr>
          <w:lang w:eastAsia="zh-CN"/>
        </w:rPr>
        <w:t>　　大家好！</w:t>
      </w:r>
      <w:r>
        <w:rPr>
          <w:lang w:eastAsia="zh-CN"/>
        </w:rPr>
        <w:br/>
      </w:r>
      <w:r>
        <w:rPr>
          <w:lang w:eastAsia="zh-CN"/>
        </w:rPr>
        <w:t>　　我是初三十班的赖郁蔻。今天我演讲的题目是：奋斗的青春年华，最美丽！</w:t>
      </w:r>
      <w:r>
        <w:rPr>
          <w:lang w:eastAsia="zh-CN"/>
        </w:rPr>
        <w:br/>
      </w:r>
      <w:r>
        <w:rPr>
          <w:lang w:eastAsia="zh-CN"/>
        </w:rPr>
        <w:t>　　光阴荏苒，白驹过隙间，我们逐渐走过的人生中最懵懂天真的时代。驻足时光的缝隙，蓦然回首，想到我们即将迎来人生中最美丽的年华，难免会在翘首以待之际挂上几分担忧与彷徨，我们，究竟该以怎样的心态来面对如歌的青春年华？同学们，请相信，在极速发展的社会中，在优胜劣汰，适者生存的现实里，青春年华是我们拼搏的唯一资历，而如今“恰同学少年，风华正茂”的我们，更应当在奋斗里体会刻苦的乐趣，在拼搏中诠释青春年华的意义！</w:t>
      </w:r>
      <w:r>
        <w:rPr>
          <w:lang w:eastAsia="zh-CN"/>
        </w:rPr>
        <w:br/>
      </w:r>
      <w:r>
        <w:rPr>
          <w:lang w:eastAsia="zh-CN"/>
        </w:rPr>
        <w:t>　　现任阿里巴巴集团董事长主席，前中国首富—马云曾在踌躇满志的年纪经历过三次高考失败，两次创业失败，在而立之年才顺利成立了他的第一个互联网商业项目。在历经各类坎坷挫折后，马云拨开青春年华路上的荆棘，一步一个脚印地踏实而坚定地奋进，最终获得了属于他的胜利，正如他所感慨的，“这世界上没有优秀的理念，只有脚踏实地的结果。”这何尝不是对理应奋斗的青春年华最正确的理解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然而现在有些同学谈到读书，谈到吃苦，犹如谈虎色变，避之唯恐不及。他们或许能举出一两个没上大学却在社会上享尽风光的人的例子，便以此为放纵的借口，挥霍青春年华。一些漫无学习目标的女孩围坐在一起追韩剧，刷微信，号称所谓的姐妹，以为拥有了姐妹便有了全世界；一群没有理想抱负的男生聚在一起打游戏，看玄幻，认为兄弟在身旁即是拥有了天下，认为这就是青春年华该有的模样，轻松，愉快,洒脱,疯狂！在这里，我又要引用大企业家马云的一句话来请同学们反思一下，“当你不去拼一份奖学金，不去过没试过的生活，整天挂着QQ，刷着微博，逛着淘宝，玩着网游，干着我80岁都能做的事，你要青春年华干嘛？”同学们，不奋斗，不吃苦，想要洒脱轻松的青春年华固然可以，但几年的放纵，换来的就可能就是一生的卑微和底层！我们何必在最能吃苦的年纪选择安逸，自恃年少，却韶华倾负，殊不知青春年逝，再无少年之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六一儿童节就要来了，在此，我想告诉初一的学弟学妹们，请尽情享受你们欢乐童年的最后时光吧！趁无忧岁月的余温还未褪去，让你们内心的梦想萌芽，准备迎接你们的青春年华年华！祝你们能与身边的小伙伴们度过一个开心愉悦而与众不同的六一！与我同龄的初二年级的各位兄弟姐妹们，也许刚刚步入青春年华的我们会迷茫，但是梦想一如既往！我们作为云附学子，更应当秉持着刻苦奋争的态度去面对未来。学业水平考试的号角已经吹响，请同学们务必积极准备，勇敢地去迎战即将到来的小三科考试，并取得优异的成绩。初三的学姐学长们，加油奋斗吧！在学业水平考试来临之际，你们将展现云附最令人骄傲的风采，你们荣光踏入云附，定能翘楚迈出校门！在最后一个月不到的时间里，放手一搏吧！</w:t>
      </w:r>
      <w:r>
        <w:rPr>
          <w:lang w:eastAsia="zh-CN"/>
        </w:rPr>
        <w:br/>
      </w:r>
      <w:r>
        <w:rPr>
          <w:lang w:eastAsia="zh-CN"/>
        </w:rPr>
        <w:t>　　来吧，让年轻的我们背上行囊，坚定而勇敢地踏上人生的征途，天道酬勤，青春年华永不言败，奋斗的青春年华最美丽！</w:t>
      </w:r>
      <w:r>
        <w:rPr>
          <w:lang w:eastAsia="zh-CN"/>
        </w:rPr>
        <w:br/>
      </w:r>
      <w:r>
        <w:rPr>
          <w:lang w:eastAsia="zh-CN"/>
        </w:rPr>
        <w:t>　　谢谢大家！</w:t>
      </w:r>
      <w:r>
        <w:rPr>
          <w:lang w:eastAsia="zh-CN"/>
        </w:rPr>
        <w:br/>
      </w:r>
      <w:r>
        <w:rPr>
          <w:lang w:eastAsia="zh-CN"/>
        </w:rPr>
        <w:t xml:space="preserve">    2024高中生青春励志演讲稿 篇8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今天我为大家带来的演讲叫做《青春、责任、梦想》。</w:t>
      </w:r>
      <w:r>
        <w:rPr>
          <w:lang w:eastAsia="zh-CN"/>
        </w:rPr>
        <w:br/>
      </w:r>
      <w:r>
        <w:rPr>
          <w:lang w:eastAsia="zh-CN"/>
        </w:rPr>
        <w:t>　　我们，撇下无知迎来了属于我们的青春。青春，让我们肆无忌惮，畅然释怀，体味风那样的自由，感受云那般的自在，因为青春赋予我们的是生命的巅峰，我们无须成熟，我们不再无知，我们唯有执着。 要想成功，首先要有自己的梦想。人生是对梦想的追求，梦想是人生的指示灯，失去了这灯的作用，就会失去生活的勇气。因此，只有坚持远大的人生梦想，才不会在生活的海洋中迷失方向。托尔斯泰将人生的梦想分成一辈子的梦想，一个阶段的梦想，一年的梦想，一个月的梦想，甚至一天、一小时、一分钟的梦想。当你听到这里，同学们，你是否想到了自己的梦想?然后，肩负起自己的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青春是神采飞扬，责任却让人眉宇紧锁;青春是热情张狂，责任却让人神情严峻;青春是洒脱奔放，责任却让人身心疲惫。青春和责任就是这样相对、纠缠、斗争……承担责任需要坚持不懈地奋斗，需要意志的血滴和拼搏的汗珠，需要永不言败的精神。在我看来，负起对自己的责任，就要努力学习，好好生活，让自己的生活多姿多彩，让自己的生命健康快乐，让父母给予的生命不销声匿迹于茫茫人海当中;负起对家庭的责任，就要孝敬父母，爱护儿女，让自己的家人和睦相处，尊老敬贤，持家爱幼，不违背自己立下的诺言;负起对社会的责任，就要勤奋工作，融入社会大家庭，为社会奉献自己的光和热，爱自己的国家，爱自己的民族，爱同根生长的兄弟姐妹。</w:t>
      </w:r>
      <w:r>
        <w:rPr>
          <w:lang w:eastAsia="zh-CN"/>
        </w:rPr>
        <w:br/>
      </w:r>
      <w:r>
        <w:rPr>
          <w:lang w:eastAsia="zh-CN"/>
        </w:rPr>
        <w:t>　　最后我想用梁启超的话来结束今天的演讲：“少年智则国智，少年富则国富，少年强则国强，少年进步则国进步，少年雄于地球，则国雄于地球。”让我们洒一路汗水，饮一路风尘，嚼一跟艰辛，让青春在红旗下继续燃烧;愿每一位青年都怀抱着自己的梦想，肩负起自己的责任，在人生的航程上不断乘风破浪，奋勇前进!</w:t>
      </w:r>
      <w:r>
        <w:rPr>
          <w:lang w:eastAsia="zh-CN"/>
        </w:rPr>
        <w:br/>
      </w:r>
      <w:r>
        <w:rPr>
          <w:lang w:eastAsia="zh-CN"/>
        </w:rPr>
        <w:t xml:space="preserve">    2024高中生青春励志演讲稿 篇9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我是来自某某班的某某，我今天要给大家演讲的题目是《校园青春颂》。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青春，是活力的代表，是年轻的象征;青春，为世界进文明，为人类造幸福。以青春之我，创造青春之校园，青春之国家，青春之人类。时光飞逝如流水，充实的校园生活伴我走过了十一个春夏秋冬，它让我学到了很多知识，懂得了许多道理，更主要的是，在时光的匆匆流逝中，我对校园的感情更深了，更浓了。</w:t>
      </w:r>
      <w:r>
        <w:rPr>
          <w:lang w:eastAsia="zh-CN"/>
        </w:rPr>
        <w:br/>
      </w:r>
      <w:r>
        <w:rPr>
          <w:lang w:eastAsia="zh-CN"/>
        </w:rPr>
        <w:t>　　我的校园，你是美丽的、和谐的。当清晨第一缕阳光悄悄撒落大地，降临校园时，我伴随着耳边轻轻吹过的阵阵微风，尽情地享受难于形容的惬意，舒心地背诵英文单词，快乐的吟诵诗词美文。在这优美的环境中，一切都显得那么明快，被阳光照得闪亮的窗里，传来琅琅的读书声，那是用青春和热血铸造的音符，那是用理想和信念谱写的乐章。</w:t>
      </w:r>
      <w:r>
        <w:rPr>
          <w:lang w:eastAsia="zh-CN"/>
        </w:rPr>
        <w:br/>
      </w:r>
      <w:r>
        <w:rPr>
          <w:lang w:eastAsia="zh-CN"/>
        </w:rPr>
        <w:t>　　我的校园，你是一个欢乐、幸福的大家庭。在这个和谐的家庭中，老师就像爱抚自己的孩子一样，对我们淳淳教导。在我们的交流中，语言是一座美丽的彩虹，它架起了雨过天晴的桥梁，沟通了我们原本陌生的心，使我们变得和谐，变得融洽，欢乐更在无言中。</w:t>
      </w:r>
      <w:r>
        <w:rPr>
          <w:lang w:eastAsia="zh-CN"/>
        </w:rPr>
        <w:br/>
      </w:r>
      <w:r>
        <w:rPr>
          <w:lang w:eastAsia="zh-CN"/>
        </w:rPr>
        <w:t>　　我的校园，你是一个不断进取的勇者，建校50年来，是园丁们的辛勤劳作，使你多次荣获教学质量评价的各种奖项，被评为安全文明单位，先进党支部等;是园丁们的兢兢业业，使你从艰难困苦中一路走来，发展成今天的辉煌灿烂。同学们，若没有老师们的风雨兼程、呕心沥血，怎么会有今天这蒸蒸日上、和谐文明的李渡中学呢?怎么会有这青春活力、朝气蓬勃的李渡中学呢?又怎么会有这欢声笑语、人心所向的李渡中学呢?这一切的一切都温暖着我，感动着我，使我对你有着一种特殊的感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我的校园，你是农村高中的样板，是法制教育基地。你变废虚为亮点，筑起了舒适宽敞的学生公寓;你变冷清为活力，建起了新型实用的学生食堂。不仅如此，校运动场也将会以全新的面孔呈现在我们面前。这些都代表着农村中学的进步，代表着我们全体师生员工心血的结晶，代表着我们校园青春的活力。而青春的魅力，就是让枯枝也能长出鲜果，让沙漠也能化作绿洲。青春，就是一朵永开不败的花。</w:t>
      </w:r>
      <w:r>
        <w:rPr>
          <w:lang w:eastAsia="zh-CN"/>
        </w:rPr>
        <w:br/>
      </w:r>
      <w:r>
        <w:rPr>
          <w:lang w:eastAsia="zh-CN"/>
        </w:rPr>
        <w:t>　　我爱我的校园，我爱那明亮的教室，宽阔的操场，碧绿的草坪，我更爱我的老师和同学。在校园里，我们放声高歌，我们激情奔跑，我们在欢度一个五彩斑斓的青春时代。同学们，希望之光已在地平线上冉冉升起，让我们刻苦勤奋，开拓进取，让我们携手共创美好人生最美丽的际遇，让我们一起让我们的校园永葆青春的辉煌!</w:t>
      </w:r>
      <w:r>
        <w:rPr>
          <w:lang w:eastAsia="zh-CN"/>
        </w:rPr>
        <w:br/>
      </w:r>
      <w:r>
        <w:rPr>
          <w:lang w:eastAsia="zh-CN"/>
        </w:rPr>
        <w:t>　　谢谢大家!</w:t>
      </w:r>
      <w:r>
        <w:rPr>
          <w:lang w:eastAsia="zh-CN"/>
        </w:rPr>
        <w:br/>
      </w:r>
      <w:r>
        <w:rPr>
          <w:lang w:eastAsia="zh-CN"/>
        </w:rPr>
        <w:t xml:space="preserve">    2024高中生青春励志演讲稿 篇10 </w:t>
      </w:r>
      <w:r>
        <w:rPr>
          <w:lang w:eastAsia="zh-CN"/>
        </w:rPr>
        <w:br/>
      </w:r>
      <w:r>
        <w:rPr>
          <w:lang w:eastAsia="zh-CN"/>
        </w:rPr>
        <w:t>　　尊敬的老师，亲爱的同学们：</w:t>
      </w:r>
      <w:r>
        <w:rPr>
          <w:lang w:eastAsia="zh-CN"/>
        </w:rPr>
        <w:br/>
      </w:r>
      <w:r>
        <w:rPr>
          <w:lang w:eastAsia="zh-CN"/>
        </w:rPr>
        <w:t>　　你们好吗?都好是吧。不好的来点掌声鼓励一下。哇噻，你们的诚实让我啼笑皆非。青春是最美好的，把失意抛开;青春是驿动的心情，把喜悦写下;青春是散落的花瓣，芬芳依然;青春是飞翔的翅膀，目标就在前方，一直延伸与梦想交点!这就是青春，它是活力的化身;这就是青春，它是快乐的驿站;这就是青春，它是希望的源泉;这就是青春，它是梦想的起点。今天站在这畅谈人生的大舞台上，我想大声告诉诸位：我的梦想&amp;&amp;虽败犹荣，因为我坚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回首过去，思路纷飞，慨叹万千;立足昔日，心潮澎湃，记得第一次踏入高中校园的自己坐上学校军训的校车，透过窗户凝望着父母满含期待的眼睛。天哪，这是爱的力量吗?相信有这样一种力量的支撑，命运一定会就此转变，青春会更加给力，毕业后就能考上理想大学，将来找到一份好工作，而且很快就能升职加薪，进军高富帅，迎娶白富美!怎么样，是不是想到这里还有点小激动呢?可当自己成为军训的方阵的一员时，才感叹：谁知道我们没有一米八，谁知道身高对我的意义。好吧，在进军高富帅的路上我输在了第一步。接下来的正式训练中一首首振奋人心的军歌和教官铿锵有力的口号声给了低落的我极大的鼓舞。天哪，这就是勇敢的力量吗?于是我跟着教官的口令坚定的迈着顺拐的步伐。我想虽然不标准，但一定会有人察觉到我的坚定的。果然，一个声音在外耳畔响起：帅哥，你他妈踩我脚啦!</w:t>
      </w:r>
      <w:r>
        <w:rPr>
          <w:lang w:eastAsia="zh-CN"/>
        </w:rPr>
        <w:br/>
      </w:r>
      <w:r>
        <w:rPr>
          <w:lang w:eastAsia="zh-CN"/>
        </w:rPr>
        <w:t>　　又一次被深深的打击。军训回来，我遇见了一群非常合得来的同学。我们有着共同的目标，我们都非常的努力，每当听到闹钟响起，我们就会一起努力奋战。天哪!这是坚持的力量吗?我们永远坚信每天叫醒我们的不是闹钟，是：敌军还有30秒到达战场!</w:t>
      </w:r>
      <w:r>
        <w:rPr>
          <w:lang w:eastAsia="zh-CN"/>
        </w:rPr>
        <w:br/>
      </w:r>
      <w:r>
        <w:rPr>
          <w:lang w:eastAsia="zh-CN"/>
        </w:rPr>
        <w:t>　　常言道：小撸怡情，大撸伤身，强撸灰飞烟灭。作为一个骨灰级玩家，早已经模糊了入学时，千里迢迢送我们来上学的父母那双期盼而又日渐沧桑的眼眸;忘了当初那个敢于直面身高不足，并且勇敢犯错的自己;而且早就将军训时那烈日暴晒下的坚持抛到九霄云外!</w:t>
      </w:r>
      <w:r>
        <w:rPr>
          <w:lang w:eastAsia="zh-CN"/>
        </w:rPr>
        <w:br/>
      </w:r>
      <w:r>
        <w:rPr>
          <w:lang w:eastAsia="zh-CN"/>
        </w:rPr>
        <w:t>　　转眼就会成为了一名高三的学生，校园里已经很难再看见我们师哥师姐的身影，而我们也即将面临社会考验，文艺一点说，这是我们即将逝去的青春。用我们师哥师姐的话说：我们已经老了。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有些时候只有经历过了，才会认清事物的本来面目。而当即将老去的我们再回首这段即将逝去的青春才恍然大悟。</w:t>
      </w:r>
      <w:r>
        <w:rPr>
          <w:lang w:eastAsia="zh-CN"/>
        </w:rPr>
        <w:br/>
      </w:r>
      <w:r>
        <w:rPr>
          <w:lang w:eastAsia="zh-CN"/>
        </w:rPr>
        <w:t>　　如果我们的青春不给力，它就好比停在水中的木伐，如果你不给它作用力，就永远看不到你想看的风景，而是只有虚度，直到木伐在静水中腐烂。所以朋友，当你觉得你的青春不再给力时，请给它一把力。当你悲伤时，请给你的青春加上爱的力;当你迷惘时，请给你的青春加上梦想的力。用汗水，代替泪水;用梦想，赶走迷惘。为自己的青春给把力&amp;&amp;我是学长，我为青春代言!</w:t>
      </w:r>
      <w:r>
        <w:rPr>
          <w:lang w:eastAsia="zh-CN"/>
        </w:rPr>
        <w:br/>
      </w:r>
      <w:r>
        <w:rPr>
          <w:lang w:eastAsia="zh-CN"/>
        </w:rPr>
        <w:t>　　诚然，现在的我们还并不是那么完美，做事还是有些轻浮;现在的我们离目标还有一段距离，正在日夜兼程;现在的我们除了活力与动力，更多的是压力;现在的我们背负的不光只是梦想和希望，更多的是一种责任但是，此刻，青春的旋律在这里奏响，我们就应该跟着青春的乐章，放飞自己的梦想因为新的旅途将在这里开始，就让我们携起手来扬帆起航，飘过辽阔的海洋追寻彼此的青春梦想!</w:t>
      </w:r>
      <w:r>
        <w:rPr>
          <w:lang w:eastAsia="zh-CN"/>
        </w:rPr>
        <w:br/>
      </w:r>
      <w:r>
        <w:rPr>
          <w:lang w:eastAsia="zh-CN"/>
        </w:rPr>
        <w:t>　　谢谢大家!</w:t>
      </w:r>
      <w:r>
        <w:rPr>
          <w:lang w:eastAsia="zh-CN"/>
        </w:rPr>
        <w:br/>
      </w:r>
      <w:r>
        <w:rPr>
          <w:lang w:eastAsia="zh-CN"/>
        </w:rPr>
        <w:t xml:space="preserve">    2024高中生青春励志演讲稿 篇11 </w:t>
      </w:r>
      <w:r>
        <w:rPr>
          <w:lang w:eastAsia="zh-CN"/>
        </w:rPr>
        <w:br/>
      </w:r>
      <w:r>
        <w:rPr>
          <w:lang w:eastAsia="zh-CN"/>
        </w:rPr>
        <w:t>　　尊敬的老师、同学们：</w:t>
      </w:r>
      <w:r>
        <w:rPr>
          <w:lang w:eastAsia="zh-CN"/>
        </w:rPr>
        <w:br/>
      </w:r>
      <w:r>
        <w:rPr>
          <w:lang w:eastAsia="zh-CN"/>
        </w:rPr>
        <w:t>　　大家好!</w:t>
      </w:r>
      <w:r>
        <w:rPr>
          <w:lang w:eastAsia="zh-CN"/>
        </w:rPr>
        <w:br/>
      </w:r>
      <w:r>
        <w:rPr>
          <w:lang w:eastAsia="zh-CN"/>
        </w:rPr>
        <w:t>　　作为即将高考的高三学生，我们的人生奋斗历程，万里长征，我们才刚刚开始。在这个开始阶段，我们受到过掌声和挫折。</w:t>
      </w:r>
      <w:r>
        <w:rPr>
          <w:lang w:eastAsia="zh-CN"/>
        </w:rPr>
        <w:br/>
      </w:r>
      <w:r>
        <w:rPr>
          <w:lang w:eastAsia="zh-CN"/>
        </w:rPr>
        <w:t>　　月考和比赛后的一些愉快忧虑是最好的证明。面对成绩，无疑要获胜，不骄傲，更加奋发向上。面对失败时，我们要坚定地说，绝对不要放弃。约翰肯尼迪。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亚伯拉罕林肯老师，24岁经商失败，26岁恋人死亡，27岁精神崩溃，中年时期多次竞选参议员和副总统，均告失败。也许只有这些才能被认为是人生真正的挫折。</w:t>
      </w:r>
      <w:r>
        <w:rPr>
          <w:lang w:eastAsia="zh-CN"/>
        </w:rPr>
        <w:br/>
      </w:r>
      <w:r>
        <w:rPr>
          <w:lang w:eastAsia="zh-CN"/>
        </w:rPr>
        <w:t>　　但是面对这么多挫折，林肯没有放弃自己的追求，仍然在不懈努力。最终他成为美国第16任总统。林肯最终实现了自己的理想，因为他决不会在挫折面前轻言放弃。</w:t>
      </w:r>
      <w:r>
        <w:rPr>
          <w:lang w:eastAsia="zh-CN"/>
        </w:rPr>
        <w:br/>
      </w:r>
      <w:r>
        <w:rPr>
          <w:lang w:eastAsia="zh-CN"/>
        </w:rPr>
        <w:t>　　今天，我们把理想分成几个小目标，一个一个地奋斗和努力。比如在月考中取得好成绩，比如在生活中成功地进行具有挑战性的活动。如果我们说因为小小的挫折而轻易放弃，那些目标有什么意义?上帝给我们生命，是让我们不断地战斗。</w:t>
      </w:r>
      <w:r>
        <w:rPr>
          <w:lang w:eastAsia="zh-CN"/>
        </w:rPr>
        <w:br/>
      </w:r>
      <w:r>
        <w:rPr>
          <w:lang w:eastAsia="zh-CN"/>
        </w:rPr>
        <w:t>　　同学们，决不轻言放弃是一种美德，更是一种积极的人生态度。我们无法创造命运，但我们可以用实际行动改变命运，我们可以向命运中的艰难困苦挑战。不被困难所吓倒，不言放弃，终能历经风雨见彩虹，谱写精彩的.人生。</w:t>
      </w:r>
      <w:r>
        <w:rPr>
          <w:lang w:eastAsia="zh-CN"/>
        </w:rPr>
        <w:br/>
      </w:r>
      <w:r>
        <w:rPr>
          <w:lang w:eastAsia="zh-CN"/>
        </w:rPr>
        <w:t>　　桑兰摔残了肢体，张海迪高位截瘫，海伦·凯勒的生命中没有光明与黑暗，可她们从未放弃自己对美好理想的追求。正是不轻言放弃，她们有了壮美的人生，赢得了世人的尊重。</w:t>
      </w:r>
      <w:r>
        <w:rPr>
          <w:lang w:eastAsia="zh-CN"/>
        </w:rPr>
        <w:br/>
      </w:r>
      <w:r>
        <w:rPr>
          <w:lang w:eastAsia="zh-CN"/>
        </w:rPr>
        <w:t>　　白驹过隙，流水无痕。在匆匆忙忙的尘世中，我们能做的只有不懈地努力，不懈地奋斗，最终实现自己的理想。这，才是我们生命的意义。</w:t>
      </w:r>
      <w:r>
        <w:rPr>
          <w:lang w:eastAsia="zh-CN"/>
        </w:rPr>
        <w:br/>
      </w:r>
      <w:r>
        <w:rPr>
          <w:lang w:eastAsia="zh-CN"/>
        </w:rPr>
        <w:t>　　无论前面的路多么坎坷，“决不轻言放弃”将永远是我们人生追求的永恒动力。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2024高中生青春励志演讲稿 篇12 </w:t>
      </w:r>
      <w:r>
        <w:rPr>
          <w:lang w:eastAsia="zh-CN"/>
        </w:rPr>
        <w:br/>
      </w:r>
      <w:r>
        <w:rPr>
          <w:lang w:eastAsia="zh-CN"/>
        </w:rPr>
        <w:t>　　各位领导、各位评委、各位青年朋友们：</w:t>
      </w:r>
      <w:r>
        <w:rPr>
          <w:lang w:eastAsia="zh-CN"/>
        </w:rPr>
        <w:br/>
      </w:r>
      <w:r>
        <w:rPr>
          <w:lang w:eastAsia="zh-CN"/>
        </w:rPr>
        <w:t>　　大家好!</w:t>
      </w:r>
      <w:r>
        <w:rPr>
          <w:lang w:eastAsia="zh-CN"/>
        </w:rPr>
        <w:br/>
      </w:r>
      <w:r>
        <w:rPr>
          <w:lang w:eastAsia="zh-CN"/>
        </w:rPr>
        <w:t>　　时光轮回，万物更新。一个既漫长而又短暂的初一学年已然过去，经过一个暑假的休养，我们共同打开了新学期的扉页。李大钊先生曾经说过：人生最有趣味的事情，就是送旧迎新，因为人类最高的欲求，就是时时创造生活。那么，你们是否已经勾画好了新学期的蓝图呢，是否已经作好了充足的心理准备去迎接新学期的到来呢?</w:t>
      </w:r>
      <w:r>
        <w:rPr>
          <w:lang w:eastAsia="zh-CN"/>
        </w:rPr>
        <w:br/>
      </w:r>
      <w:r>
        <w:rPr>
          <w:lang w:eastAsia="zh-CN"/>
        </w:rPr>
        <w:t>　　路还是昨天的路，但里程碑已是新的;歌还是昨天的歌，但今天唱出的更动听;太阳还是昨天的太阳，但它放射出的却是全新的光芒。当我们看着东方的第一抹朝阳时，是否应该检查一下自己：我的梦是否依然，我的心是否依旧飞扬?我们曾经拥有过辉煌，但那已成为枕边一段甜美的回忆;也许，我们也曾经遭受过挫折，但那已成为几滴苦涩的泪痕。忘记曾经的成功与失败，我们只需把经验和教训铭刻于心，让曾经的辉煌激励我们，过去的失败只是为了衬托未来的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我们是zz班的学生，“没有最好，只有更好”是我们的口号，“更高、更快、更强”是我们的宗旨。在教室里，可以轻易地看见同学们埋头苦干的身影，也能听见为一个问题争论不休的声音……但是，“没有最好，只有更好”，在知识的海洋里，我们永不满足。在这里，不得不提一下偏科的问题。当然，有这个问题的同学应该只是小部分，但这个问题较其他班更容易在zz班发生。众所周知，这是一个不好的现象，但个别同学因为其他科目在小学没打好扎实的基础，学起来并不那么得心应手。于是，他们把全部心思都放在了数学这一科身上，力争在这一领域创出自己的一片天地，因而放弃了其他的科目。在这里，我想介绍一个故事给大家，内容绝对真实，可能有部分同学会看过，因为，它就刊登在zzz日报上。讲述的是一个高中生，高二下学期考试全班排名29(并非失手)，而经过一年的奋斗，在高三最后一次模拟考试与高考当中，都夺得了全班第一名。化学他一直学得不好，但下定决心努力后，仅两个月的时间他就取得了全年级第一，事实突破了他的想象空间，他的梦想开始远大。他说，心理学上有一个名词，叫“自我实现的预言”，意思是，如果相信自己行，你最后就能行;如果怀疑自己不行，你就会退步。他还说，“要相信你的最好成绩，因为那是你抵达过的境界，如果你相信它，那么你一定会重新抵达那里”，还有“不必在意某一次偶然的失败，因为如果你在乎这次失常，就是相信了它，它将会成为你消极的预言，让你重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还要说一个问题，就是特色班的评选。我们的特色是：活泼自律，但由于我们做的还不够，所以一直没有申报。活泼我们是做到了，似乎还过分了些，但自律呢?纪律一直是我们的老问题，总是死灰复燃。其实，我也不想再次提起，因为我知道，大家已经听烦了，听腻了，并且都知道应该怎么做，但就是做不到。同学们有没有想过，课堂上你无心发出的一句与课堂无关的话，自习课上你不自然发出的一声笑声，影响的可不止你自己，还有全班的同学。如果因为你一个人的过错而波及到了全班，你不觉得内疚吗?大道理我不多说，大家心里都明白应该怎么做，但为什么做不到呢，只因为一时的贪玩、一时的失控吗?我希望，这个学期，我们可以申报特色班。不管是否评得上，只要我们递交材料时能够做到问心无愧，就已经是我们的进步了。</w:t>
      </w:r>
      <w:r>
        <w:rPr>
          <w:lang w:eastAsia="zh-CN"/>
        </w:rPr>
        <w:br/>
      </w:r>
      <w:r>
        <w:rPr>
          <w:lang w:eastAsia="zh-CN"/>
        </w:rPr>
        <w:t xml:space="preserve">    2024高中生青春励志演讲稿 篇13 </w:t>
      </w:r>
      <w:r>
        <w:rPr>
          <w:lang w:eastAsia="zh-CN"/>
        </w:rPr>
        <w:br/>
      </w:r>
      <w:r>
        <w:rPr>
          <w:lang w:eastAsia="zh-CN"/>
        </w:rPr>
        <w:t>　　尊敬的老师、同学们：</w:t>
      </w:r>
      <w:r>
        <w:rPr>
          <w:lang w:eastAsia="zh-CN"/>
        </w:rPr>
        <w:br/>
      </w:r>
      <w:r>
        <w:rPr>
          <w:lang w:eastAsia="zh-CN"/>
        </w:rPr>
        <w:t>　　大家好!</w:t>
      </w:r>
      <w:r>
        <w:rPr>
          <w:lang w:eastAsia="zh-CN"/>
        </w:rPr>
        <w:br/>
      </w:r>
      <w:r>
        <w:rPr>
          <w:lang w:eastAsia="zh-CN"/>
        </w:rPr>
        <w:t>　　青春是人生一道洒满阳光的风景，是一首用热情和智慧唱响的赞歌。</w:t>
      </w:r>
      <w:r>
        <w:rPr>
          <w:lang w:eastAsia="zh-CN"/>
        </w:rPr>
        <w:br/>
      </w:r>
      <w:r>
        <w:rPr>
          <w:lang w:eastAsia="zh-CN"/>
        </w:rPr>
        <w:t>　　人世间有许多东西失去了还可以得到，惟有青春一去不复返，所谓“人生易老”，所谓“如白驹之过隙”，所谓“高堂明镜悲白发，朝如青丝暮成雪”，说的就是它。</w:t>
      </w:r>
      <w:r>
        <w:rPr>
          <w:lang w:eastAsia="zh-CN"/>
        </w:rPr>
        <w:br/>
      </w:r>
      <w:r>
        <w:rPr>
          <w:lang w:eastAsia="zh-CN"/>
        </w:rPr>
        <w:t>　　青春也是一种感觉，这种感觉，有时是平平淡淡中的一种温馨的享受，有时是一份静静的逍遥，有时是一份思念的遐想，有时是一个甜甜的无边无际的憧憬。于是，诗情画意的梦，天真纯洁的幻想，无忧无虑的日子，便汇集成一个灿烂的青春季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也许平淡无奇的世界使你感到孤寂和落寞，周而复始的生活节拍让你倍感烦躁和无聊。但蓦然之间，你发现在天蓝风轻的春光中，一切都像是透明的，而感到一种超然的力量在心底滋生;也许你为时光的悄然流逝而感到无助与无奈，可当你沉浸于茫茫书海，真实而丰富地度过青春的每一分钟，你就会觉得青春原来是那般美好!</w:t>
      </w:r>
      <w:r>
        <w:rPr>
          <w:lang w:eastAsia="zh-CN"/>
        </w:rPr>
        <w:br/>
      </w:r>
      <w:r>
        <w:rPr>
          <w:lang w:eastAsia="zh-CN"/>
        </w:rPr>
        <w:t>　　时光飞奔向前，不会回头，它总是青春的痕迹。我们大家虽出生于不同的时间和空间，却有着同样的奉献承诺，有着同样的壮美青春。拥有青春，就如同朝阳永远向上;拥有青春，就如同山溪不羁奔流;拥有青春，就如同幼蚕破茧而出……</w:t>
      </w:r>
      <w:r>
        <w:rPr>
          <w:lang w:eastAsia="zh-CN"/>
        </w:rPr>
        <w:br/>
      </w:r>
      <w:r>
        <w:rPr>
          <w:lang w:eastAsia="zh-CN"/>
        </w:rPr>
        <w:t>　　曾子曰：“士不可以不弘毅，任重而道远。”作为青年人，一个国家、一个民族的希望所在，心中无不闪烁着梦想，那么现在就是我们努力实现梦想的时候。纵使艰难险阻，也要努力前行;追求卓越，释放青春能量，点燃青春梦想。</w:t>
      </w:r>
      <w:r>
        <w:rPr>
          <w:lang w:eastAsia="zh-CN"/>
        </w:rPr>
        <w:br/>
      </w:r>
      <w:r>
        <w:rPr>
          <w:lang w:eastAsia="zh-CN"/>
        </w:rPr>
        <w:t>　　年轻的朋友，让我们用拼搏向梦想靠近，实现梦想让青春无悔!</w:t>
      </w:r>
      <w:r>
        <w:rPr>
          <w:lang w:eastAsia="zh-CN"/>
        </w:rPr>
        <w:br/>
      </w:r>
      <w:r>
        <w:rPr>
          <w:lang w:eastAsia="zh-CN"/>
        </w:rPr>
        <w:t>　　谢谢大家!</w:t>
      </w:r>
      <w:r>
        <w:rPr>
          <w:lang w:eastAsia="zh-CN"/>
        </w:rPr>
        <w:br/>
      </w:r>
      <w:r>
        <w:rPr>
          <w:lang w:eastAsia="zh-CN"/>
        </w:rPr>
        <w:t xml:space="preserve">    2024高中生青春励志演讲稿 篇14 </w:t>
      </w:r>
      <w:r>
        <w:rPr>
          <w:lang w:eastAsia="zh-CN"/>
        </w:rPr>
        <w:br/>
      </w:r>
      <w:r>
        <w:rPr>
          <w:lang w:eastAsia="zh-CN"/>
        </w:rPr>
        <w:t>　　尊敬的老师，亲爱的同学们：</w:t>
      </w:r>
      <w:r>
        <w:rPr>
          <w:lang w:eastAsia="zh-CN"/>
        </w:rPr>
        <w:br/>
      </w:r>
      <w:r>
        <w:rPr>
          <w:lang w:eastAsia="zh-CN"/>
        </w:rPr>
        <w:t>　　大家早上好!</w:t>
      </w:r>
      <w:r>
        <w:rPr>
          <w:lang w:eastAsia="zh-CN"/>
        </w:rPr>
        <w:br/>
      </w:r>
      <w:r>
        <w:rPr>
          <w:lang w:eastAsia="zh-CN"/>
        </w:rPr>
        <w:t>　　我是zz班的zzz，我今天给大家演讲的题目是：成长路上花香满径</w:t>
      </w:r>
      <w:r>
        <w:rPr>
          <w:lang w:eastAsia="zh-CN"/>
        </w:rPr>
        <w:br/>
      </w:r>
      <w:r>
        <w:rPr>
          <w:lang w:eastAsia="zh-CN"/>
        </w:rPr>
        <w:t>　　青春是一条小河，哗哗的向着前方奔去，永不停止，永无止境。</w:t>
      </w:r>
      <w:r>
        <w:rPr>
          <w:lang w:eastAsia="zh-CN"/>
        </w:rPr>
        <w:br/>
      </w:r>
      <w:r>
        <w:rPr>
          <w:lang w:eastAsia="zh-CN"/>
        </w:rPr>
        <w:t>　　一转眼已过去了十五载，我们变成了翩翩的少年，面对着青春的十字路口，我们将要去哪里?</w:t>
      </w:r>
      <w:r>
        <w:rPr>
          <w:lang w:eastAsia="zh-CN"/>
        </w:rPr>
        <w:br/>
      </w:r>
    </w:p>
    <w:p w:rsidR="001B1F19" w14:textId="27C3F48A">
      <w:pPr>
        <w:rPr>
          <w:rFonts w:hint="eastAsia"/>
          <w:lang w:eastAsia="zh-CN"/>
        </w:rPr>
      </w:pPr>
      <w:r>
        <w:rPr>
          <w:lang w:eastAsia="zh-CN"/>
        </w:rPr>
        <w:t>　　带上信念，拿着勇气，心存希望，怀揣梦想，青春的我们神采飞扬，朝气蓬勃。向着前方的光明，大踏步的前进。青春之树应该站在高高的悬崖峭壁上接受风血的洗礼，而不是在温室中懒洋洋的晒太阳。“不经一番寒彻骨，怎的梅花扑鼻香”风雨中，与寒流同呼吸，洗涤心灵的污浊，锻造坚定的心灵，才能长成参天大树，让青春成为无沿荒地最闪亮的一点。</w:t>
      </w:r>
      <w:r>
        <w:rPr>
          <w:lang w:eastAsia="zh-CN"/>
        </w:rPr>
        <w:br/>
      </w:r>
      <w:r>
        <w:rPr>
          <w:lang w:eastAsia="zh-CN"/>
        </w:rPr>
        <w:t>　　青春有梦想。梦想是前进的方向，是茫茫黑暗中的那一点点星光。青春的你我拥有梦想，就一定要用现实的行动来逐步实现。“理想的巅峰越高，就越会得到无限的充实，就会迸发出激情，就会成长”。</w:t>
      </w:r>
      <w:r>
        <w:rPr>
          <w:lang w:eastAsia="zh-CN"/>
        </w:rPr>
        <w:br/>
      </w:r>
      <w:r>
        <w:rPr>
          <w:lang w:eastAsia="zh-CN"/>
        </w:rPr>
        <w:t>　　青春有激情。激情是前进的动力，没有激情的青春是乏味的，有激情才有创造力。激情是一道闪电，带来了光明，使青春之光更加绚烂。</w:t>
      </w:r>
      <w:r>
        <w:rPr>
          <w:lang w:eastAsia="zh-CN"/>
        </w:rPr>
        <w:br/>
      </w:r>
      <w:r>
        <w:rPr>
          <w:lang w:eastAsia="zh-CN"/>
        </w:rPr>
        <w:t>　　青春有智慧。帕斯卡尔有一句名言：人是一株会思考的、有思想的芦苇。青春如果不与思想结合，就会显得盲目和浮躁。善于思考，勤于思考，乐于思考，青春就会发出智慧的光芒。</w:t>
      </w:r>
      <w:r>
        <w:rPr>
          <w:lang w:eastAsia="zh-CN"/>
        </w:rPr>
        <w:br/>
      </w:r>
      <w:r>
        <w:rPr>
          <w:lang w:eastAsia="zh-CN"/>
        </w:rPr>
        <w:t>　　青春有缺憾。世上没有完美的无可挑剔的事，青春亦是如此。第一次离开父母，第一次主宰自己，总会有不圆满。正因为不圆满，才多了一份不同的体验，多了一种美好的希冀。</w:t>
      </w:r>
      <w:r>
        <w:rPr>
          <w:lang w:eastAsia="zh-CN"/>
        </w:rPr>
        <w:br/>
      </w:r>
      <w:r>
        <w:rPr>
          <w:lang w:eastAsia="zh-CN"/>
        </w:rPr>
        <w:t>　　青春是琴，要用心弹奏。青春没有理由垂头丧气，不论是好事还是坏事，都要抬头挺胸，斗志昂扬。</w:t>
      </w:r>
      <w:r>
        <w:rPr>
          <w:lang w:eastAsia="zh-CN"/>
        </w:rPr>
        <w:br/>
      </w:r>
      <w:r>
        <w:rPr>
          <w:lang w:eastAsia="zh-CN"/>
        </w:rPr>
        <w:t>　　抬起头，天空中总有阴沉的日子，但只要心里有光，眼前就永远是炫目的太阳!</w:t>
      </w:r>
      <w:r>
        <w:rPr>
          <w:lang w:eastAsia="zh-CN"/>
        </w:rPr>
        <w:br/>
      </w:r>
      <w:r>
        <w:rPr>
          <w:lang w:eastAsia="zh-CN"/>
        </w:rPr>
        <w:t>　　我的演讲到此结束，谢谢大家。</w:t>
      </w:r>
      <w:r>
        <w:rPr>
          <w:lang w:eastAsia="zh-CN"/>
        </w:rPr>
        <w:br/>
      </w:r>
      <w:r>
        <w:rPr>
          <w:lang w:eastAsia="zh-CN"/>
        </w:rPr>
        <w:t xml:space="preserve">    2024高中生青春励志演讲稿 篇15 </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https://d.book118.com/605211102243011102</w:t>
        </w:r>
      </w:hyperlink>
    </w:p>
    <w:p w:rsidR="001B1F19">
      <w:pPr>
        <w:rPr>
          <w:rFonts w:hint="eastAsia"/>
          <w:lang w:eastAsia="zh-CN"/>
        </w:rPr>
      </w:pPr>
    </w:p>
    <w:sectPr>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05211102243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