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《你在为谁工作》读书心得体会1000字（34篇）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《你在为谁工作》读书心得体会1000字（通用34篇）</w:t>
      </w:r>
      <w:r>
        <w:rPr>
          <w:lang w:eastAsia="zh-CN"/>
        </w:rPr>
        <w:br/>
      </w:r>
      <w:r>
        <w:rPr>
          <w:lang w:eastAsia="zh-CN"/>
        </w:rPr>
        <w:t xml:space="preserve">    《你在为谁工作》读书心得体会1000字 篇1 </w:t>
      </w:r>
      <w:r>
        <w:rPr>
          <w:lang w:eastAsia="zh-CN"/>
        </w:rPr>
        <w:br/>
      </w:r>
      <w:r>
        <w:rPr>
          <w:lang w:eastAsia="zh-CN"/>
        </w:rPr>
        <w:t>　　《你在为谁读书》这本书它主要讲的是一个原本学习成绩差的学生杨略，使他感觉校园是监狱，生活仿佛那样平静。可这时，他收到了一位叫倪甫清的人的信，他看后有很大的启发，为此他猜测那人是谁，就当他收了十封信后，真相大白，原来倪甫清就是他的父亲，而现在他已成了老师的得意门生，学习成绩也上升得一发而不可收拾。</w:t>
      </w:r>
      <w:r>
        <w:rPr>
          <w:lang w:eastAsia="zh-CN"/>
        </w:rPr>
        <w:br/>
      </w:r>
      <w:r>
        <w:rPr>
          <w:lang w:eastAsia="zh-CN"/>
        </w:rPr>
        <w:t>　　“你在为谁读书”，这一句话恐怕只能在家长训斥小孩这样的局域中被发现。其实，这句话是对每一个人来说是耳熟能详的——每一个人都在无时不刻地学习，在上课，自然的，“你在为谁读书”从理论上说是应该被每一个人都当成镜子来自我对照的。</w:t>
      </w:r>
      <w:r>
        <w:rPr>
          <w:lang w:eastAsia="zh-CN"/>
        </w:rPr>
        <w:br/>
      </w:r>
    </w:p>
    <w:p w:rsidR="001B1F19" w14:textId="0AE8485B">
      <w:pPr>
        <w:pStyle w:val="Heading1"/>
        <w:jc w:val="center"/>
        <w:rPr>
          <w:rFonts w:hint="eastAsia"/>
          <w:lang w:eastAsia="zh-CN"/>
        </w:rPr>
      </w:pPr>
      <w:r>
        <w:rPr>
          <w:sz w:val="44"/>
          <w:lang w:eastAsia="zh-CN"/>
        </w:rPr>
        <w:t>《你在为谁工作》读书心得体会1000字（34篇）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《你在为谁工作》读书心得体会1000字（通用34篇）</w:t>
      </w:r>
      <w:r>
        <w:rPr>
          <w:lang w:eastAsia="zh-CN"/>
        </w:rPr>
        <w:br/>
      </w:r>
      <w:r>
        <w:rPr>
          <w:lang w:eastAsia="zh-CN"/>
        </w:rPr>
        <w:t xml:space="preserve">    《你在为谁工作》读书心得体会1000字 篇1 </w:t>
      </w:r>
      <w:r>
        <w:rPr>
          <w:lang w:eastAsia="zh-CN"/>
        </w:rPr>
        <w:br/>
      </w:r>
      <w:r>
        <w:rPr>
          <w:lang w:eastAsia="zh-CN"/>
        </w:rPr>
        <w:t>　　《你在为谁读书》这本书它主要讲的是一个原本学习成绩差的学生杨略，使他感觉校园是监狱，生活仿佛那样平静。可这时，他收到了一位叫倪甫清的人的信，他看后有很大的启发，为此他猜测那人是谁，就当他收了十封信后，真相大白，原来倪甫清就是他的父亲，而现在他已成了老师的得意门生，学习成绩也上升得一发而不可收拾。</w:t>
      </w:r>
      <w:r>
        <w:rPr>
          <w:lang w:eastAsia="zh-CN"/>
        </w:rPr>
        <w:br/>
      </w:r>
      <w:r>
        <w:rPr>
          <w:lang w:eastAsia="zh-CN"/>
        </w:rPr>
        <w:t>　　“你在为谁读书”，这一句话恐怕只能在家长训斥小孩这样的局域中被发现。其实，这句话是对每一个人来说是耳熟能详的——每一个人都在无时不刻地学习，在上课，自然的，“你在为谁读书”从理论上说是应该被每一个人都当成镜子来自我对照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你也许得这样问自己：“你在为谁读书”？这个问题有点傻兮兮的——这只限于那些还没意识到这个问题的重要性的人们。我问我自己，就是这样问，从以前来说的话，我是为了提高自己成绩，‘应付’父母而做的决定。但是，现在我想想，提高成绩，意味着长大有份好工作；有份好工作，意味着赚钱；赚钱，意味着提高自己的生活水平，综观上述几条“我为他人读书之证词”，意味着我归根结底还是为了自己读书，为了自己将来有美好而幸福的生活而作的铺垫。读书，对我们来说是一份哭苦差事，但是这样“先苦后甜”，总会比“先甜后苦”这样在20年学习生涯后过着“衣食无着，家徒四壁”的苦津津、干巴巴的日子而好上几百倍吧！</w:t>
      </w:r>
      <w:r>
        <w:rPr>
          <w:lang w:eastAsia="zh-CN"/>
        </w:rPr>
        <w:br/>
      </w:r>
      <w:r>
        <w:rPr>
          <w:lang w:eastAsia="zh-CN"/>
        </w:rPr>
        <w:t>　　就象文中“倪甫清的信”一样，它化身为了我们向往将来美好生活的动力，是一股极其强烈的动力，它充斥着我们战胜眼前的困苦，挑战目前的挫折，爱上学习，激励着我们这些“对苦难‘怨天尤人’”的学子们。因为在茫茫未知的命运之路上，我们完全不知晓将来的生活会变得怎样。但是，可以肯定的是，如果不读书，或者说是不知道为谁在读书，茫然地过着“浑浑噩噩”的学习生活，那么，将来一定也是度着浑浑噩噩、天天作着深谋远虑的打算的压抑生活。</w:t>
      </w:r>
      <w:r>
        <w:rPr>
          <w:lang w:eastAsia="zh-CN"/>
        </w:rPr>
        <w:br/>
      </w:r>
      <w:r>
        <w:rPr>
          <w:lang w:eastAsia="zh-CN"/>
        </w:rPr>
        <w:t>　　但是，我在为谁读书，这个标题，也着实地给自己一次反省自己，一对一地对比自己、纠正自己的机会。即使你会觉得，读书是自己的事，费用反正是父母来花费，将来也不会找不到饭碗，那么，既然你一意孤行，我也不好说什么了。但那些认识到“我在为谁读书”的学生们，将来一定比上你的好几倍，多余的废话我就打住吧。</w:t>
      </w:r>
      <w:r>
        <w:rPr>
          <w:lang w:eastAsia="zh-CN"/>
        </w:rPr>
        <w:br/>
      </w:r>
      <w:r>
        <w:rPr>
          <w:lang w:eastAsia="zh-CN"/>
        </w:rPr>
        <w:t xml:space="preserve">    《你在为谁工作》读书心得体会1000字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引文：在工作中，不管做任何事，都应将心态回归到零：把自己放空，抱着学习的态度，将每一次任务都视为一个新的开始，一段新的体验，一扇通往成功的机会之门。千万不要视工作如鸡肋，食之无味，弃之可惜，结果做得心不甘情不愿，于公于私都没有裨益。工作是一个施展自己才能的舞台。我们寒窗苦读来的知识，我们的应变力，我们的决断力，我们的适应力以及我们的协调能力都将在这样的一个舞台上得到展示。除了工作，没有哪项活动能提供如此高度的充实自我、表达自我的机会、以及如此的个人使命感和一种活着的理由。工作的质量往往决定生活的质量。</w:t>
      </w:r>
      <w:r>
        <w:rPr>
          <w:lang w:eastAsia="zh-CN"/>
        </w:rPr>
        <w:br/>
      </w:r>
      <w:r>
        <w:rPr>
          <w:lang w:eastAsia="zh-CN"/>
        </w:rPr>
        <w:t>　　随意翻开这本书看了一下，我立刻被这本书所吸引，感觉得到得太晚。这本书句句是真言，为我们指引了一条光明大道。说句实在话，工作前几年，的确是在为了自己的理想在工作，全心投入，为爱付出。随着日子一天天重复，很多的时候是应付式的完成工作，保证完成任务就基本满足了，缺乏积极主动性和创新意识，在虚度光阴混日子。</w:t>
      </w:r>
      <w:r>
        <w:rPr>
          <w:lang w:eastAsia="zh-CN"/>
        </w:rPr>
        <w:br/>
      </w:r>
      <w:r>
        <w:rPr>
          <w:lang w:eastAsia="zh-CN"/>
        </w:rPr>
        <w:t>　　阅读是快乐的，因阅读而知道工作应该快乐，将生活和工作融为一体，自己也不断不再为自己繁琐的工作感到厌烦。我很清楚的记得书中讲过的一句话，一个人在工作中的时间占了生命中的一大部分，如果工作上感觉不舒服，心情不愉快，那么他将在不愉快中渡过生命中的一大部分，他的生活肯定也会因为工作的原因过得不愉快。所以，作者一直倡导快乐的工作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人生成长经历的一个重要转折点，不管是业务方面，还是工作态度，以及为人处事各个方面，作者都给了我莫大的指导和支持。我将一如既往地将工作有条不紊顺利进行着。特别是班主任工作很繁忙，我也体会到了班主任工作的酸甜苦辣。我将不断努力，使我的班级更加朝着一个健康、积极、团结、协作的班级发展。</w:t>
      </w:r>
      <w:r>
        <w:rPr>
          <w:lang w:eastAsia="zh-CN"/>
        </w:rPr>
        <w:br/>
      </w:r>
      <w:r>
        <w:rPr>
          <w:lang w:eastAsia="zh-CN"/>
        </w:rPr>
        <w:t>　　现在的社会是人才辈出的社会，要在这样激烈的社会中要很好的生存下去，做一个生活中的强者，只有努力的工作，刻苦的学习，就我个人而言，在积极主动完成所有工作事项外，处处为学校利益着想，时时想着学校，有一颗爱校的心。在工作闲暇之余，多学习，学习新教育理论、专业技术知识，学习如何做人，学习如何进行管理，不断的充电，才是我现在急需做好的一些事情。平心而论，现在的我们教师待遇每年在不断的提高，教师这个职业也不断提升了地位，不为别的，就为了自己的饭碗，你是否也应该好好工作呢？</w:t>
      </w:r>
      <w:r>
        <w:rPr>
          <w:lang w:eastAsia="zh-CN"/>
        </w:rPr>
        <w:br/>
      </w:r>
      <w:r>
        <w:rPr>
          <w:lang w:eastAsia="zh-CN"/>
        </w:rPr>
        <w:t>　　你在为谁工作呢？我们其实都是在为自己工作，教师是一门职业，更是自己的事业，我要将自己的全部的身心和精力投入到其中，并乐在其中。</w:t>
      </w:r>
      <w:r>
        <w:rPr>
          <w:lang w:eastAsia="zh-CN"/>
        </w:rPr>
        <w:br/>
      </w:r>
      <w:r>
        <w:rPr>
          <w:lang w:eastAsia="zh-CN"/>
        </w:rPr>
        <w:t xml:space="preserve">    《你在为谁工作》读书心得体会1000字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期公司发放了《你在为谁工作》一书，读后我想到我们到底是在为谁工作呢？为自己，为家庭，为社会，为祖国，为人民，为老板，这些都不对。如果不尽快弄清这个问题，不调整好自己的心态，一辈子我很可能与成功无缘。在当今这个浮躁的年代，我们需要用什么去重新点燃工作激情，实现自我价值？你在为谁工作不是个耳提面命的空洞口号，而是触动心底的反思。其实我就是为自己工作，为自己的理想，为自己的将来，为自己的成功而奋斗。不说大话，不说客套话，我在为自己工作。不管领导在不在，不管检查不检查，都要努力做好自己的本职工作。</w:t>
      </w:r>
      <w:r>
        <w:rPr>
          <w:lang w:eastAsia="zh-CN"/>
        </w:rPr>
        <w:br/>
      </w:r>
      <w:r>
        <w:rPr>
          <w:lang w:eastAsia="zh-CN"/>
        </w:rPr>
        <w:t>　　领导分配什么工作给自己，自己就要去做什么工作，哪里需要就去哪里不计得失。在工作过程中，不但要有足够的责任心，爱心和奉献精神，还必须要有不怕苦，不怕累的吃苦精神，时刻做好吃苦耐劳的准备。工作中不假装不做作，不做样子给他人看，不要去管别人说什么，自己认定目标，朝着目标，朝着自己的奋斗目标前进，努力实现自己的目标。我做好自己的工作，最起码是对得起自己的那份工资，对得起自己的良心，既然为了自己工作，就要努力，实干，干出个样子来！读了这本书之后，我对于自己幼稚的念头开始怀疑，我想我应该在今后的工作中多去思考一下，从工作中学到了什么，得到了什么，对待工作的态度还有存在哪些欠缺，从而更加努力的去得到更多的机会，更多的收获。在工作中不找任何借口，点燃自己的工作热情，发挥团队精神。</w:t>
      </w:r>
      <w:r>
        <w:rPr>
          <w:lang w:eastAsia="zh-CN"/>
        </w:rPr>
        <w:br/>
      </w:r>
      <w:r>
        <w:rPr>
          <w:lang w:eastAsia="zh-CN"/>
        </w:rPr>
        <w:t>　　突破自己、超越自己、相信自己，勇于向不可能完成的事情发起挑战，经常进行换位思考问题，改变自己的思想，因为一个人的思想决定一个人的命运。只有付出了才能得到回报，在工作中要激发的激情，改掉自身的一些坏习惯，不断追求更高的自我定位。做一个有进取心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相信今天的成就是昨天的积累，明天的成功则是赖于今天的努力。在阅读了《你在为谁工作》这本书时，正好是公司刚刚给我调整工作岗位的时间，这本书犹如雪中送炭般及时。正当我为新工作而感到困惑时，它给了我很大的启迪，让我懂得了工作的真正含义。</w:t>
      </w:r>
      <w:r>
        <w:rPr>
          <w:lang w:eastAsia="zh-CN"/>
        </w:rPr>
        <w:br/>
      </w:r>
      <w:r>
        <w:rPr>
          <w:lang w:eastAsia="zh-CN"/>
        </w:rPr>
        <w:t>　　要为自己而工作，这是最重要的。面对每一个新的工作机会，你都要有这个观念，你是在为自己工作。我对这一点的理解是很有感触的，因为在我工作的十多个年头中，我经历了不少的工作岗位，在每一次工作中都有新的收获，新的理解。</w:t>
      </w:r>
      <w:r>
        <w:rPr>
          <w:lang w:eastAsia="zh-CN"/>
        </w:rPr>
        <w:br/>
      </w:r>
      <w:r>
        <w:rPr>
          <w:lang w:eastAsia="zh-CN"/>
        </w:rPr>
        <w:t>　　我想，在我今后的工作中，我得到了这本书的帮助，我会很好的珍惜现有的工作机会，凡事从一点一滴做起，爱岗敬业，积极配合团队，使自己成为团队中不可缺少的一分子。</w:t>
      </w:r>
      <w:r>
        <w:rPr>
          <w:lang w:eastAsia="zh-CN"/>
        </w:rPr>
        <w:br/>
      </w:r>
      <w:r>
        <w:rPr>
          <w:lang w:eastAsia="zh-CN"/>
        </w:rPr>
        <w:t xml:space="preserve">    《你在为谁工作》读书心得体会1000字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工作中，不管做任何事，都应将心态回归到零：把自己放空，抱着学习的态度，将每一次任务都视为一个新的开始，一段新的体验，一扇通往成功的机会之门。千万不要视工作如鸡肋，食之无味，弃之可惜，结果做得心不甘情不愿，于公于私都没有裨益。工作是一个施展自己才能的舞台。我们寒窗苦读来的知识，我们的应变力，我们的决断力，我们的适应力以及我们的协调能力都将在这样的一个舞台上得到展示。除了工作，没有哪项活动能提供如此高度的充实自我、表达自我的机会、以及如此的个人使命感和一种活着的理由。工作的质量往往决定生活的质量。本年度，我单位每人都发了《你在为谁工作》一书。使我感触颇多，于是我决定好好的读一读这本书。随意翻开这本书看了一下，我立刻被这本书所吸引，感觉得到得太晚。这本书句句是真言，为我们指引了一条光明大道。说句实在话，工作前几十年，我的确是在为了每个月的工资在工作，从来就没有把工作认真对待，老是认为自己有潜能，不应该呆在以前的工作中。</w:t>
      </w:r>
      <w:r>
        <w:rPr>
          <w:lang w:eastAsia="zh-CN"/>
        </w:rPr>
        <w:br/>
      </w:r>
      <w:r>
        <w:rPr>
          <w:lang w:eastAsia="zh-CN"/>
        </w:rPr>
        <w:t>　　工作也没有全心的投入，很多的时候都是应付形式的完成工作，保证完成任务就基本满足了，缺乏积极主动性和创新意识，虚度光阴混日子过程中，上半年度省发行集团公司曾副总来到了我店调研，给我校带来了新的指示和理念发展方向，同时也为书店的快速发展指出了一条光明大道。跟随着在书店的日子里快乐，而因工作快乐，将生活和工作融为一体，自己也不断不再为自己是一个而感到自卑。我很清楚的记得一本书里讲过的一句话，一个人在工作中的时间占了生命中的一大部分，如果工作上感觉不舒服，心情不愉快，那么他将在不愉快中渡过生命中的一大部分，他的生活肯定也会因为工作的原因过得不愉快。所以，一直倡导快乐的工作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上半年，我的人生成长经历的一个重要转折点，不管是业务方面，还是工作态度，以及为人为处事各个方面，都给了我莫大的指导和支持。将新的一年的工作中理出有条不紊的工作计划。同样是一名工作者，也注重书城的快速成长，在王总的带领下正以积极主动的态度努力的工作，我在短短的期限里有不了不能够把将一个班级能够提高一个教，这项工作确实能够提高一个教师少的职工是可以从工作很繁忙，我也逐步体会到了领导工作的酸甜苦辣。新的的工作对我是一个新的挑战，我在不断的努力，使我们的朝着一个健康、积极、团结、协作的团体发展。现在的社会是人才辈出的社会，要在这样激烈的社会中要很好的生存下去，做一个生活中的强者，只有努力的工作，刻苦的学习，就我个人而言，在积极主动完成所有工作事项外，处处为人处事的利益着想，时时想着，有一颗爱心。在工作闲暇之余，多学习，学习新的理论知识和专业技术，学习如何做人，学习如何进行管理，不断的充电，才是我现在急需做好的一些事情。平心而论，现在的我们待遇每年在不断的提高，这个职业也不断提升了地位，不为别的，就为了自己的饭碗，你是否也应该好好工作呢？你在为谁工作呢？我们其实都是在为自己工作，服务是一门职业，更是自己的事业，我们要将自己的全部的身心和精力投入到其中。服务行业这门工作可能确实不多，可是从培养和锻炼自己能力这方面来看，这项工作确实能够提高一个营业员的能力你就看一下你是在为谁工作。</w:t>
      </w:r>
      <w:r>
        <w:rPr>
          <w:lang w:eastAsia="zh-CN"/>
        </w:rPr>
        <w:br/>
      </w:r>
      <w:r>
        <w:rPr>
          <w:lang w:eastAsia="zh-CN"/>
        </w:rPr>
        <w:t xml:space="preserve">    《你在为谁工作》读书心得体会1000字 篇5 </w:t>
      </w:r>
      <w:r>
        <w:rPr>
          <w:lang w:eastAsia="zh-CN"/>
        </w:rPr>
        <w:br/>
      </w:r>
      <w:r>
        <w:rPr>
          <w:lang w:eastAsia="zh-CN"/>
        </w:rPr>
        <w:t>　　暑假前夕，田校长送了我们每人三件礼物，其中有两本电子书——《骨干是折腾出来的》和《你在为谁工作》，正巧暑假我去济南培训，在济南培训的日子里，白天跟老外练口语，晚上抽时间读书，像回到了学生时代。下面我就说说我读《你在为谁工作》这本书的真实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你为谁工作》这本书在第1章中就从不同角度用例证对此问题做出了详细说明，如：“比尔·盖茨为什么还要工作?”，“薪水算什么，要为自己而工作?”等等，读完这本书，使我受益最大的就是它使我明白了在为他人工作的同时，其实就是为自己而工作，为自己的理想，为自己的将来，为自己的成功而奋斗。在平常的工作中，我们不能像“房间里找金币的故事”中说的那样，不是在认真工作中寻找单位的重用，而是完全寄希望于投机取巧;以应付的态度对待工作，还希望得到领导的赏识，得不到就埋怨领导不能慧眼识英雄，或慨叹命运之不公。这种思想是不能在工作中存在的。</w:t>
      </w:r>
      <w:r>
        <w:rPr>
          <w:lang w:eastAsia="zh-CN"/>
        </w:rPr>
        <w:br/>
      </w:r>
      <w:r>
        <w:rPr>
          <w:lang w:eastAsia="zh-CN"/>
        </w:rPr>
        <w:t>　　正如书中所说“一个人做他适宜而且喜欢的工作，在工作中发挥最大的才华、能力和潜在素质，不断自我创造和发展，他就满足了自我实现的需要”。那么在现在看来，我觉得没有其他的工作能够像现在从事的教育工作这样适合我的，工作本身提供给我许多的机会和乐趣，如果换其他的工作就有可能会失去这一些。到今天，我已经在教育战线上工作了13年了。看到那么多在我的课堂上神采飞扬的学生，课间孩子们眉飞色舞地向我描绘他未来的生活，当我辛苦了一学期换来学生的优异的成绩，当家长打电话感叹孩子的进步，当一篇篇论文获奖;一节节公开课得到了同行及领导的一致好评时……这些快乐的时刻我都体验过，也正在体验着，它们在很多时候也使得“我的人生价值得到了确证和实现”。看完这本书我觉得在工作中我们应该做到这几个方面：</w:t>
      </w:r>
      <w:r>
        <w:rPr>
          <w:lang w:eastAsia="zh-CN"/>
        </w:rPr>
        <w:br/>
      </w:r>
      <w:r>
        <w:rPr>
          <w:lang w:eastAsia="zh-CN"/>
        </w:rPr>
        <w:t>　　一、珍惜现在的工作机会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每一份工作都是一座宝贵的钻石矿。工作，是一个人施展自己才能的好舞台，无论做什么工作只要脚踏实地沉下心来做、用心去做，总会有收获，这是不变的真理。薪水只是工作的一种回报方式。应该看到工作教会了我们什么，锻炼了我们什么。这些才是无形的财富，比那有限的薪水要宝贵得多。如果一个人有能力，不用他自己说，别人也能在他平时的工作中看得出来，是金子总会发光发亮。工作就意味着责任，尤其是我们教师，从事的这份工作就应该担负起这份责任。无论你做什么工作，无论你面对的工作环境是松散还是严谨，你都应该认真工作，不能在别人的监督下工作。只有在工作中才能锻炼自己的能力，使自己不断提高。你才有提升的机会。反之，如果你凡事得过且过，从不认真工作，那你的工作就会就会失掉。</w:t>
      </w:r>
      <w:r>
        <w:rPr>
          <w:lang w:eastAsia="zh-CN"/>
        </w:rPr>
        <w:br/>
      </w:r>
      <w:r>
        <w:rPr>
          <w:lang w:eastAsia="zh-CN"/>
        </w:rPr>
        <w:t xml:space="preserve">    《你在为谁工作》读书心得体会1000字 篇6 </w:t>
      </w:r>
      <w:r>
        <w:rPr>
          <w:lang w:eastAsia="zh-CN"/>
        </w:rPr>
        <w:br/>
      </w:r>
      <w:r>
        <w:rPr>
          <w:lang w:eastAsia="zh-CN"/>
        </w:rPr>
        <w:t>　　“为他人工作的同时，也是在为自己工作”这是一个朴素的人生理念，能让你子心平气和中获得丰厚报酬，赢得社会尊重，实现人生价值。是的，全书从一个个耳熟能详的故事开始。智慧就蕴含在这些故事里。</w:t>
      </w:r>
      <w:r>
        <w:rPr>
          <w:lang w:eastAsia="zh-CN"/>
        </w:rPr>
        <w:br/>
      </w:r>
      <w:r>
        <w:rPr>
          <w:lang w:eastAsia="zh-CN"/>
        </w:rPr>
        <w:t>　　第一章为什么要努力工作</w:t>
      </w:r>
      <w:r>
        <w:rPr>
          <w:lang w:eastAsia="zh-CN"/>
        </w:rPr>
        <w:br/>
      </w:r>
      <w:r>
        <w:rPr>
          <w:lang w:eastAsia="zh-CN"/>
        </w:rPr>
        <w:t>　　工作，确实是为了养家糊口，当然需要有一定的薪水作为工作的报酬。然而，如果只把眼光放到薪水上，你就会被薪水攫住双脚，就会失去薪水背后的成长机会，最终失去的将是更高的薪水。作为教师，现在所从事的工作，就是自己生命的投影。它的美与丑、可爱与可憎，全操纵在自己手中。一个天性乐观，对工作充满热忱的人，总会认为自己的工作是一项神圣的天职，并怀着深切的兴趣。鉴于此，我们就要有高度的责任感，为学生负责，为学校负责，为社会负责，更是为自己负责。为实现自己的人生价值而工作。这一切都由你的工作心态决定着，珍惜现在的工作就是珍惜你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第二章你珍惜目前工作机会了吗</w:t>
      </w:r>
      <w:r>
        <w:rPr>
          <w:lang w:eastAsia="zh-CN"/>
        </w:rPr>
        <w:br/>
      </w:r>
      <w:r>
        <w:rPr>
          <w:lang w:eastAsia="zh-CN"/>
        </w:rPr>
        <w:t>　　工作是铸就和施展才能的平台，由此，对工作敬业，对学生们负责才是最有意义的人生。看看自己脚下的土地吧!“钻石就在你家的后院”，为什么要跋涉千山万水呢?脚踏实地的做好现在的工作，就一定有很大的收获。今天，全国上下大搞课改，这就是我们的机会，更是一个普通教师的机会。只要你能确定一个目标，不心存旁骛，那“食之无肉，弃之有味”传统教学只能会在你前进的道路上设置障碍。还是勤勤恳恳的工按照新课改的要求去做，感激这份工作，感激这个机会吧!在课改中你做得比别人更迅速、更正确、更专注、更完美，你就能发现机遇，重新洗牌后的你会更加出色。</w:t>
      </w:r>
      <w:r>
        <w:rPr>
          <w:lang w:eastAsia="zh-CN"/>
        </w:rPr>
        <w:br/>
      </w:r>
      <w:r>
        <w:rPr>
          <w:lang w:eastAsia="zh-CN"/>
        </w:rPr>
        <w:t>　　第三章敬业，最完美的工作态度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前国足主教练米卢说：态度决定一切。是的，对工作的态度是他志向的体现。在当前社会里，态度就是竞争力，在竞争智慧和能力的同时，更在竞争态度。在学校里，教师有了端正的教学态度，才能更好的为学生服务，才能取得良好的工作业绩。一个人的工作态度折射着人生态度，而人生态度决定一个人一生的成就。在普通的工作上，把每一件简单的事做好就是不简单，把每一件平凡的事做好就是不平凡。一个人在工作中不管做任何事，都应将自己的心态回归到零，把自己放空，抱着学习的态度将每一次任务视为一次机会，要从心理上认识到没有任何一件事小到可以抛弃，没有任何一个细节细到可以忽略。要在教学中体会到工作所带给你的乐趣，培养自己良好的职业素养，主动思考，主动工作，忠诚于自己的职业，在全身投入中找到工作的快乐。</w:t>
      </w:r>
      <w:r>
        <w:rPr>
          <w:lang w:eastAsia="zh-CN"/>
        </w:rPr>
        <w:br/>
      </w:r>
      <w:r>
        <w:rPr>
          <w:lang w:eastAsia="zh-CN"/>
        </w:rPr>
        <w:t>　　第四章绝不拖延，立即行动</w:t>
      </w:r>
      <w:r>
        <w:rPr>
          <w:lang w:eastAsia="zh-CN"/>
        </w:rPr>
        <w:br/>
      </w:r>
      <w:r>
        <w:rPr>
          <w:lang w:eastAsia="zh-CN"/>
        </w:rPr>
        <w:t>　　教师，作为一种特殊的员工，一种特殊的职业。课堂上我们经常要求学生“今天的事情今天做”“养成良好的学习习惯”“不要为自己找不好好学习的借口”等等。那么，我们的老师呢?把该做的本职工作落实到位，就能不断提高个人的工作质量。离开本职工作，只能是奢谈、空谈。遇到问题与困难要主动找方法，想措施解决，而不能推诿，更不能找借口回避。只有这样，才能围绕学校整体工作目标，干好自己本职工作。我们更要充分认识到，领导的决策是站在整体和长远利益上的，作为教师不要在个人立场上找借口，拖延工作，努力做好自己应该做的事，把关系到学校发展的要事放在首位。勇于挑战课改，何况它并不是“不可能完成”的工作。</w:t>
      </w:r>
      <w:r>
        <w:rPr>
          <w:lang w:eastAsia="zh-CN"/>
        </w:rPr>
        <w:br/>
      </w:r>
      <w:r>
        <w:rPr>
          <w:lang w:eastAsia="zh-CN"/>
        </w:rPr>
        <w:t>　　第五章从优秀到卓越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激情，是工作的灵魂，是不断鞭策和激励我们前进的动力。学生的学习需要高度的热情。我们在点燃学生的学习热情的同时，要点燃自己的工作热情。用热情激起学生生命的浪花，让自己在激情中尝试生命的满足。这样就会在工作中造就能力，也在工作中施展能力，循环往复，螺旋式上升。体会自我提高、自我实现的乐趣和满足，让对工作的爱驻立心间。同时，在工作中形成一个“赶、帮、超”的氛围，发挥团队精神，大家心往一处想，劲往一处使，共同把工作做好，决不能对工作敷衍了事，也不能安于现状，而要不断地积极进取。从工作中发现乐趣和惊喜，在工作的激情中创造属于自己的奇迹。最终实现自己心中的梦想，拓宽自我发展的道路。</w:t>
      </w:r>
      <w:r>
        <w:rPr>
          <w:lang w:eastAsia="zh-CN"/>
        </w:rPr>
        <w:br/>
      </w:r>
      <w:r>
        <w:rPr>
          <w:lang w:eastAsia="zh-CN"/>
        </w:rPr>
        <w:t>　　总之，为党的教育事业工作，是一种态度、是一种境界、是一种方法。我们要把自己的工作融入办好人民满意的教育的崇高精神之中。</w:t>
      </w:r>
      <w:r>
        <w:rPr>
          <w:lang w:eastAsia="zh-CN"/>
        </w:rPr>
        <w:br/>
      </w:r>
      <w:r>
        <w:rPr>
          <w:lang w:eastAsia="zh-CN"/>
        </w:rPr>
        <w:t xml:space="preserve">    《你在为谁工作》读书心得体会1000字 篇7 </w:t>
      </w:r>
      <w:r>
        <w:rPr>
          <w:lang w:eastAsia="zh-CN"/>
        </w:rPr>
        <w:br/>
      </w:r>
      <w:r>
        <w:rPr>
          <w:lang w:eastAsia="zh-CN"/>
        </w:rPr>
        <w:t>　　这些天，我读了《你在为谁工作》这本书，封面上的一段话给我很大的感悟：“在工作中，不管做任何事，都有应该把心态回归到零，把自己放空，抱着学习的态度，将每个任务都视为一个新的开始，一段新的体验，一扇通往成功的机会之门，千万不能视工作如鸡肋，食这无味，弃之可惜，结果做得心不甘、情不愿，于公于私都没有裨益。”</w:t>
      </w:r>
      <w:r>
        <w:rPr>
          <w:lang w:eastAsia="zh-CN"/>
        </w:rPr>
        <w:br/>
      </w:r>
      <w:r>
        <w:rPr>
          <w:lang w:eastAsia="zh-CN"/>
        </w:rPr>
        <w:t>　　很多人会问：工作是什么？工作是社会安排的任务，工作是社会赋予的使命，那么没有机会工作或不能从工作中享受到乐趣的人就不能完整地享受到生命的乐趣。我们每个人都需要工作，而且需要努力的工作。人的一生很短暂，我们需要有一个目标，目标的实现离不开勤奋工作。在我认为，当你实现人生目标的同时，也就是体现自我价值的时候。要想实现人生目标，并不是一帆风顺的。能不能让自我价值得已实现，取决于对工作的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觉得我们要怀着一颗感恩的心去工作，这一点我深有体会。在一本书上见过这样一个故事：曾经有个愤世嫉俗、心中无法平静的人，求见作家海伦舒克曼，向她请教如何解除令人不快的念头。海伦只回答：“从今天起，请你每天写下一件令你感激的事。”刚开始这个人得思索很久，才能想出今天有什么好感激的事，但随着时间的推移，他逐渐对大自然的美好产生了感激，进而他发现，有许多人和事值得他感谢。</w:t>
      </w:r>
      <w:r>
        <w:rPr>
          <w:lang w:eastAsia="zh-CN"/>
        </w:rPr>
        <w:br/>
      </w:r>
      <w:r>
        <w:rPr>
          <w:lang w:eastAsia="zh-CN"/>
        </w:rPr>
        <w:t>　　到了后来，他看见这世界上一切都是赐予，一切都是光明，他的胸怀无限开阔，从此他的愤恨也消失无踪。所以说，我们应该怀有感恩的心去工作。虽然有时候工作中会遇到这样那样的不如意，但是我们还是应该恪守职责，忠诚于自己的工作，忠诚于自己的事业，与其浪费宝贵的时间去分析和抨击别人，去指责别人，还不如多思考如何能尽善尽美的干好自身工作，并从中获得经验和乐趣，这才是最重要的。</w:t>
      </w:r>
      <w:r>
        <w:rPr>
          <w:lang w:eastAsia="zh-CN"/>
        </w:rPr>
        <w:br/>
      </w:r>
      <w:r>
        <w:rPr>
          <w:lang w:eastAsia="zh-CN"/>
        </w:rPr>
        <w:t>　　我们今天站在哪个位置并不重要，但下一步迈向哪里却很关键。正如胚芽通过力量的积蓄最终钻出地面一样，竹子需要在地下长四年长到地上然后每年快于一年。在这个浮躁的时代，我们需要用热情去重燃工作的激情，再来一次触动心底的反思，让我们每个人都能够从内心深处承认并接受：我们在为他人工作的同时，也在为自己工作。</w:t>
      </w:r>
      <w:r>
        <w:rPr>
          <w:lang w:eastAsia="zh-CN"/>
        </w:rPr>
        <w:br/>
      </w:r>
      <w:r>
        <w:rPr>
          <w:lang w:eastAsia="zh-CN"/>
        </w:rPr>
        <w:t xml:space="preserve">    《你在为谁工作》读书心得体会1000字 篇8 </w:t>
      </w:r>
      <w:r>
        <w:rPr>
          <w:lang w:eastAsia="zh-CN"/>
        </w:rPr>
        <w:br/>
      </w:r>
      <w:r>
        <w:rPr>
          <w:lang w:eastAsia="zh-CN"/>
        </w:rPr>
        <w:t>　　在茶余饭后，我仔细阅读了《你在为谁工作》这本书。看了这本书后有一种豁然开朗的感觉，以往的困惑一扫而光，它让我燃起工作的激情，仿佛自己受到了一次心灵的洗礼，一次质的精神飞跃。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本好书可以激励一个人从失败走向成功，从灰心气馁走向发奋图强。《你在为谁工作》就是这样一本好书。书中提到过这样一句话：“在工作中，不管做任何事，都应将心态回归到零，把自己放空，抱着学习的态度，将每一次任务都视为一个新的开始，一段新的体验，一扇通往成功的机会之门。千万不要视工作如鸡肋，食之无味，弃之可惜，结果做的心不甘情不愿，于公于私都没有裨益。”</w:t>
      </w:r>
      <w:r>
        <w:rPr>
          <w:lang w:eastAsia="zh-CN"/>
        </w:rPr>
        <w:br/>
      </w:r>
      <w:r>
        <w:rPr>
          <w:lang w:eastAsia="zh-CN"/>
        </w:rPr>
        <w:t>　　书中用一个个浅显的故事向我们阐述了人生中的大哲学。它让我们不由的一遍又一遍的反思，我们的工作态度正确吗？它让我们不由地想改变，改变自己的工作方式，重新树立自己的工作观；它让我们不由地要去展望未来的每一天，让我们在工作中看到乐趣与希望，这就是这本书最大的魅力所在。通过阅读，我觉得我们应该活在当下，干好每一份细微不起眼的工作，只要这样，我们才能不断提升自己，发展自己。</w:t>
      </w:r>
      <w:r>
        <w:rPr>
          <w:lang w:eastAsia="zh-CN"/>
        </w:rPr>
        <w:br/>
      </w:r>
      <w:r>
        <w:rPr>
          <w:lang w:eastAsia="zh-CN"/>
        </w:rPr>
        <w:t>　　首先，我们要树立正确的工作态度。我们在工作中常常会听到这样活着那样抱怨的话语。然而作者告诉我们“在工作中，不管做任何事情，都应将心态回归到零，把自己放空，抱着学习的态度，将每一次任务都视为一个新的开始，一段新的体验，一扇通往成功的机会之门。”每个人都会有不同的工作轨迹，盲目攀比只会造成少数人的牢骚满腹，长此以往，便会形成得过且过的心态。这样不仅影响他人工作，更影响自身能力的提升。在工作中，只有我们树立积极的工作心态，才会勤勉认真地做好每一件事情。态度就是竞争力，积极的工作态度始终会是你脱颖而出的砝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其次，要学会体验工作的乐趣，干好每一件小事。“不积跬步，无以至千里；不积小流，无以成江海。”大事都是由众多小事积累而成的，我们要学会从小事中寻找工作乐趣，干好每件小事。忽略小事或者不愿意做小事的人是不会成就大事的，因为没有量的积累就永远也不会达到质的飞跃的。</w:t>
      </w:r>
      <w:r>
        <w:rPr>
          <w:lang w:eastAsia="zh-CN"/>
        </w:rPr>
        <w:br/>
      </w:r>
      <w:r>
        <w:rPr>
          <w:lang w:eastAsia="zh-CN"/>
        </w:rPr>
        <w:t>　　工作中，永远不要抱怨，不要让那些负面情绪占据内心，只有心中充满阳光，我们的生活才会一片灿烂。最后，摘抄书中一段话与大家共勉。我们每个人手头上平凡的工作就是一座宝贵的钻石矿，只要好好挖掘，全力以赴、尽职尽责地做好目前所做的工作，早晚有一天我们会找到属于自己的钻石。</w:t>
      </w:r>
      <w:r>
        <w:rPr>
          <w:lang w:eastAsia="zh-CN"/>
        </w:rPr>
        <w:br/>
      </w:r>
      <w:r>
        <w:rPr>
          <w:lang w:eastAsia="zh-CN"/>
        </w:rPr>
        <w:t>　　身为公司的员工，我很感恩公司能给我这样一个磨砺的机会。责任、忠诚、敬业不再是那虚拟的口号，我的努力工作带给我足够的尊严和实现自我的满足感。我真切体味到了工作的乐趣，想去成为一名优秀的员工，成为社会需要的人。与同事的合作培养了我的人格，与人的沟通训练了我的品性。从某种意义上来说，工作见证了我的成长。</w:t>
      </w:r>
      <w:r>
        <w:rPr>
          <w:lang w:eastAsia="zh-CN"/>
        </w:rPr>
        <w:br/>
      </w:r>
      <w:r>
        <w:rPr>
          <w:lang w:eastAsia="zh-CN"/>
        </w:rPr>
        <w:t>　　要真正理解工作的意义，只有真正明白你在为谁工作，你就会对工作拥有一辈子的热情，你才能成就最好的自己。我们都是自己人生的工程师，走的每一步，都是在为自己积累。还等什么，赶快行动，在这条路上，拉好责任的手，投入工作，对自己负责，为自己工作。胸怀责任，认真工作才是真正的睿智。</w:t>
      </w:r>
      <w:r>
        <w:rPr>
          <w:lang w:eastAsia="zh-CN"/>
        </w:rPr>
        <w:br/>
      </w:r>
      <w:r>
        <w:rPr>
          <w:lang w:eastAsia="zh-CN"/>
        </w:rPr>
        <w:t xml:space="preserve">    《你在为谁工作》读书心得体会1000字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近来读陈凯元先生著《你在为谁工作》这本书后，认识到你在为老板工作的同时，也是在为自己工作，你在为谁工作读书心得。</w:t>
      </w:r>
      <w:r>
        <w:rPr>
          <w:lang w:eastAsia="zh-CN"/>
        </w:rPr>
        <w:br/>
      </w:r>
      <w:r>
        <w:rPr>
          <w:lang w:eastAsia="zh-CN"/>
        </w:rPr>
        <w:t>　　我们为什么要工作？因为父母生养了我们，养育之恩泉涌相报，工作更是我们回报父母的一条途径。</w:t>
      </w:r>
      <w:r>
        <w:rPr>
          <w:lang w:eastAsia="zh-CN"/>
        </w:rPr>
        <w:br/>
      </w:r>
      <w:r>
        <w:rPr>
          <w:lang w:eastAsia="zh-CN"/>
        </w:rPr>
        <w:t>　　提到工作，很多人认为是枯燥无味的，像生产车间的流水线，只是简单的重复。读完这本书之后，我对工作的定义有了新的感悟：即工作是美丽的，快乐的，更是一项自己可以去选择的事业。</w:t>
      </w:r>
      <w:r>
        <w:rPr>
          <w:lang w:eastAsia="zh-CN"/>
        </w:rPr>
        <w:br/>
      </w:r>
      <w:r>
        <w:rPr>
          <w:lang w:eastAsia="zh-CN"/>
        </w:rPr>
        <w:t>　　那么我们怎么去做好自己的事业呢？首先我们要点燃工作的激情，要多做一点事情，其次做人不要斤斤计较，要有宽容之心。《多一盅司定律》告诉我们：一盅司相当于十六分之一磅，每天不比别人多做许多，只需一点点，正是这微不足道的一点点，会使你的工作大不一样。</w:t>
      </w:r>
      <w:r>
        <w:rPr>
          <w:lang w:eastAsia="zh-CN"/>
        </w:rPr>
        <w:br/>
      </w:r>
      <w:r>
        <w:rPr>
          <w:lang w:eastAsia="zh-CN"/>
        </w:rPr>
        <w:t>　　最后，我们要不断学习充实自我，因为赖以生存的知识和技能像房子、车子一样随着岁月的流逝会不断折旧，要不断地补充新鲜的空气和营养，心得体会《你在为谁工作读书心得》。刀不磨不利，脑不用不灵，不要固步自封。记得小时候读过一个哲理故事：名字叫《满了吗？》</w:t>
      </w:r>
      <w:r>
        <w:rPr>
          <w:lang w:eastAsia="zh-CN"/>
        </w:rPr>
        <w:br/>
      </w:r>
      <w:r>
        <w:rPr>
          <w:lang w:eastAsia="zh-CN"/>
        </w:rPr>
        <w:t>　　徒弟去见师父：“师父，我已经学足了，可以出师了吧！”</w:t>
      </w:r>
      <w:r>
        <w:rPr>
          <w:lang w:eastAsia="zh-CN"/>
        </w:rPr>
        <w:br/>
      </w:r>
      <w:r>
        <w:rPr>
          <w:lang w:eastAsia="zh-CN"/>
        </w:rPr>
        <w:t>　　“什么是足了呢？”师父问。</w:t>
      </w:r>
      <w:r>
        <w:rPr>
          <w:lang w:eastAsia="zh-CN"/>
        </w:rPr>
        <w:br/>
      </w:r>
      <w:r>
        <w:rPr>
          <w:lang w:eastAsia="zh-CN"/>
        </w:rPr>
        <w:t>　　“就是满了，装不下去了。”</w:t>
      </w:r>
      <w:r>
        <w:rPr>
          <w:lang w:eastAsia="zh-CN"/>
        </w:rPr>
        <w:br/>
      </w:r>
      <w:r>
        <w:rPr>
          <w:lang w:eastAsia="zh-CN"/>
        </w:rPr>
        <w:t>　　“那么装一大碗石子来吧！”徒弟照做了。</w:t>
      </w:r>
      <w:r>
        <w:rPr>
          <w:lang w:eastAsia="zh-CN"/>
        </w:rPr>
        <w:br/>
      </w:r>
      <w:r>
        <w:rPr>
          <w:lang w:eastAsia="zh-CN"/>
        </w:rPr>
        <w:t>　　“满了吗？”师父问。</w:t>
      </w:r>
      <w:r>
        <w:rPr>
          <w:lang w:eastAsia="zh-CN"/>
        </w:rPr>
        <w:br/>
      </w:r>
      <w:r>
        <w:rPr>
          <w:lang w:eastAsia="zh-CN"/>
        </w:rPr>
        <w:t>　　“满了！”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师父抓来一把沙子掺出碗里，没有溢“满了吗？”师父又问“满了！”</w:t>
      </w:r>
      <w:r>
        <w:rPr>
          <w:lang w:eastAsia="zh-CN"/>
        </w:rPr>
        <w:br/>
      </w:r>
      <w:r>
        <w:rPr>
          <w:lang w:eastAsia="zh-CN"/>
        </w:rPr>
        <w:t>　　师父抓来一把，掺入碗里，还没有溢“满了吗？”师父再问“满了！”</w:t>
      </w:r>
      <w:r>
        <w:rPr>
          <w:lang w:eastAsia="zh-CN"/>
        </w:rPr>
        <w:br/>
      </w:r>
      <w:r>
        <w:rPr>
          <w:lang w:eastAsia="zh-CN"/>
        </w:rPr>
        <w:t>　　师父又到了一盅水下去，仍然没有溢出来。</w:t>
      </w:r>
      <w:r>
        <w:rPr>
          <w:lang w:eastAsia="zh-CN"/>
        </w:rPr>
        <w:br/>
      </w:r>
      <w:r>
        <w:rPr>
          <w:lang w:eastAsia="zh-CN"/>
        </w:rPr>
        <w:t>　　师父笑着又问：“满了吗？”</w:t>
      </w:r>
      <w:r>
        <w:rPr>
          <w:lang w:eastAsia="zh-CN"/>
        </w:rPr>
        <w:br/>
      </w:r>
      <w:r>
        <w:rPr>
          <w:lang w:eastAsia="zh-CN"/>
        </w:rPr>
        <w:t>　　徒弟哑口无言。</w:t>
      </w:r>
      <w:r>
        <w:rPr>
          <w:lang w:eastAsia="zh-CN"/>
        </w:rPr>
        <w:br/>
      </w:r>
      <w:r>
        <w:rPr>
          <w:lang w:eastAsia="zh-CN"/>
        </w:rPr>
        <w:t>　　从这个小小的故事里，我们领悟到人不要满足于现状，要不断地去学习充实我们的头脑。它和本书相吻合，告诉我们一个成功者“总是需要不断地学习，从渺小一步一步走向卓越。</w:t>
      </w:r>
      <w:r>
        <w:rPr>
          <w:lang w:eastAsia="zh-CN"/>
        </w:rPr>
        <w:br/>
      </w:r>
      <w:r>
        <w:rPr>
          <w:lang w:eastAsia="zh-CN"/>
        </w:rPr>
        <w:t>　　还有最重要的是：我们不可缺少团队协作精神，团队与个人的关系，打个比方说是鱼儿和水的关系。</w:t>
      </w:r>
      <w:r>
        <w:rPr>
          <w:lang w:eastAsia="zh-CN"/>
        </w:rPr>
        <w:br/>
      </w:r>
      <w:r>
        <w:rPr>
          <w:lang w:eastAsia="zh-CN"/>
        </w:rPr>
        <w:t>　　水的环境，水的质量决定看水中鱼儿的生存状况，只要在这个团队中呆一天，我们就应该对这个团队负有一天的责任，你的团队需要你，而你自己使需要之足于你的本取工作，不懈地努力——从优秀走向卓越。</w:t>
      </w:r>
      <w:r>
        <w:rPr>
          <w:lang w:eastAsia="zh-CN"/>
        </w:rPr>
        <w:br/>
      </w:r>
      <w:r>
        <w:rPr>
          <w:lang w:eastAsia="zh-CN"/>
        </w:rPr>
        <w:t xml:space="preserve">    《你在为谁工作》读书心得体会1000字 篇10 </w:t>
      </w:r>
      <w:r>
        <w:rPr>
          <w:lang w:eastAsia="zh-CN"/>
        </w:rPr>
        <w:br/>
      </w:r>
      <w:r>
        <w:rPr>
          <w:lang w:eastAsia="zh-CN"/>
        </w:rPr>
        <w:t>　　在这个世界上，最有力量的东西，莫过于书了。一本好书能改变人的一生，让一个人从失败走向成功，从忧伤走向快乐，从灰心失意走向奋发图强。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你在为谁工作》就是这样一本好书。虽然还没有把它读完，但封面上的一段话给我很大的感悟，在工作中，不管做任何事，都有应该把心态回归到零，把自己放空，抱着学习的态度，将每个任务都视为一个新的开始，一段新的体验，一扇通往成功的机会之门，千万不能视工作如鸡肋，食这无味，弃之可惜，结果做得心不甘、情不愿，于公于私都没有裨益。</w:t>
      </w:r>
      <w:r>
        <w:rPr>
          <w:lang w:eastAsia="zh-CN"/>
        </w:rPr>
        <w:br/>
      </w:r>
      <w:r>
        <w:rPr>
          <w:lang w:eastAsia="zh-CN"/>
        </w:rPr>
        <w:t>　　我们当中，那当然也包括我在内，时常处于消极颓废的心理状态中，觉得社会太大，自己所学、所想的在现实中经常行不通。完美、成功的境界离自己更是遥不可及。于是，我也跟着垂头丧气，驻足不前，面临人生的路一片茫然，不知所措，导致了负面的情绪。抱怨与痛苦就产生了，在这个时候，一本好书，它帮助了我，它启示了我的思维，掀起了我久违的热情，亦解释了某些灰与黑的现实本质，澄清了我混沌不清的大脑。</w:t>
      </w:r>
      <w:r>
        <w:rPr>
          <w:lang w:eastAsia="zh-CN"/>
        </w:rPr>
        <w:br/>
      </w:r>
      <w:r>
        <w:rPr>
          <w:lang w:eastAsia="zh-CN"/>
        </w:rPr>
        <w:t>　　然而，工作又是什么?工作是上帝安排的任务;工作是上天赋予的使命，那么没有机会工作或不能从工作中享受到乐趣的人就是违背上帝意愿的人，他们就不能完整地享受到生命的乐趣。工作是付出努力以达到某种目的。我们都有自己的目标，也有自己的梦想，正是为了获得某些东西达到某些梦想，或是成就自我，为了拓宽、加深、提高自身的技能，我们才会专注于一个方向，并为此付出毕生的心血。</w:t>
      </w:r>
      <w:r>
        <w:rPr>
          <w:lang w:eastAsia="zh-CN"/>
        </w:rPr>
        <w:br/>
      </w:r>
      <w:r>
        <w:rPr>
          <w:lang w:eastAsia="zh-CN"/>
        </w:rPr>
        <w:t>　　工作是一个施展自己才能的舞台，除了工作，没有哪种活动能有如此高的充实自我、表达自我的机会，以及如此强的个人使命感，和和种活着的理由。工作的大批量往往决定生活的质量。要知道，工作是我们要用生命去做事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你，在为谁工作?让我们一起来调整好自己的心态，一起走向成功之路。在这个浮躁的时代，我们更需要用热情去重燃工作的激情，再来一次触动心底的反思，让我们第个人都能够从内心深处承认并接受：我们在为他人工作的同时，也在为自己工作。这个朴素的人生理念。</w:t>
      </w:r>
      <w:r>
        <w:rPr>
          <w:lang w:eastAsia="zh-CN"/>
        </w:rPr>
        <w:br/>
      </w:r>
      <w:r>
        <w:rPr>
          <w:lang w:eastAsia="zh-CN"/>
        </w:rPr>
        <w:t>　　责任、敬业、忠诚就从而诞生了。敬业铸成灿烂人生。爱岗，在自己的岗位上闪光。在平凡中创造不平凡，勤奋努力、自强不息，要知道我们不只是在为校长打工，更不单纯为了赚钱，我们是在为自己的理想而工作。我们要把自己当作学校的主人，才能更好地从中获得发展的机遇。</w:t>
      </w:r>
      <w:r>
        <w:rPr>
          <w:lang w:eastAsia="zh-CN"/>
        </w:rPr>
        <w:br/>
      </w:r>
      <w:r>
        <w:rPr>
          <w:lang w:eastAsia="zh-CN"/>
        </w:rPr>
        <w:t>　　你，在为谁工作?答案已经很明显，我们是为自己而工作，在为自己的人生工作，既然这样，我们就应该负起天经地义的责任，义不容辞以守信为立身之本，主必有信，行必有果，尽心尽力，忠诚第一，诚实坦率，敞开心扉，坦荡处世，率直为人，把职业当作生命的信仰。</w:t>
      </w:r>
      <w:r>
        <w:rPr>
          <w:lang w:eastAsia="zh-CN"/>
        </w:rPr>
        <w:br/>
      </w:r>
      <w:r>
        <w:rPr>
          <w:lang w:eastAsia="zh-CN"/>
        </w:rPr>
        <w:t>　　记住，我们是在为自己的人生而工作，一起努力、奋斗吧!</w:t>
      </w:r>
      <w:r>
        <w:rPr>
          <w:lang w:eastAsia="zh-CN"/>
        </w:rPr>
        <w:br/>
      </w:r>
      <w:r>
        <w:rPr>
          <w:lang w:eastAsia="zh-CN"/>
        </w:rPr>
        <w:t xml:space="preserve">    《你在为谁工作》读书心得体会1000字 篇11 </w:t>
      </w:r>
      <w:r>
        <w:rPr>
          <w:lang w:eastAsia="zh-CN"/>
        </w:rPr>
        <w:br/>
      </w:r>
      <w:r>
        <w:rPr>
          <w:lang w:eastAsia="zh-CN"/>
        </w:rPr>
        <w:t>　　你在为谁工作，自己天天都在工作却很少去考虑这个问题，因此当我看到这本书的名字的时候心中为之一振，迫不及待的一口气读完了这本书，感受颇深，受益匪浅。其中感受最深的是以下几个方面的内容。</w:t>
      </w:r>
      <w:r>
        <w:rPr>
          <w:lang w:eastAsia="zh-CN"/>
        </w:rPr>
        <w:br/>
      </w:r>
      <w:r>
        <w:rPr>
          <w:lang w:eastAsia="zh-CN"/>
        </w:rPr>
        <w:t>　　一、要有良好的心态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读到书的第一部分所提及的三位敲石工人对自己对工作的态度，其中在第三位工人的身上，看不到丝毫抱怨和不耐烦的痕迹，相反，他是具有高度责任感和创造力的人，他充分享受着工作的乐趣和荣誉，同时，因为他们的努力工作，工作也带给了他们足够的尊严，和实现自我的满足感。他们不仅是最优秀的员工，也是社会最需要的人，而且在工作中真正体味到了生活乐趣、生命的乐趣。在我的工作中很多时候缺少的就是这种心态，因此在今后的工作中要努力调整心态，不仅为拥有一个工作机会而心怀感激，更要懂得珍惜自己的工作机会，用高度的责任感，充分享受工作的乐趣，为生命的尊严和人生的幸福而努力工作。</w:t>
      </w:r>
      <w:r>
        <w:rPr>
          <w:lang w:eastAsia="zh-CN"/>
        </w:rPr>
        <w:br/>
      </w:r>
      <w:r>
        <w:rPr>
          <w:lang w:eastAsia="zh-CN"/>
        </w:rPr>
        <w:t>　　二、对工作心存感激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生而为人，要有一颗感恩的心，感恩不但是美德，而且是一个人之所以为人的基本条件。我们要感恩父母对我们的养育，要感恩师长对我们的教导，要感恩国家对我们的培养，要感恩大家对我们的帮助。每一份工作或每一个工作环境都无法尽善尽美，但每一份工作中都有许多宝贵的经验和资源，如失败的沮丧、自我成长的喜悦、温馨的工作伙伴、值得感谢的家长等等，这些都是工作成功必须学习的感受和必须具备的财富。如果你能每天怀着感恩的心情去工作，在工作中始终牢记“拥有一份工作，就要懂得感恩”的道理，你一定会收获很多。一种感恩的心态可以改变一个人的一生。当我们清楚地意识到无任何权利要求别人时，就会对周围的点滴关怀或任何工作机遇都怀抱强烈的感恩之情。因为要竭力回报这个美好的世界，我们会竭力做好手中的工作，努力与周围的人快乐相处。书中讲到，有位父亲在儿子踏入社会前，告诫儿子三句话：“遇到一位好老板，要忠心为他工作；假如第一份工作就有很好的薪水，那算你的运气好，要努力工作以感恩惜福；万一薪水不理想，就要懂得在工作中磨练自己的技艺。”深深感受到这位父亲是多么的睿智，我们也应把这句话牢牢地记在心里，始终秉持这个原则做事。即使起初位居他人之下，也不要计较。在工作中不管做任何事，都要把自己的心态回归到零：把自己放空，抱着学习的态度，将每一次都视为一个新的开始，是一次新的经验，不要计较一时的待遇得失。一旦做好心理建设，拥有健康的心态之后，不论做任何事都能心甘情愿、全力以赴，当机会来临时才能及时把握住。对工作心怀感恩的心情基于一种深刻的认识：工作为你展示了广阔的发展空间，工作为你提供了施展才华的平台，你对工作为你所带来的一切，都要心存感激，并力图通过努力工作以回报社会来表达自己的感激之情。感恩既是一种良好的心态，又是一种奉献精神，当你以一种感恩图报的心情工作时，你会工作得更愉快，你会工作得更出色。真正的感恩应该是真诚的、发自内心的感激，感恩是自然的情感流露，是不求回报的。时常怀有感恩的心情，你会变得更谦和、可敬且高尚。每天都用几分钟时间，为自己能有幸拥有眼前的这份工作而感恩，为自己能进这样一个工作环境而感恩。所有的事情都是相对的，不论你遭遇多么恶劣的情况，都要心怀感激之情。对于个人来说，感恩是富裕的人生。它是一种深刻的感受，能够增强个人的魅力，开启神奇的力量之门，发掘出无穷的智能。感恩也像其他受人欢迎的特质一样，是一种习惯和态度。拥有了感恩的心就会拥有平和、宁静的心态，把注意力全部集中在光明的事情上，工作时的心情自然是愉快而积极的，带着一种从容坦然、喜悦的感恩心情工作，工作的结果也将大不相同。</w:t>
      </w:r>
      <w:r>
        <w:rPr>
          <w:lang w:eastAsia="zh-CN"/>
        </w:rPr>
        <w:br/>
      </w:r>
      <w:r>
        <w:rPr>
          <w:lang w:eastAsia="zh-CN"/>
        </w:rPr>
        <w:t>　　三、心中长存责任感</w:t>
      </w:r>
      <w:r>
        <w:rPr>
          <w:lang w:eastAsia="zh-CN"/>
        </w:rPr>
        <w:br/>
      </w:r>
      <w:r>
        <w:rPr>
          <w:lang w:eastAsia="zh-CN"/>
        </w:rPr>
        <w:t>　　一个人不论从事何种职业，都应该心中常存责任感，敬重自己的工作，在工作中表现出忠于职守、尽心尽责的精神，这才是真正的敬业。每个人都肩负着责任，对工作、对家庭、对亲人、对朋友，我们都有一定的责任，正因为存在这样或那样的责任，才能对自己的行为有所约束。既然选择了，那就得真诚、就得负责。作为一名教师，敬业并不是说天天按时上下班，上好每一堂课就叫敬业，而是要给每一名学生将来的发展打下良好的基础。</w:t>
      </w:r>
      <w:r>
        <w:rPr>
          <w:lang w:eastAsia="zh-CN"/>
        </w:rPr>
        <w:br/>
      </w:r>
      <w:r>
        <w:rPr>
          <w:lang w:eastAsia="zh-CN"/>
        </w:rPr>
        <w:t>　　四、工作中无小事</w:t>
      </w:r>
      <w:r>
        <w:rPr>
          <w:lang w:eastAsia="zh-CN"/>
        </w:rPr>
        <w:br/>
      </w:r>
      <w:r>
        <w:rPr>
          <w:lang w:eastAsia="zh-CN"/>
        </w:rPr>
        <w:t>　　把每一件简单的事做好就是不简单，把每一件平凡的事做好就是不平凡。作为普通人，在大量的日子里，很显然都在做一些小事，怕只怕小事也做不好，小事也做不到位。在工作中我们应该注重每一个细节，尽量把工作做得完美。大事与小事并没有明显的界限，做好了每一件小事也就成就了大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正确看待工作的意义，珍惜工作的机会，体会工作的乐趣，在工作中得到满足和实现，进而达到体验人生的意义，才能树立正确的工作态度，才能焕发工作的热情，从而在内在上具有持之以恒的工作动力。要认真工作，无论做什么工作，要严谨求实，以学习的态度、勤奋的精神努力做到最好。要爱岗敬业。应该积小流而成江海，从平凡处着手，从一点一滴做起，把自己的岗位、自己平凡的工作视为学习培育提高的场所，由重视到珍惜，由珍惜到爱，做到敬业爱岗，专心贯注，乐此不疲。把工作的环节视为机会，视工作为事业。不要抱怨没有机会，在工作中充满着机会，问题是怎么对待。脚踏实地的耕耘者在平凡的工作环节上创造了机会，抓住了机会，实现了自己的梦想。要立足本职。经验来源于积累，成功在于厚积。这就需要安心在相对稳定的岗位上努力工作，坚定不移地奋斗。要团结合作，发扬团队精神。</w:t>
      </w:r>
      <w:r>
        <w:rPr>
          <w:lang w:eastAsia="zh-CN"/>
        </w:rPr>
        <w:br/>
      </w:r>
      <w:r>
        <w:rPr>
          <w:lang w:eastAsia="zh-CN"/>
        </w:rPr>
        <w:t xml:space="preserve">    《你在为谁工作》读书心得体会1000字 篇12 </w:t>
      </w:r>
      <w:r>
        <w:rPr>
          <w:lang w:eastAsia="zh-CN"/>
        </w:rPr>
        <w:br/>
      </w:r>
      <w:r>
        <w:rPr>
          <w:lang w:eastAsia="zh-CN"/>
        </w:rPr>
        <w:t>　　在看过《你为谁工作》这本书后，心中泛起不一样的感觉，这本书不仅仅激起了我蓬勃的斗志，而且让我能更加简单、愉快的去应对工作。</w:t>
      </w:r>
      <w:r>
        <w:rPr>
          <w:lang w:eastAsia="zh-CN"/>
        </w:rPr>
        <w:br/>
      </w:r>
      <w:r>
        <w:rPr>
          <w:lang w:eastAsia="zh-CN"/>
        </w:rPr>
        <w:t>　　书中提到的老木匠抱着为老板工作的态度去建了一幢“豆腐渣”楼房，当他知道那是老板送给他的退休礼物时，他有苦难言，后悔莫及。这个故事告诉了咱们，“只为别人工作”这种观念不仅仅是对他人的敷衍，更是对自我的不负职责。每个人都是自我命运的播种者，认识到咱们是为自我工作，也就意味着自我激励、自我负责。一个人能认识到自我激励、自我负责，才能掌握住自我的命运，否则只能一事无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生活中是这样，在工作中更是如此。与其说老木匠是在为老板建造楼房，不如说他是在为自我建造随时可能坍塌的空中楼阁。书中给我留下最深印象的是这么两句话：“工作是一个施展自我才能的舞台，咱们寒窗苦读来的知识，咱们的应变力、咱们的决断力、咱们的适应力以及咱们的协调潜质都将在这样的一个舞台上得到展示。除了工作没有哪项活动能带给如此高度的充实自我、表达自我的机会，以及如此强的个人使命感和一种活着的理由。工作的质量往往决定生活的质量”。</w:t>
      </w:r>
      <w:r>
        <w:rPr>
          <w:lang w:eastAsia="zh-CN"/>
        </w:rPr>
        <w:br/>
      </w:r>
      <w:r>
        <w:rPr>
          <w:lang w:eastAsia="zh-CN"/>
        </w:rPr>
        <w:t>　　在工作中，一个人的心态是很重要的，如果持续平衡的话，那么情绪就会愉快，自然不管做什么事情都会得心应手。是用心的还是消极的，是上进的还是无所谓的，直接影响工作的好坏。工作是一个人施展自我才能的好舞台，无论做什么工作，既然在做了，为什么不做好它呢?只要脚踏实地沉下心来做，总有收获。这是不变的真理!</w:t>
      </w:r>
      <w:r>
        <w:rPr>
          <w:lang w:eastAsia="zh-CN"/>
        </w:rPr>
        <w:br/>
      </w:r>
      <w:r>
        <w:rPr>
          <w:lang w:eastAsia="zh-CN"/>
        </w:rPr>
        <w:t>　　咱们不能停留在安逸的环境里，不思进取，甚至是做一天和尚撞一天钟，工作环境很令人不满意也不好消极怠工，否则这只会把咱们推到淘汰的边缘、甚至出局。看了这本书以后咱们就能更加的明确是在为谁工作了，不是别人而是自我，我在为我自我而实实在在的工作。在为自我以后的前途作一个铺垫啊。但是忙忙碌碌的生活好像让咱们忘了这一点，忘了是在为自我工作，忘了梦想是需要勤勤恳恳的工作作为代价的，而常常让咱们深陷于计较工资、福利之中。让咱们从此刻起认识到是为自我工作，开始一个用心完美的人生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咱们应对自我的梦想、应对自我的工作时，会遇到很多的问题与疑虑，但只要咱们勇敢的应对，拿出咱们的胆识，就不会错过机会，也就不会有遗憾。不好再在行动之前进行猜疑，在猜疑的过程中可能被别人抢占了机会。用行动不是用害怕和猜疑，才能为自我的成功奠定基础。</w:t>
      </w:r>
      <w:r>
        <w:rPr>
          <w:lang w:eastAsia="zh-CN"/>
        </w:rPr>
        <w:br/>
      </w:r>
      <w:r>
        <w:rPr>
          <w:lang w:eastAsia="zh-CN"/>
        </w:rPr>
        <w:t>　　突破自我、超越自我、坚信自我，勇于向不可能完成的事情发起挑战，经常进行换位思考问题，改变自我的思想，正因一个人的思想决定一个人的命运，只有付出了才能得到回报。在工作中要激发的激情，改掉自身的一些坏习惯，不断追求更高的自我定位，做一个有进取心的人。我坚信这天的成就是昨日的积累，明天的成功则是赖于这天的发奋。好，此刻就让咱们重拾工作的激情，为了咱们完美的未来而发奋工作吧!</w:t>
      </w:r>
      <w:r>
        <w:rPr>
          <w:lang w:eastAsia="zh-CN"/>
        </w:rPr>
        <w:br/>
      </w:r>
      <w:r>
        <w:rPr>
          <w:lang w:eastAsia="zh-CN"/>
        </w:rPr>
        <w:t xml:space="preserve">    《你在为谁工作》读书心得体会1000字 篇13 </w:t>
      </w:r>
      <w:r>
        <w:rPr>
          <w:lang w:eastAsia="zh-CN"/>
        </w:rPr>
        <w:br/>
      </w:r>
      <w:r>
        <w:rPr>
          <w:lang w:eastAsia="zh-CN"/>
        </w:rPr>
        <w:t>　　“工作是一个施展自己能力的舞台。我们寒窗苦读来的知识，我们的应变力，我们的决断力，我们的适应力以及我们的协调能力都将在这样的一个舞台上得到展示。除了工作，没有哪项活动能提供如此高度的充实感、表达自我的机会、个人使命感以及一种活着的理由。”——摘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很喜欢这句，我们学习了那么久，就是为了把学到的知识用到应该用到的地方。如果能把“心态回归到零，把自己放空，抱着学习的态度，将每个任务都视为一个新的开始，一段新的体验，一扇通往成功的机会之门”这样的态度倾注在工作中，再简单、困难的工作都不会出现轻视和放弃的念头，没有了杂念，才能集中精力搞好学习，做好工作。</w:t>
      </w:r>
      <w:r>
        <w:rPr>
          <w:lang w:eastAsia="zh-CN"/>
        </w:rPr>
        <w:br/>
      </w:r>
      <w:r>
        <w:rPr>
          <w:lang w:eastAsia="zh-CN"/>
        </w:rPr>
        <w:t>　　“工作的质量往往决定生活的质量。”——摘抄</w:t>
      </w:r>
      <w:r>
        <w:rPr>
          <w:lang w:eastAsia="zh-CN"/>
        </w:rPr>
        <w:br/>
      </w:r>
      <w:r>
        <w:rPr>
          <w:lang w:eastAsia="zh-CN"/>
        </w:rPr>
        <w:t>　　一个人在工作中的时间占了生命中的一大部分，如果工作上感觉不舒服，心情不愉快，那么他将在不愉快中渡过生命中的一大部分，他的生活肯定也会因为工作的原因过得不愉快。给工作注入热情，在工作中享受到乐趣，享受着工作带来的尊严和实现自我的满足感，才能更好的工作，更好实现自己的价值，创造自己幸福生活。</w:t>
      </w:r>
      <w:r>
        <w:rPr>
          <w:lang w:eastAsia="zh-CN"/>
        </w:rPr>
        <w:br/>
      </w:r>
      <w:r>
        <w:rPr>
          <w:lang w:eastAsia="zh-CN"/>
        </w:rPr>
        <w:t>　　“成功的秘密在于，当机遇来临的时候，你已经做好了把握住它的准备。”—摘抄</w:t>
      </w:r>
      <w:r>
        <w:rPr>
          <w:lang w:eastAsia="zh-CN"/>
        </w:rPr>
        <w:br/>
      </w:r>
      <w:r>
        <w:rPr>
          <w:lang w:eastAsia="zh-CN"/>
        </w:rPr>
        <w:t>　　和书上这句话说的一样，哈佛校训之一：“时刻准备着，当机会来临时你就会成功”也阐述着同样的道理。工作中，我们也要时刻准备着，努力着，机会只留给那些有准备的人，尽力的做好每一件事，相信“把每一件简单的事做好就是不简单，把每一件平凡的事做好就是不平凡”。</w:t>
      </w:r>
      <w:r>
        <w:rPr>
          <w:lang w:eastAsia="zh-CN"/>
        </w:rPr>
        <w:br/>
      </w:r>
      <w:r>
        <w:rPr>
          <w:lang w:eastAsia="zh-CN"/>
        </w:rPr>
        <w:t>　　最后就忍不住想起《士兵突击》中许三多那搞笑而有点意思的话“活着就是要做有意义的事，做有意义的事就是好好的活着。”既然要活着就要工作，那做有意义的事就是努力工作，把所有的事情都做到最好，把职业当作生命的信仰，要为生命的意义工作！</w:t>
      </w:r>
      <w:r>
        <w:rPr>
          <w:lang w:eastAsia="zh-CN"/>
        </w:rPr>
        <w:br/>
      </w:r>
      <w:r>
        <w:rPr>
          <w:lang w:eastAsia="zh-CN"/>
        </w:rPr>
        <w:t xml:space="preserve">    《你在为谁工作》读书心得体会1000字 篇14 </w:t>
      </w:r>
      <w:r>
        <w:rPr>
          <w:lang w:eastAsia="zh-CN"/>
        </w:rPr>
        <w:br/>
      </w:r>
      <w:r>
        <w:rPr>
          <w:lang w:eastAsia="zh-CN"/>
        </w:rPr>
        <w:t>　　古人云开卷有益，学习完《你在为谁工作》，我受益非浅。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本书提出了每一位员工需要自我反思的人生问题，并对这个问题进行了深刻细致的解答。它有助于员工解除困惑，调整心态，重燃工作激情，使人生从平庸走向杰出。如果每一位员工都能从内心深处承认并接受我们在为他人工作的同时，也在为自己工作这样一个朴素的理念，责任、忠诚、敬业将不再是空洞的口号。</w:t>
      </w:r>
      <w:r>
        <w:rPr>
          <w:lang w:eastAsia="zh-CN"/>
        </w:rPr>
        <w:br/>
      </w:r>
      <w:r>
        <w:rPr>
          <w:lang w:eastAsia="zh-CN"/>
        </w:rPr>
        <w:t>　　表面看来，我们在为企业、为老板工作。实际上，我们都是在为自己工作!只有抱着为自己工作的心态，弄清楚在为他人工作的同时，也是在为自己工作这个朴素的人生理念，才能心平气和地将手中的事情做好，最终获得丰厚的物质报酬，赢得社会的尊重，实现了自己的人生价值。</w:t>
      </w:r>
      <w:r>
        <w:rPr>
          <w:lang w:eastAsia="zh-CN"/>
        </w:rPr>
        <w:br/>
      </w:r>
      <w:r>
        <w:rPr>
          <w:lang w:eastAsia="zh-CN"/>
        </w:rPr>
        <w:t>　　在工作中，不管做任何事，都应将心态回归到零：把自己放空，抱着学习的态度，将每一次任务都视为一个新的开始，一段新的体验，一扇通往成功的机会之门。千万不要视工作如鸡肋，食之无味，弃之可惜，结果做得心不甘情不愿，于公于私都没有裨益。</w:t>
      </w:r>
      <w:r>
        <w:rPr>
          <w:lang w:eastAsia="zh-CN"/>
        </w:rPr>
        <w:br/>
      </w:r>
      <w:r>
        <w:rPr>
          <w:lang w:eastAsia="zh-CN"/>
        </w:rPr>
        <w:t>　　作者告诉我们怎样将自我价值和社会价值同时得到实现，怎样在具体工作中和实际行动中体现。另外应该对所从事的工作充满兴趣和激情，踏实敬业，充满责任感。在工作中改掉坏习惯，时刻学习，终生学习，培养协作精神，提高工作效率。具体来说，我体会到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第一、不管从事什么样的工作都要明白一点,那就是我们是在为自己工作。只有工作才能满足我们的各种需要,物质需要和精神需要都只能通过努力工作才能实现的;有工作的机会,才能让自己充分发挥能力,有展示自已的机会。我们所做的一切工作,都是为我们自已实现目标而做的。所以说要珍惜工作机会,不要这山望着那山高,到最后只能像书上所说的:今天工作不努力,明天努力找工作。</w:t>
      </w:r>
      <w:r>
        <w:rPr>
          <w:lang w:eastAsia="zh-CN"/>
        </w:rPr>
        <w:br/>
      </w:r>
      <w:r>
        <w:rPr>
          <w:lang w:eastAsia="zh-CN"/>
        </w:rPr>
        <w:t>　　第二、认真工作才能让你不断的去思考、去学习、去总结经验,这是比物质更丰富的财富。人生本来就是一个积累过程,知识和经验积累得越多,才能战胜工作和生活中更多的困难,才不会在困难面前低头,才会有越挫越勇的气势,才能离实现目标更近。因为在工作中我们会发现很多机会,通过努力实践,才能更好的把握机会,实现理想。</w:t>
      </w:r>
      <w:r>
        <w:rPr>
          <w:lang w:eastAsia="zh-CN"/>
        </w:rPr>
        <w:br/>
      </w:r>
      <w:r>
        <w:rPr>
          <w:lang w:eastAsia="zh-CN"/>
        </w:rPr>
        <w:t>　　第三、对工作要充满热情,把工作当成一个使命来完成。工作不仅仅是为了赚钱, 我们工作更多的是为了实现一种价值。如果对工作没有热情,那就失去了前进的动力和信心,不仅不进步,还很有可能倒退,最后被社会所淘汰。</w:t>
      </w:r>
      <w:r>
        <w:rPr>
          <w:lang w:eastAsia="zh-CN"/>
        </w:rPr>
        <w:br/>
      </w:r>
      <w:r>
        <w:rPr>
          <w:lang w:eastAsia="zh-CN"/>
        </w:rPr>
        <w:t>　　第四、对待工作应该像对待自己的生命一样,做到一丝不苟、尽心尽职。在工作中,要积极主动,不能死板,要有创造性的工作和学习。对待工作要像对待善恶一样,不以善小而不为,不以恶小而为之。不能认为迟到几分钟无所谓,就拖延时间;不能因为几张复印纸无关紧要,就随便浪费事无大小,这也是一种责任和义务。竭力做好每一件事情,将会让我们活得更加有意义。</w:t>
      </w:r>
      <w:r>
        <w:rPr>
          <w:lang w:eastAsia="zh-CN"/>
        </w:rPr>
        <w:br/>
      </w:r>
      <w:r>
        <w:rPr>
          <w:lang w:eastAsia="zh-CN"/>
        </w:rPr>
        <w:t>　　本书的风格特点是通俗易懂，用很多的实例为我们讲述了在为谁工作，如杰克的故事，三个石匠的故事，戈尔康达钻石矿的故事，事例鲜明生动，饱含着简单而永恒的哲理，给我留下极深的印象。书中的许多智慧对我们的生活以及处理所有问题，都据有指导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读过钻石就在你家后院，我决定一定不能因为自己的疏忽而错过了隐藏在工作中的钻石，所以我要认真对待每一件工作，动脑筋去分析，去挖掘，即是锻炼自己，也是寻找钻石。读过缺少机会是浮躁之人的借口，我开始试着把每一件工作都看成一个机会，并且尽力去抓住它。读过心中常存责任感，我明白了责任感与责任是不同的东西，前者更为可贵。读过激情是工作的灵魂，我感慨，激情同样也是生活的灵魂啊。还有哈佛大学的校训时刻准备着等等。书本的每一页书都闪烁着智慧的光芒。</w:t>
      </w:r>
      <w:r>
        <w:rPr>
          <w:lang w:eastAsia="zh-CN"/>
        </w:rPr>
        <w:br/>
      </w:r>
      <w:r>
        <w:rPr>
          <w:lang w:eastAsia="zh-CN"/>
        </w:rPr>
        <w:t>　　努力工作吧，因为那是为你自己。成就自己的同时，也成就了他人。</w:t>
      </w:r>
      <w:r>
        <w:rPr>
          <w:lang w:eastAsia="zh-CN"/>
        </w:rPr>
        <w:br/>
      </w:r>
      <w:r>
        <w:rPr>
          <w:lang w:eastAsia="zh-CN"/>
        </w:rPr>
        <w:t xml:space="preserve">    《你在为谁工作》读书心得体会1000字 篇15 </w:t>
      </w:r>
      <w:r>
        <w:rPr>
          <w:lang w:eastAsia="zh-CN"/>
        </w:rPr>
        <w:br/>
      </w:r>
      <w:r>
        <w:rPr>
          <w:lang w:eastAsia="zh-CN"/>
        </w:rPr>
        <w:t>　　初次看到这本书，是在20__年9月初，那时，我们作为新教师队伍中的一员，每月都要进行摘抄，在阅览室里看到了这本书。看到这几个字时，我禁不住笑了出来，心想：我为谁工作?不就是为自己么，说的再大一点就是为家人。出于好奇，我把这书借在手中。</w:t>
      </w:r>
      <w:r>
        <w:rPr>
          <w:lang w:eastAsia="zh-CN"/>
        </w:rPr>
        <w:br/>
      </w:r>
      <w:r>
        <w:rPr>
          <w:lang w:eastAsia="zh-CN"/>
        </w:rPr>
        <w:t>　　当初看了此书，也曾感慨万千。得到一份工作不容易，做好一份工作更不容易，把一份工作做一辈子就更是难上加难。要工作，就要好好做，好好珍惜。特别是面对那些尚不成熟懂事的孩子，要花上许多的耐心与爱心。做完是任务，做好却是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今天再次在网上翻看这本书，却是有种说不出的情愫。作者用浅显易懂的故事作为序首，吸引着我的注意力，老木匠临退休前在雇主的要求下建了最后一幢豆腐渣房子，然而，雇主却把这幢房子作为礼物送给了他。如果老木匠知道是为自己建造的房子，他肯定会选用最好的材料、用自己最好的手艺来完成，可是后悔已经来不及了。在面临工作问题时，如果我就如这个老木匠一样，无心工作，那会是什么样子?一个班级40多个孩子的安全就失去了保障，我也很可能失去这份工作。是啊，失去这份工作暂时会觉得可惜，可万一要是有个什么意外，我的良心能安吗?我能每天吃好睡好吗?我以后还有什么能力去面对其他的人和事?怎么去做以后的每一份来之不易的工作?既然已经选择在这个岗位上，我就该认真工作;既然要认真工作，就要用真心对待每个人，每件事，全力以赴，尽职尽责。</w:t>
      </w:r>
      <w:r>
        <w:rPr>
          <w:lang w:eastAsia="zh-CN"/>
        </w:rPr>
        <w:br/>
      </w:r>
      <w:r>
        <w:rPr>
          <w:lang w:eastAsia="zh-CN"/>
        </w:rPr>
        <w:t>　　《你为谁工作》这本书，就是通过诸如老木匠这样一个个浅显易懂的故事，告诉了我们不易领悟的道理。告诉我们只要努力，任何不可能的事都有机会变成可能。有了努力，自然会有动力。当你经过努力，感受自己被需要、被肯定，这是一种幸福和满足。它让我明白了工作的真谛，其实我们每一个人只有通过工作才能实现自身的价值，工作是施展我们才能的一个舞台。试想我们十年寒窗苦读所获得的知识是为了什么?就是工作。那么既然有了这份工作，为什么不努力地做好它，使自己的工作从优秀走向卓越，真正实现自身的价值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再看刷马桶也可以完美这一节来说，光看题目，我们就可以想像，马桶再怎么刷得干净，也还是用的，怎么可以把马桶里的水舀来喝呢?但是故事中的主人公却这样做了，细想一下，有几个人能把一件事情做到这么完美，能这么尽心尽职做事而不放过每个细节。就是因为有了这样一个榜样，女主人公最后也成就了她的事业。在很多成功人士的背后，总是有这样一个个让人为之动容的故事，说到最多的就是在面对任务时，要拥有将任务做到最好的信念。这种信念将激励你拥有巨大的勇气去面对工作的困难与艰辛，它将提供给你勇气去面对各种各样的挫折和失败。</w:t>
      </w:r>
      <w:r>
        <w:rPr>
          <w:lang w:eastAsia="zh-CN"/>
        </w:rPr>
        <w:br/>
      </w:r>
      <w:r>
        <w:rPr>
          <w:lang w:eastAsia="zh-CN"/>
        </w:rPr>
        <w:t>　　如果，我在做每件事情的时候，也注重细节，在面对工做中的不如意时，能及时调整好自己的心态，经常换位思考一下，把事情做得尽善尽美，也就是把工作留在自己手中，而不会被工作所抛弃。只要我们在岗位上永远做非常需要做的事情，而不必等待别人要你去做，只要我们事事用心，任何时候都把事情做在前面，那么我们更不会被工作所抛弃。不论目前我们从事何种工作,都要珍惜它的来之不易，让我们善待工作，善待生活吧!不论将来我们会从事何种工作，都要全力以赴，因为工作是一个能施展自己才华的舞台，我们寒窗苦读来的知识，我们的决断能力，我们的适应能力以及我们的协调能力都能在这样的一个舞台上得到展示。除了工作，没有哪项活动能够提供这么好的充实自我，表达自我的机会。</w:t>
      </w:r>
      <w:r>
        <w:rPr>
          <w:lang w:eastAsia="zh-CN"/>
        </w:rPr>
        <w:br/>
      </w:r>
      <w:r>
        <w:rPr>
          <w:lang w:eastAsia="zh-CN"/>
        </w:rPr>
        <w:t xml:space="preserve">    《你在为谁工作》读书心得体会1000字 篇16 </w:t>
      </w:r>
      <w:r>
        <w:rPr>
          <w:lang w:eastAsia="zh-CN"/>
        </w:rPr>
        <w:br/>
      </w:r>
      <w:r>
        <w:rPr>
          <w:lang w:eastAsia="zh-CN"/>
        </w:rPr>
        <w:t>　　学习是21世纪最热的话题，学习力代表生产力，但是真正做到的朋友真的很少，没有行动是现在社会青年一贯通病。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上次在回家火车上看环球时报的时候，上面推荐了一本书《简单的力量》，我觉得非常好，回来就在网上搜寻，结果发现了好几本书，都非常好，一口气买了10几本书，有给自己员工看的，有自己看的，4月27号那天在微博上，郑重宣布，2个月读四本书，学习后写读后感，今天读完第一本——《你在为谁工作》和大家分享下。</w:t>
      </w:r>
      <w:r>
        <w:rPr>
          <w:lang w:eastAsia="zh-CN"/>
        </w:rPr>
        <w:br/>
      </w:r>
      <w:r>
        <w:rPr>
          <w:lang w:eastAsia="zh-CN"/>
        </w:rPr>
        <w:t>　　这本书，我想起了5年前，我还在一个餐饮公司工作，看到一本书《致加西亚的一封信》，我想我不应该在那里碌碌无为的工作，自己要去做自己的事情，寻找实现梦想的工作。一个月后我辞职了，从常州来到杭州，开始了自己探索之路。</w:t>
      </w:r>
      <w:r>
        <w:rPr>
          <w:lang w:eastAsia="zh-CN"/>
        </w:rPr>
        <w:br/>
      </w:r>
      <w:r>
        <w:rPr>
          <w:lang w:eastAsia="zh-CN"/>
        </w:rPr>
        <w:t>　　自从做上广告业务以来，我才觉得自己开始了自己的路程，不管多远，也要走下去，因为自己有一个目标，不成功，就不能放弃。</w:t>
      </w:r>
      <w:r>
        <w:rPr>
          <w:lang w:eastAsia="zh-CN"/>
        </w:rPr>
        <w:br/>
      </w:r>
      <w:r>
        <w:rPr>
          <w:lang w:eastAsia="zh-CN"/>
        </w:rPr>
        <w:t>　　看完这边《你在为谁工作》，我惊奇的发现，自己4年的奋斗历程完全符合本书的精神，本书所讲的内容，为自己工作的人才不会迷茫，工作本身就是生活的一部分。</w:t>
      </w:r>
      <w:r>
        <w:rPr>
          <w:lang w:eastAsia="zh-CN"/>
        </w:rPr>
        <w:br/>
      </w:r>
      <w:r>
        <w:rPr>
          <w:lang w:eastAsia="zh-CN"/>
        </w:rPr>
        <w:t>　　我从一个没有什么经验的青年小伙子，做到今天的位置，不是别人给的，是自己争取，靠不断地积累学习，才有了今天，在这过程中有很多人给予了无私的帮助和关爱，公司领导的信任，员工的配合，等等，都是人生的一笔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本书开篇就阐述了，你工作不是为老板在做，而是你生活的一部分，是人都需要工作的，如果你工作不努力，你的生活也不会如意。今天工作不努力，明天努力找工作。是对工作态度真是的写照。不要抱怨工作的本身，如果你优秀了就会得到你想要的高薪或者职位，机会永远是给有准备人的恩赐，不是平白无辜降临，本书中有一个经典的例子，钻石就在你后院，主人公寻找一生，客死他乡，还是没有找到，他的后人却无意间发现自己后院小河里，就是一座砖石矿。</w:t>
      </w:r>
      <w:r>
        <w:rPr>
          <w:lang w:eastAsia="zh-CN"/>
        </w:rPr>
        <w:br/>
      </w:r>
      <w:r>
        <w:rPr>
          <w:lang w:eastAsia="zh-CN"/>
        </w:rPr>
        <w:t>　　只是主人公没有发现。如果你没有认真对待你的工作，你就不会发现你价值在哪里？两个以上的目标等于没有目标，如果同时追逐两个目标，终究是一场空，做事情做到极致，才会获得丰厚报酬，目标完成才会有成就。工作的激情，不是单单靠兴趣，而是要负有责任和使命，否则你不会保持持久的激情，兴趣可以培养，责任使命不能去推卸，只有完成使命，才会成就事业。完成使命需要一个良好的习惯，习惯的培养靠大量的行为，大量行动才会形成行为，行为养成习惯，习惯成就品质。</w:t>
      </w:r>
      <w:r>
        <w:rPr>
          <w:lang w:eastAsia="zh-CN"/>
        </w:rPr>
        <w:br/>
      </w:r>
      <w:r>
        <w:rPr>
          <w:lang w:eastAsia="zh-CN"/>
        </w:rPr>
        <w:t>　　如果你还没有调整好心态，还在愁眉苦脸的想我要做什么，我建议你去看看这本书，他会告诉你，你的方向在哪里？我想我们不应该太平庸，我们要不断地学习，学以致用，不断地去实践检验自己，把自己知道的，做到。我想，没有一个是低薪的人，因为工作真的太容易了，只需要你改变一点一点就可以了，我们不应该是社会底层的人们，应该是社会的精英。</w:t>
      </w:r>
      <w:r>
        <w:rPr>
          <w:lang w:eastAsia="zh-CN"/>
        </w:rPr>
        <w:br/>
      </w:r>
      <w:r>
        <w:rPr>
          <w:lang w:eastAsia="zh-CN"/>
        </w:rPr>
        <w:t>　　再次感谢这本书给带来的收获，我想，我以后再也不会迷茫，没有比现在更清醒的，做正确的事情，坚持去做，让每个人实现自己的梦想，帮助别人成长，一起获得成功。</w:t>
      </w:r>
      <w:r>
        <w:rPr>
          <w:lang w:eastAsia="zh-CN"/>
        </w:rPr>
        <w:br/>
      </w:r>
      <w:r>
        <w:rPr>
          <w:lang w:eastAsia="zh-CN"/>
        </w:rPr>
        <w:t xml:space="preserve">    《你在为谁工作》读书心得体会1000字 篇17 </w:t>
      </w:r>
      <w:r>
        <w:rPr>
          <w:lang w:eastAsia="zh-CN"/>
        </w:rPr>
        <w:br/>
      </w:r>
    </w:p>
    <w:p w:rsidR="001B1F19" w14:textId="27C3F48A">
      <w:pPr>
        <w:rPr>
          <w:rFonts w:hint="eastAsia"/>
          <w:lang w:eastAsia="zh-CN"/>
        </w:rPr>
      </w:pPr>
      <w:r>
        <w:rPr>
          <w:lang w:eastAsia="zh-CN"/>
        </w:rPr>
        <w:t>　　“忧郁、烦恼的时候，就看看天空，你会发现另一个自己。”这是我常用来激励自己努力工作的一句话。在这个变化无常、有点浮躁的年代，也许会为工作中的一点烦恼和无奈感到身心疲惫，有时甚至厌倦这样的生活，怀疑自己到底是为了谁在工作，但闭上双眼放空自己的那一刻，我突然明白了，我是在为自己工作，更是在为让我有归属感的所在企业工作，不断提升自我，体现自我的生命价值。所以试着去放空自我，充分享受工作的乐趣吧！</w:t>
      </w:r>
      <w:r>
        <w:rPr>
          <w:lang w:eastAsia="zh-CN"/>
        </w:rPr>
        <w:br/>
      </w:r>
      <w:r>
        <w:rPr>
          <w:lang w:eastAsia="zh-CN"/>
        </w:rPr>
        <w:t>　　读到《你在为谁工作》这本书时恰好是我初来企业上班的日子，刚从大学毕业的我对公司的企业文化没有任何认识，对于即将要面临的人和事总是会有那么一点点恐惧，但更多的是对未来这段新的生活的期待。其实人生就是不停地转圈，谁也不知道哪里是开始，哪里会是结束，如果早早就看到了自己的未来，那就是认命，至少这样的年龄我们都没有认命，仍以一颗勇敢的心精彩地活着，怀揣着五彩斑斓的梦为自己所在的企业想要做出一番成绩。这本书提出每一位员工需要自我反省的人生问题，并对这个问题进行了深刻细致的解答，它出现的恰是时候，也及时地解答了我的职场疑惑。</w:t>
      </w:r>
      <w:r>
        <w:rPr>
          <w:lang w:eastAsia="zh-CN"/>
        </w:rPr>
        <w:br/>
      </w:r>
      <w:r>
        <w:rPr>
          <w:lang w:eastAsia="zh-CN"/>
        </w:rPr>
        <w:t>　　书中提到过这样一句话：“在工作中，不管做任何事，都应将心态回归到零，把自己放空，抱着学习的态度，将每一次任务都视为一个新的开始，一段新的体验，一扇通往成功的机会之门。千万不要视工作如鸡肋，食之无味，弃之可惜，结果做的心不甘情不愿，于公于私都没有裨益。”</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https://d.book118.com/607145116022006042</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7145116022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