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Title"/>
        <w:jc w:val="center"/>
      </w:pPr>
      <w:r>
        <w:rPr>
          <w:rFonts w:ascii="宋体" w:eastAsia="宋体" w:hAnsi="宋体"/>
          <w:sz w:val="36"/>
        </w:rPr>
        <w:t>安全协议书范文</w:t>
      </w:r>
    </w:p>
    <w:p>
      <w:pPr>
        <w:spacing w:before="100" w:after="200" w:line="360" w:lineRule="auto"/>
        <w:ind w:firstLine="576"/>
        <w:jc w:val="left"/>
      </w:pPr>
      <w:r>
        <w:rPr>
          <w:rFonts w:ascii="宋体" w:eastAsia="宋体" w:hAnsi="宋体"/>
          <w:sz w:val="28"/>
        </w:rPr>
        <w:t>有关安全协议书(精选15篇)</w:t>
      </w:r>
    </w:p>
    <w:p>
      <w:pPr>
        <w:spacing w:before="100" w:after="200" w:line="360" w:lineRule="auto"/>
        <w:ind w:firstLine="576"/>
        <w:jc w:val="left"/>
      </w:pPr>
      <w:r>
        <w:rPr>
          <w:rFonts w:ascii="宋体" w:eastAsia="宋体" w:hAnsi="宋体"/>
          <w:sz w:val="28"/>
        </w:rPr>
        <w:t>有关安全协议书1</w:t>
      </w:r>
    </w:p>
    <w:p>
      <w:pPr>
        <w:spacing w:before="100" w:after="200" w:line="360" w:lineRule="auto"/>
        <w:ind w:firstLine="576"/>
        <w:jc w:val="left"/>
      </w:pPr>
      <w:r>
        <w:rPr>
          <w:rFonts w:ascii="宋体" w:eastAsia="宋体" w:hAnsi="宋体"/>
          <w:sz w:val="28"/>
        </w:rPr>
        <w:t>为贯彻“安全第一，预防为主”方针，明确双方的安全责任，切实加强建设工程管理，确保施工施工中人身、电网和设备安全，根据国家有关法律法规，经双方协商一致签订本协议。</w:t>
      </w:r>
    </w:p>
    <w:p>
      <w:pPr>
        <w:spacing w:before="100" w:after="200" w:line="360" w:lineRule="auto"/>
        <w:ind w:firstLine="576"/>
        <w:jc w:val="left"/>
      </w:pPr>
      <w:r>
        <w:rPr>
          <w:rFonts w:ascii="宋体" w:eastAsia="宋体" w:hAnsi="宋体"/>
          <w:sz w:val="28"/>
        </w:rPr>
        <w:t>第一条甲方：福州城市客运场站运营有限公司</w:t>
      </w:r>
    </w:p>
    <w:p>
      <w:pPr>
        <w:spacing w:before="100" w:after="200" w:line="360" w:lineRule="auto"/>
        <w:ind w:firstLine="576"/>
        <w:jc w:val="left"/>
      </w:pPr>
      <w:r>
        <w:rPr>
          <w:rFonts w:ascii="宋体" w:eastAsia="宋体" w:hAnsi="宋体"/>
          <w:sz w:val="28"/>
        </w:rPr>
        <w:t>第二条施工项目：签订时间：</w:t>
      </w:r>
    </w:p>
    <w:p>
      <w:pPr>
        <w:spacing w:before="100" w:after="200" w:line="360" w:lineRule="auto"/>
        <w:ind w:firstLine="576"/>
        <w:jc w:val="left"/>
      </w:pPr>
      <w:r>
        <w:rPr>
          <w:rFonts w:ascii="宋体" w:eastAsia="宋体" w:hAnsi="宋体"/>
          <w:sz w:val="28"/>
        </w:rPr>
        <w:t>第三条 有效期限20xx年06月至20xx年06月</w:t>
      </w:r>
    </w:p>
    <w:p>
      <w:pPr>
        <w:spacing w:before="100" w:after="200" w:line="360" w:lineRule="auto"/>
        <w:ind w:firstLine="576"/>
        <w:jc w:val="left"/>
      </w:pPr>
      <w:r>
        <w:rPr>
          <w:rFonts w:ascii="宋体" w:eastAsia="宋体" w:hAnsi="宋体"/>
          <w:sz w:val="28"/>
        </w:rPr>
        <w:t>第四条甲方安全责任</w:t>
      </w:r>
    </w:p>
    <w:p>
      <w:pPr>
        <w:spacing w:before="100" w:after="200" w:line="360" w:lineRule="auto"/>
        <w:ind w:firstLine="576"/>
        <w:jc w:val="left"/>
      </w:pPr>
      <w:r>
        <w:rPr>
          <w:rFonts w:ascii="宋体" w:eastAsia="宋体" w:hAnsi="宋体"/>
          <w:sz w:val="28"/>
        </w:rPr>
        <w:t>1、甲方有协助乙方搞好安全生产、防火管理以及督促检查的义务。甲方有权检查督促乙方执行有关安全生产方面的工作规定，对乙方不符合安全文明施工的行为进行制止、纠正并发出安全整改通知书，直至清退出场。三次不听从整改，今后不得承接我司业务。</w:t>
      </w:r>
    </w:p>
    <w:p>
      <w:pPr>
        <w:spacing w:before="100" w:after="200" w:line="360" w:lineRule="auto"/>
        <w:ind w:firstLine="576"/>
        <w:jc w:val="left"/>
      </w:pPr>
      <w:r>
        <w:rPr>
          <w:rFonts w:ascii="宋体" w:eastAsia="宋体" w:hAnsi="宋体"/>
          <w:sz w:val="28"/>
        </w:rPr>
        <w:t>2、甲方有权对乙方参与施工的人员进行安全技术知识和安全工作规程的抽考。</w:t>
      </w:r>
    </w:p>
    <w:p>
      <w:pPr>
        <w:spacing w:before="100" w:after="200" w:line="360" w:lineRule="auto"/>
        <w:ind w:firstLine="576"/>
        <w:jc w:val="left"/>
      </w:pPr>
      <w:r>
        <w:rPr>
          <w:rFonts w:ascii="宋体" w:eastAsia="宋体" w:hAnsi="宋体"/>
          <w:sz w:val="28"/>
        </w:rPr>
        <w:t>3、甲方不得要求乙方违反安全管理规定进行施工。因甲方原因导致的事故由甲方承担责任。</w:t>
      </w:r>
    </w:p>
    <w:p>
      <w:pPr>
        <w:spacing w:before="100" w:after="200" w:line="360" w:lineRule="auto"/>
        <w:ind w:firstLine="576"/>
        <w:jc w:val="left"/>
      </w:pPr>
      <w:r>
        <w:rPr>
          <w:rFonts w:ascii="宋体" w:eastAsia="宋体" w:hAnsi="宋体"/>
          <w:sz w:val="28"/>
        </w:rPr>
        <w:t>第五条乙方安全责任</w:t>
      </w:r>
    </w:p>
    <w:p>
      <w:pPr>
        <w:spacing w:before="100" w:after="200" w:line="360" w:lineRule="auto"/>
        <w:ind w:firstLine="576"/>
        <w:jc w:val="left"/>
        <w:sectPr w:rsidSect="00034616">
          <w:pgSz w:w="11906" w:h="16838"/>
          <w:pgMar w:top="1440" w:right="1440" w:bottom="1440" w:left="1440" w:header="720" w:footer="720" w:gutter="0"/>
          <w:cols w:space="720"/>
          <w:docGrid w:linePitch="360"/>
        </w:sectPr>
      </w:pPr>
      <w:r>
        <w:rPr>
          <w:rFonts w:ascii="宋体" w:eastAsia="宋体" w:hAnsi="宋体"/>
          <w:sz w:val="28"/>
        </w:rPr>
        <w:t>乙方作为工程项目的承包单位，对工程施工过程中发生的人身伤害、设备损坏事故承担安全责任。乙方应切实履行以下安全责任：</w:t>
      </w:r>
    </w:p>
    <w:p>
      <w:pPr>
        <w:spacing w:before="100" w:after="200" w:line="360" w:lineRule="auto"/>
        <w:ind w:firstLine="576"/>
        <w:jc w:val="left"/>
      </w:pPr>
      <w:r>
        <w:rPr>
          <w:rFonts w:ascii="宋体" w:eastAsia="宋体" w:hAnsi="宋体"/>
          <w:sz w:val="28"/>
        </w:rPr>
        <w:t>1、乙方所提供的承包工程要求的相关资质证明材料应真实、合法、有效。</w:t>
      </w:r>
    </w:p>
    <w:p>
      <w:pPr>
        <w:spacing w:before="100" w:after="200" w:line="360" w:lineRule="auto"/>
        <w:ind w:firstLine="576"/>
        <w:jc w:val="left"/>
      </w:pPr>
      <w:r>
        <w:rPr>
          <w:rFonts w:ascii="宋体" w:eastAsia="宋体" w:hAnsi="宋体"/>
          <w:sz w:val="28"/>
        </w:rPr>
        <w:t>2、现场施工应遵守国家和地方关于劳动安全，劳务用工法律法规及规章制度，保证其用工的合法性。乙方必须按国家有关规定，为施工人员进行人身保险，配备合格的劳动防护用品、安全用具。</w:t>
      </w:r>
    </w:p>
    <w:p>
      <w:pPr>
        <w:spacing w:before="100" w:after="200" w:line="360" w:lineRule="auto"/>
        <w:ind w:firstLine="576"/>
        <w:jc w:val="left"/>
      </w:pPr>
      <w:r>
        <w:rPr>
          <w:rFonts w:ascii="宋体" w:eastAsia="宋体" w:hAnsi="宋体"/>
          <w:sz w:val="28"/>
        </w:rPr>
        <w:t>3、材料进场需要检查是否有出产合格证，同时应经甲方现场负责人或监理工程师验证后方可使用。</w:t>
      </w:r>
    </w:p>
    <w:p>
      <w:pPr>
        <w:spacing w:before="100" w:after="200" w:line="360" w:lineRule="auto"/>
        <w:ind w:firstLine="576"/>
        <w:jc w:val="left"/>
      </w:pPr>
      <w:r>
        <w:rPr>
          <w:rFonts w:ascii="宋体" w:eastAsia="宋体" w:hAnsi="宋体"/>
          <w:sz w:val="28"/>
        </w:rPr>
        <w:t>5、乙方一切施工活动，必须编制安全施工措施，施工前对全体施工人员进行全面的安全技术交底，并在整个施工过程正确、完整地执行，无措施或未交底严禁布Z施工。</w:t>
      </w:r>
    </w:p>
    <w:p>
      <w:pPr>
        <w:spacing w:before="100" w:after="200" w:line="360" w:lineRule="auto"/>
        <w:ind w:firstLine="576"/>
        <w:jc w:val="left"/>
      </w:pPr>
      <w:r>
        <w:rPr>
          <w:rFonts w:ascii="宋体" w:eastAsia="宋体" w:hAnsi="宋体"/>
          <w:sz w:val="28"/>
        </w:rPr>
        <w:t>6、开工前，乙方应组织全体施工人员进行安全教育。特种作业人员必须有有关部门核发的合格有效的上岗资格证书。</w:t>
      </w:r>
    </w:p>
    <w:p>
      <w:pPr>
        <w:spacing w:before="100" w:after="200" w:line="360" w:lineRule="auto"/>
        <w:ind w:firstLine="576"/>
        <w:jc w:val="left"/>
      </w:pPr>
      <w:r>
        <w:rPr>
          <w:rFonts w:ascii="宋体" w:eastAsia="宋体" w:hAnsi="宋体"/>
          <w:sz w:val="28"/>
        </w:rPr>
        <w:t>开工前，乙方应到甲方办理临时进场施工单。进场施工人员应挂牌施工。</w:t>
      </w:r>
    </w:p>
    <w:p>
      <w:pPr>
        <w:spacing w:before="100" w:after="200" w:line="360" w:lineRule="auto"/>
        <w:ind w:firstLine="576"/>
        <w:jc w:val="left"/>
      </w:pPr>
      <w:r>
        <w:rPr>
          <w:rFonts w:ascii="宋体" w:eastAsia="宋体" w:hAnsi="宋体"/>
          <w:sz w:val="28"/>
        </w:rPr>
        <w:t>7、乙方应在施工范围装设临时围栏或警告标志，不得超越指定的施工范围进行施工，禁止无关人员进入施工现场。</w:t>
      </w:r>
    </w:p>
    <w:p>
      <w:pPr>
        <w:spacing w:before="100" w:after="200" w:line="360" w:lineRule="auto"/>
        <w:ind w:firstLine="576"/>
        <w:jc w:val="left"/>
      </w:pPr>
      <w:r>
        <w:rPr>
          <w:rFonts w:ascii="宋体" w:eastAsia="宋体" w:hAnsi="宋体"/>
          <w:sz w:val="28"/>
        </w:rPr>
        <w:t>8、乙方施工过程中应做到日产、日清，确保施工场地卫生整洁。</w:t>
      </w:r>
    </w:p>
    <w:p>
      <w:pPr>
        <w:spacing w:before="100" w:after="200" w:line="360" w:lineRule="auto"/>
        <w:ind w:firstLine="576"/>
        <w:jc w:val="left"/>
      </w:pPr>
      <w:r>
        <w:rPr>
          <w:rFonts w:ascii="宋体" w:eastAsia="宋体" w:hAnsi="宋体"/>
          <w:sz w:val="28"/>
        </w:rPr>
        <w:t>10、建立整改责任制，对检查中发现的质量安全隐患，采取有效措施立即进行整改，落实专人负责监控，确保质量安全。</w:t>
      </w:r>
    </w:p>
    <w:p>
      <w:pPr>
        <w:spacing w:before="100" w:after="200" w:line="360" w:lineRule="auto"/>
        <w:ind w:firstLine="576"/>
        <w:jc w:val="left"/>
        <w:sectPr w:rsidSect="00034616">
          <w:type w:val="nextPage"/>
          <w:pgSz w:w="11906" w:h="16838"/>
          <w:pgMar w:top="1440" w:right="1440" w:bottom="1440" w:left="1440" w:header="720" w:footer="720" w:gutter="0"/>
          <w:pgNumType w:start="2"/>
          <w:cols w:space="720"/>
          <w:titlePg w:val="0"/>
          <w:docGrid w:linePitch="360"/>
        </w:sectPr>
      </w:pPr>
      <w:r>
        <w:rPr>
          <w:rFonts w:ascii="宋体" w:eastAsia="宋体" w:hAnsi="宋体"/>
          <w:sz w:val="28"/>
        </w:rPr>
        <w:t>11、现场工地要切实加强节日期间安全、文明生产工作，一旦发生各类突发事故和紧急情况，要立即启动预案，并按照有关规定及时上报和妥善处Z。</w:t>
      </w:r>
    </w:p>
    <w:p>
      <w:pPr>
        <w:spacing w:before="100" w:after="200" w:line="360" w:lineRule="auto"/>
        <w:ind w:firstLine="576"/>
        <w:jc w:val="left"/>
      </w:pPr>
      <w:r>
        <w:rPr>
          <w:rFonts w:ascii="宋体" w:eastAsia="宋体" w:hAnsi="宋体"/>
          <w:sz w:val="28"/>
        </w:rPr>
        <w:t>乙方应将事故调查组的事故调查报告及乙方事故处理意见提交甲方备案。</w:t>
      </w:r>
    </w:p>
    <w:p>
      <w:pPr>
        <w:spacing w:before="100" w:after="200" w:line="360" w:lineRule="auto"/>
        <w:ind w:firstLine="576"/>
        <w:jc w:val="left"/>
      </w:pPr>
      <w:r>
        <w:rPr>
          <w:rFonts w:ascii="宋体" w:eastAsia="宋体" w:hAnsi="宋体"/>
          <w:sz w:val="28"/>
        </w:rPr>
        <w:t>12、发生以下情况停工整顿，因停工造成的违约责任由乙方承担：</w:t>
      </w:r>
    </w:p>
    <w:p>
      <w:pPr>
        <w:spacing w:before="100" w:after="200" w:line="360" w:lineRule="auto"/>
        <w:ind w:firstLine="576"/>
        <w:jc w:val="left"/>
      </w:pPr>
      <w:r>
        <w:rPr>
          <w:rFonts w:ascii="宋体" w:eastAsia="宋体" w:hAnsi="宋体"/>
          <w:sz w:val="28"/>
        </w:rPr>
        <w:t>(1)人身伤亡事故;</w:t>
      </w:r>
    </w:p>
    <w:p>
      <w:pPr>
        <w:spacing w:before="100" w:after="200" w:line="360" w:lineRule="auto"/>
        <w:ind w:firstLine="576"/>
        <w:jc w:val="left"/>
      </w:pPr>
      <w:r>
        <w:rPr>
          <w:rFonts w:ascii="宋体" w:eastAsia="宋体" w:hAnsi="宋体"/>
          <w:sz w:val="28"/>
        </w:rPr>
        <w:t>(2)发生施工机械、生产主设备严重损坏事故;</w:t>
      </w:r>
    </w:p>
    <w:p>
      <w:pPr>
        <w:spacing w:before="100" w:after="200" w:line="360" w:lineRule="auto"/>
        <w:ind w:firstLine="576"/>
        <w:jc w:val="left"/>
      </w:pPr>
      <w:r>
        <w:rPr>
          <w:rFonts w:ascii="宋体" w:eastAsia="宋体" w:hAnsi="宋体"/>
          <w:sz w:val="28"/>
        </w:rPr>
        <w:t>(3)发生场站内火灾事故;</w:t>
      </w:r>
    </w:p>
    <w:p>
      <w:pPr>
        <w:spacing w:before="100" w:after="200" w:line="360" w:lineRule="auto"/>
        <w:ind w:firstLine="576"/>
        <w:jc w:val="left"/>
      </w:pPr>
      <w:r>
        <w:rPr>
          <w:rFonts w:ascii="宋体" w:eastAsia="宋体" w:hAnsi="宋体"/>
          <w:sz w:val="28"/>
        </w:rPr>
        <w:t>(4)发生违章作业、冒险作业不听劝告的;</w:t>
      </w:r>
    </w:p>
    <w:p>
      <w:pPr>
        <w:spacing w:before="100" w:after="200" w:line="360" w:lineRule="auto"/>
        <w:ind w:firstLine="576"/>
        <w:jc w:val="left"/>
      </w:pPr>
      <w:r>
        <w:rPr>
          <w:rFonts w:ascii="宋体" w:eastAsia="宋体" w:hAnsi="宋体"/>
          <w:sz w:val="28"/>
        </w:rPr>
        <w:t>(5)施工现场脏、乱、差，不能满足安全和文明施工要求的;</w:t>
      </w:r>
    </w:p>
    <w:p>
      <w:pPr>
        <w:spacing w:before="100" w:after="200" w:line="360" w:lineRule="auto"/>
        <w:ind w:firstLine="576"/>
        <w:jc w:val="left"/>
      </w:pPr>
      <w:r>
        <w:rPr>
          <w:rFonts w:ascii="宋体" w:eastAsia="宋体" w:hAnsi="宋体"/>
          <w:sz w:val="28"/>
        </w:rPr>
        <w:t>(6)施工过程中，因违反工程相关规定的，被相关管理机关勒令停工的。</w:t>
      </w:r>
    </w:p>
    <w:p>
      <w:pPr>
        <w:spacing w:before="100" w:after="200" w:line="360" w:lineRule="auto"/>
        <w:ind w:firstLine="576"/>
        <w:jc w:val="left"/>
      </w:pPr>
      <w:r>
        <w:rPr>
          <w:rFonts w:ascii="宋体" w:eastAsia="宋体" w:hAnsi="宋体"/>
          <w:sz w:val="28"/>
        </w:rPr>
        <w:t>第六条违约责任</w:t>
      </w:r>
    </w:p>
    <w:p>
      <w:pPr>
        <w:spacing w:before="100" w:after="200" w:line="360" w:lineRule="auto"/>
        <w:ind w:firstLine="576"/>
        <w:jc w:val="left"/>
      </w:pPr>
      <w:r>
        <w:rPr>
          <w:rFonts w:ascii="宋体" w:eastAsia="宋体" w:hAnsi="宋体"/>
          <w:sz w:val="28"/>
        </w:rPr>
        <w:t>1、由于甲方或乙方责任造成对方或第三方的人身伤害、设备损坏等财产损失，由责任方承担相应责任，并赔偿对方或第三方因此造成的全部损失。</w:t>
      </w:r>
    </w:p>
    <w:p>
      <w:pPr>
        <w:spacing w:before="100" w:after="200" w:line="360" w:lineRule="auto"/>
        <w:ind w:firstLine="576"/>
        <w:jc w:val="left"/>
      </w:pPr>
      <w:r>
        <w:rPr>
          <w:rFonts w:ascii="宋体" w:eastAsia="宋体" w:hAnsi="宋体"/>
          <w:sz w:val="28"/>
        </w:rPr>
        <w:t>2、乙方未设Z安监人员;未能正确、全面执行安全技术措施、施工组织设计;施工人员未掌握本工程项目特点及施工安全措施;用于本工程项目的施工机械、工器具及安全防护用品不满足施工需要，甲方有权要求乙方立即停工整改，由此引起的后果及损失由乙方承担。</w:t>
      </w:r>
    </w:p>
    <w:p>
      <w:pPr>
        <w:spacing w:before="100" w:after="200" w:line="360" w:lineRule="auto"/>
        <w:ind w:firstLine="576"/>
        <w:jc w:val="left"/>
        <w:sectPr w:rsidSect="00034616">
          <w:type w:val="nextPage"/>
          <w:pgSz w:w="11906" w:h="16838"/>
          <w:pgMar w:top="1440" w:right="1440" w:bottom="1440" w:left="1440" w:header="720" w:footer="720" w:gutter="0"/>
          <w:pgNumType w:start="3"/>
          <w:cols w:space="720"/>
          <w:titlePg w:val="0"/>
          <w:docGrid w:linePitch="360"/>
        </w:sectPr>
      </w:pPr>
      <w:r>
        <w:rPr>
          <w:rFonts w:ascii="宋体" w:eastAsia="宋体" w:hAnsi="宋体"/>
          <w:sz w:val="28"/>
        </w:rPr>
        <w:t>第七条甲乙双方必须严格执行本协议，本协议的法律效力独立于主合同。</w:t>
      </w:r>
    </w:p>
    <w:p>
      <w:pPr>
        <w:spacing w:before="100" w:after="200" w:line="360" w:lineRule="auto"/>
        <w:ind w:firstLine="576"/>
        <w:jc w:val="left"/>
      </w:pPr>
      <w:r>
        <w:rPr>
          <w:rFonts w:ascii="宋体" w:eastAsia="宋体" w:hAnsi="宋体"/>
          <w:sz w:val="28"/>
        </w:rPr>
        <w:t>第八条本协议经双方法定代表人或委托代理人签字盖章后生效。第九条本协议一式四份，甲乙双方各执两份。第十条本协议签订地点在甲方住所地。</w:t>
      </w:r>
    </w:p>
    <w:p>
      <w:pPr>
        <w:spacing w:before="100" w:after="200" w:line="360" w:lineRule="auto"/>
        <w:ind w:firstLine="576"/>
        <w:jc w:val="left"/>
      </w:pPr>
      <w:r>
        <w:rPr>
          <w:rFonts w:ascii="宋体" w:eastAsia="宋体" w:hAnsi="宋体"/>
          <w:sz w:val="28"/>
        </w:rPr>
        <w:t>签订时间：年月日</w:t>
      </w:r>
    </w:p>
    <w:p>
      <w:pPr>
        <w:spacing w:before="100" w:after="200" w:line="360" w:lineRule="auto"/>
        <w:ind w:firstLine="576"/>
        <w:jc w:val="left"/>
      </w:pPr>
      <w:r>
        <w:rPr>
          <w:rFonts w:ascii="宋体" w:eastAsia="宋体" w:hAnsi="宋体"/>
          <w:sz w:val="28"/>
        </w:rPr>
        <w:t>有关工程施工安全</w:t>
      </w:r>
    </w:p>
    <w:p>
      <w:pPr>
        <w:spacing w:before="100" w:after="200" w:line="360" w:lineRule="auto"/>
        <w:jc w:val="left"/>
      </w:pPr>
      <w:r>
        <w:rPr>
          <w:rFonts w:ascii="宋体 (中文正文)" w:eastAsia="宋体" w:hAnsi="宋体 (中文正文)"/>
          <w:sz w:val="28"/>
        </w:rPr>
        <w:t>甲方：</w:t>
      </w:r>
    </w:p>
    <w:p>
      <w:pPr>
        <w:spacing w:before="100" w:after="200" w:line="360" w:lineRule="auto"/>
        <w:jc w:val="left"/>
      </w:pPr>
      <w:r>
        <w:rPr>
          <w:rFonts w:ascii="宋体 (中文正文)" w:eastAsia="宋体" w:hAnsi="宋体 (中文正文)"/>
          <w:sz w:val="28"/>
        </w:rPr>
        <w:t>乙方：</w:t>
      </w:r>
    </w:p>
    <w:p>
      <w:pPr>
        <w:spacing w:before="100" w:after="200" w:line="360" w:lineRule="auto"/>
        <w:ind w:firstLine="576"/>
        <w:jc w:val="left"/>
      </w:pPr>
      <w:r>
        <w:rPr>
          <w:rFonts w:ascii="宋体" w:eastAsia="宋体" w:hAnsi="宋体"/>
          <w:sz w:val="28"/>
        </w:rPr>
        <w:t>有关安全协议书2</w:t>
      </w:r>
    </w:p>
    <w:p>
      <w:pPr>
        <w:spacing w:before="100" w:after="200" w:line="360" w:lineRule="auto"/>
        <w:ind w:firstLine="576"/>
        <w:jc w:val="left"/>
      </w:pPr>
      <w:r>
        <w:rPr>
          <w:rFonts w:ascii="宋体" w:eastAsia="宋体" w:hAnsi="宋体"/>
          <w:sz w:val="28"/>
        </w:rPr>
        <w:t>为了确保学生在校期间的人身安全，严格责任界限，根据《学生伤害事故处理办法》和有关法律、法规规定，结合我校实际，特签订本安全协议书：</w:t>
      </w:r>
    </w:p>
    <w:p>
      <w:pPr>
        <w:spacing w:before="100" w:after="200" w:line="360" w:lineRule="auto"/>
        <w:ind w:firstLine="576"/>
        <w:jc w:val="left"/>
      </w:pPr>
      <w:r>
        <w:rPr>
          <w:rFonts w:ascii="宋体" w:eastAsia="宋体" w:hAnsi="宋体"/>
          <w:sz w:val="28"/>
        </w:rPr>
        <w:t>1、学生的监护人是学生的父母或依法确定的监护人，其监护关系不因学生的入学而转移给学校，学校与学生只是教育管理关系，监护人应对学生进行安全教育和遵纪守法教育，学生在校期间学校应对学生进行安全教育和遵纪守法教育。</w:t>
      </w:r>
    </w:p>
    <w:p>
      <w:pPr>
        <w:spacing w:before="100" w:after="200" w:line="360" w:lineRule="auto"/>
        <w:ind w:firstLine="576"/>
        <w:jc w:val="left"/>
      </w:pPr>
      <w:r>
        <w:rPr>
          <w:rFonts w:ascii="宋体" w:eastAsia="宋体" w:hAnsi="宋体"/>
          <w:sz w:val="28"/>
        </w:rPr>
        <w:t>2、学生在校生活、学习期间，身体受到伤害，如能够证明学校有过错的，按学校过错的大小确定学校应承担的赔偿责任。</w:t>
      </w:r>
    </w:p>
    <w:p>
      <w:pPr>
        <w:spacing w:before="100" w:after="200" w:line="360" w:lineRule="auto"/>
        <w:ind w:firstLine="576"/>
        <w:jc w:val="left"/>
      </w:pPr>
      <w:r>
        <w:rPr>
          <w:rFonts w:ascii="宋体" w:eastAsia="宋体" w:hAnsi="宋体"/>
          <w:sz w:val="28"/>
        </w:rPr>
        <w:t>3、符合下列条件学校不承担责任：</w:t>
      </w:r>
    </w:p>
    <w:p>
      <w:pPr>
        <w:spacing w:before="100" w:after="200" w:line="360" w:lineRule="auto"/>
        <w:ind w:firstLine="576"/>
        <w:jc w:val="left"/>
        <w:sectPr w:rsidSect="00034616">
          <w:type w:val="nextPage"/>
          <w:pgSz w:w="11906" w:h="16838"/>
          <w:pgMar w:top="1440" w:right="1440" w:bottom="1440" w:left="1440" w:header="720" w:footer="720" w:gutter="0"/>
          <w:pgNumType w:start="4"/>
          <w:cols w:space="720"/>
          <w:titlePg w:val="0"/>
          <w:docGrid w:linePitch="360"/>
        </w:sectPr>
      </w:pPr>
      <w:r>
        <w:rPr>
          <w:rFonts w:ascii="宋体" w:eastAsia="宋体" w:hAnsi="宋体"/>
          <w:sz w:val="28"/>
        </w:rPr>
        <w:t>（1）损害事件的发生与学校的设施无关，或者虽与学校的设施有关，但学校的设施并无缺陷；(2)学校或老师履行了应尽的教育管理职责，损害事件仍不可避免地必然发生。</w:t>
      </w:r>
    </w:p>
    <w:p>
      <w:pPr>
        <w:spacing w:before="100" w:after="200" w:line="360" w:lineRule="auto"/>
        <w:ind w:firstLine="576"/>
        <w:jc w:val="left"/>
      </w:pPr>
      <w:r>
        <w:rPr>
          <w:rFonts w:ascii="宋体" w:eastAsia="宋体" w:hAnsi="宋体"/>
          <w:sz w:val="28"/>
        </w:rPr>
        <w:t>4、严禁教职员工侮辱、殴打、体罚和变相体罚学生，如因此造成后果的由教职员工本人负责。</w:t>
      </w:r>
    </w:p>
    <w:p>
      <w:pPr>
        <w:spacing w:before="100" w:after="200" w:line="360" w:lineRule="auto"/>
        <w:ind w:firstLine="576"/>
        <w:jc w:val="left"/>
      </w:pPr>
      <w:r>
        <w:rPr>
          <w:rFonts w:ascii="宋体" w:eastAsia="宋体" w:hAnsi="宋体"/>
          <w:sz w:val="28"/>
        </w:rPr>
        <w:t>5、学校开展校内外集体活动，因组织不周，造成意外伤害的，学校应承担责任；因学生不听指挥，违犯有关规定，造成意外伤害的，学校不承担责任。日常上课期间，学生未到校或私自离校，学校应及时通知学生监护人。学生因此造成社会危害或出现意外事故的，学校不承担责任。</w:t>
      </w:r>
    </w:p>
    <w:p>
      <w:pPr>
        <w:spacing w:before="100" w:after="200" w:line="360" w:lineRule="auto"/>
        <w:ind w:firstLine="576"/>
        <w:jc w:val="left"/>
      </w:pPr>
      <w:r>
        <w:rPr>
          <w:rFonts w:ascii="宋体" w:eastAsia="宋体" w:hAnsi="宋体"/>
          <w:sz w:val="28"/>
        </w:rPr>
        <w:t>6、学校严禁学生玩火、玩电、玩水、玩甩炮、火炮、玩锐刃钝器物，因此发生赔偿纠纷，由肇事者承担责任；如果肇事方或受害方能证明学校、老师明知有上述危险情形而不制止的，学校承担部分责任。</w:t>
      </w:r>
    </w:p>
    <w:p>
      <w:pPr>
        <w:spacing w:before="100" w:after="200" w:line="360" w:lineRule="auto"/>
        <w:ind w:firstLine="576"/>
        <w:jc w:val="left"/>
      </w:pPr>
      <w:r>
        <w:rPr>
          <w:rFonts w:ascii="宋体" w:eastAsia="宋体" w:hAnsi="宋体"/>
          <w:sz w:val="28"/>
        </w:rPr>
        <w:t>7、学校必须加强校舍等设备设施的检查，及时消除隐患。若隐患不能及时消除的，必须加以封闭并增设警示标志，且对学生进行安全教育，若未消除隐患又无警示标志，又未对学生进行安全教育，造成学生伤害的，由学校承担赔偿责任。</w:t>
      </w:r>
    </w:p>
    <w:p>
      <w:pPr>
        <w:spacing w:before="100" w:after="200" w:line="360" w:lineRule="auto"/>
        <w:ind w:firstLine="576"/>
        <w:jc w:val="left"/>
      </w:pPr>
      <w:r>
        <w:rPr>
          <w:rFonts w:ascii="宋体" w:eastAsia="宋体" w:hAnsi="宋体"/>
          <w:sz w:val="28"/>
        </w:rPr>
        <w:t>8、严禁学生私自到河、沟、渠、铁路等危险地区玩耍，造成意外事故，学校不负责任。</w:t>
      </w:r>
    </w:p>
    <w:p>
      <w:pPr>
        <w:spacing w:before="100" w:after="200" w:line="360" w:lineRule="auto"/>
        <w:ind w:firstLine="576"/>
        <w:jc w:val="left"/>
      </w:pPr>
      <w:r>
        <w:rPr>
          <w:rFonts w:ascii="宋体" w:eastAsia="宋体" w:hAnsi="宋体"/>
          <w:sz w:val="28"/>
        </w:rPr>
        <w:t>9、严禁学生上学和离校途中乘坐农用三轮车、无牌无照、非载客车辆和报废车辆等。途中发生的一切安全事故，学校概不负责。</w:t>
      </w:r>
    </w:p>
    <w:p>
      <w:pPr>
        <w:spacing w:before="100" w:after="200" w:line="360" w:lineRule="auto"/>
        <w:ind w:firstLine="576"/>
        <w:jc w:val="left"/>
      </w:pPr>
      <w:r>
        <w:rPr>
          <w:rFonts w:ascii="宋体" w:eastAsia="宋体" w:hAnsi="宋体"/>
          <w:sz w:val="28"/>
        </w:rPr>
        <w:t>10教职工擅离工作岗位或虽在工作岗位但未认真履行职责，或违反工作要求和操作规程造成事故的，由教职工负责。</w:t>
      </w:r>
    </w:p>
    <w:p>
      <w:pPr>
        <w:spacing w:before="100" w:after="200" w:line="360" w:lineRule="auto"/>
        <w:ind w:firstLine="576"/>
        <w:jc w:val="left"/>
      </w:pPr>
      <w:r>
        <w:rPr>
          <w:rFonts w:ascii="宋体" w:eastAsia="宋体" w:hAnsi="宋体"/>
          <w:sz w:val="28"/>
        </w:rPr>
        <w:t>11、学生有特异体质、特定疾病或者异常心理状态未告诉学校，学校不知道或者难于知道的，在学校活动中出现伤害事故的学校不承担责任。</w:t>
      </w:r>
    </w:p>
    <w:p>
      <w:pPr>
        <w:spacing w:before="100" w:after="200" w:line="360" w:lineRule="auto"/>
        <w:ind w:firstLine="576"/>
        <w:jc w:val="left"/>
        <w:sectPr w:rsidSect="00034616">
          <w:type w:val="nextPage"/>
          <w:pgSz w:w="11906" w:h="16838"/>
          <w:pgMar w:top="1440" w:right="1440" w:bottom="1440" w:left="1440" w:header="720" w:footer="720" w:gutter="0"/>
          <w:pgNumType w:start="5"/>
          <w:cols w:space="720"/>
          <w:titlePg w:val="0"/>
          <w:docGrid w:linePitch="360"/>
        </w:sectPr>
      </w:pPr>
      <w:r>
        <w:rPr>
          <w:rFonts w:ascii="宋体" w:eastAsia="宋体" w:hAnsi="宋体"/>
          <w:sz w:val="28"/>
        </w:rPr>
        <w:t>12、属于学校正常工作时间以外（含学生到校、离校来回途中、周六周日、节假日）学生自行活动造成的伤害学校不负责任。</w:t>
      </w:r>
    </w:p>
    <w:p>
      <w:pPr>
        <w:spacing w:before="100" w:after="200" w:line="360" w:lineRule="auto"/>
        <w:ind w:firstLine="576"/>
        <w:jc w:val="left"/>
      </w:pPr>
      <w:r>
        <w:rPr>
          <w:rFonts w:ascii="宋体" w:eastAsia="宋体" w:hAnsi="宋体"/>
          <w:sz w:val="28"/>
        </w:rPr>
        <w:t>本协议一式两份，有效期为一年，学生家长保存一份，另一份学生及家长签字后交学校保存。</w:t>
      </w:r>
    </w:p>
    <w:p>
      <w:pPr>
        <w:spacing w:before="100" w:after="200" w:line="360" w:lineRule="auto"/>
        <w:ind w:firstLine="576"/>
        <w:jc w:val="left"/>
      </w:pPr>
      <w:r>
        <w:rPr>
          <w:rFonts w:ascii="宋体" w:eastAsia="宋体" w:hAnsi="宋体"/>
          <w:sz w:val="28"/>
        </w:rPr>
        <w:t>学生家长签字（盖章）：学生签字：</w:t>
      </w:r>
    </w:p>
    <w:p>
      <w:pPr>
        <w:spacing w:before="100" w:after="200" w:line="360" w:lineRule="auto"/>
        <w:jc w:val="left"/>
      </w:pPr>
      <w:r>
        <w:rPr>
          <w:rFonts w:ascii="宋体 (中文正文)" w:eastAsia="宋体" w:hAnsi="宋体 (中文正文)"/>
          <w:sz w:val="28"/>
        </w:rPr>
        <w:t>班主任签字：</w:t>
      </w:r>
    </w:p>
    <w:p>
      <w:pPr>
        <w:spacing w:before="100" w:after="200" w:line="360" w:lineRule="auto"/>
        <w:ind w:firstLine="576"/>
        <w:jc w:val="left"/>
      </w:pPr>
      <w:r>
        <w:rPr>
          <w:rFonts w:ascii="宋体" w:eastAsia="宋体" w:hAnsi="宋体"/>
          <w:sz w:val="28"/>
        </w:rPr>
        <w:t>阳店镇小学</w:t>
      </w:r>
    </w:p>
    <w:p>
      <w:pPr>
        <w:spacing w:before="100" w:after="200" w:line="360" w:lineRule="auto"/>
        <w:ind w:firstLine="576"/>
        <w:jc w:val="left"/>
      </w:pPr>
      <w:r>
        <w:rPr>
          <w:rFonts w:ascii="宋体" w:eastAsia="宋体" w:hAnsi="宋体"/>
          <w:sz w:val="28"/>
        </w:rPr>
        <w:t>2022年6月</w:t>
      </w:r>
    </w:p>
    <w:p>
      <w:pPr>
        <w:spacing w:before="100" w:after="200" w:line="360" w:lineRule="auto"/>
        <w:ind w:firstLine="576"/>
        <w:jc w:val="left"/>
      </w:pPr>
      <w:r>
        <w:rPr>
          <w:rFonts w:ascii="宋体" w:eastAsia="宋体" w:hAnsi="宋体"/>
          <w:sz w:val="28"/>
        </w:rPr>
        <w:t>有关安全协议书3</w:t>
      </w:r>
    </w:p>
    <w:p>
      <w:pPr>
        <w:spacing w:before="100" w:after="200" w:line="360" w:lineRule="auto"/>
        <w:ind w:firstLine="576"/>
        <w:jc w:val="left"/>
      </w:pPr>
      <w:r>
        <w:rPr>
          <w:rFonts w:ascii="宋体" w:eastAsia="宋体" w:hAnsi="宋体"/>
          <w:sz w:val="28"/>
        </w:rPr>
        <w:t>为了使大家有一个良好的生活及休息环境，提高安全意识，避免发生安全事故，经双方协商同意，签订如下协议：</w:t>
      </w:r>
    </w:p>
    <w:p>
      <w:pPr>
        <w:spacing w:before="100" w:after="200" w:line="360" w:lineRule="auto"/>
        <w:ind w:firstLine="576"/>
        <w:jc w:val="left"/>
      </w:pPr>
      <w:r>
        <w:rPr>
          <w:rFonts w:ascii="宋体" w:eastAsia="宋体" w:hAnsi="宋体"/>
          <w:sz w:val="28"/>
        </w:rPr>
        <w:t>1、住宿员工必须遵守国家的相关法律法规及公司的有关规定。</w:t>
      </w:r>
    </w:p>
    <w:p>
      <w:pPr>
        <w:spacing w:before="100" w:after="200" w:line="360" w:lineRule="auto"/>
        <w:ind w:firstLine="576"/>
        <w:jc w:val="left"/>
      </w:pPr>
      <w:r>
        <w:rPr>
          <w:rFonts w:ascii="宋体" w:eastAsia="宋体" w:hAnsi="宋体"/>
          <w:sz w:val="28"/>
        </w:rPr>
        <w:t>2、住宿员工应自行保管好自己的财物，出入随手锁门，禁止在宿舍内存放贵重物品和大量钱财。</w:t>
      </w:r>
    </w:p>
    <w:p>
      <w:pPr>
        <w:spacing w:before="100" w:after="200" w:line="360" w:lineRule="auto"/>
        <w:ind w:firstLine="576"/>
        <w:jc w:val="left"/>
      </w:pPr>
      <w:r>
        <w:rPr>
          <w:rFonts w:ascii="宋体" w:eastAsia="宋体" w:hAnsi="宋体"/>
          <w:sz w:val="28"/>
        </w:rPr>
        <w:t>3、不准私自调换房间和调换床位，不经他人允许不得乱动他人财物。</w:t>
      </w:r>
    </w:p>
    <w:p>
      <w:pPr>
        <w:spacing w:before="100" w:after="200" w:line="360" w:lineRule="auto"/>
        <w:ind w:firstLine="576"/>
        <w:jc w:val="left"/>
      </w:pPr>
      <w:r>
        <w:rPr>
          <w:rFonts w:ascii="宋体" w:eastAsia="宋体" w:hAnsi="宋体"/>
          <w:sz w:val="28"/>
        </w:rPr>
        <w:t>4、不准随意挪动室内各种设施、设备，损坏公共财产视情节轻重给予处罚及损失赔偿。</w:t>
      </w:r>
    </w:p>
    <w:p>
      <w:pPr>
        <w:spacing w:before="100" w:after="200" w:line="360" w:lineRule="auto"/>
        <w:ind w:firstLine="576"/>
        <w:jc w:val="left"/>
      </w:pPr>
      <w:r>
        <w:rPr>
          <w:rFonts w:ascii="宋体" w:eastAsia="宋体" w:hAnsi="宋体"/>
          <w:sz w:val="28"/>
        </w:rPr>
        <w:t>5、禁止在宿舍内吸烟，不准私自使用大功率电器设备及乱拉电线等违反消防规定等行为，不得在宿舍内存放各种管制刀具和易燃易爆物品。</w:t>
      </w:r>
    </w:p>
    <w:p>
      <w:pPr>
        <w:spacing w:before="100" w:after="200" w:line="360" w:lineRule="auto"/>
        <w:ind w:firstLine="576"/>
        <w:jc w:val="left"/>
      </w:pPr>
      <w:r>
        <w:rPr>
          <w:rFonts w:ascii="宋体" w:eastAsia="宋体" w:hAnsi="宋体"/>
          <w:sz w:val="28"/>
        </w:rPr>
        <w:t>6、严禁在宿舍内打架斗殴、吵闹，做到礼貌待人、文明住宿。</w:t>
      </w:r>
    </w:p>
    <w:p>
      <w:pPr>
        <w:spacing w:before="100" w:after="200" w:line="360" w:lineRule="auto"/>
        <w:ind w:firstLine="576"/>
        <w:jc w:val="left"/>
        <w:sectPr w:rsidSect="00034616">
          <w:type w:val="nextPage"/>
          <w:pgSz w:w="11906" w:h="16838"/>
          <w:pgMar w:top="1440" w:right="1440" w:bottom="1440" w:left="1440" w:header="720" w:footer="720" w:gutter="0"/>
          <w:pgNumType w:start="6"/>
          <w:cols w:space="720"/>
          <w:titlePg w:val="0"/>
          <w:docGrid w:linePitch="360"/>
        </w:sectPr>
      </w:pPr>
      <w:r>
        <w:rPr>
          <w:rFonts w:ascii="宋体" w:eastAsia="宋体" w:hAnsi="宋体"/>
          <w:sz w:val="28"/>
        </w:rPr>
        <w:t>7、禁止乱扔杂物，搞好员工自身及宿舍内的卫生，做到干净整洁、物品摆放有序。</w:t>
      </w:r>
    </w:p>
    <w:p>
      <w:pPr>
        <w:spacing w:before="100" w:after="200" w:line="360" w:lineRule="auto"/>
        <w:ind w:firstLine="576"/>
        <w:jc w:val="left"/>
      </w:pPr>
      <w:r>
        <w:rPr>
          <w:rFonts w:ascii="宋体" w:eastAsia="宋体" w:hAnsi="宋体"/>
          <w:sz w:val="28"/>
        </w:rPr>
        <w:t>8、注意节约用水、用电，离开房间时关闭所有电源，避免造成浪费，不留安全隐患。</w:t>
      </w:r>
    </w:p>
    <w:p>
      <w:pPr>
        <w:spacing w:before="100" w:after="200" w:line="360" w:lineRule="auto"/>
        <w:ind w:firstLine="576"/>
        <w:jc w:val="left"/>
      </w:pPr>
      <w:r>
        <w:rPr>
          <w:rFonts w:ascii="宋体" w:eastAsia="宋体" w:hAnsi="宋体"/>
          <w:sz w:val="28"/>
        </w:rPr>
        <w:t>9、对危及自己和他人安全的行为、动向，有制止、揭发、汇报的责任。</w:t>
      </w:r>
    </w:p>
    <w:p>
      <w:pPr>
        <w:spacing w:before="100" w:after="200" w:line="360" w:lineRule="auto"/>
        <w:ind w:firstLine="576"/>
        <w:jc w:val="left"/>
      </w:pPr>
      <w:r>
        <w:rPr>
          <w:rFonts w:ascii="宋体" w:eastAsia="宋体" w:hAnsi="宋体"/>
          <w:sz w:val="28"/>
        </w:rPr>
        <w:t>以上各项规定，请员工自觉遵守，凡违反上述任何一项，除通知所在部门进行批评教育外，视情节给予50至200元罚款。如造成本人、他人、国家经济损失触犯法律、法规者，除追究其本人行政责任外，将报送有关机关依法追究刑事责任。</w:t>
      </w:r>
    </w:p>
    <w:p>
      <w:pPr>
        <w:spacing w:before="100" w:after="200" w:line="360" w:lineRule="auto"/>
        <w:ind w:firstLine="576"/>
        <w:jc w:val="left"/>
      </w:pPr>
      <w:r>
        <w:rPr>
          <w:rFonts w:ascii="宋体" w:eastAsia="宋体" w:hAnsi="宋体"/>
          <w:sz w:val="28"/>
        </w:rPr>
        <w:t>甲方（盖章）：_____年__月__日</w:t>
      </w:r>
    </w:p>
    <w:p>
      <w:pPr>
        <w:spacing w:before="100" w:after="200" w:line="360" w:lineRule="auto"/>
        <w:ind w:firstLine="576"/>
        <w:jc w:val="left"/>
      </w:pPr>
      <w:r>
        <w:rPr>
          <w:rFonts w:ascii="宋体" w:eastAsia="宋体" w:hAnsi="宋体"/>
          <w:sz w:val="28"/>
        </w:rPr>
        <w:t>乙方（签字）：_____年__月__日</w:t>
      </w:r>
    </w:p>
    <w:p>
      <w:pPr>
        <w:spacing w:before="100" w:after="200" w:line="360" w:lineRule="auto"/>
        <w:ind w:firstLine="576"/>
        <w:jc w:val="left"/>
      </w:pPr>
      <w:r>
        <w:rPr>
          <w:rFonts w:ascii="宋体" w:eastAsia="宋体" w:hAnsi="宋体"/>
          <w:sz w:val="28"/>
        </w:rPr>
        <w:t>有关安全协议书4</w:t>
      </w:r>
    </w:p>
    <w:p>
      <w:pPr>
        <w:spacing w:before="100" w:after="200" w:line="360" w:lineRule="auto"/>
        <w:ind w:firstLine="576"/>
        <w:jc w:val="left"/>
      </w:pPr>
      <w:r>
        <w:rPr>
          <w:rFonts w:ascii="宋体" w:eastAsia="宋体" w:hAnsi="宋体"/>
          <w:sz w:val="28"/>
        </w:rPr>
        <w:t>一、车主（驾驶员）必须保证车辆的车牌、行驶证和机动车第三方责任保险、乘坐险等手续齐全，保证车况良好且年检合格。（家长应保存有关资料复印件）</w:t>
      </w:r>
    </w:p>
    <w:p>
      <w:pPr>
        <w:spacing w:before="100" w:after="200" w:line="360" w:lineRule="auto"/>
        <w:jc w:val="left"/>
      </w:pPr>
      <w:r>
        <w:rPr>
          <w:rFonts w:ascii="宋体 (中文正文)" w:eastAsia="宋体" w:hAnsi="宋体 (中文正文)"/>
          <w:b/>
          <w:sz w:val="28"/>
        </w:rPr>
        <w:t>二、驾驶员必须持有驾驶证，身体健康，具备相应准驾车型3年以上安全驾驶经历。</w:t>
      </w:r>
    </w:p>
    <w:p>
      <w:pPr>
        <w:spacing w:before="100" w:after="200" w:line="360" w:lineRule="auto"/>
        <w:ind w:firstLine="576"/>
        <w:jc w:val="left"/>
      </w:pPr>
      <w:r>
        <w:rPr>
          <w:rFonts w:ascii="宋体" w:eastAsia="宋体" w:hAnsi="宋体"/>
          <w:sz w:val="28"/>
        </w:rPr>
        <w:t>三、驾驶员要重视车辆的保养和维修，必须遵守交通规则，坚决不超速行驶、不超员行驶、不疲劳驾驶、不酒后驾驶。</w:t>
      </w:r>
    </w:p>
    <w:p>
      <w:pPr>
        <w:spacing w:before="100" w:after="200" w:line="360" w:lineRule="auto"/>
        <w:ind w:firstLine="576"/>
        <w:jc w:val="left"/>
      </w:pPr>
      <w:r>
        <w:rPr>
          <w:rFonts w:ascii="宋体" w:eastAsia="宋体" w:hAnsi="宋体"/>
          <w:sz w:val="28"/>
        </w:rPr>
        <w:t>四、车主（驾驶员）与家长之间保持通信畅通，遇有极端恶劣天气时，双方约定接送时间和地点，减速慢行，确保学生安全。</w:t>
      </w:r>
    </w:p>
    <w:p>
      <w:pPr>
        <w:spacing w:before="100" w:after="200" w:line="360" w:lineRule="auto"/>
        <w:jc w:val="left"/>
        <w:sectPr w:rsidSect="00034616">
          <w:type w:val="nextPage"/>
          <w:pgSz w:w="11906" w:h="16838"/>
          <w:pgMar w:top="1440" w:right="1440" w:bottom="1440" w:left="1440" w:header="720" w:footer="720" w:gutter="0"/>
          <w:pgNumType w:start="7"/>
          <w:cols w:space="720"/>
          <w:titlePg w:val="0"/>
          <w:docGrid w:linePitch="360"/>
        </w:sectPr>
      </w:pPr>
      <w:r>
        <w:rPr>
          <w:rFonts w:ascii="宋体 (中文正文)" w:eastAsia="宋体" w:hAnsi="宋体 (中文正文)"/>
          <w:b/>
          <w:sz w:val="28"/>
        </w:rPr>
        <w:t>五、租用车辆要按照双方协商路线行驶，需临时改变路线的，经双方商定后执行。</w:t>
      </w:r>
    </w:p>
    <w:p>
      <w:pPr>
        <w:spacing w:before="100" w:after="200" w:line="360" w:lineRule="auto"/>
        <w:jc w:val="left"/>
      </w:pPr>
      <w:r>
        <w:rPr>
          <w:rFonts w:ascii="宋体 (中文正文)" w:eastAsia="宋体" w:hAnsi="宋体 (中文正文)"/>
          <w:sz w:val="28"/>
        </w:rPr>
        <w:t>学生家长：</w:t>
      </w:r>
    </w:p>
    <w:p>
      <w:pPr>
        <w:spacing w:before="100" w:after="200" w:line="360" w:lineRule="auto"/>
        <w:jc w:val="left"/>
      </w:pPr>
      <w:r>
        <w:rPr>
          <w:rFonts w:ascii="宋体 (中文正文)" w:eastAsia="宋体" w:hAnsi="宋体 (中文正文)"/>
          <w:sz w:val="28"/>
        </w:rPr>
        <w:t>车主（驾驶员）：</w:t>
      </w:r>
    </w:p>
    <w:p>
      <w:pPr>
        <w:spacing w:before="100" w:after="200" w:line="360" w:lineRule="auto"/>
        <w:ind w:firstLine="576"/>
        <w:jc w:val="left"/>
      </w:pPr>
      <w:r>
        <w:rPr>
          <w:rFonts w:ascii="宋体" w:eastAsia="宋体" w:hAnsi="宋体"/>
          <w:sz w:val="28"/>
        </w:rPr>
        <w:t>20xx年9月6日</w:t>
      </w:r>
    </w:p>
    <w:p>
      <w:pPr>
        <w:spacing w:before="100" w:after="200" w:line="360" w:lineRule="auto"/>
        <w:ind w:firstLine="576"/>
        <w:jc w:val="left"/>
      </w:pPr>
      <w:r>
        <w:rPr>
          <w:rFonts w:ascii="宋体" w:eastAsia="宋体" w:hAnsi="宋体"/>
          <w:sz w:val="28"/>
        </w:rPr>
        <w:t>有关安全协议书5</w:t>
      </w:r>
    </w:p>
    <w:p>
      <w:pPr>
        <w:spacing w:before="100" w:after="200" w:line="360" w:lineRule="auto"/>
        <w:jc w:val="left"/>
      </w:pPr>
      <w:r>
        <w:rPr>
          <w:rFonts w:ascii="宋体 (中文正文)" w:eastAsia="宋体" w:hAnsi="宋体 (中文正文)"/>
          <w:sz w:val="28"/>
        </w:rPr>
        <w:t>甲方：</w:t>
      </w:r>
    </w:p>
    <w:p>
      <w:pPr>
        <w:spacing w:before="100" w:after="200" w:line="360" w:lineRule="auto"/>
        <w:jc w:val="left"/>
      </w:pPr>
      <w:r>
        <w:rPr>
          <w:rFonts w:ascii="宋体 (中文正文)" w:eastAsia="宋体" w:hAnsi="宋体 (中文正文)"/>
          <w:sz w:val="28"/>
        </w:rPr>
        <w:t>乙方：</w:t>
      </w:r>
    </w:p>
    <w:p>
      <w:pPr>
        <w:spacing w:before="100" w:after="200" w:line="360" w:lineRule="auto"/>
        <w:ind w:firstLine="576"/>
        <w:jc w:val="left"/>
      </w:pPr>
      <w:r>
        <w:rPr>
          <w:rFonts w:ascii="宋体" w:eastAsia="宋体" w:hAnsi="宋体"/>
          <w:sz w:val="28"/>
        </w:rPr>
        <w:t>经甲、乙双方友好协商，双方就市场保证金事宜，达成如下协议：</w:t>
      </w:r>
    </w:p>
    <w:p>
      <w:pPr>
        <w:spacing w:before="100" w:after="200" w:line="360" w:lineRule="auto"/>
        <w:ind w:firstLine="576"/>
        <w:jc w:val="left"/>
      </w:pPr>
      <w:r>
        <w:rPr>
          <w:rFonts w:ascii="宋体" w:eastAsia="宋体" w:hAnsi="宋体"/>
          <w:sz w:val="28"/>
        </w:rPr>
        <w:t>一、乙方经甲方考察、评估并确认符合甲方开店条件后，甲乙双方签定经销合同，同时乙方向甲方交纳市场保证金（人民币）元，作为信守约定和维护市场秩序的一种经济保证形式。</w:t>
      </w:r>
    </w:p>
    <w:p>
      <w:pPr>
        <w:spacing w:before="100" w:after="200" w:line="360" w:lineRule="auto"/>
        <w:ind w:firstLine="576"/>
        <w:jc w:val="left"/>
      </w:pPr>
      <w:r>
        <w:rPr>
          <w:rFonts w:ascii="宋体" w:eastAsia="宋体" w:hAnsi="宋体"/>
          <w:sz w:val="28"/>
        </w:rPr>
        <w:t>二、甲方收取市场保证金后，给乙方开具市场保证金收据，作为交、退款凭据，此收据由乙方妥善保管。</w:t>
      </w:r>
    </w:p>
    <w:p>
      <w:pPr>
        <w:spacing w:before="100" w:after="200" w:line="360" w:lineRule="auto"/>
        <w:ind w:firstLine="576"/>
        <w:jc w:val="left"/>
      </w:pPr>
      <w:r>
        <w:rPr>
          <w:rFonts w:ascii="宋体" w:eastAsia="宋体" w:hAnsi="宋体"/>
          <w:sz w:val="28"/>
        </w:rPr>
        <w:t>三、市场保证金不计息，双方经销合同终止后，按第五条规定，甲方凭市场保证金收据向乙方退还全部或部分市场保证金。</w:t>
      </w:r>
    </w:p>
    <w:p>
      <w:pPr>
        <w:spacing w:before="100" w:after="200" w:line="360" w:lineRule="auto"/>
        <w:ind w:firstLine="576"/>
        <w:jc w:val="left"/>
      </w:pPr>
      <w:r>
        <w:rPr>
          <w:rFonts w:ascii="宋体" w:eastAsia="宋体" w:hAnsi="宋体"/>
          <w:sz w:val="28"/>
        </w:rPr>
        <w:t>四、乙方若因主观原因造成经营不善，需要提前终止合同并退还保证金的，乙方需在约定的期限内按甲方制定的市场价格体系消化完所有货物后，可向甲方提出书面申请退还市场保证金。（附：市场保证金退还申请书）</w:t>
      </w:r>
    </w:p>
    <w:p>
      <w:pPr>
        <w:spacing w:before="100" w:after="200" w:line="360" w:lineRule="auto"/>
        <w:jc w:val="left"/>
        <w:sectPr w:rsidSect="00034616">
          <w:type w:val="nextPage"/>
          <w:pgSz w:w="11906" w:h="16838"/>
          <w:pgMar w:top="1440" w:right="1440" w:bottom="1440" w:left="1440" w:header="720" w:footer="720" w:gutter="0"/>
          <w:pgNumType w:start="8"/>
          <w:cols w:space="720"/>
          <w:titlePg w:val="0"/>
          <w:docGrid w:linePitch="360"/>
        </w:sectPr>
      </w:pPr>
      <w:r>
        <w:rPr>
          <w:rFonts w:ascii="宋体 (中文正文)" w:eastAsia="宋体" w:hAnsi="宋体 (中文正文)"/>
          <w:b/>
          <w:sz w:val="28"/>
        </w:rPr>
        <w:t>五、如果出现下列情况之一，甲方将有权扣罚乙方交纳的.全部或部分市场保证金：</w:t>
      </w:r>
    </w:p>
    <w:p>
      <w:pPr>
        <w:spacing w:before="100" w:after="200" w:line="360" w:lineRule="auto"/>
        <w:ind w:firstLine="576"/>
        <w:jc w:val="left"/>
      </w:pPr>
      <w:r>
        <w:rPr>
          <w:rFonts w:ascii="宋体" w:eastAsia="宋体" w:hAnsi="宋体"/>
          <w:sz w:val="28"/>
        </w:rPr>
        <w:t>1.在合同有效期内乙方未经甲方同意而单方面终止经销合同时，甲方将扣罚全部市场保证金；</w:t>
      </w:r>
    </w:p>
    <w:p>
      <w:pPr>
        <w:spacing w:before="100" w:after="200" w:line="360" w:lineRule="auto"/>
        <w:ind w:firstLine="576"/>
        <w:jc w:val="left"/>
      </w:pPr>
      <w:r>
        <w:rPr>
          <w:rFonts w:ascii="宋体" w:eastAsia="宋体" w:hAnsi="宋体"/>
          <w:sz w:val="28"/>
        </w:rPr>
        <w:t>2.在合同有效期内乙方店内经销与其他商家产品类似的其他品牌产品，甲方将扣罚全部市场保证金；</w:t>
      </w:r>
    </w:p>
    <w:p>
      <w:pPr>
        <w:spacing w:before="100" w:after="200" w:line="360" w:lineRule="auto"/>
        <w:ind w:firstLine="576"/>
        <w:jc w:val="left"/>
      </w:pPr>
      <w:r>
        <w:rPr>
          <w:rFonts w:ascii="宋体" w:eastAsia="宋体" w:hAnsi="宋体"/>
          <w:sz w:val="28"/>
        </w:rPr>
        <w:t>3.乙方如果高于甲方规定的最高市场价销售，以及不遵守工程申报制度等，导致破坏甲方市场秩序，甲方将部分或全部扣罚市场保证金：</w:t>
      </w:r>
    </w:p>
    <w:p>
      <w:pPr>
        <w:spacing w:before="100" w:after="200" w:line="360" w:lineRule="auto"/>
        <w:ind w:firstLine="576"/>
        <w:jc w:val="left"/>
      </w:pPr>
      <w:r>
        <w:rPr>
          <w:rFonts w:ascii="宋体" w:eastAsia="宋体" w:hAnsi="宋体"/>
          <w:sz w:val="28"/>
        </w:rPr>
        <w:t>3.1乙方故意扰乱市场秩序，导致甲方市场无法挽回，扣罚全部市场保证金；</w:t>
      </w:r>
    </w:p>
    <w:p>
      <w:pPr>
        <w:spacing w:before="100" w:after="200" w:line="360" w:lineRule="auto"/>
        <w:ind w:firstLine="576"/>
        <w:jc w:val="left"/>
      </w:pPr>
      <w:r>
        <w:rPr>
          <w:rFonts w:ascii="宋体" w:eastAsia="宋体" w:hAnsi="宋体"/>
          <w:sz w:val="28"/>
        </w:rPr>
        <w:t>3.2乙方无意的造成市场秩序混乱，导致甲方市场无法挽回，扣罚80%市场保证金；</w:t>
      </w:r>
    </w:p>
    <w:p>
      <w:pPr>
        <w:spacing w:before="100" w:after="200" w:line="360" w:lineRule="auto"/>
        <w:ind w:firstLine="576"/>
        <w:jc w:val="left"/>
      </w:pPr>
      <w:r>
        <w:rPr>
          <w:rFonts w:ascii="宋体" w:eastAsia="宋体" w:hAnsi="宋体"/>
          <w:sz w:val="28"/>
        </w:rPr>
        <w:t>3.3乙方无意的造成市场秩序混乱，并全力协助甲方挽回市场的，扣罚50%市场保证金；</w:t>
      </w:r>
    </w:p>
    <w:p>
      <w:pPr>
        <w:spacing w:before="100" w:after="200" w:line="360" w:lineRule="auto"/>
        <w:ind w:firstLine="576"/>
        <w:jc w:val="left"/>
      </w:pPr>
      <w:r>
        <w:rPr>
          <w:rFonts w:ascii="宋体" w:eastAsia="宋体" w:hAnsi="宋体"/>
          <w:sz w:val="28"/>
        </w:rPr>
        <w:t>4.乙方需按甲方制定的专卖店、专柜摊位管理规定管理店面，若不按规定，经甲方抽查每违规一次，扣罚5～20%市场保证金。</w:t>
      </w:r>
    </w:p>
    <w:p>
      <w:pPr>
        <w:spacing w:before="100" w:after="200" w:line="360" w:lineRule="auto"/>
        <w:ind w:firstLine="576"/>
        <w:jc w:val="left"/>
      </w:pPr>
      <w:r>
        <w:rPr>
          <w:rFonts w:ascii="宋体" w:eastAsia="宋体" w:hAnsi="宋体"/>
          <w:sz w:val="28"/>
        </w:rPr>
        <w:t>5.市场保证金被扣罚后，乙方须在两个月内将所扣部分如数补足，否则，将影响下一次的合同续签。</w:t>
      </w:r>
    </w:p>
    <w:p>
      <w:pPr>
        <w:spacing w:before="100" w:after="200" w:line="360" w:lineRule="auto"/>
        <w:jc w:val="left"/>
      </w:pPr>
      <w:r>
        <w:rPr>
          <w:rFonts w:ascii="宋体 (中文正文)" w:eastAsia="宋体" w:hAnsi="宋体 (中文正文)"/>
          <w:b/>
          <w:sz w:val="28"/>
        </w:rPr>
        <w:t>六、本协议作为经销合同的附件，连合同一起执行并具同等法律效力。</w:t>
      </w:r>
    </w:p>
    <w:p>
      <w:pPr>
        <w:spacing w:before="100" w:after="200" w:line="360" w:lineRule="auto"/>
        <w:jc w:val="left"/>
      </w:pPr>
      <w:r>
        <w:rPr>
          <w:rFonts w:ascii="宋体 (中文正文)" w:eastAsia="宋体" w:hAnsi="宋体 (中文正文)"/>
          <w:b/>
          <w:sz w:val="28"/>
        </w:rPr>
        <w:t>七、本协议书一式三份，甲方执两份，乙方执一份，经甲乙双方签字盖章后生效。</w:t>
      </w:r>
    </w:p>
    <w:p>
      <w:pPr>
        <w:spacing w:before="100" w:after="200" w:line="360" w:lineRule="auto"/>
        <w:jc w:val="left"/>
      </w:pPr>
      <w:r>
        <w:rPr>
          <w:rFonts w:ascii="宋体 (中文正文)" w:eastAsia="宋体" w:hAnsi="宋体 (中文正文)"/>
          <w:sz w:val="28"/>
        </w:rPr>
        <w:t>甲方：乙方：</w:t>
      </w:r>
    </w:p>
    <w:p>
      <w:pPr>
        <w:spacing w:before="100" w:after="200" w:line="360" w:lineRule="auto"/>
        <w:ind w:firstLine="576"/>
        <w:jc w:val="left"/>
        <w:sectPr w:rsidSect="00034616">
          <w:type w:val="nextPage"/>
          <w:pgSz w:w="11906" w:h="16838"/>
          <w:pgMar w:top="1440" w:right="1440" w:bottom="1440" w:left="1440" w:header="720" w:footer="720" w:gutter="0"/>
          <w:pgNumType w:start="9"/>
          <w:cols w:space="720"/>
          <w:titlePg w:val="0"/>
          <w:docGrid w:linePitch="360"/>
        </w:sectPr>
      </w:pPr>
      <w:r>
        <w:rPr>
          <w:rFonts w:ascii="宋体" w:eastAsia="宋体" w:hAnsi="宋体"/>
          <w:sz w:val="28"/>
        </w:rPr>
        <w:t>委托代理人：主要经营者：</w:t>
      </w:r>
    </w:p>
    <w:p>
      <w:pPr>
        <w:spacing w:before="100" w:after="200" w:line="360" w:lineRule="auto"/>
        <w:jc w:val="left"/>
      </w:pPr>
      <w:r>
        <w:rPr>
          <w:rFonts w:ascii="宋体 (中文正文)" w:eastAsia="宋体" w:hAnsi="宋体 (中文正文)"/>
          <w:sz w:val="28"/>
        </w:rPr>
        <w:t>日期：日期：</w:t>
      </w:r>
    </w:p>
    <w:p>
      <w:pPr>
        <w:spacing w:before="100" w:after="200" w:line="360" w:lineRule="auto"/>
        <w:ind w:firstLine="576"/>
        <w:jc w:val="left"/>
      </w:pPr>
      <w:r>
        <w:rPr>
          <w:rFonts w:ascii="宋体" w:eastAsia="宋体" w:hAnsi="宋体"/>
          <w:sz w:val="28"/>
        </w:rPr>
        <w:t>有关安全协议书6</w:t>
      </w:r>
    </w:p>
    <w:p>
      <w:pPr>
        <w:spacing w:before="100" w:after="200" w:line="360" w:lineRule="auto"/>
        <w:jc w:val="left"/>
      </w:pPr>
      <w:r>
        <w:rPr>
          <w:rFonts w:ascii="宋体 (中文正文)" w:eastAsia="宋体" w:hAnsi="宋体 (中文正文)"/>
          <w:sz w:val="28"/>
        </w:rPr>
        <w:t>尊敬的家长：</w:t>
      </w:r>
    </w:p>
    <w:p>
      <w:pPr>
        <w:spacing w:before="100" w:after="200" w:line="360" w:lineRule="auto"/>
        <w:ind w:firstLine="576"/>
        <w:jc w:val="left"/>
      </w:pPr>
      <w:r>
        <w:rPr>
          <w:rFonts w:ascii="宋体" w:eastAsia="宋体" w:hAnsi="宋体"/>
          <w:sz w:val="28"/>
        </w:rPr>
        <w:t>关爱幼儿的身心健康，保证幼儿的安全，是幼儿园和家长的共同责任，为达到家园一致教育的良好效果，特制定如下安全接送协议，望家长理解配合。</w:t>
      </w:r>
    </w:p>
    <w:p>
      <w:pPr>
        <w:spacing w:before="100" w:after="200" w:line="360" w:lineRule="auto"/>
        <w:ind w:firstLine="576"/>
        <w:jc w:val="left"/>
      </w:pPr>
      <w:r>
        <w:rPr>
          <w:rFonts w:ascii="宋体" w:eastAsia="宋体" w:hAnsi="宋体"/>
          <w:sz w:val="28"/>
        </w:rPr>
        <w:t>一、请家长每天上午_______：_______-_______：_______分之间、下午_______：_______-_______：_______分之间将孩子送到园内，为了孩子的安全，入园时必须将孩子送到本班或值班老师手中，并当面交接，不要让孩子自行在园内玩耍，以防意外发生。在将孩子交与老师之前，一切安全问题由家长负责。</w:t>
      </w:r>
    </w:p>
    <w:p>
      <w:pPr>
        <w:spacing w:before="100" w:after="200" w:line="360" w:lineRule="auto"/>
        <w:ind w:firstLine="576"/>
        <w:jc w:val="left"/>
      </w:pPr>
      <w:r>
        <w:rPr>
          <w:rFonts w:ascii="宋体" w:eastAsia="宋体" w:hAnsi="宋体"/>
          <w:sz w:val="28"/>
        </w:rPr>
        <w:t>二、为安全起见，请家长不要让孩子携带贵重物品、危险物品入园。幼儿来园前请家长注意查看幼儿的口袋，如发现有危险物品(如小刀、药片、铁钉、小颗粒物、钉锥、弹子、碎玻璃等物品)应立即取出，并及时对孩子进行教育。</w:t>
      </w:r>
    </w:p>
    <w:p>
      <w:pPr>
        <w:spacing w:before="100" w:after="200" w:line="360" w:lineRule="auto"/>
        <w:ind w:firstLine="576"/>
        <w:jc w:val="left"/>
      </w:pPr>
      <w:r>
        <w:rPr>
          <w:rFonts w:ascii="宋体" w:eastAsia="宋体" w:hAnsi="宋体"/>
          <w:sz w:val="28"/>
        </w:rPr>
        <w:t>三、孩子早晨来园后应送保健老师处晨检，半托幼儿如有需要喂药者，请将药交与保健老师处，注明用法、用量，并请签上家长姓名，另接有关部门通知，本园谢绝代喂抗生素及补品类药物。</w:t>
      </w:r>
    </w:p>
    <w:p>
      <w:pPr>
        <w:spacing w:before="100" w:after="200" w:line="360" w:lineRule="auto"/>
        <w:ind w:firstLine="576"/>
        <w:jc w:val="left"/>
      </w:pPr>
      <w:r>
        <w:rPr>
          <w:rFonts w:ascii="宋体" w:eastAsia="宋体" w:hAnsi="宋体"/>
          <w:sz w:val="28"/>
        </w:rPr>
        <w:t>四、一般情况，不要让幼儿无故缺席、迟到。孩子因各种原因不能来园，请事先向教师递交假条做好请假工作，让老师心中有数。</w:t>
      </w:r>
    </w:p>
    <w:p>
      <w:pPr>
        <w:spacing w:before="100" w:after="200" w:line="360" w:lineRule="auto"/>
        <w:ind w:firstLine="576"/>
        <w:jc w:val="left"/>
        <w:sectPr w:rsidSect="00034616">
          <w:type w:val="nextPage"/>
          <w:pgSz w:w="11906" w:h="16838"/>
          <w:pgMar w:top="1440" w:right="1440" w:bottom="1440" w:left="1440" w:header="720" w:footer="720" w:gutter="0"/>
          <w:pgNumType w:start="10"/>
          <w:cols w:space="720"/>
          <w:titlePg w:val="0"/>
          <w:docGrid w:linePitch="360"/>
        </w:sectPr>
      </w:pPr>
    </w:p>
    <w:p>
      <w:pPr>
        <w:spacing w:before="100" w:after="200" w:line="360" w:lineRule="auto"/>
        <w:ind w:firstLine="576"/>
        <w:jc w:val="left"/>
      </w:pPr>
      <w:r>
        <w:rPr>
          <w:rFonts w:ascii="宋体" w:eastAsia="宋体" w:hAnsi="宋体"/>
          <w:sz w:val="28"/>
        </w:rPr>
        <w:t>五、孩子的接送：原则上由父母亲自接送，如有困难委托他人接送时，为了安全，被委托来接送幼儿的人，应具备完全行为能力(年满十八岁以上的正常人)。并请提前联络老师，将被委托者之姓名、性别、年龄、特征、衣着与孩子之间的关系告诉老师。有参加园外兴趣小组的幼儿，请家长提前告知老师，签好委托书，并由园外兴趣小组老师持委托书接送幼儿。幼儿园安全接送协议书_合同范本</w:t>
      </w:r>
    </w:p>
    <w:p>
      <w:pPr>
        <w:spacing w:before="100" w:after="200" w:line="360" w:lineRule="auto"/>
        <w:jc w:val="left"/>
      </w:pPr>
      <w:r>
        <w:rPr>
          <w:rFonts w:ascii="宋体 (中文正文)" w:eastAsia="宋体" w:hAnsi="宋体 (中文正文)"/>
          <w:sz w:val="28"/>
        </w:rPr>
        <w:t>尊敬的家长：</w:t>
      </w:r>
    </w:p>
    <w:p>
      <w:pPr>
        <w:spacing w:before="100" w:after="200" w:line="360" w:lineRule="auto"/>
        <w:ind w:firstLine="576"/>
        <w:jc w:val="left"/>
      </w:pPr>
      <w:r>
        <w:rPr>
          <w:rFonts w:ascii="宋体" w:eastAsia="宋体" w:hAnsi="宋体"/>
          <w:sz w:val="28"/>
        </w:rPr>
        <w:t>关爱幼儿，确保安全，是我们家园共同的责任，为使孩子们健康、自由、快乐的成长，特制定安全接送协议，具体如下：</w:t>
      </w:r>
    </w:p>
    <w:p>
      <w:pPr>
        <w:spacing w:before="100" w:after="200" w:line="360" w:lineRule="auto"/>
        <w:jc w:val="left"/>
      </w:pPr>
      <w:r>
        <w:rPr>
          <w:rFonts w:ascii="宋体 (中文正文)" w:eastAsia="宋体" w:hAnsi="宋体 (中文正文)"/>
          <w:b/>
          <w:sz w:val="28"/>
        </w:rPr>
        <w:t>二、送孩子入园时，必须将孩子亲自交待给本班或值班教师，防止意外事情的发生。</w:t>
      </w:r>
    </w:p>
    <w:p>
      <w:pPr>
        <w:spacing w:before="100" w:after="200" w:line="360" w:lineRule="auto"/>
        <w:jc w:val="left"/>
      </w:pPr>
      <w:r>
        <w:rPr>
          <w:rFonts w:ascii="宋体 (中文正文)" w:eastAsia="宋体" w:hAnsi="宋体 (中文正文)"/>
          <w:b/>
          <w:sz w:val="28"/>
        </w:rPr>
        <w:t>三、为安全期间，请家长不要让幼儿携带贵重物品、危险物品入园。</w:t>
      </w:r>
    </w:p>
    <w:p>
      <w:pPr>
        <w:spacing w:before="100" w:after="200" w:line="360" w:lineRule="auto"/>
        <w:ind w:firstLine="576"/>
        <w:jc w:val="left"/>
      </w:pPr>
      <w:r>
        <w:rPr>
          <w:rFonts w:ascii="宋体" w:eastAsia="宋体" w:hAnsi="宋体"/>
          <w:sz w:val="28"/>
        </w:rPr>
        <w:t>四、早晨送孩子入园时，应自觉带孩子接受教师的晨检，如需要喂药，请将药效、药名、用量、次数如实地填在晨检登记表上。</w:t>
      </w:r>
    </w:p>
    <w:p>
      <w:pPr>
        <w:spacing w:before="100" w:after="200" w:line="360" w:lineRule="auto"/>
        <w:ind w:firstLine="576"/>
        <w:jc w:val="left"/>
      </w:pPr>
      <w:r>
        <w:rPr>
          <w:rFonts w:ascii="宋体" w:eastAsia="宋体" w:hAnsi="宋体"/>
          <w:sz w:val="28"/>
        </w:rPr>
        <w:t>七、为防止一切意外事故的发生，为防止手、足、口病及水痘的传播与蔓延，放学后禁止在园内逗留，禁止在园内玩各种玩具，如劝告制止不从者，发生事故，幼儿园概不负责。</w:t>
      </w:r>
    </w:p>
    <w:p>
      <w:pPr>
        <w:spacing w:before="100" w:after="200" w:line="360" w:lineRule="auto"/>
        <w:ind w:firstLine="576"/>
        <w:jc w:val="left"/>
      </w:pPr>
      <w:r>
        <w:rPr>
          <w:rFonts w:ascii="宋体" w:eastAsia="宋体" w:hAnsi="宋体"/>
          <w:sz w:val="28"/>
        </w:rPr>
        <w:t>后勤主任签字__________</w:t>
      </w:r>
    </w:p>
    <w:p>
      <w:pPr>
        <w:spacing w:before="100" w:after="200" w:line="360" w:lineRule="auto"/>
        <w:ind w:firstLine="576"/>
        <w:jc w:val="left"/>
      </w:pPr>
      <w:r>
        <w:rPr>
          <w:rFonts w:ascii="宋体" w:eastAsia="宋体" w:hAnsi="宋体"/>
          <w:sz w:val="28"/>
        </w:rPr>
        <w:t>家长签字：____________</w:t>
      </w:r>
    </w:p>
    <w:p>
      <w:pPr>
        <w:spacing w:before="100" w:after="200" w:line="360" w:lineRule="auto"/>
        <w:ind w:firstLine="576"/>
        <w:jc w:val="left"/>
      </w:pPr>
      <w:r>
        <w:rPr>
          <w:rFonts w:ascii="宋体" w:eastAsia="宋体" w:hAnsi="宋体"/>
          <w:sz w:val="28"/>
        </w:rPr>
        <w:t>________________幼儿园</w:t>
      </w:r>
    </w:p>
    <w:p>
      <w:pPr>
        <w:spacing w:before="100" w:after="200" w:line="360" w:lineRule="auto"/>
        <w:ind w:firstLine="576"/>
        <w:jc w:val="left"/>
      </w:pPr>
      <w:r>
        <w:rPr>
          <w:rFonts w:ascii="宋体" w:eastAsia="宋体" w:hAnsi="宋体"/>
          <w:sz w:val="28"/>
        </w:rPr>
        <w:t>______年______月____日</w:t>
      </w:r>
    </w:p>
    <w:p>
      <w:pPr>
        <w:spacing w:before="100" w:after="200" w:line="360" w:lineRule="auto"/>
        <w:ind w:firstLine="576"/>
        <w:jc w:val="left"/>
        <w:sectPr w:rsidSect="00034616">
          <w:type w:val="nextPage"/>
          <w:pgSz w:w="11906" w:h="16838"/>
          <w:pgMar w:top="1440" w:right="1440" w:bottom="1440" w:left="1440" w:header="720" w:footer="720" w:gutter="0"/>
          <w:pgNumType w:start="11"/>
          <w:cols w:space="720"/>
          <w:titlePg w:val="0"/>
          <w:docGrid w:linePitch="360"/>
        </w:sectPr>
      </w:pPr>
      <w:r>
        <w:rPr>
          <w:rFonts w:ascii="宋体" w:eastAsia="宋体" w:hAnsi="宋体"/>
          <w:sz w:val="28"/>
        </w:rPr>
        <w:t>有关安全协议书7</w:t>
      </w:r>
    </w:p>
    <w:p>
      <w:pPr>
        <w:spacing w:before="100" w:after="200" w:line="360" w:lineRule="auto"/>
        <w:ind w:firstLine="576"/>
        <w:jc w:val="left"/>
      </w:pPr>
      <w:r>
        <w:rPr>
          <w:rFonts w:ascii="宋体" w:eastAsia="宋体" w:hAnsi="宋体"/>
          <w:sz w:val="28"/>
        </w:rPr>
        <w:t>为确保公司员工因工作外出办事期间的人身安全、增强员工的安全意识、严格责任界限。根据国家有关法律法规，结合公司实际情况，现就外出办事员工的安全事宜约定如下：</w:t>
      </w:r>
    </w:p>
    <w:p>
      <w:pPr>
        <w:spacing w:before="100" w:after="200" w:line="360" w:lineRule="auto"/>
        <w:ind w:firstLine="576"/>
        <w:jc w:val="left"/>
      </w:pPr>
      <w:r>
        <w:rPr>
          <w:rFonts w:ascii="宋体" w:eastAsia="宋体" w:hAnsi="宋体"/>
          <w:sz w:val="28"/>
        </w:rPr>
        <w:t>1、严格遵守国家法律、法规和公司各项安全规章制度、管理规定，牢固树立“安全第一，预防为主”的思想，积极防范各类安全事故的发生。</w:t>
      </w:r>
    </w:p>
    <w:p>
      <w:pPr>
        <w:spacing w:before="100" w:after="200" w:line="360" w:lineRule="auto"/>
        <w:ind w:firstLine="576"/>
        <w:jc w:val="left"/>
      </w:pPr>
      <w:r>
        <w:rPr>
          <w:rFonts w:ascii="宋体" w:eastAsia="宋体" w:hAnsi="宋体"/>
          <w:sz w:val="28"/>
        </w:rPr>
        <w:t>2、外出公差前由单位领导讲授安全注意事项，到安全环保科办理相关手续，增强自身安全防范意识，做到“三不伤害”（即不伤害自己，不伤害他人及不被他人伤害）。</w:t>
      </w:r>
    </w:p>
    <w:p>
      <w:pPr>
        <w:spacing w:before="100" w:after="200" w:line="360" w:lineRule="auto"/>
        <w:ind w:firstLine="576"/>
        <w:jc w:val="left"/>
      </w:pPr>
      <w:r>
        <w:rPr>
          <w:rFonts w:ascii="宋体" w:eastAsia="宋体" w:hAnsi="宋体"/>
          <w:sz w:val="28"/>
        </w:rPr>
        <w:t>3、若外出期间发生安全事故，应及时向单位领导报告，并做好求援，配合相关部门做好处理工作。</w:t>
      </w:r>
    </w:p>
    <w:p>
      <w:pPr>
        <w:spacing w:before="100" w:after="200" w:line="360" w:lineRule="auto"/>
        <w:ind w:firstLine="576"/>
        <w:jc w:val="left"/>
      </w:pPr>
      <w:r>
        <w:rPr>
          <w:rFonts w:ascii="宋体" w:eastAsia="宋体" w:hAnsi="宋体"/>
          <w:sz w:val="28"/>
        </w:rPr>
        <w:t>4、外出公差期间，严格按指定路线、地点出行。未经单位领导许可，不得私自更改路线、目的地或外出游玩和探亲等活动。</w:t>
      </w:r>
    </w:p>
    <w:p>
      <w:pPr>
        <w:spacing w:before="100" w:after="200" w:line="360" w:lineRule="auto"/>
        <w:ind w:firstLine="576"/>
        <w:jc w:val="left"/>
      </w:pPr>
      <w:r>
        <w:rPr>
          <w:rFonts w:ascii="宋体" w:eastAsia="宋体" w:hAnsi="宋体"/>
          <w:sz w:val="28"/>
        </w:rPr>
        <w:t>5、外出乘坐交通工具时，不乘坐无牌、无证、超载的车辆和非客运车辆。</w:t>
      </w:r>
    </w:p>
    <w:p>
      <w:pPr>
        <w:spacing w:before="100" w:after="200" w:line="360" w:lineRule="auto"/>
        <w:ind w:firstLine="576"/>
        <w:jc w:val="left"/>
      </w:pPr>
      <w:r>
        <w:rPr>
          <w:rFonts w:ascii="宋体" w:eastAsia="宋体" w:hAnsi="宋体"/>
          <w:sz w:val="28"/>
        </w:rPr>
        <w:t>6、严格遵守交通法规，杜绝交通意外事故发生。</w:t>
      </w:r>
    </w:p>
    <w:p>
      <w:pPr>
        <w:spacing w:before="100" w:after="200" w:line="360" w:lineRule="auto"/>
        <w:ind w:firstLine="576"/>
        <w:jc w:val="left"/>
      </w:pPr>
      <w:r>
        <w:rPr>
          <w:rFonts w:ascii="宋体" w:eastAsia="宋体" w:hAnsi="宋体"/>
          <w:sz w:val="28"/>
        </w:rPr>
        <w:t>7、外出住宿时，遵守宾馆、酒店的管理制度，做好防火、防盗等安全措施，保管好自己的随身贵重财物。</w:t>
      </w:r>
    </w:p>
    <w:p>
      <w:pPr>
        <w:spacing w:before="100" w:after="200" w:line="360" w:lineRule="auto"/>
        <w:ind w:firstLine="576"/>
        <w:jc w:val="left"/>
      </w:pPr>
      <w:r>
        <w:rPr>
          <w:rFonts w:ascii="宋体" w:eastAsia="宋体" w:hAnsi="宋体"/>
          <w:sz w:val="28"/>
        </w:rPr>
        <w:t>8、外出公差期间应举止文明，不进入歌舞厅、酒吧、麻将室等娱乐场所，不酗酒、不打架、不赌博、不参与各种非法活动、不干与工作无关的事宜，尊重当地乡俗民风，避免与陌生人发生任何形式冲突。（注：此条若有违反，发生任何事宜，后果自负）</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https://d.book118.com/608000061013006036</w:t>
        </w:r>
      </w:hyperlink>
    </w:p>
    <w:p>
      <w:pPr>
        <w:spacing w:before="100" w:after="200" w:line="360" w:lineRule="auto"/>
        <w:ind w:firstLine="576"/>
        <w:jc w:val="left"/>
      </w:pPr>
    </w:p>
    <w:sectPr w:rsidSect="00034616">
      <w:type w:val="nextPage"/>
      <w:pgSz w:w="11906" w:h="16838"/>
      <w:pgMar w:top="1440" w:right="1440" w:bottom="1440" w:left="1440" w:header="720" w:footer="720" w:gutter="0"/>
      <w:pgNumType w:start="12"/>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608000061013006036"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