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销售月总结与计划（32篇）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销售月总结与计划（通用32篇）</w:t>
      </w:r>
      <w:r>
        <w:rPr>
          <w:lang w:eastAsia="zh-CN"/>
        </w:rPr>
        <w:br/>
      </w:r>
      <w:r>
        <w:rPr>
          <w:lang w:eastAsia="zh-CN"/>
        </w:rPr>
        <w:t xml:space="preserve">    销售月总结与计划 篇1 </w:t>
      </w:r>
      <w:r>
        <w:rPr>
          <w:lang w:eastAsia="zh-CN"/>
        </w:rPr>
        <w:br/>
      </w:r>
      <w:r>
        <w:rPr>
          <w:lang w:eastAsia="zh-CN"/>
        </w:rPr>
        <w:t>　　最为一名跟单员的我希看自己可以更快、更多的接手不同类型的单子，可以进行全程跟单。加强和公司其他成员的沟通了解，成为一名优秀的跟单员。两个月弹指一挥间就毫无声息的流逝，就在此时需要回头总结之际才猛然间意识到日子的匆匆。下面就本人的工作来作工作总结范文如下：</w:t>
      </w:r>
      <w:r>
        <w:rPr>
          <w:lang w:eastAsia="zh-CN"/>
        </w:rPr>
        <w:br/>
      </w:r>
      <w:r>
        <w:rPr>
          <w:lang w:eastAsia="zh-CN"/>
        </w:rPr>
        <w:t>　　两个月的磨刀练阵，按理说，自己到底是宝刀还是锈铁应该可以从这些日子的点滴表现中露出应有的光泽了，然而直至目前，我却对自己这些许的光泽没有信心--固然我坚信自己不是锈铁!在这两个月期间，我有20天的时间在车间实习，熟悉产品，第二个月开始，进进办公室熟悉业务跟单流程。</w:t>
      </w:r>
      <w:r>
        <w:rPr>
          <w:lang w:eastAsia="zh-CN"/>
        </w:rPr>
        <w:br/>
      </w:r>
      <w:r>
        <w:rPr>
          <w:lang w:eastAsia="zh-CN"/>
        </w:rPr>
        <w:t>　　两个月来，我认真遵守公司的各项规章制度，自觉、有效得完成自己经手过的每件事情。并对自己天天看到、听到的新的项目进行总结回类。同时也坚持写工作日记(对自己负责的客人的单子的情况及时的记录)。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一直本着当天的事情，当天做的原则，对自己所经手的事情负责，更对公司负责。经过20天的车间学习，我能独立制作我司生产的很多常规产品，能辨别产品是否合格，知道怎样做产品会看起来更美观(小技巧)。在车间的工作实习总结，之前我以每个车间一个总结的方式上交给部分经理了，这里就不做进一步的总结。</w:t>
      </w:r>
      <w:r>
        <w:rPr>
          <w:lang w:eastAsia="zh-CN"/>
        </w:rPr>
        <w:br/>
      </w:r>
      <w:r>
        <w:rPr>
          <w:lang w:eastAsia="zh-CN"/>
        </w:rPr>
        <w:t>　　以下我想对我在办公室期间的学习进行总结。就总体的工作感受来说，我还是比较满足。只是也有某些时候，会有点觉得操纵没头没尾的感觉。有些事情好象是做了个头，但是这个尾到底怎么样呢?有些事情干脆是中间，很傻瓜地操纵着。</w:t>
      </w:r>
      <w:r>
        <w:rPr>
          <w:lang w:eastAsia="zh-CN"/>
        </w:rPr>
        <w:br/>
      </w:r>
      <w:r>
        <w:rPr>
          <w:lang w:eastAsia="zh-CN"/>
        </w:rPr>
        <w:t>　　工作上最大的不足</w:t>
      </w:r>
      <w:r>
        <w:rPr>
          <w:lang w:eastAsia="zh-CN"/>
        </w:rPr>
        <w:br/>
      </w:r>
      <w:r>
        <w:rPr>
          <w:lang w:eastAsia="zh-CN"/>
        </w:rPr>
        <w:t>　　1、还没有真正容进温州佩蒂这个大家庭中。对很多公司其他同事的话题，了解未几。这也许是由于刚来这边的关系，很多思想还跟不上他们的节奏。但我已经体会到这无形中微妙的关系了。相信我可以在接下来的日子里取得进步。</w:t>
      </w:r>
      <w:r>
        <w:rPr>
          <w:lang w:eastAsia="zh-CN"/>
        </w:rPr>
        <w:br/>
      </w:r>
      <w:r>
        <w:rPr>
          <w:lang w:eastAsia="zh-CN"/>
        </w:rPr>
        <w:t>　　2.对公司的生产运做还了解得不够。尽管现在的工作存在这些瓶颈，但我相信，只要坚持不断地学习，不断地总结。我一定可以在接下来的日子里取得进步。</w:t>
      </w:r>
      <w:r>
        <w:rPr>
          <w:lang w:eastAsia="zh-CN"/>
        </w:rPr>
        <w:br/>
      </w:r>
      <w:r>
        <w:rPr>
          <w:lang w:eastAsia="zh-CN"/>
        </w:rPr>
        <w:t>　　我在工作上的收获</w:t>
      </w:r>
      <w:r>
        <w:rPr>
          <w:lang w:eastAsia="zh-CN"/>
        </w:rPr>
        <w:br/>
      </w:r>
      <w:r>
        <w:rPr>
          <w:lang w:eastAsia="zh-CN"/>
        </w:rPr>
        <w:t>　　1、在预备欧盟考察团要来我是司考察的过程中，我学习了各个部分的表格制作;</w:t>
      </w:r>
      <w:r>
        <w:rPr>
          <w:lang w:eastAsia="zh-CN"/>
        </w:rPr>
        <w:br/>
      </w:r>
      <w:r>
        <w:rPr>
          <w:lang w:eastAsia="zh-CN"/>
        </w:rPr>
        <w:t>　　2、学习了erp系统和万宝系统的基本操纵方法;</w:t>
      </w:r>
      <w:r>
        <w:rPr>
          <w:lang w:eastAsia="zh-CN"/>
        </w:rPr>
        <w:br/>
      </w:r>
      <w:r>
        <w:rPr>
          <w:lang w:eastAsia="zh-CN"/>
        </w:rPr>
        <w:t>　　3、熟悉了公司职员的分工情况。尽管这期间也出现过比较尴尬的局面，比如不知道自己碰到的专业性的题目应该往找谁?但现在总算可以应对自如了;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4、基本知道我司业务跟单这块的操纵流程;我知道，上面的工作表现也许不能让领导感到满足，坦白说，我自己并没有太大的信心。但我坚信自己能够在今后的工作中会表现得更好，保证让领导满足。</w:t>
      </w:r>
      <w:r>
        <w:rPr>
          <w:lang w:eastAsia="zh-CN"/>
        </w:rPr>
        <w:br/>
      </w:r>
      <w:r>
        <w:rPr>
          <w:lang w:eastAsia="zh-CN"/>
        </w:rPr>
        <w:t xml:space="preserve">    销售月总结与计划 篇2 </w:t>
      </w:r>
      <w:r>
        <w:rPr>
          <w:lang w:eastAsia="zh-CN"/>
        </w:rPr>
        <w:br/>
      </w:r>
      <w:r>
        <w:rPr>
          <w:lang w:eastAsia="zh-CN"/>
        </w:rPr>
        <w:t>　　月，时间比较短，在这一个月的时间里，也不可能有太大的变化，因此，在写月销售工作总结时，更注重于销售工作状况的体悟与理解。</w:t>
      </w:r>
      <w:r>
        <w:rPr>
          <w:lang w:eastAsia="zh-CN"/>
        </w:rPr>
        <w:br/>
      </w:r>
      <w:r>
        <w:rPr>
          <w:lang w:eastAsia="zh-CN"/>
        </w:rPr>
        <w:t>　　一、月销售工作总结注意事项：</w:t>
      </w:r>
      <w:r>
        <w:rPr>
          <w:lang w:eastAsia="zh-CN"/>
        </w:rPr>
        <w:br/>
      </w:r>
      <w:r>
        <w:rPr>
          <w:lang w:eastAsia="zh-CN"/>
        </w:rPr>
        <w:t>　　1、总结前要充分占有材料。最好通过不同的形式，听取各方面的意见，了解有关情况，或者把总结的想法、意图提出来，同各方面的干部、群众商量。一定要避免领导出观点，到群众中找事实的写法。</w:t>
      </w:r>
      <w:r>
        <w:rPr>
          <w:lang w:eastAsia="zh-CN"/>
        </w:rPr>
        <w:br/>
      </w:r>
      <w:r>
        <w:rPr>
          <w:lang w:eastAsia="zh-CN"/>
        </w:rPr>
        <w:t>　　2、一定要实事求是，成绩不夸大，缺点不缩小，更不能弄虚作假，这是分析、得出教训的基础。</w:t>
      </w:r>
      <w:r>
        <w:rPr>
          <w:lang w:eastAsia="zh-CN"/>
        </w:rPr>
        <w:br/>
      </w:r>
      <w:r>
        <w:rPr>
          <w:lang w:eastAsia="zh-CN"/>
        </w:rPr>
        <w:t>　　3、条理要清楚。总结是写给人看的，条理不清，人们就看不下去，即使看了也不知其所以然，这样就达不到总结的目的。</w:t>
      </w:r>
      <w:r>
        <w:rPr>
          <w:lang w:eastAsia="zh-CN"/>
        </w:rPr>
        <w:br/>
      </w:r>
      <w:r>
        <w:rPr>
          <w:lang w:eastAsia="zh-CN"/>
        </w:rPr>
        <w:t>　　4、要剪裁得体，详略适宜。材料有本质的，有现象的；有重要的，有次要的，写作时要去芜存精。总结中的问题要有主次、详略之分，该详的要详，该略的要略。</w:t>
      </w:r>
      <w:r>
        <w:rPr>
          <w:lang w:eastAsia="zh-CN"/>
        </w:rPr>
        <w:br/>
      </w:r>
      <w:r>
        <w:rPr>
          <w:lang w:eastAsia="zh-CN"/>
        </w:rPr>
        <w:t>　　二、一般情况下，一个完善的月销售工作总结报告应当包括如下内容：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1、销售情况总结：销售业绩和销售目标达成情况，要求既有详细数据，又有情况分析。</w:t>
      </w:r>
      <w:r>
        <w:rPr>
          <w:lang w:eastAsia="zh-CN"/>
        </w:rPr>
        <w:br/>
      </w:r>
      <w:r>
        <w:rPr>
          <w:lang w:eastAsia="zh-CN"/>
        </w:rPr>
        <w:t>　　2、行动报告：当月都干了什么工作，都去了什么地方、工作时间怎样安排的，要求简单明了。</w:t>
      </w:r>
      <w:r>
        <w:rPr>
          <w:lang w:eastAsia="zh-CN"/>
        </w:rPr>
        <w:br/>
      </w:r>
      <w:r>
        <w:rPr>
          <w:lang w:eastAsia="zh-CN"/>
        </w:rPr>
        <w:t>　　3、市场情况总结分析，包括：</w:t>
      </w:r>
      <w:r>
        <w:rPr>
          <w:lang w:eastAsia="zh-CN"/>
        </w:rPr>
        <w:br/>
      </w:r>
      <w:r>
        <w:rPr>
          <w:lang w:eastAsia="zh-CN"/>
        </w:rPr>
        <w:t>　　（1）市场价格现状：各级经销商的具体价格、促销、返利、利润都是多少；</w:t>
      </w:r>
      <w:r>
        <w:rPr>
          <w:lang w:eastAsia="zh-CN"/>
        </w:rPr>
        <w:br/>
      </w:r>
      <w:r>
        <w:rPr>
          <w:lang w:eastAsia="zh-CN"/>
        </w:rPr>
        <w:t>　　（2）产品库存现状：各级经销商的产品库存情况：数量、品种、日期；</w:t>
      </w:r>
      <w:r>
        <w:rPr>
          <w:lang w:eastAsia="zh-CN"/>
        </w:rPr>
        <w:br/>
      </w:r>
      <w:r>
        <w:rPr>
          <w:lang w:eastAsia="zh-CN"/>
        </w:rPr>
        <w:t>　　（3）经销商评价：各级主要经销商的心态、能力、销售业绩情况怎样；</w:t>
      </w:r>
      <w:r>
        <w:rPr>
          <w:lang w:eastAsia="zh-CN"/>
        </w:rPr>
        <w:br/>
      </w:r>
      <w:r>
        <w:rPr>
          <w:lang w:eastAsia="zh-CN"/>
        </w:rPr>
        <w:t>　　（4）竞争对手评价：主要竞争对手当月的销售业绩、价格走势、产品结构变化、重要的宣传促销活动、发展趋势等情况分析；</w:t>
      </w:r>
      <w:r>
        <w:rPr>
          <w:lang w:eastAsia="zh-CN"/>
        </w:rPr>
        <w:br/>
      </w:r>
      <w:r>
        <w:rPr>
          <w:lang w:eastAsia="zh-CN"/>
        </w:rPr>
        <w:t>　　（5）市场评价：市场情况是好是坏，发展前景如何，存在什么问题，有什么机会。</w:t>
      </w:r>
      <w:r>
        <w:rPr>
          <w:lang w:eastAsia="zh-CN"/>
        </w:rPr>
        <w:br/>
      </w:r>
      <w:r>
        <w:rPr>
          <w:lang w:eastAsia="zh-CN"/>
        </w:rPr>
        <w:t>　　（6）市场问题汇报：当月市场上存在什么需要公司协助解决的问题：积压破损产品的调换，促销返利的兑现，市场费用的申请，其他需要公司支持的事项。</w:t>
      </w:r>
      <w:r>
        <w:rPr>
          <w:lang w:eastAsia="zh-CN"/>
        </w:rPr>
        <w:br/>
      </w:r>
      <w:r>
        <w:rPr>
          <w:lang w:eastAsia="zh-CN"/>
        </w:rPr>
        <w:t>　　4、下个月工作打算和安排：针对上个月的工作情况安排下一个月的工作。</w:t>
      </w:r>
      <w:r>
        <w:rPr>
          <w:lang w:eastAsia="zh-CN"/>
        </w:rPr>
        <w:br/>
      </w:r>
      <w:r>
        <w:rPr>
          <w:lang w:eastAsia="zh-CN"/>
        </w:rPr>
        <w:t>　　5、工作：自己工作的得与失、对与错</w:t>
      </w:r>
      <w:r>
        <w:rPr>
          <w:lang w:eastAsia="zh-CN"/>
        </w:rPr>
        <w:br/>
      </w:r>
      <w:r>
        <w:rPr>
          <w:lang w:eastAsia="zh-CN"/>
        </w:rPr>
        <w:t xml:space="preserve">    销售月总结与计划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201_年已经过去一大半了，在上个月底我们公司也开了半年的销售会议，公司领导在会议上也做了半年的工作总结，给我们更深的了解了我们公司半年来的工作情况，还总结了一些经验供我们分享。所以在这会议之后，领导要求我们也来给自己半年的工作做个总结，希望通过总结我们能够更好的认识自己和向优秀的同事学习经验，从而更好的开展下半年的工作。</w:t>
      </w:r>
      <w:r>
        <w:rPr>
          <w:lang w:eastAsia="zh-CN"/>
        </w:rPr>
        <w:br/>
      </w:r>
      <w:r>
        <w:rPr>
          <w:lang w:eastAsia="zh-CN"/>
        </w:rPr>
        <w:t>　　现在我对我这半年来的工作心得和感受总结如下：</w:t>
      </w:r>
      <w:r>
        <w:rPr>
          <w:lang w:eastAsia="zh-CN"/>
        </w:rPr>
        <w:br/>
      </w:r>
      <w:r>
        <w:rPr>
          <w:lang w:eastAsia="zh-CN"/>
        </w:rPr>
        <w:t>　　一、塌实做事，认真履行本职工作。</w:t>
      </w:r>
      <w:r>
        <w:rPr>
          <w:lang w:eastAsia="zh-CN"/>
        </w:rPr>
        <w:br/>
      </w:r>
      <w:r>
        <w:rPr>
          <w:lang w:eastAsia="zh-CN"/>
        </w:rPr>
        <w:t>　　首先自己能从产品知识入手，在了解技术知识的同时认真分析市场信息并适时制定营销方案，及时的跟进客户并对客户资料进行分析，其次自己经常同其他业务员勤沟通、勤交流，分析市场情况、存在问题及应对方案，以求共同提高。</w:t>
      </w:r>
      <w:r>
        <w:rPr>
          <w:lang w:eastAsia="zh-CN"/>
        </w:rPr>
        <w:br/>
      </w:r>
      <w:r>
        <w:rPr>
          <w:lang w:eastAsia="zh-CN"/>
        </w:rPr>
        <w:t>　　要经常开发新客户同时要不断的对手中的客户进行归类，把最有可能用到我们产品的客户作为重要的客户，把近期有项目的客户作为重点跟进客户，并根据他们的需求量来分配拜访次数。力求把单子促成，从而达到销售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分析客户的同时，必须建立自己的客户群。根据我们产品的特点来找对客户群体是成功的关键。在这半年来我手中所成交的客户里面，有好几个都是对该行业不是很了解，也就是在这个行业上刚刚起步，技术比较薄弱，单子也比较小，但是成功率比较高，价格也可以做得高些。像这样的客户就可以列入主要客户群体里。他们一般都是从别的相关行业转行的或者是新成立接监控项目的部门的，因为他们有这方面的客户资源，有发展的前景，所以如果能维护好这部分客户，往后他们走的量也是比较可观的。</w:t>
      </w:r>
      <w:r>
        <w:rPr>
          <w:lang w:eastAsia="zh-CN"/>
        </w:rPr>
        <w:br/>
      </w:r>
      <w:r>
        <w:rPr>
          <w:lang w:eastAsia="zh-CN"/>
        </w:rPr>
        <w:t>　　二、主动积极，力求按时按量完成任务。</w:t>
      </w:r>
      <w:r>
        <w:rPr>
          <w:lang w:eastAsia="zh-CN"/>
        </w:rPr>
        <w:br/>
      </w:r>
      <w:r>
        <w:rPr>
          <w:lang w:eastAsia="zh-CN"/>
        </w:rPr>
        <w:t>　　每天主动积极的拜访客户，并确保拜访质量，回来后要认真分析信息和总结工作情况，并做好第二天的工作计划。拜访客户是销售的基础，没有拜访就没有销售，而且因为人与人都是有感情的，只有跟客户之间建立了感情基础，提高客户对我们的信任度之后方有机会销售产品给他们。</w:t>
      </w:r>
      <w:r>
        <w:rPr>
          <w:lang w:eastAsia="zh-CN"/>
        </w:rPr>
        <w:br/>
      </w:r>
      <w:r>
        <w:rPr>
          <w:lang w:eastAsia="zh-CN"/>
        </w:rPr>
        <w:t>　　主动协助客户做工作，比如帮忙查找资料，帮忙做方案，做预算，这都是让客户对我们增加信任度的方式之一，也是推我们产品给他们的最好机会。即使当时没有能立刻成交，但是他们会一直记得你的功劳的，往后有用到的都会主动找到我们的。</w:t>
      </w:r>
      <w:r>
        <w:rPr>
          <w:lang w:eastAsia="zh-CN"/>
        </w:rPr>
        <w:br/>
      </w:r>
      <w:r>
        <w:rPr>
          <w:lang w:eastAsia="zh-CN"/>
        </w:rPr>
        <w:t>　　三、做好售后服务</w:t>
      </w:r>
      <w:r>
        <w:rPr>
          <w:lang w:eastAsia="zh-CN"/>
        </w:rPr>
        <w:br/>
      </w:r>
      <w:r>
        <w:rPr>
          <w:lang w:eastAsia="zh-CN"/>
        </w:rPr>
        <w:t>　　不管是多好的产品都会有次品，都会有各种各样的问题出现，如此售后就显得尤其重要，做好售后是维护客情的重要手段，是形成再次销售的关键。当客户反应一个问题到我们这里来的时候，我们要第一时间向客户详细了解情况，并尽量找出问题的所在，如果找不出原因的，也不要着急，先稳定客户的情绪，安慰客户，然后再承诺一定能帮他解决问题，让他放心，再把问题跟公司的技术人员反应，然后再找出解决的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在我成交的客户里，有反应出现问题的也不少，但是经过协调和帮忙解决以后，大多客户都对我们的服务感到很满意。很多都立刻表示要继续合作，有项目有需要采购的都立刻跟我们联系。</w:t>
      </w:r>
      <w:r>
        <w:rPr>
          <w:lang w:eastAsia="zh-CN"/>
        </w:rPr>
        <w:br/>
      </w:r>
      <w:r>
        <w:rPr>
          <w:lang w:eastAsia="zh-CN"/>
        </w:rPr>
        <w:t>　　四、坚持学习</w:t>
      </w:r>
      <w:r>
        <w:rPr>
          <w:lang w:eastAsia="zh-CN"/>
        </w:rPr>
        <w:br/>
      </w:r>
      <w:r>
        <w:rPr>
          <w:lang w:eastAsia="zh-CN"/>
        </w:rPr>
        <w:t>　　人要不断的学习才能进步。首先要学习我们的新产品，我们的产品知识要过关;其次是学习沟通技巧来提高自身的业务能力;再有时间还可以学习一些同行的产品特点，并跟我们的作个比较，从而能了解到我们产品的优势，从而做到在客户面前扬长避短。</w:t>
      </w:r>
      <w:r>
        <w:rPr>
          <w:lang w:eastAsia="zh-CN"/>
        </w:rPr>
        <w:br/>
      </w:r>
      <w:r>
        <w:rPr>
          <w:lang w:eastAsia="zh-CN"/>
        </w:rPr>
        <w:t>　　五、多了解行业信息</w:t>
      </w:r>
      <w:r>
        <w:rPr>
          <w:lang w:eastAsia="zh-CN"/>
        </w:rPr>
        <w:br/>
      </w:r>
      <w:r>
        <w:rPr>
          <w:lang w:eastAsia="zh-CN"/>
        </w:rPr>
        <w:t>　　了解我们的竞争对手我们的同行，了解现在市场上做得比较好的产品，了解行业里的相关政策，这些都是一个优秀的业务员必须时刻都要关心的问题。只有了解了外面的世界才不会成为坐井观天的青蛙，才能对手中掌握的信息做出正确的判断，遇到问题才能随机应变。</w:t>
      </w:r>
      <w:r>
        <w:rPr>
          <w:lang w:eastAsia="zh-CN"/>
        </w:rPr>
        <w:br/>
      </w:r>
      <w:r>
        <w:rPr>
          <w:lang w:eastAsia="zh-CN"/>
        </w:rPr>
        <w:t>　　六、后半年的计划</w:t>
      </w:r>
      <w:r>
        <w:rPr>
          <w:lang w:eastAsia="zh-CN"/>
        </w:rPr>
        <w:br/>
      </w:r>
      <w:r>
        <w:rPr>
          <w:lang w:eastAsia="zh-CN"/>
        </w:rPr>
        <w:t>　　在半年销售总结会议上，我的数据跟同部门的同事数据差距很大，她半年的销售额是15万多，回款是8万多，而我只有两万多的销售额，远远的落后了，所以我要在下半年迎头赶上。虽然她比我早一段时间进公司，但是大家面对的同一个市场，手中也是同样多的客户，这之间的差距只有人与人之间的差距，往后我要多向她和其他同事学习销售技巧，要努力提高自己的销售量，争取赶上他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要给自己定一个明确的目标，在后半年里争取做到15万，即每个月要做3万左右。同时要制定一个销售计划，并把任务分配到手中的客户里面，大方向从行业分，小到每一个客户。这样才能每天都明确的知道自己的任务，才能明确自己拜访客户的目的，提高拜访的质量。由于我上半年工作计划做得不详细，拜访客户比较盲目，对产品也不是特别熟悉，以至销量比较少，所有在后半年要改变办法，要努力提高销量，要努力完成公司分配的任务。</w:t>
      </w:r>
      <w:r>
        <w:rPr>
          <w:lang w:eastAsia="zh-CN"/>
        </w:rPr>
        <w:br/>
      </w:r>
      <w:r>
        <w:rPr>
          <w:lang w:eastAsia="zh-CN"/>
        </w:rPr>
        <w:t>　　最后我要感谢我们的领导和我们同事在上半年对我工作的支持和帮助，希望往后通过大家一起努力，让我们能够在下半年再创佳绩。</w:t>
      </w:r>
      <w:r>
        <w:rPr>
          <w:lang w:eastAsia="zh-CN"/>
        </w:rPr>
        <w:br/>
      </w:r>
      <w:r>
        <w:rPr>
          <w:lang w:eastAsia="zh-CN"/>
        </w:rPr>
        <w:t xml:space="preserve">    销售月总结与计划 篇4 </w:t>
      </w:r>
      <w:r>
        <w:rPr>
          <w:lang w:eastAsia="zh-CN"/>
        </w:rPr>
        <w:br/>
      </w:r>
      <w:r>
        <w:rPr>
          <w:lang w:eastAsia="zh-CN"/>
        </w:rPr>
        <w:t>　　总结，就是把某一时期已经做过的工作，进行一次全面系统的总检查、总评价，进行一次具体的总分析、总研究;也就是看看取得了哪些成绩，存在哪些缺点和不足，有什么经验、提高。</w:t>
      </w:r>
      <w:r>
        <w:rPr>
          <w:lang w:eastAsia="zh-CN"/>
        </w:rPr>
        <w:br/>
      </w:r>
      <w:r>
        <w:rPr>
          <w:lang w:eastAsia="zh-CN"/>
        </w:rPr>
        <w:t>　　(一)基本情况</w:t>
      </w:r>
      <w:r>
        <w:rPr>
          <w:lang w:eastAsia="zh-CN"/>
        </w:rPr>
        <w:br/>
      </w:r>
      <w:r>
        <w:rPr>
          <w:lang w:eastAsia="zh-CN"/>
        </w:rPr>
        <w:t>　　1.总结必须有情况的概述和叙述，有的比较简单，有的比较详细。这部分内容主要是对工作的主客观条件、有利和不利条件以及工作的环境和基础等进行分析。</w:t>
      </w:r>
      <w:r>
        <w:rPr>
          <w:lang w:eastAsia="zh-CN"/>
        </w:rPr>
        <w:br/>
      </w:r>
      <w:r>
        <w:rPr>
          <w:lang w:eastAsia="zh-CN"/>
        </w:rPr>
        <w:t>　　2.成绩和缺点。这是总结的中心。总结的目的就是要肯定成绩，找出缺点。成绩有哪些，有多大，表现在哪些方面，是怎样取得的;缺点有多少，表现在哪些方面，是什么性质的，怎样产生的，都应讲清楚。</w:t>
      </w:r>
      <w:r>
        <w:rPr>
          <w:lang w:eastAsia="zh-CN"/>
        </w:rPr>
        <w:br/>
      </w:r>
      <w:r>
        <w:rPr>
          <w:lang w:eastAsia="zh-CN"/>
        </w:rPr>
        <w:t>　　3.经验和教训。做过一件事，总会有经验和教训。为便于今后的工作，须对以往工作的经验和教训进行分析、研究、概括、集中，并上升到理论的高度来认识。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4.今后的打算。根据今后的工作任务和要求，吸取前一时期工作的经验和教训，明确努力方向，提出改进措施等。</w:t>
      </w:r>
      <w:r>
        <w:rPr>
          <w:lang w:eastAsia="zh-CN"/>
        </w:rPr>
        <w:br/>
      </w:r>
      <w:r>
        <w:rPr>
          <w:lang w:eastAsia="zh-CN"/>
        </w:rPr>
        <w:t>　　(二)写好总结需要注意的问题</w:t>
      </w:r>
      <w:r>
        <w:rPr>
          <w:lang w:eastAsia="zh-CN"/>
        </w:rPr>
        <w:br/>
      </w:r>
      <w:r>
        <w:rPr>
          <w:lang w:eastAsia="zh-CN"/>
        </w:rPr>
        <w:t>　　1.总结前要充分占有材料。最好通过不同的形式，听取各方面的意见，了解有关情况，或者把总结的想法、意图提出来，同各方面的干部、群众商量。一定要避免领导出观点，到群众中找事实的写法。</w:t>
      </w:r>
      <w:r>
        <w:rPr>
          <w:lang w:eastAsia="zh-CN"/>
        </w:rPr>
        <w:br/>
      </w:r>
      <w:r>
        <w:rPr>
          <w:lang w:eastAsia="zh-CN"/>
        </w:rPr>
        <w:t>　　2.一定要实事求是，成绩不夸大，缺点不缩小，更不能弄虚作假。这是分析、得出教训的基础。</w:t>
      </w:r>
      <w:r>
        <w:rPr>
          <w:lang w:eastAsia="zh-CN"/>
        </w:rPr>
        <w:br/>
      </w:r>
      <w:r>
        <w:rPr>
          <w:lang w:eastAsia="zh-CN"/>
        </w:rPr>
        <w:t>　　3.条理要清楚。总结是写给人看的，条理不清，人们就看不下去，即使看了也不知其所以然，这样就达不到总结的目的。</w:t>
      </w:r>
      <w:r>
        <w:rPr>
          <w:lang w:eastAsia="zh-CN"/>
        </w:rPr>
        <w:br/>
      </w:r>
      <w:r>
        <w:rPr>
          <w:lang w:eastAsia="zh-CN"/>
        </w:rPr>
        <w:t>　　4.要剪裁得体，详略适宜。材料有本质的，有现象的;有重要的，有次要的，写作时要去芜存精。总结中的问题要有主次、详略之分，该详的要详，该略的要略。</w:t>
      </w:r>
      <w:r>
        <w:rPr>
          <w:lang w:eastAsia="zh-CN"/>
        </w:rPr>
        <w:br/>
      </w:r>
      <w:r>
        <w:rPr>
          <w:lang w:eastAsia="zh-CN"/>
        </w:rPr>
        <w:t xml:space="preserve">    销售月总结与计划 篇5 </w:t>
      </w:r>
      <w:r>
        <w:rPr>
          <w:lang w:eastAsia="zh-CN"/>
        </w:rPr>
        <w:br/>
      </w:r>
      <w:r>
        <w:rPr>
          <w:lang w:eastAsia="zh-CN"/>
        </w:rPr>
        <w:t>　　作为一名服装营业员，我现将我的工作总结及心得呈现如下，希望各位予在指导建议。</w:t>
      </w:r>
      <w:r>
        <w:rPr>
          <w:lang w:eastAsia="zh-CN"/>
        </w:rPr>
        <w:br/>
      </w:r>
      <w:r>
        <w:rPr>
          <w:lang w:eastAsia="zh-CN"/>
        </w:rPr>
        <w:t>　　在服装销售过程中，营业员有着不可比拟的作用，营业员是否能掌握服装销售技巧很重要，首先要注意推荐购买的技巧。</w:t>
      </w:r>
      <w:r>
        <w:rPr>
          <w:lang w:eastAsia="zh-CN"/>
        </w:rPr>
        <w:br/>
      </w:r>
      <w:r>
        <w:rPr>
          <w:lang w:eastAsia="zh-CN"/>
        </w:rPr>
        <w:t>　　营业员除了将服装展示给顾客，并加以说明之外，还要向顾客推荐服装，以引起顾客的购买的兴趣。推荐服装可运用下列方法：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1、推荐时要有信心，向顾客推荐服装时，营业员本身要有信心，才能让顾客对服装有信任感。</w:t>
      </w:r>
      <w:r>
        <w:rPr>
          <w:lang w:eastAsia="zh-CN"/>
        </w:rPr>
        <w:br/>
      </w:r>
      <w:r>
        <w:rPr>
          <w:lang w:eastAsia="zh-CN"/>
        </w:rPr>
        <w:t>　　2、适合于顾客的推荐。对顾客提示商品和进行说明时，应根据顾客的实际客观条件，推荐适合的服装。</w:t>
      </w:r>
      <w:r>
        <w:rPr>
          <w:lang w:eastAsia="zh-CN"/>
        </w:rPr>
        <w:br/>
      </w:r>
      <w:r>
        <w:rPr>
          <w:lang w:eastAsia="zh-CN"/>
        </w:rPr>
        <w:t>　　3、配合手势向顾客推荐。</w:t>
      </w:r>
      <w:r>
        <w:rPr>
          <w:lang w:eastAsia="zh-CN"/>
        </w:rPr>
        <w:br/>
      </w:r>
      <w:r>
        <w:rPr>
          <w:lang w:eastAsia="zh-CN"/>
        </w:rPr>
        <w:t>　　4、配合商品的特征。每类服装有不同的特征，如功能、设计、品质等方面的特征，向顾客推荐服装时，要着重强调服装的不同特征。</w:t>
      </w:r>
      <w:r>
        <w:rPr>
          <w:lang w:eastAsia="zh-CN"/>
        </w:rPr>
        <w:br/>
      </w:r>
      <w:r>
        <w:rPr>
          <w:lang w:eastAsia="zh-CN"/>
        </w:rPr>
        <w:t>　　5、把话题集中在商品上。向顾客推荐服装时，要想方设法把话题引到服装上，同时注意观察顾客对服装的反映，以便适时地促成销售。</w:t>
      </w:r>
      <w:r>
        <w:rPr>
          <w:lang w:eastAsia="zh-CN"/>
        </w:rPr>
        <w:br/>
      </w:r>
      <w:r>
        <w:rPr>
          <w:lang w:eastAsia="zh-CN"/>
        </w:rPr>
        <w:t>　　6、准确地说出各类服装的优点。对顾客进行服装的说明与推荐时，要比较各类服装的不同，准确地说出各类服装的优点。</w:t>
      </w:r>
      <w:r>
        <w:rPr>
          <w:lang w:eastAsia="zh-CN"/>
        </w:rPr>
        <w:br/>
      </w:r>
      <w:r>
        <w:rPr>
          <w:lang w:eastAsia="zh-CN"/>
        </w:rPr>
        <w:t>　　其次要注意重点销售的技巧。重点销售就是指要有针对性。对于服装的设计、功能、质量、价格等因素，要因人而宜，真正使顾客的心理由比较过渡到信念，最终销售成功。在极短的时间内能让顾客具有购买的信念，是销售中非常重要的一个环节。重点销售有下列原则：</w:t>
      </w:r>
      <w:r>
        <w:rPr>
          <w:lang w:eastAsia="zh-CN"/>
        </w:rPr>
        <w:br/>
      </w:r>
      <w:r>
        <w:rPr>
          <w:lang w:eastAsia="zh-CN"/>
        </w:rPr>
        <w:t>　　1、从4W上着手。从穿着时间When、穿着场合Where、穿着对象Who、穿着目的Why方面做好购买参谋，有利于销售成功。</w:t>
      </w:r>
      <w:r>
        <w:rPr>
          <w:lang w:eastAsia="zh-CN"/>
        </w:rPr>
        <w:br/>
      </w:r>
      <w:r>
        <w:rPr>
          <w:lang w:eastAsia="zh-CN"/>
        </w:rPr>
        <w:t>　　2、重点要简短。对顾客说明服装特性时，要做到语言简练清楚，内容易懂。服装商品最重要的特点要首先说出，如有时间再逐层展开。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具体的表现。要根据顾客的情况，随机应变，不可千篇一律，只说：这件衣服好，这件衣服你最适合等过于简单和笼统的推销语言。依销售对象不同而改变说话方式。对不同的顾客要介绍不同的内容，做到因人而宜。</w:t>
      </w:r>
      <w:r>
        <w:rPr>
          <w:lang w:eastAsia="zh-CN"/>
        </w:rPr>
        <w:br/>
      </w:r>
      <w:r>
        <w:rPr>
          <w:lang w:eastAsia="zh-CN"/>
        </w:rPr>
        <w:t>　　4、营业员把握流行的动态、了解时尚的先锋，要向顾客说明服装符合流行的趋势。</w:t>
      </w:r>
      <w:r>
        <w:rPr>
          <w:lang w:eastAsia="zh-CN"/>
        </w:rPr>
        <w:br/>
      </w:r>
      <w:r>
        <w:rPr>
          <w:lang w:eastAsia="zh-CN"/>
        </w:rPr>
        <w:t>　　以上是我在工作中的小小心得，在以后的过程中，我将做好工作计划，及时总结出工作中的不足，力求将服装营业工作做到最好。</w:t>
      </w:r>
      <w:r>
        <w:rPr>
          <w:lang w:eastAsia="zh-CN"/>
        </w:rPr>
        <w:br/>
      </w:r>
      <w:r>
        <w:rPr>
          <w:lang w:eastAsia="zh-CN"/>
        </w:rPr>
        <w:t xml:space="preserve">    销售月总结与计划 篇6 </w:t>
      </w:r>
      <w:r>
        <w:rPr>
          <w:lang w:eastAsia="zh-CN"/>
        </w:rPr>
        <w:br/>
      </w:r>
      <w:r>
        <w:rPr>
          <w:lang w:eastAsia="zh-CN"/>
        </w:rPr>
        <w:t>　　月销售工作总结，时间比较短，在这一个月的时间里，也不可能有太大的变化，因此，在写月销售工作总结时，更注重于销售工作状况的体悟与理解。</w:t>
      </w:r>
      <w:r>
        <w:rPr>
          <w:lang w:eastAsia="zh-CN"/>
        </w:rPr>
        <w:br/>
      </w:r>
      <w:r>
        <w:rPr>
          <w:lang w:eastAsia="zh-CN"/>
        </w:rPr>
        <w:t>　　一、月销售工作总结注意事项：</w:t>
      </w:r>
      <w:r>
        <w:rPr>
          <w:lang w:eastAsia="zh-CN"/>
        </w:rPr>
        <w:br/>
      </w:r>
      <w:r>
        <w:rPr>
          <w:lang w:eastAsia="zh-CN"/>
        </w:rPr>
        <w:t>　　1、总结前要充分占有材料。最好通过不同的形式，听取各方面的意见，了解有关情况，或者把总结的想法、意图提出来，同各方面的干部、群众商量。一定要避免领导出观点，到群众中找事实的写法。</w:t>
      </w:r>
      <w:r>
        <w:rPr>
          <w:lang w:eastAsia="zh-CN"/>
        </w:rPr>
        <w:br/>
      </w:r>
      <w:r>
        <w:rPr>
          <w:lang w:eastAsia="zh-CN"/>
        </w:rPr>
        <w:t>　　2、一定要实事求是，成绩不夸大，缺点不缩小，更不能弄虚作假，这是分析、得出教训的基础。</w:t>
      </w:r>
      <w:r>
        <w:rPr>
          <w:lang w:eastAsia="zh-CN"/>
        </w:rPr>
        <w:br/>
      </w:r>
      <w:r>
        <w:rPr>
          <w:lang w:eastAsia="zh-CN"/>
        </w:rPr>
        <w:t>　　3、条理要清楚。总结是写给人看的，条理不清，人们就看不下去，即使看了也不知其所以然，这样就达不到总结的目的。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4、要剪裁得体，详略适宜。材料有本质的，有现象的;有重要的，有次要的，写作时要去芜存精。总结中的问题要有主次、详略之分，该详的要详，该略的要略。</w:t>
      </w:r>
      <w:r>
        <w:rPr>
          <w:lang w:eastAsia="zh-CN"/>
        </w:rPr>
        <w:br/>
      </w:r>
      <w:r>
        <w:rPr>
          <w:lang w:eastAsia="zh-CN"/>
        </w:rPr>
        <w:t>　　二、一般情况下，一个完善的月销售工作总结报告应当包括如下内容：</w:t>
      </w:r>
      <w:r>
        <w:rPr>
          <w:lang w:eastAsia="zh-CN"/>
        </w:rPr>
        <w:br/>
      </w:r>
      <w:r>
        <w:rPr>
          <w:lang w:eastAsia="zh-CN"/>
        </w:rPr>
        <w:t>　　1、销售情况总结：销售业绩和销售目标达成情况，要求既有详细数据，又有情况分析。</w:t>
      </w:r>
      <w:r>
        <w:rPr>
          <w:lang w:eastAsia="zh-CN"/>
        </w:rPr>
        <w:br/>
      </w:r>
      <w:r>
        <w:rPr>
          <w:lang w:eastAsia="zh-CN"/>
        </w:rPr>
        <w:t>　　2、行动报告：当月都干了什么工作，都去了什么地方、工作时间怎样安排的，要求简单明了。</w:t>
      </w:r>
      <w:r>
        <w:rPr>
          <w:lang w:eastAsia="zh-CN"/>
        </w:rPr>
        <w:br/>
      </w:r>
      <w:r>
        <w:rPr>
          <w:lang w:eastAsia="zh-CN"/>
        </w:rPr>
        <w:t>　　3、市场情况总结分析，包括：</w:t>
      </w:r>
      <w:r>
        <w:rPr>
          <w:lang w:eastAsia="zh-CN"/>
        </w:rPr>
        <w:br/>
      </w:r>
      <w:r>
        <w:rPr>
          <w:lang w:eastAsia="zh-CN"/>
        </w:rPr>
        <w:t>　　(1)市场价格现状：各级经销商的具体价格、促销、返利、利润都是多少;</w:t>
      </w:r>
      <w:r>
        <w:rPr>
          <w:lang w:eastAsia="zh-CN"/>
        </w:rPr>
        <w:br/>
      </w:r>
      <w:r>
        <w:rPr>
          <w:lang w:eastAsia="zh-CN"/>
        </w:rPr>
        <w:t>　　(2)产品库存现状：各级经销商的产品库存情况：数量、品种、日期;</w:t>
      </w:r>
      <w:r>
        <w:rPr>
          <w:lang w:eastAsia="zh-CN"/>
        </w:rPr>
        <w:br/>
      </w:r>
      <w:r>
        <w:rPr>
          <w:lang w:eastAsia="zh-CN"/>
        </w:rPr>
        <w:t>　　(3)经销商评价：各级主要经销商的心态、能力、销售业绩情况怎样;</w:t>
      </w:r>
      <w:r>
        <w:rPr>
          <w:lang w:eastAsia="zh-CN"/>
        </w:rPr>
        <w:br/>
      </w:r>
      <w:r>
        <w:rPr>
          <w:lang w:eastAsia="zh-CN"/>
        </w:rPr>
        <w:t>　　(4)竞争对手评价：主要竞争对手当月的销售业绩、价格走势、产品结构变化、重要的宣传促销活动、发展趋势等情况分析;</w:t>
      </w:r>
      <w:r>
        <w:rPr>
          <w:lang w:eastAsia="zh-CN"/>
        </w:rPr>
        <w:br/>
      </w:r>
      <w:r>
        <w:rPr>
          <w:lang w:eastAsia="zh-CN"/>
        </w:rPr>
        <w:t>　　(5)市场评价：市场情况是好是坏，发展前景如何，存在什么问题，有什么机会。</w:t>
      </w:r>
      <w:r>
        <w:rPr>
          <w:lang w:eastAsia="zh-CN"/>
        </w:rPr>
        <w:br/>
      </w:r>
      <w:r>
        <w:rPr>
          <w:lang w:eastAsia="zh-CN"/>
        </w:rPr>
        <w:t>　　(6)市场问题汇报：当月市场上存在什么需要公司协助解决的问题：积压破损产品的调换，促销返利的兑现，市场费用的申请，其他需要公司支持的事项。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4、下个月工作打算和安排：针对上个月的工作情况安排下一个月的工作。</w:t>
      </w:r>
      <w:r>
        <w:rPr>
          <w:lang w:eastAsia="zh-CN"/>
        </w:rPr>
        <w:br/>
      </w:r>
      <w:r>
        <w:rPr>
          <w:lang w:eastAsia="zh-CN"/>
        </w:rPr>
        <w:t>　　5、工作自我评价：自己工作的得与失、对与错</w:t>
      </w:r>
      <w:r>
        <w:rPr>
          <w:lang w:eastAsia="zh-CN"/>
        </w:rPr>
        <w:br/>
      </w:r>
      <w:r>
        <w:rPr>
          <w:lang w:eastAsia="zh-CN"/>
        </w:rPr>
        <w:t xml:space="preserve">    销售月总结与计划 篇7 </w:t>
      </w:r>
      <w:r>
        <w:rPr>
          <w:lang w:eastAsia="zh-CN"/>
        </w:rPr>
        <w:br/>
      </w:r>
      <w:r>
        <w:rPr>
          <w:lang w:eastAsia="zh-CN"/>
        </w:rPr>
        <w:t>　　七月悄然离去，结合过去的这一个月我看到了一个崭新的自己，七月是比较顺利的一个月，但是这个月的顺利也要很多的付出，作为服装销售这个月的销售额我真满意，这个月的成绩也是非常可观的，尽管一个月下来很疲惫，但是乐在其中，这样的付出总是有了回报，在工作中我感受到了那种紧张感，特别是这个月以来我觉得自己的工作很紧张，但是也得到了很大的突破，也得到了了很大的锻炼，这是让我最欣慰的，七月已经过去，我觉得自己这个月来的工作是一个充满激情的过程，现在一堆自己总结一翻：</w:t>
      </w:r>
      <w:r>
        <w:rPr>
          <w:lang w:eastAsia="zh-CN"/>
        </w:rPr>
        <w:br/>
      </w:r>
      <w:r>
        <w:rPr>
          <w:lang w:eastAsia="zh-CN"/>
        </w:rPr>
        <w:t>　　一、服装销售情况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七月份是非常重要的一个月份，这个月的过去，马上就要迎来热天了，在这个时候必须转变一下工作方针，开始就已经感到了危机感，因为看一下仓库还是有很多季度的衣服没有卖出去，这是很严重的存货情况，马山转季节了，这样的衣服卖不出去的话，会亏损很多钱，这样的情况让我有了很重的压力，但是事情总是需要解决的，不管有多难，多要一步一步的去完成好，服装就是这样的，每当这个时候就越是不能够慌，冷静下来，我制定了一系列的促销活动，把价格降低了很多，这次的促销活动准备工作我是做的很足，我在这次活动开始事前就一直在宣传，把准备工作，宣传工作做好，这样在工作中才能够，更加有计划的执行起来。</w:t>
      </w:r>
      <w:r>
        <w:rPr>
          <w:lang w:eastAsia="zh-CN"/>
        </w:rPr>
        <w:br/>
      </w:r>
      <w:r>
        <w:rPr>
          <w:lang w:eastAsia="zh-CN"/>
        </w:rPr>
        <w:t>　　这次的促销服装是中老年服装，这个月来前半个月一直在做宣传工作，不管是在网络宣传还是在现实发传单海报，我都是针对中老年顾客做一个大的宣传，这次的促销活动一共是卖出___件衣服，把仓库的'存货卖出了三分之二，这样的一个数据让我很满意，这个月的服装销售工作，我不仅仅限于，甩卖存货，我一直在发展心得顾客，一直在为顾客提供优质的服务，端正态度，不断的跟进行业，学习好的销售知识，自己在这个月中也进步了很多，我觉得这是一种很高的提升。</w:t>
      </w:r>
      <w:r>
        <w:rPr>
          <w:lang w:eastAsia="zh-CN"/>
        </w:rPr>
        <w:br/>
      </w:r>
      <w:r>
        <w:rPr>
          <w:lang w:eastAsia="zh-CN"/>
        </w:rPr>
        <w:t>　　二、收获与不足</w:t>
      </w:r>
      <w:r>
        <w:rPr>
          <w:lang w:eastAsia="zh-CN"/>
        </w:rPr>
        <w:br/>
      </w:r>
      <w:r>
        <w:rPr>
          <w:lang w:eastAsia="zh-CN"/>
        </w:rPr>
        <w:t>　　七月份的工作让我对自己今后的工作更加的明确，这个月的工作让我看到了自身的一个不足，很细微的东西，但是我还是感受到了这样的不足给我带来的影响，那就是有一点急于求成，在工作当中有一点着急了，就像七月份的促销活动我就很急，我总是担心衣服卖不出去，在工作中太过于急躁，打乱了原本的计划，这也影响到了自己的工作进度，在今后我一定不再这么毛躁，养成一个好的心态。</w:t>
      </w:r>
      <w:r>
        <w:rPr>
          <w:lang w:eastAsia="zh-CN"/>
        </w:rPr>
        <w:br/>
      </w:r>
      <w:r>
        <w:rPr>
          <w:lang w:eastAsia="zh-CN"/>
        </w:rPr>
        <w:t xml:space="preserve">    销售月总结与计划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7月份又过去了，由于公司决定要统一按区域管理，所以公司开会又再次划分了区域从__月份后半月开始就实行了模拟区域划分管理，这是公司把我们往更好的方向去带，让我们去达到更好的一个高度，这对我们来说即是机遇也可能是挑战，但对于目前的情况来说情况不太乐观，可能是市场出现了萎缩，但是与我们努力的不够可肯定是有关联的.</w:t>
      </w:r>
      <w:r>
        <w:rPr>
          <w:lang w:eastAsia="zh-CN"/>
        </w:rPr>
        <w:br/>
      </w:r>
      <w:r>
        <w:rPr>
          <w:lang w:eastAsia="zh-CN"/>
        </w:rPr>
        <w:t>　　总结开来__月销售方面有以下几点：</w:t>
      </w:r>
      <w:r>
        <w:rPr>
          <w:lang w:eastAsia="zh-CN"/>
        </w:rPr>
        <w:br/>
      </w:r>
      <w:r>
        <w:rPr>
          <w:lang w:eastAsia="zh-CN"/>
        </w:rPr>
        <w:t>　　__月份的新客户不多，老客户购买同时也降低。新客户开发的少，有的还处于了解阶段，对于这个情况今后我们要从不同的渠道入手。现在就是重点的培养有潜力的客户，使他们对我们更有信心和认知度，去挖掘客户更深的信息。</w:t>
      </w:r>
      <w:r>
        <w:rPr>
          <w:lang w:eastAsia="zh-CN"/>
        </w:rPr>
        <w:br/>
      </w:r>
      <w:r>
        <w:rPr>
          <w:lang w:eastAsia="zh-CN"/>
        </w:rPr>
        <w:t>　　我们的销售技能还存在欠缺，基础功底薄弱，所以我们还要加强学习。“不找借口找方法”，这个是我们公司和我个人一直崇尚的，现在我的能力还不足，所以我要一直在努力，努力学习，努力工作，努力生活，让每天都是充满希望的。有人说过“态度决定一切”，简单而言，我对工作的态度就是选择自己喜欢的，既然我们选择了这个行业，可能是没有办法，但现在这是我们惟一喜欢的工作，对于自己喜欢的事情要付出最大的努力，在这段工作中，我认为一个积极向上工作态度是成功的一个必要前提，所以我们要用百分之百的激情投入到工作中去。</w:t>
      </w:r>
      <w:r>
        <w:rPr>
          <w:lang w:eastAsia="zh-CN"/>
        </w:rPr>
        <w:br/>
      </w:r>
      <w:r>
        <w:rPr>
          <w:lang w:eastAsia="zh-CN"/>
        </w:rPr>
        <w:t>　　8月工作计划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下半年我们将迎来一个新的销售重点，那就是区域划分，基本上包括大兴，丰台还有房山这几个区的潜力都很大，之前也一直在这几个地方跑，但也没有做出很好的成绩。通过公司的区域划分，下半年我们要以团队为主，充分地发挥团队的力量，这次我们区域也组建了团队，成员有尹云和赵帅和我，尹云和赵帅他们都是特别优秀的业务人员，我们要互相学习，共同进步，我们每个人也都在努力着。希望再上一个新的台阶，打造出一片新的天地。</w:t>
      </w:r>
      <w:r>
        <w:rPr>
          <w:lang w:eastAsia="zh-CN"/>
        </w:rPr>
        <w:br/>
      </w:r>
      <w:r>
        <w:rPr>
          <w:lang w:eastAsia="zh-CN"/>
        </w:rPr>
        <w:t>　　对于下半年我希望自己在工作中需要提高的主要有以下几点：</w:t>
      </w:r>
      <w:r>
        <w:rPr>
          <w:lang w:eastAsia="zh-CN"/>
        </w:rPr>
        <w:br/>
      </w:r>
      <w:r>
        <w:rPr>
          <w:lang w:eastAsia="zh-CN"/>
        </w:rPr>
        <w:t>　　1.先做好老客户的定期回访，避免导致老客户的流失，余下的时间去重点跟踪那些有潜力的客户。</w:t>
      </w:r>
      <w:r>
        <w:rPr>
          <w:lang w:eastAsia="zh-CN"/>
        </w:rPr>
        <w:br/>
      </w:r>
      <w:r>
        <w:rPr>
          <w:lang w:eastAsia="zh-CN"/>
        </w:rPr>
        <w:t>　　2.加强对于专业知识的了解以便在有客户咨询的时候可以做到游刃有余。同时重点加强学习全面综合的理论知识和销售技能</w:t>
      </w:r>
      <w:r>
        <w:rPr>
          <w:lang w:eastAsia="zh-CN"/>
        </w:rPr>
        <w:br/>
      </w:r>
      <w:r>
        <w:rPr>
          <w:lang w:eastAsia="zh-CN"/>
        </w:rPr>
        <w:t>　　3.通过和老客户的沟通去了解他们身边的客户，我们要把网撒的更大，同时做好我们的口碑宣传和产品推介。</w:t>
      </w:r>
      <w:r>
        <w:rPr>
          <w:lang w:eastAsia="zh-CN"/>
        </w:rPr>
        <w:br/>
      </w:r>
      <w:r>
        <w:rPr>
          <w:lang w:eastAsia="zh-CN"/>
        </w:rPr>
        <w:t>　　4.做好新客户的开发吸引工作，不一定就每一个客户都能做到销售，我们应该慢慢培养，最终要让他们的客户，成为我们的铁杆客户，至少在别人问到的时候不会说出我们的不好，这样也算是成功的一种，口碑很重要。</w:t>
      </w:r>
      <w:r>
        <w:rPr>
          <w:lang w:eastAsia="zh-CN"/>
        </w:rPr>
        <w:br/>
      </w:r>
      <w:r>
        <w:rPr>
          <w:lang w:eastAsia="zh-CN"/>
        </w:rPr>
        <w:t>　　5.做好大客户的维持工作，在客户关系里有个二八法则，对于我们还是很适用的，80%的销售来自20%的客户，我们80%的销售来自20%的产品，所以我们要想办法做好大客户的维持同时不断开发新客户，在做好现有客户的产品维持同时扩大其他产品销售。</w:t>
      </w:r>
      <w:r>
        <w:rPr>
          <w:lang w:eastAsia="zh-CN"/>
        </w:rPr>
        <w:br/>
      </w:r>
      <w:r>
        <w:rPr>
          <w:lang w:eastAsia="zh-CN"/>
        </w:rPr>
        <w:t>　　6.做好公司安排的工作，尽我们的最大努力去完成公司规定的任务，百折不挠，勇往直前。</w:t>
      </w:r>
      <w:r>
        <w:rPr>
          <w:lang w:eastAsia="zh-CN"/>
        </w:rPr>
        <w:br/>
      </w:r>
      <w:r>
        <w:rPr>
          <w:lang w:eastAsia="zh-CN"/>
        </w:rPr>
        <w:t>　　总而言之，希望下半年我们有更好的业绩，公司有更好的结果。希望到年底时我们都能满载而归!</w:t>
      </w:r>
      <w:r>
        <w:rPr>
          <w:lang w:eastAsia="zh-CN"/>
        </w:rPr>
        <w:br/>
      </w:r>
      <w:r>
        <w:rPr>
          <w:lang w:eastAsia="zh-CN"/>
        </w:rPr>
        <w:t>　　20__销售月工作总结范文精选10篇4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7月份即将过去，在这一个月的时间中我通过努力的工作，也有了一点收获，我感觉有必要对自己的工作做一下总结。目的在于吸取教训，提高自己，以至于把工作做的更好，自己有信心也有决心把以后的工作做的更好。下面我对这一个月的工作进行简要的总结。</w:t>
      </w:r>
      <w:r>
        <w:rPr>
          <w:lang w:eastAsia="zh-CN"/>
        </w:rPr>
        <w:br/>
      </w:r>
      <w:r>
        <w:rPr>
          <w:lang w:eastAsia="zh-CN"/>
        </w:rPr>
        <w:t>　　我是今年7月一号来到__男装专卖店工作的，在进入贵店之前我有过女装的销售经验，仅凭对销售工作的热情，而缺乏男装行业销售经验和行业知识。为了迅速融入到__男装这个销售团队中来，到店之后，一切从零开始，一边学习男装品牌的知识，一边摸索市场，遇到销售和服装方面的难点和问题，我经常请教店长和其他有经验的同事，一起寻求解决问题的方案，在对一些比较难缠的客人研究针对性策略，取得了良好的效果。现在我逐渐可以清晰、流利的应对客人所提到的各种问题，准确的把握客人的需要，良好的与客人沟通，因此对市场的认识也有一个比较透明的掌握。在不断的学习男装品牌知识和积累经验的同时，自己的能力，销售水平都比以前有了一个较大幅度的提高。</w:t>
      </w:r>
      <w:r>
        <w:rPr>
          <w:lang w:eastAsia="zh-CN"/>
        </w:rPr>
        <w:br/>
      </w:r>
      <w:r>
        <w:rPr>
          <w:lang w:eastAsia="zh-CN"/>
        </w:rPr>
        <w:t>　　同时也存在不少的缺点：对于男装市场销售了解的还不够深入，对__男装的技术问题掌握的过度薄弱(如：质地，如何清洗熨烫等)，不能十分清晰的向客户解释，对于一些大的问题不能快速拿出一个很好的解决方法。在与客人的沟通过程中，过分的依赖和相信客人。</w:t>
      </w:r>
      <w:r>
        <w:rPr>
          <w:lang w:eastAsia="zh-CN"/>
        </w:rPr>
        <w:br/>
      </w:r>
      <w:r>
        <w:rPr>
          <w:lang w:eastAsia="zh-CN"/>
        </w:rPr>
        <w:t>　　在下月工作计划中下面的几项工作作为主要的工作重点：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在店长的带领下，团结店友，和大家建立一个相对稳定的销售团队：销售人才是最宝贵的资源，一切销售业绩都起源于有一个好的销售人员，建立一支具有凝聚力，合作精神的销售团队是我们店的根本。在以后的工作中建立一个和谐，具有杀伤力的团队是我和我们所有的导购员的主要目标。</w:t>
      </w:r>
      <w:r>
        <w:rPr>
          <w:lang w:eastAsia="zh-CN"/>
        </w:rPr>
        <w:br/>
      </w:r>
      <w:r>
        <w:rPr>
          <w:lang w:eastAsia="zh-CN"/>
        </w:rPr>
        <w:t>　　2、严格遵守销售制度：完善的销售管理制度是让销售人员在工作中发挥主观能动性，对工作有高度的责任心，提高销售人员的主人翁意识。这是我们在下个月完成十七万营业额的前提。我坚决服从店内的各项规章制度。</w:t>
      </w:r>
      <w:r>
        <w:rPr>
          <w:lang w:eastAsia="zh-CN"/>
        </w:rPr>
        <w:br/>
      </w:r>
      <w:r>
        <w:rPr>
          <w:lang w:eastAsia="zh-CN"/>
        </w:rPr>
        <w:t>　　3、养成发现问题，总结问题，不断自我提高的习惯：养成发现问题，总结问题目的在于提高我自身的综合素质，在工作中能发现问题总结问题并能提出自己的看法和建议，把我的销售能力提高到一个新的档次。</w:t>
      </w:r>
      <w:r>
        <w:rPr>
          <w:lang w:eastAsia="zh-CN"/>
        </w:rPr>
        <w:br/>
      </w:r>
      <w:r>
        <w:rPr>
          <w:lang w:eastAsia="zh-CN"/>
        </w:rPr>
        <w:t>　　4、销售目标：我的销售目标最基本的是做到天天有售货的单子。根据店内下达的销售任务，坚决完成店内下达的十七万的营业额任务，打好年底的硬仗，和大家把任务根据具体情况分解到每周，每日;以每周，每日的销售目标分解到我们每个导购员身上，完成各个时间段的销售任务。并争取在完成销售任务的基础上提高销售业绩。</w:t>
      </w:r>
      <w:r>
        <w:rPr>
          <w:lang w:eastAsia="zh-CN"/>
        </w:rPr>
        <w:br/>
      </w:r>
      <w:r>
        <w:rPr>
          <w:lang w:eastAsia="zh-CN"/>
        </w:rPr>
        <w:t>　　我认为我们__男装专卖店的发展是与全体员工综合素质，店长的指导方针，团队的建设是分不开的。建立一支良好的销售团队和有一个好的工作模式与工作环境是工作的关键。</w:t>
      </w:r>
      <w:r>
        <w:rPr>
          <w:lang w:eastAsia="zh-CN"/>
        </w:rPr>
        <w:br/>
      </w:r>
      <w:r>
        <w:rPr>
          <w:lang w:eastAsia="zh-CN"/>
        </w:rPr>
        <w:t>　　以上是我的一些不成熟的建议和看法，如有不妥之处敬请谅解。</w:t>
      </w:r>
      <w:r>
        <w:rPr>
          <w:lang w:eastAsia="zh-CN"/>
        </w:rPr>
        <w:br/>
      </w:r>
      <w:r>
        <w:rPr>
          <w:lang w:eastAsia="zh-CN"/>
        </w:rPr>
        <w:t xml:space="preserve">    销售月总结与计划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进入公司一个月以来，应对自己从未接触的销售工作，真的是既兴奋又迷茫了，还好有领导的亲自带队和同事的热心帮忙，用自己的方式、方法，在短时刻内掌握了所需的基础专业知识，并很好的融入到这个销售团队，应用到实际的工作中，并不断的提高自己的技能，下方我要对自己七月份的工作做一份销售工作总结。</w:t>
      </w:r>
      <w:r>
        <w:rPr>
          <w:lang w:eastAsia="zh-CN"/>
        </w:rPr>
        <w:br/>
      </w:r>
      <w:r>
        <w:rPr>
          <w:lang w:eastAsia="zh-CN"/>
        </w:rPr>
        <w:t>　　刚开始，我和我的师傅，一向在跟进他的项目，为开发商带给热管材料，我学到了很多东西，这些在平常的生活中根本无法学的。尤其是营销活动中我们要掌握的只是：</w:t>
      </w:r>
      <w:r>
        <w:rPr>
          <w:lang w:eastAsia="zh-CN"/>
        </w:rPr>
        <w:br/>
      </w:r>
      <w:r>
        <w:rPr>
          <w:lang w:eastAsia="zh-CN"/>
        </w:rPr>
        <w:t>　　1。对自己产品必须要认识到位;个行签名</w:t>
      </w:r>
      <w:r>
        <w:rPr>
          <w:lang w:eastAsia="zh-CN"/>
        </w:rPr>
        <w:br/>
      </w:r>
      <w:r>
        <w:rPr>
          <w:lang w:eastAsia="zh-CN"/>
        </w:rPr>
        <w:t>　　2。本身所具有的知识结构，有关市场的、有关社交的、有关人文的、有关沟通的技巧和学识务必要掌握;</w:t>
      </w:r>
      <w:r>
        <w:rPr>
          <w:lang w:eastAsia="zh-CN"/>
        </w:rPr>
        <w:br/>
      </w:r>
      <w:r>
        <w:rPr>
          <w:lang w:eastAsia="zh-CN"/>
        </w:rPr>
        <w:t>　　3。需要一份坚强的信念来支撑自己的职业，当应对应对复杂的人、复杂的社会时，采取一种对待方式与自己的价值观能否进行有效的吻合、兼容和融合;</w:t>
      </w:r>
      <w:r>
        <w:rPr>
          <w:lang w:eastAsia="zh-CN"/>
        </w:rPr>
        <w:br/>
      </w:r>
      <w:r>
        <w:rPr>
          <w:lang w:eastAsia="zh-CN"/>
        </w:rPr>
        <w:t>　　4。专业的营销理论和技巧;</w:t>
      </w:r>
      <w:r>
        <w:rPr>
          <w:lang w:eastAsia="zh-CN"/>
        </w:rPr>
        <w:br/>
      </w:r>
      <w:r>
        <w:rPr>
          <w:lang w:eastAsia="zh-CN"/>
        </w:rPr>
        <w:t>　　5。正视成功与失败，总结经验。这是每个做营销职业的人务必具备的。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接下来，根据自己掌握的知识，广泛了解整个房地产开发市场的动态。开始寻找新项目。从零做起，一边学习产品知识，一边摸索市场。遇到销售和产品方面的问题，及时向同事和领导请教，一齐寻找解决问题的办法。到目前为止，我已经寻找新项目20个。在老人和领导的帮忙下，奇迹般的成功了18个，我深知这与大家的帮忙密不可分，我深深地体会到了公司强大的凝聚力。空间相册名称大全</w:t>
      </w:r>
      <w:r>
        <w:rPr>
          <w:lang w:eastAsia="zh-CN"/>
        </w:rPr>
        <w:br/>
      </w:r>
      <w:r>
        <w:rPr>
          <w:lang w:eastAsia="zh-CN"/>
        </w:rPr>
        <w:t>　　我也从中总结了一些自己的小经验：</w:t>
      </w:r>
      <w:r>
        <w:rPr>
          <w:lang w:eastAsia="zh-CN"/>
        </w:rPr>
        <w:br/>
      </w:r>
      <w:r>
        <w:rPr>
          <w:lang w:eastAsia="zh-CN"/>
        </w:rPr>
        <w:t>　　1。对建材市场、对应行业要充分了解;</w:t>
      </w:r>
      <w:r>
        <w:rPr>
          <w:lang w:eastAsia="zh-CN"/>
        </w:rPr>
        <w:br/>
      </w:r>
      <w:r>
        <w:rPr>
          <w:lang w:eastAsia="zh-CN"/>
        </w:rPr>
        <w:t>　　2。对自己产品功能的掌握尤其重要;</w:t>
      </w:r>
      <w:r>
        <w:rPr>
          <w:lang w:eastAsia="zh-CN"/>
        </w:rPr>
        <w:br/>
      </w:r>
      <w:r>
        <w:rPr>
          <w:lang w:eastAsia="zh-CN"/>
        </w:rPr>
        <w:t>　　3。不能过分的信赖客户，要掌握主动权;</w:t>
      </w:r>
      <w:r>
        <w:rPr>
          <w:lang w:eastAsia="zh-CN"/>
        </w:rPr>
        <w:br/>
      </w:r>
      <w:r>
        <w:rPr>
          <w:lang w:eastAsia="zh-CN"/>
        </w:rPr>
        <w:t>　　4。关注竞争对手的动向。</w:t>
      </w:r>
      <w:r>
        <w:rPr>
          <w:lang w:eastAsia="zh-CN"/>
        </w:rPr>
        <w:br/>
      </w:r>
      <w:r>
        <w:rPr>
          <w:lang w:eastAsia="zh-CN"/>
        </w:rPr>
        <w:t>　　以上是我的销售工作总结，接下来又是一个忙碌的时期，我会奋斗，用心的抓住市场，学习、总结，为了自己和公司再创辉煌!</w:t>
      </w:r>
      <w:r>
        <w:rPr>
          <w:lang w:eastAsia="zh-CN"/>
        </w:rPr>
        <w:br/>
      </w:r>
      <w:r>
        <w:rPr>
          <w:lang w:eastAsia="zh-CN"/>
        </w:rPr>
        <w:t xml:space="preserve">    销售月总结与计划 篇10 </w:t>
      </w:r>
      <w:r>
        <w:rPr>
          <w:lang w:eastAsia="zh-CN"/>
        </w:rPr>
        <w:br/>
      </w:r>
      <w:r>
        <w:rPr>
          <w:lang w:eastAsia="zh-CN"/>
        </w:rPr>
        <w:t>　　_月份的工作到了末尾了。这一个月的工作压力有点大，加上自己前一个月的销售业绩也不是很好，所以这个月下来，压力倍增，并且时间也非常的紧迫，根据我对这个月的计划去进行的话，留给我自己的单独空间是很少的了。这个月的结束，其实也是对我这个阶段的工作进行了一次完美结尾了。在此我对_月份的销售工作进行一番总结和整理。</w:t>
      </w:r>
      <w:r>
        <w:rPr>
          <w:lang w:eastAsia="zh-CN"/>
        </w:rPr>
        <w:br/>
      </w:r>
      <w:r>
        <w:rPr>
          <w:lang w:eastAsia="zh-CN"/>
        </w:rPr>
        <w:t>　　一、工作态度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进入_月份之后，其实也就是进入了这个阶段最重要的一段时间了。我上个月的工作销售额不是很高，相比之前还降低了不少，所以这一点也是非常刺痛我的。八月底结束的时候我就给_月份的工作进行了一次计划，主要是想在_月份的时候把业绩突破上去。我给自己明确了这个月的工作态度，所以在行动的实施上，也是非常的顺利的。工作态度往往是决定着一件事情的发展方向，所以这个月其实我在态度上还是非常明确的，所以也取得了一个非常不错的结果，比之前的业绩额都要高出了一部分，这是对我努力的一种肯定吧。</w:t>
      </w:r>
      <w:r>
        <w:rPr>
          <w:lang w:eastAsia="zh-CN"/>
        </w:rPr>
        <w:br/>
      </w:r>
      <w:r>
        <w:rPr>
          <w:lang w:eastAsia="zh-CN"/>
        </w:rPr>
        <w:t>　　二、工作方式</w:t>
      </w:r>
      <w:r>
        <w:rPr>
          <w:lang w:eastAsia="zh-CN"/>
        </w:rPr>
        <w:br/>
      </w:r>
      <w:r>
        <w:rPr>
          <w:lang w:eastAsia="zh-CN"/>
        </w:rPr>
        <w:t>　　工作方式我们在工作当中非常重要的一部分，有时候方式是合适我们自己的，我们才能真正的施展出自己的能力来。有时候如若方式不对了，其实对于自己的销售工作而言，就是一个很大的隐蔽。所以在这一个月，我不断去反省自己，跟进自己的状态，从而改变方针和方式，尽快的去适应新的挑战和难关，进而去克服它、战胜它。一个合适的、好的方式总能为我们避免一些问题的发生，因此作为一名销售，我会注重在工作上面的一些方式方法，快速提高自己的综合能力，作出业绩方面的突破和改善。</w:t>
      </w:r>
      <w:r>
        <w:rPr>
          <w:lang w:eastAsia="zh-CN"/>
        </w:rPr>
        <w:br/>
      </w:r>
      <w:r>
        <w:rPr>
          <w:lang w:eastAsia="zh-CN"/>
        </w:rPr>
        <w:t>　　三、工作效率</w:t>
      </w:r>
      <w:r>
        <w:rPr>
          <w:lang w:eastAsia="zh-CN"/>
        </w:rPr>
        <w:br/>
      </w:r>
      <w:r>
        <w:rPr>
          <w:lang w:eastAsia="zh-CN"/>
        </w:rPr>
        <w:t>　　作为一名销售人员，效率是我们工作当中非常关键的一个部分。如果一个月的努力换不回一份成绩的话，其实对于我们每一位销售来说都是非常打击的一件事情。还记得以前自己一个月辛辛苦苦、忙忙碌碌，却没有得到任何回报的时候，那种莫名的失落感是很重的，也会加重对我们的压力。因此这个月的效率还是提上去了的，也让我看到了新的希望，对未来的日子也多加有了一些期待了!</w:t>
      </w:r>
      <w:r>
        <w:rPr>
          <w:lang w:eastAsia="zh-CN"/>
        </w:rPr>
        <w:br/>
      </w:r>
      <w:r>
        <w:rPr>
          <w:lang w:eastAsia="zh-CN"/>
        </w:rPr>
        <w:t>　　_月份的结束其实也是开启了另一个阶段的大门，十月份注定又是非常忙碌的一个月，我会将_月作为基础，十月作为进发点，继续在销售工作上去创造更多的可能!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销售月总结与计划 篇11 </w:t>
      </w:r>
      <w:r>
        <w:rPr>
          <w:lang w:eastAsia="zh-CN"/>
        </w:rPr>
        <w:br/>
      </w:r>
      <w:r>
        <w:rPr>
          <w:lang w:eastAsia="zh-CN"/>
        </w:rPr>
        <w:t>　　20__年，我带领的销售区，也是这样。销售会议，办事流程，新员工的带领，能做到不玩虚的，实实在在。</w:t>
      </w:r>
      <w:r>
        <w:rPr>
          <w:lang w:eastAsia="zh-CN"/>
        </w:rPr>
        <w:br/>
      </w:r>
      <w:r>
        <w:rPr>
          <w:lang w:eastAsia="zh-CN"/>
        </w:rPr>
        <w:t>　　销售会议是很重要的，每次开会，先解决上月遇到的问题，哪个人哪方面做得不对，我平时看到或发现后，除了当时批评指出改正外，我还把他记在电脑上，到开会是当着大家的面再说一下，为的是这样的错误事情，让其他人也能注意。上半年会议的内容多半是强调老客户的走访，稳定老客户。下半年的会议内容多半强调如何按计划做事，如何制定合理的销售计划，计划是做任何事情的都必须的第一步骤，不光制定计划，计划还要合理，怎样都完不成的计划，不要制定，如果每个月，计划完成都不到50%，说明没有慎重去制定计划，不轻易放弃每一个计划的工作项目，如果长期完不成自己的计划，会对自己的信心带来打击，轻易放弃自己的计划，会使自己工作的韧劲损耗殆尽!我要求我的员工，尊重自己的计划!</w:t>
      </w:r>
      <w:r>
        <w:rPr>
          <w:lang w:eastAsia="zh-CN"/>
        </w:rPr>
        <w:br/>
      </w:r>
      <w:r>
        <w:rPr>
          <w:lang w:eastAsia="zh-CN"/>
        </w:rPr>
        <w:t>　　计划有了，过程也是很重要的，我制定了个《工作记录表》，其中涉及到的就是工作过程的记录，内容包括：</w:t>
      </w:r>
      <w:r>
        <w:rPr>
          <w:lang w:eastAsia="zh-CN"/>
        </w:rPr>
        <w:br/>
      </w:r>
      <w:r>
        <w:rPr>
          <w:lang w:eastAsia="zh-CN"/>
        </w:rPr>
        <w:t>　　1、销售计划与行动</w:t>
      </w:r>
      <w:r>
        <w:rPr>
          <w:lang w:eastAsia="zh-CN"/>
        </w:rPr>
        <w:br/>
      </w:r>
      <w:r>
        <w:rPr>
          <w:lang w:eastAsia="zh-CN"/>
        </w:rPr>
        <w:t>　　2、来电信息跟踪</w:t>
      </w:r>
      <w:r>
        <w:rPr>
          <w:lang w:eastAsia="zh-CN"/>
        </w:rPr>
        <w:br/>
      </w:r>
      <w:r>
        <w:rPr>
          <w:lang w:eastAsia="zh-CN"/>
        </w:rPr>
        <w:t>　　3、清欠计划与推进</w:t>
      </w:r>
      <w:r>
        <w:rPr>
          <w:lang w:eastAsia="zh-CN"/>
        </w:rPr>
        <w:br/>
      </w:r>
      <w:r>
        <w:rPr>
          <w:lang w:eastAsia="zh-CN"/>
        </w:rPr>
        <w:t>　　4、售后服务流水账</w:t>
      </w:r>
      <w:r>
        <w:rPr>
          <w:lang w:eastAsia="zh-CN"/>
        </w:rPr>
        <w:br/>
      </w:r>
      <w:r>
        <w:rPr>
          <w:lang w:eastAsia="zh-CN"/>
        </w:rPr>
        <w:t>　　5、销售回款流水账。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每个人每月都要把工作记录表发给我看，我看这个表的目的有3个：第一监督，如果没有工作，这张表就会一片空白。从表中我能看你哪天在干什么。第二是指导，客户的跟踪是有过程的，在看他们的过程时，我会根据情况，对他们指导，哪个阶段，该怎样做，该找谁，该给点什么建议，等等，毕竟我这几年的经验，还是有值得他们学的地方。第三个目的就是，为了公司客户的安全，换句话说，不论谁的客户，换人之后，我能立马接上，因为整个过程都在我的记录当中，公司大了，业务员的风险以后是必须要考虑的事情!《工作记录表》记录简单，使用方便，对业务员来讲，帮助的意义更大，他们可以连贯的做好不同客户的跟踪工作，避免忘了，错过机会的等现象，避免工作杂乱无章，没计划，没头绪，等不该有的种种状态!</w:t>
      </w:r>
      <w:r>
        <w:rPr>
          <w:lang w:eastAsia="zh-CN"/>
        </w:rPr>
        <w:br/>
      </w:r>
      <w:r>
        <w:rPr>
          <w:lang w:eastAsia="zh-CN"/>
        </w:rPr>
        <w:t>　　计划和过程决定了工作的全部，做好做差，与这个过程执行的好与差息息相关!然而还有一个方面的事情重要性不次于它。那就是士气，带兵打仗要有士气，胜不骄败不馁。单子被人争去了，不要灰心，市场大得很，不在乎一城一池，我是过来人，知道这种滋味，我们的员工同样会遇到这样的事情，要鼓励他们，给他们信心，多大的单子拿下，高兴，拿不下，总结教训，下次再来!开会时经常这样鼓励他们，经常这样，碰到类似的事情员工们心里也有底了，所以这方面也是销售会议的重要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流程其实就是管理，好的流程可以提高工作效率制定。我其实很崇尚高效简单的工作流程。人不是电脑，我认为流程的逻辑性并不比流程的模糊可行性重要，有的管理办法有时候会把我们框死，因为这些管理办法说白了就是一个数学公式，公式中的abcd各种因素都涉及到了，看似合理，但是得出的结论却是错的，最后一句话错的也要执行!我希望做事能事半功倍，最起码不要事倍功半，这也许是我懒的毛病引起的，但是我懒在当面，不装勤，对大家没有欺骗性。该做的该考虑的，甚至得到的结果，我没有少!碌碌无为，不知所云，不是莱恩所有员工该做的事，更好的流程是做好这些的保障，我在探索，同时也在找机会学学别人，谁的好就拿来为我所用。培训自己，培训员工!</w:t>
      </w:r>
      <w:r>
        <w:rPr>
          <w:lang w:eastAsia="zh-CN"/>
        </w:rPr>
        <w:br/>
      </w:r>
      <w:r>
        <w:rPr>
          <w:lang w:eastAsia="zh-CN"/>
        </w:rPr>
        <w:t>　　面对正确批评要能够坦然接受，知错能改既是尊重别人更是尊重自己。我愿意继续接受所有人的监督和批评。对于心清如水的人，批评比表扬更珍贵，我努力做到心如明镜。遇到高人要能够虚心学习，别人优点都值得去学的。20__年我也在向周围的老师们偷偷学习了很多东西。也赞美过别人，我喜欢与人友善，喜欢和素质高的人打交道，喜欢虚怀若谷的人，近朱者赤近墨者黑，我这几年自认为有所提高，这与我们8个兄弟多年在一起做事是分不开的!如果我有好的一面，我会用来影响我的部门的人，做好事，做好人!</w:t>
      </w:r>
      <w:r>
        <w:rPr>
          <w:lang w:eastAsia="zh-CN"/>
        </w:rPr>
        <w:br/>
      </w:r>
      <w:r>
        <w:rPr>
          <w:lang w:eastAsia="zh-CN"/>
        </w:rPr>
        <w:t xml:space="preserve">    销售月总结与计划 篇12 </w:t>
      </w:r>
      <w:r>
        <w:rPr>
          <w:lang w:eastAsia="zh-CN"/>
        </w:rPr>
        <w:br/>
      </w:r>
      <w:r>
        <w:rPr>
          <w:lang w:eastAsia="zh-CN"/>
        </w:rPr>
        <w:t>　　不知不觉中，_月即将过，回顾这个月的工作历程，能够说是百感交集。虽然说这个月里成长了不少，可是整体来说，自我还是有很多方面需要改善，以下是我对于七月份工作的一个工作总结：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主要的工作职责是电话销售，这是最近几年新起的一个行业，电话销售顾名思义就是透过电话达成交易的销售，在这个月里，我透过多个渠道，比如，网络，电话等，来获得和客户沟通的机会，在没有做这项工作的时候，自我总是以为，电话销售就是打几个电话，然后聊个QQ，等联系到客户，一切感觉都很简单。可是当真正的入手这个行业的时候我才感觉到，事情真的并非我想像的那么简单。</w:t>
      </w:r>
      <w:r>
        <w:rPr>
          <w:lang w:eastAsia="zh-CN"/>
        </w:rPr>
        <w:br/>
      </w:r>
      <w:r>
        <w:rPr>
          <w:lang w:eastAsia="zh-CN"/>
        </w:rPr>
        <w:t>　　电话销售正因不一样于店面销售，大家能够应对面的交谈，电话销售是靠一跟线来将本素不相识的两个人，正因一个产品，然后互相联系起来，所以在给客户的第一印象是，你销售的这个东西是对她有用的，这样才能够继续交谈下去，如果上来顾客就对你的产品不感兴趣，那么就没有继续交流下去的必要。所以给顾客留下一个好印象是十分重要的事情。而对于做成单的客户，也不好不闻不问的，能够时不时的关心，问候一声，让他们感受到你对他们的重视，给大家留一个好的口碑，也许她身边的人需要的时候，她会第一个想到你。对于你来说，问候只是一分钟的事，可是有可能会带给你一个大惊喜。</w:t>
      </w:r>
      <w:r>
        <w:rPr>
          <w:lang w:eastAsia="zh-CN"/>
        </w:rPr>
        <w:br/>
      </w:r>
      <w:r>
        <w:rPr>
          <w:lang w:eastAsia="zh-CN"/>
        </w:rPr>
        <w:t>　　经过一个月的工作，发此刻还有以下几个方面需要改善。</w:t>
      </w:r>
      <w:r>
        <w:rPr>
          <w:lang w:eastAsia="zh-CN"/>
        </w:rPr>
        <w:br/>
      </w:r>
      <w:r>
        <w:rPr>
          <w:lang w:eastAsia="zh-CN"/>
        </w:rPr>
        <w:t>　　一、沟通技巧有待提高。语言组织表达潜质是需要加强改善。</w:t>
      </w:r>
      <w:r>
        <w:rPr>
          <w:lang w:eastAsia="zh-CN"/>
        </w:rPr>
        <w:br/>
      </w:r>
      <w:r>
        <w:rPr>
          <w:lang w:eastAsia="zh-CN"/>
        </w:rPr>
        <w:t>　　二、针对已经合作的客户的后续服务不到位。看着自我成功客户量慢慢多起来，虽然大的客户少之又少，可是自我还是在尽心尽力的维护每一位意向比较好的客户，并且到达从意向客户到真正客户为目的。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三、客户报表没有做很好的整理。对于我们这个行业来说有旺季和淡季，对于淡季或者临近放假的时候问候客户这些就应做一个很好的报表归纳，而我这方面做的不够好。</w:t>
      </w:r>
      <w:r>
        <w:rPr>
          <w:lang w:eastAsia="zh-CN"/>
        </w:rPr>
        <w:br/>
      </w:r>
      <w:r>
        <w:rPr>
          <w:lang w:eastAsia="zh-CN"/>
        </w:rPr>
        <w:t>　　四、开拓新客户量少。今年我合作成功的客户主要是透过电话销售和网络客服等渠道找到客户，而自我真正找的客户很少，这点值得自我好好的深思一下。</w:t>
      </w:r>
      <w:r>
        <w:rPr>
          <w:lang w:eastAsia="zh-CN"/>
        </w:rPr>
        <w:br/>
      </w:r>
      <w:r>
        <w:rPr>
          <w:lang w:eastAsia="zh-CN"/>
        </w:rPr>
        <w:t>　　五、当遇到不懂的专业或者业务知识时候，不善于主动请教领导，并且未在当天把不懂的变成自我的知识给吸收。</w:t>
      </w:r>
      <w:r>
        <w:rPr>
          <w:lang w:eastAsia="zh-CN"/>
        </w:rPr>
        <w:br/>
      </w:r>
      <w:r>
        <w:rPr>
          <w:lang w:eastAsia="zh-CN"/>
        </w:rPr>
        <w:t>　　以上就是我对于七月份的工作总结，对于不足之处，在今后的工作里我会加以改善，发奋做到最好，让自我快速成长起来，早日能够独当一面，望公司领导及同事监督我。</w:t>
      </w:r>
      <w:r>
        <w:rPr>
          <w:lang w:eastAsia="zh-CN"/>
        </w:rPr>
        <w:br/>
      </w:r>
      <w:r>
        <w:rPr>
          <w:lang w:eastAsia="zh-CN"/>
        </w:rPr>
        <w:t xml:space="preserve">    销售月总结与计划 篇13 </w:t>
      </w:r>
      <w:r>
        <w:rPr>
          <w:lang w:eastAsia="zh-CN"/>
        </w:rPr>
        <w:br/>
      </w:r>
      <w:r>
        <w:rPr>
          <w:lang w:eastAsia="zh-CN"/>
        </w:rPr>
        <w:t>　　在领导和同事的指导和关心下，学习公司产品及流程，了解公司动态及项目进程。抽时间查看去年的销售合同，了解公司业务及客户的大致情况，在工作中多看学，边学边记，为以后工作的顺利开展打下良好基础。</w:t>
      </w:r>
      <w:r>
        <w:rPr>
          <w:lang w:eastAsia="zh-CN"/>
        </w:rPr>
        <w:br/>
      </w:r>
      <w:r>
        <w:rPr>
          <w:lang w:eastAsia="zh-CN"/>
        </w:rPr>
        <w:t>　　在此期间做事认真仔细，努力做好自己的本职工作，为公司同事的销售工作提供后勤服务。现就这两个月以的工作情况和体会作如下总结和汇报:</w:t>
      </w:r>
      <w:r>
        <w:rPr>
          <w:lang w:eastAsia="zh-CN"/>
        </w:rPr>
        <w:br/>
      </w:r>
      <w:r>
        <w:rPr>
          <w:lang w:eastAsia="zh-CN"/>
        </w:rPr>
        <w:t>　　商务工作：</w:t>
      </w:r>
      <w:r>
        <w:rPr>
          <w:lang w:eastAsia="zh-CN"/>
        </w:rPr>
        <w:br/>
      </w:r>
      <w:r>
        <w:rPr>
          <w:lang w:eastAsia="zh-CN"/>
        </w:rPr>
        <w:t>　　1、通过公司技术及销售了解公司目前销售的产品的大致概况，通过彩页了解公司产品的外观及技术参数。通过以往的销售资料，及问询领导及同事了解产品的价格体系。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2、协助销售跟时项目及销售订单，为销售提供支援，尽自己的最大努力协助和支援销售行动，以达成销售目标。</w:t>
      </w:r>
      <w:r>
        <w:rPr>
          <w:lang w:eastAsia="zh-CN"/>
        </w:rPr>
        <w:br/>
      </w:r>
      <w:r>
        <w:rPr>
          <w:lang w:eastAsia="zh-CN"/>
        </w:rPr>
        <w:t>　　3、负责分公司与总部的沟通及协调工作，商务合同及相关销售文件的分类归档及保存工作。</w:t>
      </w:r>
      <w:r>
        <w:rPr>
          <w:lang w:eastAsia="zh-CN"/>
        </w:rPr>
        <w:br/>
      </w:r>
      <w:r>
        <w:rPr>
          <w:lang w:eastAsia="zh-CN"/>
        </w:rPr>
        <w:t>　　4、分公司商品的进销存管理，按总公司的要求，制作和登记商品的进销存情况表，并于每月底提交报表至总公司。平时做好商品的进出货管理，按照销售的要求将货物准备及时地发送到指定地点。大批量的货物发送，要与物流公司洽谈运辆合同及货物运输的细节，保证物货的安全，多次询价，在保证货物安全的情况下，节省运输成本。</w:t>
      </w:r>
      <w:r>
        <w:rPr>
          <w:lang w:eastAsia="zh-CN"/>
        </w:rPr>
        <w:br/>
      </w:r>
      <w:r>
        <w:rPr>
          <w:lang w:eastAsia="zh-CN"/>
        </w:rPr>
        <w:t>　　5、在总部和分公司的领导和支持了开展商务工作，催交销售人员提供每月的周报及商机表，了解各销售的业务动态，为销售工作提供售前支持，做好各项资料的准备工作，与总部商务及厂方沟通产品的授权，确认商品的供货周期。在合同的签订中，认真仔细的核查合同的数量，金额和到货时间要求以及产品的售后服务周期，并及时与销售及总部沟通，以免因合同的签订不当，给公司带来违约赔偿等资金损失。跟进合同的产品的发货情况，了解物流过程，与客户沟通产品的到货情况，跟产品的进项发票的到达情况，申请为客户开具销售发票，快递给客户，并与客户确认发票的签收情况。</w:t>
      </w:r>
      <w:r>
        <w:rPr>
          <w:lang w:eastAsia="zh-CN"/>
        </w:rPr>
        <w:br/>
      </w:r>
      <w:r>
        <w:rPr>
          <w:lang w:eastAsia="zh-CN"/>
        </w:rPr>
        <w:t>　　6、公司业务电话的接听，将有效的客户资料提交给相关的销售人员，同时处理党教产品零散客户的报价工作，与客户确认货款及回款时间。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7、客户资料的收集整理更新及存档工作，将分公司的客户资收集起来，作做客户信息表。为后续工作的开展提供方便。</w:t>
      </w:r>
      <w:r>
        <w:rPr>
          <w:lang w:eastAsia="zh-CN"/>
        </w:rPr>
        <w:br/>
      </w:r>
      <w:r>
        <w:rPr>
          <w:lang w:eastAsia="zh-CN"/>
        </w:rPr>
        <w:t>　　8、销售台帐的建立工作。根据出库单据整理样机汇总表及销售汇总表。</w:t>
      </w:r>
      <w:r>
        <w:rPr>
          <w:lang w:eastAsia="zh-CN"/>
        </w:rPr>
        <w:br/>
      </w:r>
      <w:r>
        <w:rPr>
          <w:lang w:eastAsia="zh-CN"/>
        </w:rPr>
        <w:t>　　9、按公司的要求，招聘相关销售人员，加强公司团队建设。</w:t>
      </w:r>
      <w:r>
        <w:rPr>
          <w:lang w:eastAsia="zh-CN"/>
        </w:rPr>
        <w:br/>
      </w:r>
      <w:r>
        <w:rPr>
          <w:lang w:eastAsia="zh-CN"/>
        </w:rPr>
        <w:t>　　行政工作：</w:t>
      </w:r>
      <w:r>
        <w:rPr>
          <w:lang w:eastAsia="zh-CN"/>
        </w:rPr>
        <w:br/>
      </w:r>
      <w:r>
        <w:rPr>
          <w:lang w:eastAsia="zh-CN"/>
        </w:rPr>
        <w:t>　　1、公司名片的订制工作，按公司及同事的要求及时制作所需的名片</w:t>
      </w:r>
      <w:r>
        <w:rPr>
          <w:lang w:eastAsia="zh-CN"/>
        </w:rPr>
        <w:br/>
      </w:r>
      <w:r>
        <w:rPr>
          <w:lang w:eastAsia="zh-CN"/>
        </w:rPr>
        <w:t>　　2、成都分公司物业的沟通及协调，水电费用及通讯费的缴纳工作</w:t>
      </w:r>
      <w:r>
        <w:rPr>
          <w:lang w:eastAsia="zh-CN"/>
        </w:rPr>
        <w:br/>
      </w:r>
      <w:r>
        <w:rPr>
          <w:lang w:eastAsia="zh-CN"/>
        </w:rPr>
        <w:t>　　3、严格按照公司的规定，登记记录分公司员的出勤及出差情况，制作考勤表，并于次月提交至公司总部。</w:t>
      </w:r>
      <w:r>
        <w:rPr>
          <w:lang w:eastAsia="zh-CN"/>
        </w:rPr>
        <w:br/>
      </w:r>
      <w:r>
        <w:rPr>
          <w:lang w:eastAsia="zh-CN"/>
        </w:rPr>
        <w:t>　　4、分公司办公必须品的购买及分发工作。</w:t>
      </w:r>
      <w:r>
        <w:rPr>
          <w:lang w:eastAsia="zh-CN"/>
        </w:rPr>
        <w:br/>
      </w:r>
      <w:r>
        <w:rPr>
          <w:lang w:eastAsia="zh-CN"/>
        </w:rPr>
        <w:t>　　5、参加公司及分公司的会议，了解销售工作的进展情况，认真仔细做好各项会议的会议纪要，并归类存档。</w:t>
      </w:r>
      <w:r>
        <w:rPr>
          <w:lang w:eastAsia="zh-CN"/>
        </w:rPr>
        <w:br/>
      </w:r>
      <w:r>
        <w:rPr>
          <w:lang w:eastAsia="zh-CN"/>
        </w:rPr>
        <w:t>　　6、为销售提供酒店及机票和预定。</w:t>
      </w:r>
      <w:r>
        <w:rPr>
          <w:lang w:eastAsia="zh-CN"/>
        </w:rPr>
        <w:br/>
      </w:r>
      <w:r>
        <w:rPr>
          <w:lang w:eastAsia="zh-CN"/>
        </w:rPr>
        <w:t>　　下半年的工作规划：深入了解公司的现状及产品特点，加强与同事的团队合作，努力加强自我的理论学习及实践工作，认真做好商务行政工作，努力把工作做得更细，更全面，发现自身的不足，改善工作工作的缺点，提高自己的综合能力，提高各项商务工作的服务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上述为本人两个月以来的工作总，因到公司的时间比较短，很多事务不够全面，工作中还存在着许多的不足，敬请公司领导、同事在今后的工作中多加指正和帮助。</w:t>
      </w:r>
      <w:r>
        <w:rPr>
          <w:lang w:eastAsia="zh-CN"/>
        </w:rPr>
        <w:br/>
      </w:r>
      <w:r>
        <w:rPr>
          <w:lang w:eastAsia="zh-CN"/>
        </w:rPr>
        <w:t xml:space="preserve">    销售月总结与计划 篇14 </w:t>
      </w:r>
      <w:r>
        <w:rPr>
          <w:lang w:eastAsia="zh-CN"/>
        </w:rPr>
        <w:br/>
      </w:r>
      <w:r>
        <w:rPr>
          <w:lang w:eastAsia="zh-CN"/>
        </w:rPr>
        <w:t>　　光阴似箭日如梭，转眼间_月已经过去。回顾我们保安队在_月来的工作，可以说是成绩多多，受益多多，体会多多，但存在的问题也不少。为了更好地做好今后的各项工作，根据领导的要求，现对_月来保安队工作总结如下：</w:t>
      </w:r>
      <w:r>
        <w:rPr>
          <w:lang w:eastAsia="zh-CN"/>
        </w:rPr>
        <w:br/>
      </w:r>
      <w:r>
        <w:rPr>
          <w:lang w:eastAsia="zh-CN"/>
        </w:rPr>
        <w:t>　　一、关于上个月的工作</w:t>
      </w:r>
      <w:r>
        <w:rPr>
          <w:lang w:eastAsia="zh-CN"/>
        </w:rPr>
        <w:br/>
      </w:r>
      <w:r>
        <w:rPr>
          <w:lang w:eastAsia="zh-CN"/>
        </w:rPr>
        <w:t>　　我们是今年1月9日开始值班的。由于我们是一支新组建的团队，而且又是在扬州珠宝城这样一个大型的国际化企业里工作，责任重大，压力千钧。为了保质保量完成、履行好肩负的使命，_月我们重点抓了三项工作。</w:t>
      </w:r>
      <w:r>
        <w:rPr>
          <w:lang w:eastAsia="zh-CN"/>
        </w:rPr>
        <w:br/>
      </w:r>
      <w:r>
        <w:rPr>
          <w:lang w:eastAsia="zh-CN"/>
        </w:rPr>
        <w:t>　　一是抓队伍建设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一支过硬的队伍是做好工作的重要保证，从保安队组建开始，我们在队伍建设上就坚持“两手抓”：一手抓人员的配备，一手抓素质的提高。在人员的配备上，我们从江西警官学校招聘了21名学生队员；同时，我们还注意从部队退伍军人中招聘优秀队员。通过_月的努力，我们团队的人数从当初的7个人，增加到现在的39人，是刚开始时的5倍之多。在队伍建设上，我们把“相马”、“赛马”、“驯马”、“养马”相结合。在多渠道引进队员的同时，高度重视队员综合素质的提高。凡新队员进来后，我们都要组织为期半个月的保安业务素质的训练。同时我们还专门邀请扬州市消防大队的专家，来为队员讲授消防方面的知识和技能，使队员都能尽快掌握各项基本的本领，达到上岗的要求。队员上岗后，我们还坚持每周2天的技能训练，风雨无阻，冷热不断，使队员的业务素质不断提高。上个月来，我们保安队已成为一支拉得出，打得响，有较强执行力和战斗力，能出色完成任务的队伍。</w:t>
      </w:r>
      <w:r>
        <w:rPr>
          <w:lang w:eastAsia="zh-CN"/>
        </w:rPr>
        <w:br/>
      </w:r>
      <w:r>
        <w:rPr>
          <w:lang w:eastAsia="zh-CN"/>
        </w:rPr>
        <w:t>　　二是抓制度建设</w:t>
      </w:r>
      <w:r>
        <w:rPr>
          <w:lang w:eastAsia="zh-CN"/>
        </w:rPr>
        <w:br/>
      </w:r>
      <w:r>
        <w:rPr>
          <w:lang w:eastAsia="zh-CN"/>
        </w:rPr>
        <w:t>　　工作的规范有序、卓有成效的关键是靠科学适用的制度作保证，“不以规矩，不成方圆”。团队组建后，我们对值班、交接班、学习、训练等方面都出台了一整套严格、实用的制度，对团队实行准军事化管理，用制度来规范大家的行为，用制度来保证工作任务的完成。如值班队员必须提前15分钟到岗进行交接；队员上下班都必须列队行进，充分展示军人的素质和风彩。</w:t>
      </w:r>
      <w:r>
        <w:rPr>
          <w:lang w:eastAsia="zh-CN"/>
        </w:rPr>
        <w:br/>
      </w:r>
      <w:r>
        <w:rPr>
          <w:lang w:eastAsia="zh-CN"/>
        </w:rPr>
        <w:t>　　三是抓思想建设</w:t>
      </w:r>
      <w:r>
        <w:rPr>
          <w:lang w:eastAsia="zh-CN"/>
        </w:rPr>
        <w:br/>
      </w:r>
      <w:r>
        <w:rPr>
          <w:lang w:eastAsia="zh-CN"/>
        </w:rPr>
        <w:t>　　由于我们的队员来自不同的地方，不同的岗位，各人的综合素质、性格、爱好均不相同。更重要的是他们都刚20出头，血气方刚，这既是我们保安工作的需要，同时，也是我们在日常工作、生活中需要注意的。青年人可塑性很大，但是可变性也很大。因此，我们在队伍建设工作中，要把思想道德建设贯穿始终，紧抓不放。在工作方法上，我们根椐不同队员，不同情况，灵活机动地在班会、业务会上插入思想教育的以会代训，与队员个别谈心，交心，典型案例教育，举行升旗仪式等多种形式，灵活多样地实施思想品德的教育。</w:t>
      </w:r>
      <w:r>
        <w:rPr>
          <w:lang w:eastAsia="zh-CN"/>
        </w:rPr>
        <w:br/>
      </w:r>
    </w:p>
    <w:p w:rsidR="001B1F19" w14:textId="27C3F48A">
      <w:pPr>
        <w:rPr>
          <w:rFonts w:hint="eastAsia"/>
          <w:lang w:eastAsia="zh-CN"/>
        </w:rPr>
      </w:pPr>
      <w:r>
        <w:rPr>
          <w:lang w:eastAsia="zh-CN"/>
        </w:rPr>
        <w:t>　　如我们抓住人员雷鸣同志冒雨救伤员、拾金不昧的事迹，组织全体队员在学习的基础上，展开“人的价值在哪里？”、“怎样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w:t>
      </w:r>
      <w:r>
        <w:rPr>
          <w:lang w:eastAsia="zh-CN"/>
        </w:rPr>
        <w:br/>
      </w:r>
      <w:r>
        <w:rPr>
          <w:lang w:eastAsia="zh-CN"/>
        </w:rPr>
        <w:t>　　形式多样的思想品德教育，收到了实实在在的效果。无论在工作上，还是在日常生活中，我们的队伍中出现了“三多三无”的喜人局面。即：工作积极主动的多，消极应付的少；干事情吃苦在前的多，讨价还价的无；做好人好事的多，违纪背法的无。</w:t>
      </w:r>
      <w:r>
        <w:rPr>
          <w:lang w:eastAsia="zh-CN"/>
        </w:rPr>
        <w:br/>
      </w:r>
      <w:r>
        <w:rPr>
          <w:lang w:eastAsia="zh-CN"/>
        </w:rPr>
        <w:t xml:space="preserve">    销售月总结与计划 篇15 </w:t>
      </w:r>
      <w:r>
        <w:rPr>
          <w:lang w:eastAsia="zh-CN"/>
        </w:rPr>
        <w:br/>
      </w:r>
      <w:r>
        <w:rPr>
          <w:lang w:eastAsia="zh-CN"/>
        </w:rPr>
        <w:t>　　_月已经过去，在看看自己的业绩，心里很不是滋味，仔细回想起来在这个月中自己还是有好多地方做的不足，加上死板的销售套路，我的业绩像是一滩死水，所以我认识到了自己在工作中的不足，没有打破传统的销售政策，以守株待兔的方式最终还是失败了。</w:t>
      </w:r>
      <w:r>
        <w:rPr>
          <w:lang w:eastAsia="zh-CN"/>
        </w:rPr>
        <w:br/>
      </w:r>
      <w:r>
        <w:rPr>
          <w:lang w:eastAsia="zh-CN"/>
        </w:rPr>
        <w:t>　　结合七月份我的整车销售车台数是4台，有一台_V，两台森林人，一台傲虎，但这月只完成了两台森林人的数量，其他都没完成，我也反思了自己，觉得以后应该不段改善和完善自己，提高自己的专业知识，把现在的一种行业最终做成自己的专业。</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https://d.book118.com/608000116043006035</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8000116043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