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班组事迹（31篇）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班组事迹（精选31篇）</w:t>
      </w:r>
      <w:r>
        <w:rPr>
          <w:lang w:eastAsia="zh-CN"/>
        </w:rPr>
        <w:br/>
      </w:r>
      <w:r>
        <w:rPr>
          <w:lang w:eastAsia="zh-CN"/>
        </w:rPr>
        <w:t xml:space="preserve">    班组事迹 篇1 </w:t>
      </w:r>
      <w:r>
        <w:rPr>
          <w:lang w:eastAsia="zh-CN"/>
        </w:rPr>
        <w:br/>
      </w:r>
      <w:r>
        <w:rPr>
          <w:lang w:eastAsia="zh-CN"/>
        </w:rPr>
        <w:t>　　立足岗位 务实创新努力创建一流班组</w:t>
      </w:r>
      <w:r>
        <w:rPr>
          <w:lang w:eastAsia="zh-CN"/>
        </w:rPr>
        <w:br/>
      </w:r>
      <w:r>
        <w:rPr>
          <w:lang w:eastAsia="zh-CN"/>
        </w:rPr>
        <w:t>　　采油厂站_岗担负着__地区水质注入任务，现有8名员工。一年来，该岗员工在岗长带领下，以油田分公司工会开展的双十双百活动为契机，立足岗位，严细管理，务实创新，以优良的作风赢得了厂及全站员工的称赞。</w:t>
      </w:r>
      <w:r>
        <w:rPr>
          <w:lang w:eastAsia="zh-CN"/>
        </w:rPr>
        <w:br/>
      </w:r>
      <w:r>
        <w:rPr>
          <w:lang w:eastAsia="zh-CN"/>
        </w:rPr>
        <w:t>　　一、兴学习之风、练业务素质，全面提升技术水平。</w:t>
      </w:r>
      <w:r>
        <w:rPr>
          <w:lang w:eastAsia="zh-CN"/>
        </w:rPr>
        <w:br/>
      </w:r>
      <w:r>
        <w:rPr>
          <w:lang w:eastAsia="zh-CN"/>
        </w:rPr>
        <w:t>　　该岗以厂绿色管理创优活动为契机加强日常技术培训，通过开展一日一练、一周一技、一月一考，建立岗位练兵台，互学互助结对子等灵活多样的岗位培训活动，营造一个崇尚学习的良好氛围，全面提升岗位人员的技术水平。注水岗不但资料报表的填写和读书笔记记录有了很大进步，实际操作的技术水平，尤其是维护修理注水泵的技术也有了突飞猛进的发展。涌现出了修泵专家,青工技术能手,电脑行家等一批技术尖子.他们还经常利用工作空闲时间，召开班组技术座谈会，大家将自己多年的工作经验、巡检小窍门讲出来供大家学习参考。时间长了，员工们熟能生巧，个个独挡一面。</w:t>
      </w:r>
      <w:r>
        <w:rPr>
          <w:lang w:eastAsia="zh-CN"/>
        </w:rPr>
        <w:br/>
      </w:r>
    </w:p>
    <w:p w:rsidR="001B1F19" w14:textId="0AE8485B">
      <w:pPr>
        <w:pStyle w:val="Heading1"/>
        <w:jc w:val="center"/>
        <w:rPr>
          <w:rFonts w:hint="eastAsia"/>
          <w:lang w:eastAsia="zh-CN"/>
        </w:rPr>
      </w:pPr>
      <w:r>
        <w:rPr>
          <w:sz w:val="44"/>
          <w:lang w:eastAsia="zh-CN"/>
        </w:rPr>
        <w:t>班组事迹（31篇）</w:t>
      </w:r>
    </w:p>
    <w:p w:rsidR="001B1F19"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班组事迹（精选31篇）</w:t>
      </w:r>
      <w:r>
        <w:rPr>
          <w:lang w:eastAsia="zh-CN"/>
        </w:rPr>
        <w:br/>
      </w:r>
      <w:r>
        <w:rPr>
          <w:lang w:eastAsia="zh-CN"/>
        </w:rPr>
        <w:t xml:space="preserve">    班组事迹 篇1 </w:t>
      </w:r>
      <w:r>
        <w:rPr>
          <w:lang w:eastAsia="zh-CN"/>
        </w:rPr>
        <w:br/>
      </w:r>
      <w:r>
        <w:rPr>
          <w:lang w:eastAsia="zh-CN"/>
        </w:rPr>
        <w:t>　　立足岗位 务实创新努力创建一流班组</w:t>
      </w:r>
      <w:r>
        <w:rPr>
          <w:lang w:eastAsia="zh-CN"/>
        </w:rPr>
        <w:br/>
      </w:r>
      <w:r>
        <w:rPr>
          <w:lang w:eastAsia="zh-CN"/>
        </w:rPr>
        <w:t>　　采油厂站_岗担负着__地区水质注入任务，现有8名员工。一年来，该岗员工在岗长带领下，以油田分公司工会开展的双十双百活动为契机，立足岗位，严细管理，务实创新，以优良的作风赢得了厂及全站员工的称赞。</w:t>
      </w:r>
      <w:r>
        <w:rPr>
          <w:lang w:eastAsia="zh-CN"/>
        </w:rPr>
        <w:br/>
      </w:r>
      <w:r>
        <w:rPr>
          <w:lang w:eastAsia="zh-CN"/>
        </w:rPr>
        <w:t>　　一、兴学习之风、练业务素质，全面提升技术水平。</w:t>
      </w:r>
      <w:r>
        <w:rPr>
          <w:lang w:eastAsia="zh-CN"/>
        </w:rPr>
        <w:br/>
      </w:r>
      <w:r>
        <w:rPr>
          <w:lang w:eastAsia="zh-CN"/>
        </w:rPr>
        <w:t>　　该岗以厂绿色管理创优活动为契机加强日常技术培训，通过开展一日一练、一周一技、一月一考，建立岗位练兵台，互学互助结对子等灵活多样的岗位培训活动，营造一个崇尚学习的良好氛围，全面提升岗位人员的技术水平。注水岗不但资料报表的填写和读书笔记记录有了很大进步，实际操作的技术水平，尤其是维护修理注水泵的技术也有了突飞猛进的发展。涌现出了修泵专家,青工技术能手,电脑行家等一批技术尖子.他们还经常利用工作空闲时间，召开班组技术座谈会，大家将自己多年的工作经验、巡检小窍门讲出来供大家学习参考。时间长了，员工们熟能生巧，个个独挡一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注水岗大大小小十几台设备，每台设备的运行参数都不是一成不变的，一般情况下都会在基础数据范围内上下波动，岗上员工经过长时间摸索，通过听、看、摸、闻就可判断并调节每台设备的最佳运行参数。一次值班员工在巡视检查中发现正在运行的3#注水泵运转声音异常,立即停泵,并启用备用泵.贾继岭观摩和听诊,确定是由于内部零件发生磨擦引起的,拆开泵后发现泵轴同心度不好,导致轴承磨损严重,更换主轴及轴承后,该泵运行正常,从而避免了一起设备事故。</w:t>
      </w:r>
      <w:r>
        <w:rPr>
          <w:lang w:eastAsia="zh-CN"/>
        </w:rPr>
        <w:br/>
      </w:r>
      <w:r>
        <w:rPr>
          <w:lang w:eastAsia="zh-CN"/>
        </w:rPr>
        <w:t>　　二、细心加专心、巧干加实干，做好设备维护工作。</w:t>
      </w:r>
      <w:r>
        <w:rPr>
          <w:lang w:eastAsia="zh-CN"/>
        </w:rPr>
        <w:br/>
      </w:r>
      <w:r>
        <w:rPr>
          <w:lang w:eastAsia="zh-CN"/>
        </w:rPr>
        <w:t>　　该岗的6台注水泵使用已近20__年，老化的设备要维持正常的生产运行，就要付出双倍的劳动。在注水设备日常管理中，注水岗始终坚持检查及时，保养到位，维修合格，记录准确十六字管理方针，取得了很好的效果。设备的保养是设备管理的重点，他们严格执行清洗、润滑、调整、紧固、防腐十字作业法，做到日常保养与专项保养相结合，不拖不欠，设备承包到个人，实行专人管理和目标考核;在维修上，一方面不等不靠，加大维修力度，另一方面，不断进行技术培训和经验交流，提高维修水平;在反映设备运行状况的数据录取上，更是一丝不苟，真实反映每台设备的实际情况，为维修保养，提高可靠的依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四月中旬，岗员工主动请战对3#注水泵进行了一次大修。在对3#注水泵全部解体后，他们凭借两条倒链，几把专用或自制的修泵工具，把成吨重的进液阀、排液阀、曲轴、电机、变速箱大轮等大型部件现场拆了下来。进行了清洗效验测试，同时更换了大部分磨损严重的部件，修泵工作量创建站以来的新记录。在这次大修中他们虽然遇到了很多的难题，但通过对难题的解决，员工们也学到了很多的经验，使他们的修泵技术又提高了一个档次，修泵的名气也大增。此后，他们多次帮助兄弟注水站维修注水泵，又攻克了许多修泵难题。</w:t>
      </w:r>
      <w:r>
        <w:rPr>
          <w:lang w:eastAsia="zh-CN"/>
        </w:rPr>
        <w:br/>
      </w:r>
      <w:r>
        <w:rPr>
          <w:lang w:eastAsia="zh-CN"/>
        </w:rPr>
        <w:t>　　三、集腋成裘，节能降耗从一点一滴做起。</w:t>
      </w:r>
      <w:r>
        <w:rPr>
          <w:lang w:eastAsia="zh-CN"/>
        </w:rPr>
        <w:br/>
      </w:r>
      <w:r>
        <w:rPr>
          <w:lang w:eastAsia="zh-CN"/>
        </w:rPr>
        <w:t>　　岗通过全员参与，在工作中提倡成本管理、人人有责的思想，鼓励员工多提合理化建议、多搞节约挖潜。为员工创造一个班组节约一度电、一吨油、一把拖布等既抱西瓜又捡芝麻的氛围。为了做好机泵的保养工作，每年注水岗都要消耗一定数量的润滑油。看到往常那些加入注水泵中的润滑油，在完成润滑使命后，经过合理的渗漏，白白地丢掉，员工们十分心痛，他们自动找来一个小水桶，每日都从地漏中的污水中回收漂浮在上面的润滑油，并将回收回来的润滑油过滤后，与新润滑油掺和后再使用，每月节约润滑油540公斤。</w:t>
      </w:r>
      <w:r>
        <w:rPr>
          <w:lang w:eastAsia="zh-CN"/>
        </w:rPr>
        <w:br/>
      </w:r>
      <w:r>
        <w:rPr>
          <w:lang w:eastAsia="zh-CN"/>
        </w:rPr>
        <w:t>　　岗是站的耗电首户，又是节电降耗的重点岗位，在节电上下功夫，成了当务之急。要是能在保证正常干压17.5mpa，注水量35m3/h的情况下停开一台泵，这样一年下来可不是笔小数!岗长贾继岭与员工研究、摸索，并请示站领导取得采油井区的大力支持，采取间歇启泵、集中注水的方法，一个月可节电10万度。同时，他们申请电工班的援助，将注水岗注供泵闲置多年且从来没有使用过的变频仪进行了修复使用，该项措施实施后日节电400KW.H。</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四、互助互帮、团结向上，争创先进班组。</w:t>
      </w:r>
      <w:r>
        <w:rPr>
          <w:lang w:eastAsia="zh-CN"/>
        </w:rPr>
        <w:br/>
      </w:r>
      <w:r>
        <w:rPr>
          <w:lang w:eastAsia="zh-CN"/>
        </w:rPr>
        <w:t>　　重视团队的力量，在人员管理上，注水岗更多地体现以人为本的思想，不断增强本岗员工队伍的凝聚力，营造温馨环境。师带徒、徒帮师，言传身教，使全岗素质上水平。作为岗长有责任带领大家学习钻研技术;作为技术高手有义务培养技术骨干。出于这样的认识，岗长和技术高手在班站管理中、在传道、授业、解惑上着实下了一番功夫。他们带领岗上职工长期坚持搞素质教育和技术小比武活动，教育职工增强责任心，刻苦钻研技术。只有熟练自己的业务，干起活来才能得心应手!成了全岗职工的共识。</w:t>
      </w:r>
      <w:r>
        <w:rPr>
          <w:lang w:eastAsia="zh-CN"/>
        </w:rPr>
        <w:br/>
      </w:r>
      <w:r>
        <w:rPr>
          <w:lang w:eastAsia="zh-CN"/>
        </w:rPr>
        <w:t>　　岗还从落实各项规章制度抓起，用制度规范岗位员工的言行。年初，为了更好地完善交接班制度，岗在原有基础上进行创新。改以往在岗位上交接为面对面交接，每天由岗长、交班工人与接班工人一起到现场面对面交接各种运行参数和设备运行情况，把生产存在的问题当面交接清楚，以便接班人员和岗长能够及时掌握生产情况，重点问题，重点监护。有效避免了事故隐患，确保了安全生产。</w:t>
      </w:r>
      <w:r>
        <w:rPr>
          <w:lang w:eastAsia="zh-CN"/>
        </w:rPr>
        <w:br/>
      </w:r>
      <w:r>
        <w:rPr>
          <w:lang w:eastAsia="zh-CN"/>
        </w:rPr>
        <w:t>　　一直以来，岗员工通过不断努力，出色的完成了厂及站下达的各项生产经营指标，全面提升了基础管理水平，受到了领导和员工的一致好评。</w:t>
      </w:r>
      <w:r>
        <w:rPr>
          <w:lang w:eastAsia="zh-CN"/>
        </w:rPr>
        <w:br/>
      </w:r>
      <w:r>
        <w:rPr>
          <w:lang w:eastAsia="zh-CN"/>
        </w:rPr>
        <w:t xml:space="preserve">    班组事迹 篇2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在棠张实验小学二(1)班这个集体中有36个朝气蓬勃的儿童，他们有着自己独特的个性，又有着为一个共同的目标、共同的集体而拧成一股绳的强大的动力。他们在校领导和各位任课老师的帮助下，在班委会以及全班同学的共同努力下，在思想上、学习上、活动中等各个方面都取得了显著的成绩，正一步一步走向成熟。下面对本班的情况作一简单汇报。</w:t>
      </w:r>
      <w:r>
        <w:rPr>
          <w:lang w:eastAsia="zh-CN"/>
        </w:rPr>
        <w:br/>
      </w:r>
      <w:r>
        <w:rPr>
          <w:lang w:eastAsia="zh-CN"/>
        </w:rPr>
        <w:t>　　一、建立健全班干部制度</w:t>
      </w:r>
      <w:r>
        <w:rPr>
          <w:lang w:eastAsia="zh-CN"/>
        </w:rPr>
        <w:br/>
      </w:r>
      <w:r>
        <w:rPr>
          <w:lang w:eastAsia="zh-CN"/>
        </w:rPr>
        <w:t>　　一个班的集体面貌如何，很大程度上是由小干部决定的。小干部对班集体有着“以点带面”和“以面带面”的作用，所以对于班干部的选择我十分慎重，也只有选择了合适的班干部，我的班主任工作才能逐渐从繁重走向简单与轻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由于孩子年龄比较小，我事先就对班上的情况就进行了了解，然后采用自愿报名、全班举手投票的形式，基于事先的了解和在竞选过程中适当引导，可以说最终当选的干部具有较强的号召力和自我管理能力。班长吴欣羽成绩优秀、性格活泼、乐于助人，在班集体中具有极大的号召力，体育委员张雅乐和劳动委员刘哗然都是班上出名的“调皮大王”，张雅乐年龄稍大，总觉得自己比别人强一些，总是随便，不顾纪律约束，打架的事是时常有所发生。刘哗然个子不大，也是经常与别人发生冲突，招惹别人。让他们当班干，我希望能以此激发他们的热情和积极性，提高他们的集体意识，事实证明这种方法是正确的。张雅乐自从当了体育委员便知道了要管别人，首先要管好自己，而刘哗然也更热爱劳动了。对于这些班干部的优点我大力表扬，宣传他们的先进事迹，同时帮助小干部树立威信;另一方面，鼓励干部大胆工作，指点他们工作方法的同时，要更严格要求干部个人在知识、能力上取得更大进步，在纪律上以身作则，力求从各方面给全班起到模范带头作用，亦即“以点带面”;再次，培养干部团结协作的精神，通过干部这个小集体建立正确、健全的舆论，带动整个班集体开展批评与自我批评，形成集体的组织性、纪律性和进取心，亦即“以面带面”。</w:t>
      </w:r>
      <w:r>
        <w:rPr>
          <w:lang w:eastAsia="zh-CN"/>
        </w:rPr>
        <w:br/>
      </w:r>
      <w:r>
        <w:rPr>
          <w:lang w:eastAsia="zh-CN"/>
        </w:rPr>
        <w:t>　　通过努力建立起良好的班集秩序，绝大部分同学均能做到以集体为荣，乐于帮助同学，尤其是培养了一批优秀班干部的，树立了主人翁精神，在我外出听课期间没有出现打架、偷窃等不良行为，纪律、卫生、体育、学习各项工作都显示出良好的势头，深受学校领导以及老师的好评。尤其是在自我管理方面有很大提高，班干部能够发挥出很大的作用，如遇什么突发状况能够自己进行及时和妥善的处理，实在处理不了的也能及时向老师汇报，能够让老师放心。</w:t>
      </w:r>
      <w:r>
        <w:rPr>
          <w:lang w:eastAsia="zh-CN"/>
        </w:rPr>
        <w:br/>
      </w:r>
      <w:r>
        <w:rPr>
          <w:lang w:eastAsia="zh-CN"/>
        </w:rPr>
        <w:t>　　二、培养学生的爱心，增强集体凝聚力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学校教育，我认为首先应该是对学生的思想教育，而单纯的理论说教，往往效果不加，所以，我常常抓住生活中的一些事情，对他们进行教育。例如：我班有这样一个学生，张文静衣着十分简单，而且头发上都是污垢，夏天时喜欢穿拖鞋满校园跑，上课不遵守纪律。别的老师告诉我，她是一个十分苦命的孩子，母亲被别人拐卖，折磨得精神不太正常，爸爸是个五六十岁的老头。她从小和爷爷奶奶生活，爷爷奶奶年迈，更加偏爱这个孙子，觉得吃好玩好就行，根本不注意卫生和习惯的培养，所以学习成绩极差。不仅班上很多同学，甚至老师都不喜欢她，一天她在班上和一个男同学大声叫骂起来了，声音特别大，我把她单独叫到办公室来询问，她告诉我，班上同学都叫她“疯子”，从学前班开始就都喜欢欺负她，她说心里很难受，所以才大声吵起来，当时她整个小脸蛋都是泪痕，我的整个心都被震动了。于是我马上召开了班会召开了以“学会尊重</w:t>
      </w:r>
      <w:r>
        <w:rPr>
          <w:lang w:eastAsia="zh-CN"/>
        </w:rPr>
        <w:t xml:space="preserve"> 学会关爱”为主题的班会(我请语文老师叫她去办公室改作业了，所以她没有参加班会)，我把她的事情用故事的形式告诉大家，我问到，同样的事情如果发生在你们的身上你们会怎样，面对命运的不公，你们会每天依然面带微笑地来上学吗?全班都沉默了。我告诉大家，要学会关爱他人，让大家感受到温暖，让大家感受到爱，爱是无时无刻不在，只要我们懂得关爱他人，同时也获得别人的关爱。我们应该处处为他人着想，多关心他人，理解他人，宽容他人，尊重他人，就能做到心中有他人，同时他人心中也有你。她在我们这个集体中，我们就不能让她孤单，我们要和她并肩站在一起，帮助她，关心她，就象诗中说的“一枝独秀不算春，百花争艳春满园”。学会关爱，学会尊重，毕竟只有懂得尊重他人的人，才能得到别人的尊重，毕竟我们二年级一班是一个集体、一个大家庭。当时很多同学都流下了眼泪。那天后，班上的同学自发地向她献爱心，和她一起玩耍，帮助她搞好学习。没有人再向她投去异样的眼光。很多同学都认为自己以前太自私了，为自己以前的渺小而惭愧。有了好吃的总是和她一起分享，而她也不在上课时大声喊叫了，也能上课积极举手回答问题了，当我看见她和同学们手拉手在校园里玩耍时;当我听见他们灿烂的笑声时;我真的感到十分欣慰，更重要的是，通过这样一件事，班上同学的集体意识更强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三、转化学生思想，树立集体楷模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在我们这个大家庭中还有一个男孩子汤丰尧，他眼睛大大的，十分引人注意，无论是上课回答问题，与他谈话，还是其他老师的反馈信息中，我知道，他天分很高，是个非常聪明的孩子，不仅成绩优秀，知识面也很广。很多同学都十分佩服他。可是没有过多久我就发现，他虽然聪明，但却很自负，很自私，看不起其他同学，不关心集体，不愿意为集体出力，还时常缺交作业。每次考试和写课堂作业时都能看到他拿本书，写一题遮一题。据其他同学反映，向他请教问题他从不回答。我还时常听见教室里传出他骄傲的声音：“这个都不知道，真笨!”我突然意识到，这是一个急待提高心理素质的孩子，应注重性格和思想的发展。帮助他正确地认识自我，认识他人。多次进行个别谈话后，了解他喜欢读书，我就用书中故事，用名家自传，对他进行教育。教他学会用尊重、信任、友爱、宽容、谅解等与别人相处。能和集体与他人同心协力地合作共事，并及时与家长取得联系，希望学校教育能够得到家长的配合。希望发挥家庭的熏陶作用，家庭是人生的“第一课堂”，父母是孩子的“第一任老师”，家长的一言一行都会对孩子产生极大的影响。因此，作为家长,应从孩子的一生着想，有针对性地给孩子施加影响。家长要做表率，在日常生活中，以身作则，多给孩子正面的影响。通过一段时间的努力，我发现他能带头完成作业，帮助同学解答疑难，在课堂上再也看不见他用书遮遮掩掩写题的景象，还主动要求担任班上的纪律委员，要和同学共同进步，成为老师的好助手。课间还时常看见他在教同学们下象棋。而我也期待着他有更大进步。</w:t>
      </w:r>
      <w:r>
        <w:rPr>
          <w:lang w:eastAsia="zh-CN"/>
        </w:rPr>
        <w:br/>
      </w:r>
      <w:r>
        <w:rPr>
          <w:lang w:eastAsia="zh-CN"/>
        </w:rPr>
        <w:t>　　四、取得的成绩</w:t>
      </w:r>
      <w:r>
        <w:rPr>
          <w:lang w:eastAsia="zh-CN"/>
        </w:rPr>
        <w:br/>
      </w:r>
      <w:r>
        <w:rPr>
          <w:lang w:eastAsia="zh-CN"/>
        </w:rPr>
        <w:t>　　1、校年度班级考核第二名。</w:t>
      </w:r>
      <w:r>
        <w:rPr>
          <w:lang w:eastAsia="zh-CN"/>
        </w:rPr>
        <w:br/>
      </w:r>
      <w:r>
        <w:rPr>
          <w:lang w:eastAsia="zh-CN"/>
        </w:rPr>
        <w:t>　　2、学生参加校跳绳、踢毽子比赛分别获年级组第一、二名。</w:t>
      </w:r>
      <w:r>
        <w:rPr>
          <w:lang w:eastAsia="zh-CN"/>
        </w:rPr>
        <w:br/>
      </w:r>
      <w:r>
        <w:rPr>
          <w:lang w:eastAsia="zh-CN"/>
        </w:rPr>
        <w:t>　　3、在校级黑板报评比中获一等奖。</w:t>
      </w:r>
      <w:r>
        <w:rPr>
          <w:lang w:eastAsia="zh-CN"/>
        </w:rPr>
        <w:br/>
      </w:r>
      <w:r>
        <w:rPr>
          <w:lang w:eastAsia="zh-CN"/>
        </w:rPr>
        <w:t>　　4、在校级四号少年演讲比赛评比中获一等奖。</w:t>
      </w:r>
      <w:r>
        <w:rPr>
          <w:lang w:eastAsia="zh-CN"/>
        </w:rPr>
        <w:br/>
      </w:r>
      <w:r>
        <w:rPr>
          <w:lang w:eastAsia="zh-CN"/>
        </w:rPr>
        <w:t>　　5、在每周的纪律、卫生评比中分别获第一、二名。</w:t>
      </w:r>
      <w:r>
        <w:rPr>
          <w:lang w:eastAsia="zh-CN"/>
        </w:rPr>
        <w:br/>
      </w:r>
      <w:r>
        <w:rPr>
          <w:lang w:eastAsia="zh-CN"/>
        </w:rPr>
        <w:t>　　6、在庆元旦汇演评比中获第二名。</w:t>
      </w:r>
      <w:r>
        <w:rPr>
          <w:lang w:eastAsia="zh-CN"/>
        </w:rPr>
        <w:br/>
      </w:r>
      <w:r>
        <w:rPr>
          <w:lang w:eastAsia="zh-CN"/>
        </w:rPr>
        <w:t>　　7、我以本班事例研究的课题正作为子课题在市级立项。</w:t>
      </w:r>
      <w:r>
        <w:rPr>
          <w:lang w:eastAsia="zh-CN"/>
        </w:rPr>
        <w:br/>
      </w:r>
      <w:r>
        <w:rPr>
          <w:lang w:eastAsia="zh-CN"/>
        </w:rPr>
        <w:t>　　在学校领导的重视和关怀下，在各位任课老师的悉心呵护下，在同学们的共同努力下，我们班虽然在学校和大队部组织的各项活动中取得了很大的成绩。可是班级建设之路并没有到尽头，路漫漫其修远兮，吾将上下求索。不断做好班级工作，让每一个孩子健康快乐的成长。</w:t>
      </w:r>
      <w:r>
        <w:rPr>
          <w:lang w:eastAsia="zh-CN"/>
        </w:rPr>
        <w:br/>
      </w:r>
      <w:r>
        <w:rPr>
          <w:lang w:eastAsia="zh-CN"/>
        </w:rPr>
        <w:t xml:space="preserve">    班组事迹 篇3 </w:t>
      </w:r>
      <w:r>
        <w:rPr>
          <w:lang w:eastAsia="zh-CN"/>
        </w:rPr>
        <w:br/>
      </w:r>
      <w:r>
        <w:rPr>
          <w:lang w:eastAsia="zh-CN"/>
        </w:rPr>
        <w:t>　　中电投宁夏能源铝业青鑫炭素公司成型一车间生产二班是一个团结求实、蓬勃向上的集体。他们以四个一流（具备一留素质、实现一流操作、争创一流水平确保一流质量）规范自己的行为，以不懈的追求和踏实的态度，勇往直前。他们从加强班组管理，提高班员素质出发，自强不息、扎实工作，在不断进取中去的优异成绩。该班曾连续多次荣获青鑫公司先进班组称号，多名班员曾先后荣获青鑫公司先进工作者三八红旗手十佳岗位能手等荣誉称号。</w:t>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xml:space="preserve"> 为了营造一个良好的民主工作氛围，该班组把抓好民主管理工作作为班组管理的一件大事。在今年年初招考的20__年班组工作会议上通过班组成员信得过考核办法，经济责任制，奖金分配办法及优秀班组行为规范，以及关于加强劳动纪律管理的细则。这些做法给班组，积极向上尊定了良好的基础。此外，班组每天都要召开班前会，对昨天工作进行总结，讨论制定今天的工作计划及工作重点，使得班组每一位成员对工作目标明确，也他搞了大家工作的积极性。</w:t>
      </w:r>
      <w:r>
        <w:rPr>
          <w:lang w:eastAsia="zh-CN"/>
        </w:rPr>
        <w:t xml:space="preserve"> 为了提高班组的整体水平，班组开展了一帮一每月一题互保联等活动。班长通过细心观察掌握每一位班员有缺点和操作能力，安排工作的时候，总是技术水平高低搭配。这样既保证安全稳定生产，又给技术水平低的同志提供学习的机会。由于班组平均年龄30岁，接受能力强，学习起来较容易，再加上班员能够虚心求教并接受其他班组的方法，使得班组整体水平迅速提高，在车间月度质量考核中始终名列前茅。</w:t>
      </w:r>
      <w:r>
        <w:rPr>
          <w:lang w:eastAsia="zh-CN"/>
        </w:rPr>
        <w:br/>
      </w:r>
      <w:r>
        <w:rPr>
          <w:lang w:eastAsia="zh-CN"/>
        </w:rPr>
        <w:t>　　该班不但有过硬的技术，而且在爱岗敬业方面也广受车间表扬。由于成型一车间的生产任务在公司上有及其重要的地位，任何工艺和设备上的故障都可能影响生产，所以临时性的检修时常发生。今年4月10日</w:t>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xml:space="preserve"> 班成型一车间成型工段1#皮带在生产过程中出现皮带打鼓现象，当班员工及时发现情况迅速报告班长，当班班长立即联系维修工前来处理，由于近期生产任务重，维修人员面多人少，只来了一个维修工，大家得知情况后，顾不得下班立即赶到现场配合抢修，经过大家奋力配合很快就完成了抢修任务，恢复了生产的正常运行。</w:t>
      </w:r>
      <w:r>
        <w:rPr>
          <w:lang w:eastAsia="zh-CN"/>
        </w:rPr>
        <w:br/>
      </w:r>
      <w:r>
        <w:rPr>
          <w:lang w:eastAsia="zh-CN"/>
        </w:rPr>
        <w:t>　　在实施成本推进战略中班组成员正确领会车间精神，精心操作努力降低成本积极响应‘从节约一粒料一滴油’做起，为车间降低能耗节约材料为车间控0增放做出了贡献。</w:t>
      </w:r>
      <w:r>
        <w:rPr>
          <w:lang w:eastAsia="zh-CN"/>
        </w:rPr>
        <w:br/>
      </w:r>
      <w:r>
        <w:rPr>
          <w:lang w:eastAsia="zh-CN"/>
        </w:rPr>
        <w:t>　　该班有详细的安全工作计划，要求员工在生产过程中牢固安全第一的思想 培养员工的安全意识。使安全工作由被动变为主动，由于大家思想上的高度重视，工作认真负责，再生产过程中发现并多次消除隐患。20__年5月10日早上9:30分副班长焦己新在巡检过程中隐隐闻到一股烧焦的气味，他没大意，经过仔细查找发现中啐二楼平衡料就地控制箱冒烟，状况紧急，焦己新立即拿上灭火器冲了过去，经过果断处理避免了一起火灾爆炸事故。</w:t>
      </w:r>
      <w:r>
        <w:rPr>
          <w:lang w:eastAsia="zh-CN"/>
        </w:rPr>
        <w:br/>
      </w:r>
      <w:r>
        <w:rPr>
          <w:lang w:eastAsia="zh-CN"/>
        </w:rPr>
        <w:t>　　为了加强班组的安全生产，该班推出了班组巡检记录将班组当班期间设备进行仔仔细细的检查并对发现的问题及处理结果记录在案。为了塔高工人的造作水平优化产量品质，该班开展了劳动竞赛活动即把每位员工当月工作中的表现情况进行考核打分并做到有奖有罚，以此来鼓励大家的积极性。位了提高每位员工的事故应急处理能力，班组推出 事故应急预案演练即每月由班长出题员工积极配合分工明确，最后择最佳的处理方案记录在案。这样既让每位员工获得知识有体现了班组退队精神。</w:t>
      </w:r>
      <w:r>
        <w:rPr>
          <w:lang w:eastAsia="zh-CN"/>
        </w:rPr>
        <w:br/>
      </w:r>
      <w:r>
        <w:rPr>
          <w:lang w:eastAsia="zh-CN"/>
        </w:rPr>
        <w:t xml:space="preserve">    班组事迹 篇4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班组是企业的细胞，是企业安全生产的前沿阵地。班组安全工作的好坏直接关系到企业的生存与发展。五工队是20__年由迁入，现有职工人数13人，其中35周岁以上男职工11人，女职工1人。集材50型拖拉机2台，绞盘机1台，油锯2台。这13名同志担负着全场年生产任务的近百分之三十。几年来，该工队始终把安全生产作为班组管理工作的核心，积极贯彻落实林业局、分公司的各项会议精神。坚持体现以人为本的安全生产理念，坚持从我做起，从细节入手，树立零违章理念，坚持教育与惩处相结合，落实责任，夯实基础，以个人控制差错为切入点，坚决避免不安全事件的发生。通过强化管理使各项指标完成较好。该班组曾多次获得局、分公司优秀班组、安全生产先进班组等多项荣誉称号。众所周知，山场一线的工作环境恶劣，条件不好，但五工队的职工却从来不叫苦喊累。他们始终以拼搏、创新、奉献的林业工人精神激励着自己。</w:t>
      </w:r>
      <w:r>
        <w:rPr>
          <w:lang w:eastAsia="zh-CN"/>
        </w:rPr>
        <w:br/>
      </w:r>
      <w:r>
        <w:rPr>
          <w:lang w:eastAsia="zh-CN"/>
        </w:rPr>
        <w:t>　　一、坚持安全教育，不断提高班员安全责任意识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五工队有着较好的班组安全管理基础，较完善的安全管理体系，在公司和林场的领导下，认真学习各类安全文件和有关的通报，认真吸取兄弟班组和其它单位的经验和教训，班组三级安全网(工队长、兼职安全员、队员)发挥各自的安全责任，大家深知要提高安全意识，确保企业的安全生产，关键取决于班组人员应具有较高的安全技术素质、较高的安全管理水平和较高的安全责任心。因此，持之以恒地宣传生产安全的重要性，认真组织班组人员学习、分析、总结木材生产中出现的事故教训，并根据本班实际情况，查找问题，制定相应的安全整改措施，不断加强班员的安全责任心，将队员的安全责任心提高到讲政治、讲稳定的高度。坚定不移地贯彻安全第一，预防为主的方针。</w:t>
      </w:r>
      <w:r>
        <w:rPr>
          <w:lang w:eastAsia="zh-CN"/>
        </w:rPr>
        <w:br/>
      </w:r>
      <w:r>
        <w:rPr>
          <w:lang w:eastAsia="zh-CN"/>
        </w:rPr>
        <w:t>　　二、开好安全活动会构筑安全生产防线</w:t>
      </w:r>
      <w:r>
        <w:rPr>
          <w:lang w:eastAsia="zh-CN"/>
        </w:rPr>
        <w:br/>
      </w:r>
      <w:r>
        <w:rPr>
          <w:lang w:eastAsia="zh-CN"/>
        </w:rPr>
        <w:t>　　在安全会上，通过事故快报，安全简报的集中学习，把别人的事故当作自己的事故，深入剖析事故的原因，同时结合本班组工作实际，举一反三，工队长针对运行工作中的问题，从安全管理和安全防范方面总结分析，指出缺点、找出不足，并落实整改措施，有根有据、有理由节，为每个员工敲响警钟，从而不断提高安全意志，增强事故防范能力。使每个成员在思想上构筑安全生产的一道防线。</w:t>
      </w:r>
      <w:r>
        <w:rPr>
          <w:lang w:eastAsia="zh-CN"/>
        </w:rPr>
        <w:br/>
      </w:r>
      <w:r>
        <w:rPr>
          <w:lang w:eastAsia="zh-CN"/>
        </w:rPr>
        <w:t>　　三、开好班前、班后会，落实安全生产责任制度</w:t>
      </w:r>
      <w:r>
        <w:rPr>
          <w:lang w:eastAsia="zh-CN"/>
        </w:rPr>
        <w:br/>
      </w:r>
      <w:r>
        <w:rPr>
          <w:lang w:eastAsia="zh-CN"/>
        </w:rPr>
        <w:t>　　认真开好班前、班后会，认真贯彻安全生产责任制度，针对当天木材生产作业实际情况进行事故超前预测。班组长在每天布置生产任务的同时，指出可能影响安全的因素，并提出预防措施和要求。通过查摆不安全因素，及时进行整改。每天在工队长的带领下，大家在发车前都会进行庄严的安全宣誓，多年来持之以恒，从未间断。正是由于班组在安全管理和生产管理工作上，认真贯彻执行《中华人民共和国安全生产法》、《吉林市安全生产条例》、《伐区安全生产作业规程》以及公司有关文件精神的规定和要求，多年取得了较好的安全和生产成绩，获得了多项殊荣。</w:t>
      </w:r>
      <w:r>
        <w:rPr>
          <w:lang w:eastAsia="zh-CN"/>
        </w:rPr>
        <w:br/>
      </w:r>
      <w:r>
        <w:rPr>
          <w:lang w:eastAsia="zh-CN"/>
        </w:rPr>
        <w:t>　　四、建立完善的员工培训体系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积极开展人员岗位技能培训，经常组织班组成员学习《安全生产法》、《设备安全操作规程》、《安全生产工作规定》等规章制度。通过培训使班组成员能及时掌握各种安全操作规程、安全生产法规，使其具备一定的安全素质，增强岗位适应能力。同时结合安全生产实际，开展行之有效的技术比武、反事故演习等安全竞赛活动，以此激发员工自觉钻研业务技能，掌握专业技能的积极性，进一步提高班员爱企强企意识，争做有理想、有道德、有文化、有纪律的热情。使班员从要我安全到我要安全，我会安全上的转变。</w:t>
      </w:r>
      <w:r>
        <w:rPr>
          <w:lang w:eastAsia="zh-CN"/>
        </w:rPr>
        <w:br/>
      </w:r>
      <w:r>
        <w:rPr>
          <w:lang w:eastAsia="zh-CN"/>
        </w:rPr>
        <w:t>　　五、完善规章制度，不断落实班员安全责任制</w:t>
      </w:r>
      <w:r>
        <w:rPr>
          <w:lang w:eastAsia="zh-CN"/>
        </w:rPr>
        <w:br/>
      </w:r>
      <w:r>
        <w:rPr>
          <w:lang w:eastAsia="zh-CN"/>
        </w:rPr>
        <w:t>　　强化规章制度的落实，在实际工作中，杜绝只安排不检查的现象。把安全责任落实到生产过程的每一个岗位和每一个环节。在伐、打、造、集、归、装各个环节上，从严、细、实上下功夫。严，就是从严管理，敢抓敢管，不徇私情，不讲情面;细，就是考虑问题周全，部署周密，精耕细作;实，就是工作求实，不走过场，每项工作都有专人定期或不定期对分配管辖的工作进行检查，针对出现的问题及时纠正和处理，并在安全活动中进行分析、研究、讨论、制定措施。形成全员、全方位、全过程的监控态势和持续长效的管理机制。</w:t>
      </w:r>
      <w:r>
        <w:rPr>
          <w:lang w:eastAsia="zh-CN"/>
        </w:rPr>
        <w:br/>
      </w:r>
      <w:r>
        <w:rPr>
          <w:lang w:eastAsia="zh-CN"/>
        </w:rPr>
        <w:t>　　六、狠抓薄弱环节，确保班组安全</w:t>
      </w:r>
      <w:r>
        <w:rPr>
          <w:lang w:eastAsia="zh-CN"/>
        </w:rPr>
        <w:br/>
      </w:r>
      <w:r>
        <w:rPr>
          <w:lang w:eastAsia="zh-CN"/>
        </w:rPr>
        <w:t>　　由于特殊原因在冬季木材生产任务繁重时，单位会雇佣外委人员，我们针对农民工文化低，安全意识薄弱的状况，在使用农民工时，一方面利用空余时间，对他们进行安全知识教育，另一方面加强实际工作管理，具体采用分片包干、专人专管、统一管理的措施，时刻提醒和监督他们的工作状况，对不安全现象及时纠正，积极教育，使他们得知安全工作的重要性，以此保证了他们的人身安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七、认真仔细、注重实效</w:t>
      </w:r>
      <w:r>
        <w:rPr>
          <w:lang w:eastAsia="zh-CN"/>
        </w:rPr>
        <w:br/>
      </w:r>
      <w:r>
        <w:rPr>
          <w:lang w:eastAsia="zh-CN"/>
        </w:rPr>
        <w:t>　　为了杜绝各类事故发生、保证安全工作顺利进行，我们要求职工注重每个新的一天，养成十年如一日的工作习惯。特别在每个工作日发车前，都必须做到认真、仔细、严密，以此收到了很好的效果。另外在工作中由于严格仔细，各岗位查处了很多项隐患及各种缺陷，并对其进行逐项登记，及时为设备车辆检修提供依据，为及时修复打下了基础，从根本上保证了设备的实际完好率100%。尤其在历年的安全性评价及安评整改工作中，在工队长的带领下，不怕苦不怕累，高标准严要求把林场年初下达的各项工作任务提前完成。</w:t>
      </w:r>
      <w:r>
        <w:rPr>
          <w:lang w:eastAsia="zh-CN"/>
        </w:rPr>
        <w:br/>
      </w:r>
      <w:r>
        <w:rPr>
          <w:lang w:eastAsia="zh-CN"/>
        </w:rPr>
        <w:t>　　在多年安全生产工作中，五工队以优异的成绩完成了上级下达的各项任务，实现了安全生产无事故，为我场的安全工作奠定了良好的基础。他们将会在今后的工作中进一步狠抓管理、内强素质、外树形象、与时俱进、团结创新，时刻以安全生产为第一位，团结和带领广大员工，努力完成全年的各项生产任务指标，为实现企业的蓬勃发展发展奉献自己火红的青春。</w:t>
      </w:r>
      <w:r>
        <w:rPr>
          <w:lang w:eastAsia="zh-CN"/>
        </w:rPr>
        <w:br/>
      </w:r>
      <w:r>
        <w:rPr>
          <w:lang w:eastAsia="zh-CN"/>
        </w:rPr>
        <w:t xml:space="preserve">    班组事迹 篇5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林班长，20__年12月进入泰州移动，十多年来，他脚踏实地，兢兢业业，一直从事集团服务相关工作，现担任泰州移动姜堰分公司政企部集团客户班班长。他一直秉承严谨的工作作风和务实的工作态度，在平凡的基层岗位上默默奉献，发光发热。他先后获得“江苏公司先进工作者”、“泰州分公司先进个人”、“泰州分公司服务明星”等荣誉，带领的班组先后荣获“江苏公司标杆班组”、“泰州市级青年文明号、标杆班组”等荣誉称号。今年，他又被评为20__-20__年度中国移动优秀班组长。</w:t>
      </w:r>
      <w:r>
        <w:rPr>
          <w:lang w:eastAsia="zh-CN"/>
        </w:rPr>
        <w:br/>
      </w:r>
      <w:r>
        <w:rPr>
          <w:lang w:eastAsia="zh-CN"/>
        </w:rPr>
        <w:t>　　勤勉严格，夯实基础管理筑基石</w:t>
      </w:r>
      <w:r>
        <w:rPr>
          <w:lang w:eastAsia="zh-CN"/>
        </w:rPr>
        <w:br/>
      </w:r>
      <w:r>
        <w:rPr>
          <w:lang w:eastAsia="zh-CN"/>
        </w:rPr>
        <w:t>　　十年的班组长经历，林班长摸索出了一套特有的基层班组管理模式，他提炼的“四会”制度（每天“晨会”、每周“培训会”、每月“总结会”、每季“头脑风暴会”）被公司作为优秀实践案例推广。他对客户经理进行常态化培训，夯实业务基础，针对新进客户经理采取一对一师徒帮扶模式，从基础工作、集团拜访等进行全过程引导，让新人能够在最短时间内熟悉各项流程，尽快融入团队，胜任工作任务。</w:t>
      </w:r>
      <w:r>
        <w:rPr>
          <w:lang w:eastAsia="zh-CN"/>
        </w:rPr>
        <w:br/>
      </w:r>
      <w:r>
        <w:rPr>
          <w:lang w:eastAsia="zh-CN"/>
        </w:rPr>
        <w:t>　　为了让客户经理熟悉掌握自身工作内容，提高工作效率，他牵头制定和固化客户经理工作模板，规范客户经理日常工作流程，管“实”理“清”工作内容、跟踪工作过程、排查工作不足，及时改进提升，始终坚持做到当日事当日毕，不把问题留到明天。坚持严格的管理模式，在潜移默化中培养了班组成员的责任意识、吃苦精神，为班组取得系列优异的业务成绩打下了坚实基础。</w:t>
      </w:r>
      <w:r>
        <w:rPr>
          <w:lang w:eastAsia="zh-CN"/>
        </w:rPr>
        <w:br/>
      </w:r>
      <w:r>
        <w:rPr>
          <w:lang w:eastAsia="zh-CN"/>
        </w:rPr>
        <w:t>　　率先垂范，争当业务拓展排头兵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凭借丰富的基层工作经验，林班长陪同客户经理上门洽谈业务，带领团队现场营销，主动支撑一线员工，及时掌握团队成员的思想动态，重视员工意见和建议，充分调动班组成员的工作积极性、提高团队凝聚力。班组拓展的信息化项目成功案例屡屡成为全区复制参考的模板。他参与每个项目的拓展，始终以“领头羊”的角色挑担子，扛责任。</w:t>
      </w:r>
      <w:r>
        <w:rPr>
          <w:lang w:eastAsia="zh-CN"/>
        </w:rPr>
        <w:br/>
      </w:r>
      <w:r>
        <w:rPr>
          <w:lang w:eastAsia="zh-CN"/>
        </w:rPr>
        <w:t>　　在一次项目拓展中，因诸多原因该项目一直处于停滞不前、久攻不下的状态，在项目陷入绝境时，林班长想法设法，竭力争取，终于获得一次面对面接洽的机会。他紧抓机遇，迅速组建项目攻坚团队，以坚持不懈、绝不放弃的精神，历时一个半月，通过多轮次方案沟通、反复现场勘察，优化改进，最终凭借优质服务与专业实力，成功签约。</w:t>
      </w:r>
      <w:r>
        <w:rPr>
          <w:lang w:eastAsia="zh-CN"/>
        </w:rPr>
        <w:br/>
      </w:r>
      <w:r>
        <w:rPr>
          <w:lang w:eastAsia="zh-CN"/>
        </w:rPr>
        <w:t>　　作为一名基层班组长，林班长扎根集团服务一线多年，始终坚守责任担当，用实绩彰显价值，用奉献书写青春，为推动行业信息化发展做出了积极的贡献。</w:t>
      </w:r>
      <w:r>
        <w:rPr>
          <w:lang w:eastAsia="zh-CN"/>
        </w:rPr>
        <w:br/>
      </w:r>
      <w:r>
        <w:rPr>
          <w:lang w:eastAsia="zh-CN"/>
        </w:rPr>
        <w:t xml:space="preserve">    班组事迹 篇6 </w:t>
      </w:r>
      <w:r>
        <w:rPr>
          <w:lang w:eastAsia="zh-CN"/>
        </w:rPr>
        <w:br/>
      </w:r>
      <w:r>
        <w:rPr>
          <w:lang w:eastAsia="zh-CN"/>
        </w:rPr>
        <w:t>　　片剂一车间糖衣班组，全班现有职工21人，管理人员2人，担负着本车间技术含量较高的工序。该班组一直以来，紧紧围绕质量第一和安全生产为中心，以教育职工遵纪守法，培养职工良好的职业道德意识、GMP规范和质量为重点，加强班组管理和现场培训，严格落实各项规章制度，连年完成上级下达的生产任务，实现质量第一、安全生产，得到车间管理层的一致好评。</w:t>
      </w:r>
      <w:r>
        <w:rPr>
          <w:lang w:eastAsia="zh-CN"/>
        </w:rPr>
        <w:br/>
      </w:r>
      <w:r>
        <w:rPr>
          <w:lang w:eastAsia="zh-CN"/>
        </w:rPr>
        <w:t>　　一、班组求真务实，当好车间7个工序的领头雁。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该班组从制度管理上着手，从GMP规范上强化班组建设，该班组成员首先认识到吃苦耐劳和率先垂范是打造优秀班组建设的所在，抓好产品质量和现场安全生产的关键。为此，该班组时刻注意从我做起，用言行带动职工，每年车间的两个沉淀池和夹层的管道的输通，由于女职工较多，工作很难开展，他们克服重重困难，面对多方面影响因素，该班班长领头苦干，做最难的，做最重的，做最脏的，把住关键，班组长以身作则，工作扎实，善于管理，班组成员已紧紧的团结在一起，抓紧时间完成，不仅节约时间而且干得相当漂亮。</w:t>
      </w:r>
      <w:r>
        <w:rPr>
          <w:lang w:eastAsia="zh-CN"/>
        </w:rPr>
        <w:br/>
      </w:r>
      <w:r>
        <w:rPr>
          <w:lang w:eastAsia="zh-CN"/>
        </w:rPr>
        <w:t>　　二、形成班长员工合力，创建和谐班组。</w:t>
      </w:r>
      <w:r>
        <w:rPr>
          <w:lang w:eastAsia="zh-CN"/>
        </w:rPr>
        <w:br/>
      </w:r>
      <w:r>
        <w:rPr>
          <w:lang w:eastAsia="zh-CN"/>
        </w:rPr>
        <w:t>　　该班组在抓好班组各项工作同时，自觉维护职工利益，注重班长和员工关系的和谐，把凝聚员工向心力做为开展好班组各项工作的首要条件，利用各种会议对职工进行药品GMP、爱岗敬业、任劳任怨及良好的职业道德意识和行为规范的学习教育，使班长员工模范遵守各项规章制度。在生产任务目标上，使班长员工一致，月月完成当月工作计划，做出较好的工作业绩。把员工的利益放在创建和谐班组议事日程，制定了员工工资分配办法和职工出勤管理办法，设立班组事物公开，让员工参与管理，通过多种形式让员工发表意见和建议，在班组建设起到积极作用，如：员工提出的包衣技术改革、班中工作服不够换洗、员工劳动保护等问题，班里及时研究，立即着手解决并及时对员工的建议和意见向上级反映，寻求解决的方法，赢得了职工的信任，密切了班长员工关系，增强了员工的向心力，为安全生产提供了保证。</w:t>
      </w:r>
      <w:r>
        <w:rPr>
          <w:lang w:eastAsia="zh-CN"/>
        </w:rPr>
        <w:br/>
      </w:r>
      <w:r>
        <w:rPr>
          <w:lang w:eastAsia="zh-CN"/>
        </w:rPr>
        <w:t>　　三、坚持质量第一、文明生产，搞好安全、质量标准化现场管理。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生产环境的优劣，直接反映出糖衣工序工作环境的文明和员工的行为规范程度，是我车间生产管理的形象代表。对生产环境卫生要求做到了无杂物、无积水，物料堆放整齐、标示清楚，物料台账下账及时，现场随时保持干净整齐，生产工艺卡悬挂整齐。凡不符合GMP管理要求的，视为产品质量不合格。对生产所用设备、容器工具，坚持定期清洁消毒。质量是药品生产的头等大事。近年来，该班组坚持质量管理不松懈，认真抓好产品质量管理制度的落实，在现场生产中，严格按生产工艺规程生产，从精细化管理入手，强化员工的产品质量意识，建立了班组不合格品防范机制，使班组长、组员，各有责任范围并经常性地开展自查活动。去年来，班组查出整改包衣技术，减少了不合格产品现象。由于该班组注重质量标准化的文明管理与日常安全生产管理相结合，有力推动车间的安全生产。截至目前，该班组无安全事故的发生。</w:t>
      </w:r>
      <w:r>
        <w:rPr>
          <w:lang w:eastAsia="zh-CN"/>
        </w:rPr>
        <w:br/>
      </w:r>
      <w:r>
        <w:rPr>
          <w:lang w:eastAsia="zh-CN"/>
        </w:rPr>
        <w:t>　　四、该班组员工团结合作，互相帮助。</w:t>
      </w:r>
      <w:r>
        <w:rPr>
          <w:lang w:eastAsia="zh-CN"/>
        </w:rPr>
        <w:br/>
      </w:r>
      <w:r>
        <w:rPr>
          <w:lang w:eastAsia="zh-CN"/>
        </w:rPr>
        <w:t>　　该班组去年有位员工生重病，巨额医疗费用使原本不富裕的家陷入困境，该班班长组织捐款，原则要出于自愿，该班组全体员工都付出了一份爱心。该班组不但关爱自己的团队，也关爱其他工序的成员。该班组员工对新进人员的指导也是毫无保留的，给车间生产带来了很有利的支持。该班组的号召力已感染了整个车间的员工。</w:t>
      </w:r>
      <w:r>
        <w:rPr>
          <w:lang w:eastAsia="zh-CN"/>
        </w:rPr>
        <w:br/>
      </w:r>
      <w:r>
        <w:rPr>
          <w:lang w:eastAsia="zh-CN"/>
        </w:rPr>
        <w:t xml:space="preserve">    班组事迹 篇7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小严；入职至今，能够与同事和睦相处，工作中乐于助人。酒店管理事业部任何一家店需要维修都能及时维修到位，始终不影响营业为目标，特别是遇到会议保障及宴会保障，经常加班加点完成工作，毫无怨言。</w:t>
      </w:r>
      <w:r>
        <w:rPr>
          <w:lang w:eastAsia="zh-CN"/>
        </w:rPr>
        <w:br/>
      </w:r>
      <w:r>
        <w:rPr>
          <w:lang w:eastAsia="zh-CN"/>
        </w:rPr>
        <w:t>　　喜欢钻研学习，提高自身技能，原来只精通强电方向的维修，通过钻研学习，已经完全掌握了弱电方面的维修知识，真正做到了一专多能。</w:t>
      </w:r>
      <w:r>
        <w:rPr>
          <w:lang w:eastAsia="zh-CN"/>
        </w:rPr>
        <w:br/>
      </w:r>
      <w:r>
        <w:rPr>
          <w:lang w:eastAsia="zh-CN"/>
        </w:rPr>
        <w:t>　　酒店宴会厅的电子屏自酒店开业起就跟维保单位签订了维保协议，每年维保费用高达五万元，小严在听到这么高价的维保费后，默默下决心自己学会维修技能，于是每次维保单位前来维修，小严就在一边仔细研究学习，终于在2020__年底掌握了这项维修技能，报告领导后于20__年起便不再签订该项维保协议，为酒店每年节省维保费用高达五万元。</w:t>
      </w:r>
      <w:r>
        <w:rPr>
          <w:lang w:eastAsia="zh-CN"/>
        </w:rPr>
        <w:br/>
      </w:r>
      <w:r>
        <w:rPr>
          <w:lang w:eastAsia="zh-CN"/>
        </w:rPr>
        <w:t>　　在公司里这个大家庭里还有许许多多对工作认真负责的人，他们默默无闻的工作在自己的工作岗位上，勤勤恳恳，任劳任怨，他们的精神和工作态度是值得我们学习的！</w:t>
      </w:r>
      <w:r>
        <w:rPr>
          <w:lang w:eastAsia="zh-CN"/>
        </w:rPr>
        <w:br/>
      </w:r>
      <w:r>
        <w:rPr>
          <w:lang w:eastAsia="zh-CN"/>
        </w:rPr>
        <w:t xml:space="preserve">    班组事迹 篇8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小王是综放一区8301工作面的生产班班长，他们班主要负责工作面的安全生产和质量达标等工作。小王在班组的安全管理工作中，能严格履行班组长权利和义务，执行公司及工区的各项方针政策，认真执行三大规程、各项规章制度和隐患排查制度，严守劳动纪律，在安全生产中能起到标杆先锋班组作用。他积极参与公司和工区组织的各类安全业务知识培训学习、各类安全活动，遵守承诺，诚实守信，工作素质较高，具有较强的干事创业和开拓创新精神。工作中，他带领班组，在保障安全生产的前提下，对工作面所有区域、设备进行高标准达标治理，治出了8301工作面精品标准亮点工程，多次通过集团公司质量验收，取得了建区以来95。4分最高成绩，得到了各级领导的一致肯定；同时，他所在班组大胆创新，哪里出现困难和瓶颈问题，哪里就有他们的身影，对制约工作面安全生产和设备运行等问题，小王总是不断的摸索试验，成功对煤机喷雾联控、阀组改进等问题进行了改进创新和优化，保证了液压支架和煤机喷雾装置的使用性能，灵活有效的`降低了设备故障率，减少了机电设备事故影响时间，确保了工作面的安全运行和稳产保量。由于成绩突出，多次受到上级领导的大力称赞。</w:t>
      </w:r>
      <w:r>
        <w:rPr>
          <w:lang w:eastAsia="zh-CN"/>
        </w:rPr>
        <w:br/>
      </w:r>
      <w:r>
        <w:rPr>
          <w:lang w:eastAsia="zh-CN"/>
        </w:rPr>
        <w:t>　　日常的生产工作中，小王善于发现问题，对设备存在的隐患，无论大小，第一时间进行排除，坚决杜绝各类隐患。鉴于此，他们班现在已经成为全工区班组学习的榜样，小王也成为职工交口称赞的学习标兵。同时，小王还积极参加公司组织的“五小”创新竞赛活动，通过集思广益，合力完成了转载机安全防护装置、语音报警装置的革新等5项，在工区安全合理建议征集活动中，该班的建议最多、操作性也比较强，起到了较好的表率作用。</w:t>
      </w:r>
      <w:r>
        <w:rPr>
          <w:lang w:eastAsia="zh-CN"/>
        </w:rPr>
        <w:br/>
      </w:r>
      <w:r>
        <w:rPr>
          <w:lang w:eastAsia="zh-CN"/>
        </w:rPr>
        <w:t xml:space="preserve">    班组事迹 篇9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生产部运输组甲班共11人，长期以来，该班始终把安全生产作为全体工作的核心，积极贯彻落实公司的各项会议精神。坚持体现团结、协作、安全、奉献的管理及工作理念，做到从我做起，从细节入手，树立零违章理念，坚持团结与协作相结合，分工明确，责任到人，人人都以控制差错为切入点，该班组自20__年1月至今，共12个月份零工伤，零事故，为车间的安全生产工作做出了榜样。</w:t>
      </w:r>
      <w:r>
        <w:rPr>
          <w:lang w:eastAsia="zh-CN"/>
        </w:rPr>
        <w:br/>
      </w:r>
      <w:r>
        <w:rPr>
          <w:lang w:eastAsia="zh-CN"/>
        </w:rPr>
        <w:t>　　一、自觉养成团结协作的班组团队精神</w:t>
      </w:r>
      <w:r>
        <w:rPr>
          <w:lang w:eastAsia="zh-CN"/>
        </w:rPr>
        <w:br/>
      </w:r>
      <w:r>
        <w:rPr>
          <w:lang w:eastAsia="zh-CN"/>
        </w:rPr>
        <w:t>　　该班组全体员工在以安全为指导的前提条件下，团结拼搏，想方设法地完成生产任务。特别是多次面临临时性或突击检修任务时，他们凭着对工作的热情和爱岗敬业的精神，在车间员工面前树立了一支敢打硬仗的队伍的良好形象。</w:t>
      </w:r>
      <w:r>
        <w:rPr>
          <w:lang w:eastAsia="zh-CN"/>
        </w:rPr>
        <w:br/>
      </w:r>
      <w:r>
        <w:rPr>
          <w:lang w:eastAsia="zh-CN"/>
        </w:rPr>
        <w:t>　　去年2月份，车间单体试车、水试，由于天气气温太低，水试难度较大，管道、阀门很容易冻裂、堵塞，我们没有被困难吓到，管道冻裂了用火烤开，在大阀门上包上电热毯，但还是避免不了，他们用顽强的毅力和十万吨的经验完成了领导下达的任务，使水试在车间顺利的通过。为其他班组做出了良好的榜样。</w:t>
      </w:r>
      <w:r>
        <w:rPr>
          <w:lang w:eastAsia="zh-CN"/>
        </w:rPr>
        <w:br/>
      </w:r>
      <w:r>
        <w:rPr>
          <w:lang w:eastAsia="zh-CN"/>
        </w:rPr>
        <w:t>　　二、团结凝聚力量，协作提高效率</w:t>
      </w:r>
      <w:r>
        <w:rPr>
          <w:lang w:eastAsia="zh-CN"/>
        </w:rPr>
        <w:br/>
      </w:r>
      <w:r>
        <w:rPr>
          <w:lang w:eastAsia="zh-CN"/>
        </w:rPr>
        <w:t>　　去年3月份，四十万吨的生产一步步走向正轨，因为入磨A/S较低、进料固含较高，分离沉降槽清液层经常出现跑浑的现象，不同程度地影响生产;在这困难的情况下，该班组主动找车间主任出谋划</w:t>
      </w:r>
      <w:r>
        <w:rPr>
          <w:lang w:eastAsia="zh-CN"/>
        </w:rPr>
        <w:br/>
      </w:r>
      <w:r>
        <w:rPr>
          <w:lang w:eastAsia="zh-CN"/>
        </w:rPr>
        <w:t>　　策，建议在分离溢流管上接一条管道到分离进料管，通过粗液二次稀释进料固含来缓解沉降槽的压力，这样既保障了生产的正常运行，又有效地提高了生产产量，他们这种把集体的事当成自己的事来做，值得车间全体员工学习。</w:t>
      </w:r>
      <w:r>
        <w:rPr>
          <w:lang w:eastAsia="zh-CN"/>
        </w:rPr>
        <w:br/>
      </w:r>
      <w:r>
        <w:rPr>
          <w:lang w:eastAsia="zh-CN"/>
        </w:rPr>
        <w:t>　　三、不怕吃苦，爱岗敬业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什么叫吃苦，什么叫爱岗敬业，在该班组员工的身上得到了充分的体现。每天面对单调、重复、枯燥的工作，该班组员工不言苦，不言累，不言脏，凭着对工作的热爱，干一行，爱一行，认真学习公司生产制度、安全相关制度，不断提高本职岗位的工作技能，当班时积极主动了解各台设备的生产信息，在产品质量上做到心中有数，该班组员工没有因个人原因影响过生产，最大程度的保障生产。</w:t>
      </w:r>
      <w:r>
        <w:rPr>
          <w:lang w:eastAsia="zh-CN"/>
        </w:rPr>
        <w:br/>
      </w:r>
      <w:r>
        <w:rPr>
          <w:lang w:eastAsia="zh-CN"/>
        </w:rPr>
        <w:t>　　四、成本节约贡献大</w:t>
      </w:r>
      <w:r>
        <w:rPr>
          <w:lang w:eastAsia="zh-CN"/>
        </w:rPr>
        <w:br/>
      </w:r>
      <w:r>
        <w:rPr>
          <w:lang w:eastAsia="zh-CN"/>
        </w:rPr>
        <w:t>　　该班组本着能俭不奢、能用不换、能修不买以旧换新的原则，严格把好成本管理，而对于一些认为无法使用的，需要经过班长的认可方能遗弃;力求节约，并将成本意识纳入班组员工的绩效考核;12月份我车间用电量严重超标，设备运行存在着缺陷，在这种情况下，该班组的骨干找到设备主任协商，讨论结果是提高全部设备的利用率，有效地避开用电高峰期，然后又分析了生产情况，设计了用电措施，尽量做到合理利用时间，节约耗电。</w:t>
      </w:r>
      <w:r>
        <w:rPr>
          <w:lang w:eastAsia="zh-CN"/>
        </w:rPr>
        <w:br/>
      </w:r>
      <w:r>
        <w:rPr>
          <w:lang w:eastAsia="zh-CN"/>
        </w:rPr>
        <w:t>　　五、安全管理出成效</w:t>
      </w:r>
      <w:r>
        <w:rPr>
          <w:lang w:eastAsia="zh-CN"/>
        </w:rPr>
        <w:br/>
      </w:r>
      <w:r>
        <w:rPr>
          <w:lang w:eastAsia="zh-CN"/>
        </w:rPr>
        <w:t>　　五工队有着较好的班组安全管理基础，较完善的安全管理体系，在车间的领导下，认真学习各类安全文件和有关的通报，认真吸取兄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弟班组和其它单位的经验和教训，班组职工发挥各自的安全责任，确保车间的安全生产;其次，持之以恒地宣传生产安全的重要性，认真组织班组人员学习、分析、总结化工生产中出现的事故教训，并根据本班实际情况，查找问题，制定相应的安全整改措施，不断加强班员的安全责任心，将职工的安全责任心提高到讲政治、讲稳定的高度。坚定不移地贯彻安全第一，预防为主的方针。</w:t>
      </w:r>
      <w:r>
        <w:rPr>
          <w:lang w:eastAsia="zh-CN"/>
        </w:rPr>
        <w:br/>
      </w:r>
      <w:r>
        <w:rPr>
          <w:lang w:eastAsia="zh-CN"/>
        </w:rPr>
        <w:t>　　一直以来，某某岗成员通过不断努力，出色得完成了公司及车间下达得各项生产经营指标，全面提升了基础管理水平，受到了车间领导和其他成员的一致好评。</w:t>
      </w:r>
      <w:r>
        <w:rPr>
          <w:lang w:eastAsia="zh-CN"/>
        </w:rPr>
        <w:br/>
      </w:r>
      <w:r>
        <w:rPr>
          <w:lang w:eastAsia="zh-CN"/>
        </w:rPr>
        <w:t xml:space="preserve">    班组事迹 篇10 </w:t>
      </w:r>
      <w:r>
        <w:rPr>
          <w:lang w:eastAsia="zh-CN"/>
        </w:rPr>
        <w:br/>
      </w:r>
      <w:r>
        <w:rPr>
          <w:lang w:eastAsia="zh-CN"/>
        </w:rPr>
        <w:t>　　每天凌晨，当人们还沉静在甜美的梦乡时，环卫工人已在为城市梳妆打扮，用他们的辛勤劳动换来了城市的整洁靓丽。</w:t>
      </w:r>
      <w:r>
        <w:rPr>
          <w:lang w:eastAsia="zh-CN"/>
        </w:rPr>
        <w:br/>
      </w:r>
      <w:r>
        <w:rPr>
          <w:lang w:eastAsia="zh-CN"/>
        </w:rPr>
        <w:t>　　环卫工人普遍而平凡，在日常生活中人们很难想像环卫工人，记住环卫工人，有时甚至瞧不起环卫工人，还会投去冷漠的目光，为了给人们提供舒适优美的环境，“脏了我一人，干净千万家”是环卫人的的人生格言，无怨无悔，默默奉献，是环卫人不变的承诺。</w:t>
      </w:r>
      <w:r>
        <w:rPr>
          <w:lang w:eastAsia="zh-CN"/>
        </w:rPr>
        <w:br/>
      </w:r>
      <w:r>
        <w:rPr>
          <w:lang w:eastAsia="zh-CN"/>
        </w:rPr>
        <w:t>　　淮阴区环卫所现年35岁的环卫女工是千千万万个环卫工人中的一员，19__年她到环卫所以来，一直从事道路清扫保洁工作，一干就是十年，她在平凡的岗位上，干出了不平凡的业绩，展示了环卫工人的奉献精神。</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她在工作中处处以身作则，爱岗敬业，十年来勤勤恳恳，踏踏实实地做好本职工作，不管刮风下雨，还是炎炎烈日，每天总是第一个到岗，最后一个离开，从来没有迟到、早退。不仅如此，还经常利用业余时间到路面巡查保洁质量，帮助在班人员拾捡纸屑、烟头，特别是进入秋季落叶期，一阵风后，路面到处是树叶，她总是挥动着大扫帚一刻不停地把一堆堆树叶及时清扫装运走，以保持路段卫生干净整洁。北京北路是清浦区的主干道，紧靠市区，这条路不仅路长，而且两侧绿化面积较大，其卫生质量的好坏直接关系到淮阴区的对外形象。自担任组长以来，倍感责任重大，没有半点懈怠，工作虽然艰巨、繁杂，但她认真负责，为了提高保洁质量与效率，调动大家工作积极性，她对所辖路面及绿岛实行分片包干，定人定点定岗，定时定责任，每人一处，每人一点，见脏就清，见尘就扫，统一考核，月底根据平时考核汇总情况，当月奖惩，从而改变了干好干坏一个样的弊端。</w:t>
      </w:r>
      <w:r>
        <w:rPr>
          <w:lang w:eastAsia="zh-CN"/>
        </w:rPr>
        <w:br/>
      </w:r>
      <w:r>
        <w:rPr>
          <w:lang w:eastAsia="zh-CN"/>
        </w:rPr>
        <w:t>　　近年来，随着城市的发展，北京北路两侧在建工地较多，车辆抛洒滴漏现象经常发生，身为组长，如何解决这个问题呢？苦思冥想后，她利用业余时间，深入建筑工地，找到车主，耐心的做车主的思想工作，宣传环卫工作的重要性，请他们多理解、多支持环卫工作，一次不行两次，两次不行三次，有时遇到素质较差的车主故意刁难，口吐脏话对她进行污辱、恐吓，她忍受着委屈，总是面带笑容和人家讲道理，时间长了，终于原先那些不自觉存在偏见的人，被敬业精神所感动，都自觉配合她的工作，都将车子严密包扎，覆盖完好后才上路；周边居民感叹地说，北京北路如今变了样，以前总是沙子、石子，现在变得干净漂亮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环卫清扫保洁工作是苦、脏、累的工种，除做好日常清扫保洁工作外，经常遇到突击性工作，对领导安排的工作从不讲条件，工作中她身先士卒，埋头苦干，处处严格要求自己，要求别人做到的自己首先做到，用自己的实际行动影响本组员工，在20__年3月份创卫验收阶段，为了保证所辖路面的清扫质量，她每天凌晨4：00至晚上11：00全部在路面上来回巡查，顾不上回家吃饭、休息。路边的果壳箱脏了，她从家里带来抹布、洗衣粉，一个一个地擦洗。绿岛、广场、游园内有杂物，她一个人用手一个一个捡，手伸不进的地方她用夹子伸进去一个一个挟，直到干净为止。一连几天下来，她的手脚磨出了血泡，班组姐妹们多次劝她回家休息一下，她总是说“离我一人，路面工作我相信能行，但是多了我一个人的力量，路面会变得更加干净整洁，现在是创卫关键阶段，我怎么能离开”。在她的感染下，大家团结一心，埋头苦干，没有一个人叫苦叫累，从而保证路面顺利通过验收。</w:t>
      </w:r>
      <w:r>
        <w:rPr>
          <w:lang w:eastAsia="zh-CN"/>
        </w:rPr>
        <w:br/>
      </w:r>
      <w:r>
        <w:rPr>
          <w:lang w:eastAsia="zh-CN"/>
        </w:rPr>
        <w:t>　　在十年工作期间，从未请过一天私假，在平凡的岗位上，做出了不平凡的业绩，20__—20__年被城管局评为先进个人，20__年被评为十佳环卫工人。她所带领的清扫组多次被评为先进班组、流动红旗班组，得到了上级领导和广大职工的一致赞誉。</w:t>
      </w:r>
      <w:r>
        <w:rPr>
          <w:lang w:eastAsia="zh-CN"/>
        </w:rPr>
        <w:br/>
      </w:r>
      <w:r>
        <w:rPr>
          <w:lang w:eastAsia="zh-CN"/>
        </w:rPr>
        <w:t xml:space="preserve">    班组事迹 篇11 </w:t>
      </w:r>
      <w:r>
        <w:rPr>
          <w:lang w:eastAsia="zh-CN"/>
        </w:rPr>
        <w:br/>
      </w:r>
      <w:r>
        <w:rPr>
          <w:lang w:eastAsia="zh-CN"/>
        </w:rPr>
        <w:t>　　经常在想：“最美”的真正涵义到底是什么？是位高名彰、身居显赫、纵横捭阖、不可或缺？还是默默无闻、甘于平凡、无私奉献、忍耐寂寞？或许都是。毕竟，“平原和丘陵一样不朽”！</w:t>
      </w:r>
      <w:r>
        <w:rPr>
          <w:lang w:eastAsia="zh-CN"/>
        </w:rPr>
        <w:br/>
      </w:r>
      <w:r>
        <w:rPr>
          <w:lang w:eastAsia="zh-CN"/>
        </w:rPr>
        <w:t>　　一、初出茅庐、共同成长</w:t>
      </w:r>
      <w:r>
        <w:rPr>
          <w:lang w:eastAsia="zh-CN"/>
        </w:rPr>
        <w:br/>
      </w:r>
      <w:r>
        <w:rPr>
          <w:lang w:eastAsia="zh-CN"/>
        </w:rPr>
        <w:t>　　20__年6月，走出校门，成为政企的一份子。作为分公司专业化运营以来的第一批校招生，有幸见证和亲历了政企从小到大、从弱到强、从曾经不经风雨到如今的大树参天！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犹记得进入公司的第一个任务，就是组织评选“政企分公司第一届最美移动人”，回顾今日的参评，岁月仿佛画出了一个完整的圆，恍然如昨天。</w:t>
      </w:r>
      <w:r>
        <w:rPr>
          <w:lang w:eastAsia="zh-CN"/>
        </w:rPr>
        <w:br/>
      </w:r>
      <w:r>
        <w:rPr>
          <w:lang w:eastAsia="zh-CN"/>
        </w:rPr>
        <w:t>　　既然选择远航，就注定要栉风沐雨。身为职场小白的我，勇敢承担了组织交予的第一个重任：党的群众路线教育实践活动。活动前后历时7个月，20多场主题活动，30余次大小各类会议，难以计量的材料撰写、意见征集与分解、整改方案汇总与整理等各项工作，我却只有一个选择：坚定信念，逐项攻克。仍清晰的记得，20__年8月21日，是我在政企经历的第一个通宵加班，为了迎接李跃总裁的调研，对临时增加的群众路线汇报材料九易其稿。如今忆起，这种经历苦涩而甜蜜。</w:t>
      </w:r>
      <w:r>
        <w:rPr>
          <w:lang w:eastAsia="zh-CN"/>
        </w:rPr>
        <w:br/>
      </w:r>
      <w:r>
        <w:rPr>
          <w:lang w:eastAsia="zh-CN"/>
        </w:rPr>
        <w:t>　　职能部门的工作不同于业务，工作成果无法显性展现。倾尽全力的付出，收获却只能自知。7个月的群众路线教育实践活动，我收获的不仅仅是近30万字亲笔撰写的文字材料，不仅仅是集团督导组领导“最佳”的充分肯定，更多的是对自身能力的检验，是对敬业责任的领悟，是奉献出的无悔的青春。</w:t>
      </w:r>
      <w:r>
        <w:rPr>
          <w:lang w:eastAsia="zh-CN"/>
        </w:rPr>
        <w:br/>
      </w:r>
      <w:r>
        <w:rPr>
          <w:lang w:eastAsia="zh-CN"/>
        </w:rPr>
        <w:t>　　二、以企为家、甘于奉献</w:t>
      </w:r>
      <w:r>
        <w:rPr>
          <w:lang w:eastAsia="zh-CN"/>
        </w:rPr>
        <w:br/>
      </w:r>
      <w:r>
        <w:rPr>
          <w:lang w:eastAsia="zh-CN"/>
        </w:rPr>
        <w:t>　　政企五年间，充分发挥“砖块”精神，先后历经人力资源部、党委办公室、纪检监察室多个部门，但无论身在何处、身居何职、身负何责，均做到严谨务实、勤勉奉献，力争在每一个平凡的岗位上做出不平凡的业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当每天起早贪黑加班工作已成为常态，当数不清的节假日在工作中度过已成为习惯，当努力做到更好已成为信念，“以企为家”也就从口号变为了现实。犹记得20__年爱人住进产房之际，仍奋斗在工作的第一线，与集团党群领导沟通分公司党委成立事宜。而最终由我独立承担的分公司党员大会真正召开的时间，距离我女儿出生后仅仅5天。五年来，从未用完过每年哪怕只有短短5天的年假。</w:t>
      </w:r>
      <w:r>
        <w:rPr>
          <w:lang w:eastAsia="zh-CN"/>
        </w:rPr>
        <w:br/>
      </w:r>
      <w:r>
        <w:rPr>
          <w:lang w:eastAsia="zh-CN"/>
        </w:rPr>
        <w:t>　　五年如一日，坚持的是无私奉献的工作信念，恪守的是履职尽责的职业操守，是万分的执着与赤诚，是“以企为家”的忠实承诺。</w:t>
      </w:r>
      <w:r>
        <w:rPr>
          <w:lang w:eastAsia="zh-CN"/>
        </w:rPr>
        <w:br/>
      </w:r>
      <w:r>
        <w:rPr>
          <w:lang w:eastAsia="zh-CN"/>
        </w:rPr>
        <w:t>　　三、不舍初心、继续前行</w:t>
      </w:r>
      <w:r>
        <w:rPr>
          <w:lang w:eastAsia="zh-CN"/>
        </w:rPr>
        <w:br/>
      </w:r>
      <w:r>
        <w:rPr>
          <w:lang w:eastAsia="zh-CN"/>
        </w:rPr>
        <w:t>　　路仍在脚下，未来在前方。“政企2.0”开启了分公司新的伟大征程，我仍愿一如既往，一路伴行。哪怕途中多风雨、哪怕前路多崎岖，我仍将无惧困难、勇于担当、任劳任怨、甘心奉献，力争在每一项工作都做到精益求精，不留瑕疵、不留遗憾。</w:t>
      </w:r>
      <w:r>
        <w:rPr>
          <w:lang w:eastAsia="zh-CN"/>
        </w:rPr>
        <w:br/>
      </w:r>
      <w:r>
        <w:rPr>
          <w:lang w:eastAsia="zh-CN"/>
        </w:rPr>
        <w:t>　　五载倏忽过，唯难舍初心！</w:t>
      </w:r>
      <w:r>
        <w:rPr>
          <w:lang w:eastAsia="zh-CN"/>
        </w:rPr>
        <w:br/>
      </w:r>
      <w:r>
        <w:rPr>
          <w:lang w:eastAsia="zh-CN"/>
        </w:rPr>
        <w:t xml:space="preserve">    班组事迹 篇12 </w:t>
      </w:r>
      <w:r>
        <w:rPr>
          <w:lang w:eastAsia="zh-CN"/>
        </w:rPr>
        <w:br/>
      </w:r>
      <w:r>
        <w:rPr>
          <w:lang w:eastAsia="zh-CN"/>
        </w:rPr>
        <w:t>　　1982年12月这一天是他人生里程上的一个心起点，他接父亲的班被分配到工务段，面对手中的通知书，真可谓“几多欢喜几多愁”，喜的是终于结束了农村生活，成为一名正式的铁路工人；愁的是自己矮小瘦弱的身体能否干好养路工作。当他扛着行李来到工区，当时很不习惯，以前人们对养路工抱有偏见，认为养路工是出苦力的，被人们所轻视，直到他在工区工作生活了一段时间后，才对养路工有了深刻的了解和理解，感受到了他们的平凡和伟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作为老铁路的后代，不能丢脸，要在平凡的工作中创出一番业绩，在艰苦的考验中成为强者。他刻苦学习，为了早日掌握工作要领，熟悉作业程序，他坚持跟着老同志仔细看、认真学、默默记，经过一番努力，他的业务能力有了显著提高，并很快掌握了起、拨、改、捣的技术，成了工区的生产骨干，他把干好本职工作作为自己的人身追求，先后干过养路工、巡道工、班长、工长，从不示弱永做强者。</w:t>
      </w:r>
      <w:r>
        <w:rPr>
          <w:lang w:eastAsia="zh-CN"/>
        </w:rPr>
        <w:br/>
      </w:r>
      <w:r>
        <w:rPr>
          <w:lang w:eastAsia="zh-CN"/>
        </w:rPr>
        <w:t>　　随着铁路的改革，维修体制的改革，20__年3月份又被调入保养工队任工长，这就是工长。新建的队人员多，思想不一致，管辖设备数量多、型号规格复杂，针对这一现象，他有针对性的开展思想教育，时时用全国劳模袁绍根的先进事迹教育工队职工，用集体的力量帮助人，用老工人敬业爱岗的精神激励人，使工队职工形成一个风雨同舟、荣辱与共的坚强集体。多年以来，共同的目标使这里的职工在工作生活中建立了良好的互帮互助、团结协作的氛围，增强了敬业爱岗的自觉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养路工的工作周而复始，在线路的动态变化中，从事简单、重复、繁重的体力劳动，需要奉献、需要全身心的投入，把忍辱负重、不甘人后、自加压力、扎实工作，作为养路工职业道德重要内涵，自始至终地贯穿到具体工作中去。在去年的提速安全标准线建设中，面临时间紧、任务重、标准高、困难多等诸多挑战，痛下决心、实干为先、背水一战，顶着烈日炎炎的七月，骄阳似火的会战的场面，人山人海，上千人组成的施工队伍，人头攒动、一字排开，挥铣舞镐，号声连天，好不热闹，我们队的职工大多担任技术指导和施工防护工作，大家站在似火的骄阳下，酷热难耐，钢轨旁的温度高达四十多度，个个汗流浃背，挥汗如雨，脸上晒起了皮，嘴上起了泡，每天早上六点多上班，晚上八、九点下班，一天十几个小时不停的跑着、喊着、检查着，下了班回到家，话也懒得说，腿跟罐了铅似得迈不动，连饭都不想吃，到家就想倒头睡觉。几十天下来个个变得又黑又瘦，跟换了个人似的，我们工队的女职工有的孩子还小，白天她们不能按时接送孩子，晚上又不能陪在孩子的身边，尤其是整治线路病害时，“天窗”点有时在大半夜，晚上上班只好把孩子放到邻居家，孩子抱着妈妈的腿又哭又闹，她们的心里像刀割一样难受。可是到了作业现场，她们就忘记了一切，个个巾帼不让须眉，各就各位、各负其责又投入到紧张繁忙的工作中。</w:t>
      </w:r>
      <w:r>
        <w:rPr>
          <w:lang w:eastAsia="zh-CN"/>
        </w:rPr>
        <w:br/>
      </w:r>
      <w:r>
        <w:rPr>
          <w:lang w:eastAsia="zh-CN"/>
        </w:rPr>
        <w:t>　　有一天我们的队长高烧39度，连针都顾不上打，硬撑着在施工工地上奔忙，晚上还要组织道岔破底清筛，大家看着他疲惫的身影和烧红的脸庞，很是心疼，只好找来附近乡村的大夫在大轿车上给他打吊瓶，等他打完后又到施工现场继续指挥工作，虽然又苦又累，大家勤勤恳恳、任劳任怨，为了尽快建成安全标准线，多少人带病坚持工作，多少人没有休过双休日，不论白天黑夜随叫随到，他们不计个人得失，舍小家顾大家，充分体现了我们养路工人良好的职业素质和道德品质，以及他们努力拼搏、顽强进取的奉献精神。</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列车提速，工务是关键，线路是基础，作为一名养路工，维护好设备质量是我们的天职，在提速施工过程中，由于时间紧、任务重，一度出现了忽视质量、降低标准的现象，针对这个问题，工队及时召开质量分析会，重申无论在什么情况下，必须执行维修规则；无论什么样的理由，都不能简化作业程序。通过全体职工的共同努力，使管内设备质量始终处在良好状态。</w:t>
      </w:r>
      <w:r>
        <w:rPr>
          <w:lang w:eastAsia="zh-CN"/>
        </w:rPr>
        <w:br/>
      </w:r>
      <w:r>
        <w:rPr>
          <w:lang w:eastAsia="zh-CN"/>
        </w:rPr>
        <w:t>　　当看到一列列火车又快又稳在线路上风驰电掣般行驶时；当看到崭新的护网、整齐的路肩，我的眼睛湿润了，我的心被感动了。这里面有我们养路工人多少心血和汗水，有多少鲜为人知、可歌可泣的动人故事。为了铁路大提速，为了建好安全标准线，他们用自己的实际行动展示了与时俱进的时代风采；展示了当代养路工人的豪迈情怀。他们为西部大开发、铁路跨越式发展做出了积极贡献，我为我是养路工而感到骄傲、感到自豪！</w:t>
      </w:r>
      <w:r>
        <w:rPr>
          <w:lang w:eastAsia="zh-CN"/>
        </w:rPr>
        <w:br/>
      </w:r>
      <w:r>
        <w:rPr>
          <w:lang w:eastAsia="zh-CN"/>
        </w:rPr>
        <w:t xml:space="preserve">    班组事迹 篇13 </w:t>
      </w:r>
      <w:r>
        <w:rPr>
          <w:lang w:eastAsia="zh-CN"/>
        </w:rPr>
        <w:br/>
      </w:r>
      <w:r>
        <w:rPr>
          <w:lang w:eastAsia="zh-CN"/>
        </w:rPr>
        <w:t>　　小董，男，汉族，大专文化，生于 1968 年 5 月，1984年12 月参加工作，现担分公司财务部部长，具体负责分公司财务管理工作。小董默默工作，只讲奉献，不求索取。由于工作业绩突出，多次受到各级领导的表彰和奖励，成为农垦战线上的先进人物。</w:t>
      </w:r>
      <w:r>
        <w:rPr>
          <w:lang w:eastAsia="zh-CN"/>
        </w:rPr>
        <w:br/>
      </w:r>
      <w:r>
        <w:rPr>
          <w:lang w:eastAsia="zh-CN"/>
        </w:rPr>
        <w:t>　　20__年，由于持续三年特大干旱，造成底墒严重不足，给农业生产造成了重大影响。小董在经营管理、降本增效、勤俭持家等方面为领导献计献策，为领导正确实施经营决策当好参谋。同时，他也更加注重个人修养与综合素质的提高。</w:t>
      </w:r>
      <w:r>
        <w:rPr>
          <w:lang w:eastAsia="zh-CN"/>
        </w:rPr>
        <w:br/>
      </w:r>
      <w:r>
        <w:rPr>
          <w:lang w:eastAsia="zh-CN"/>
        </w:rPr>
        <w:t>　　自觉加强理论学习，不断提高自身素质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小董作为一名共产党员，始终把学习放在首要的位置，在全党开展“三严三实”“两学一做”教育实践活动中。通过多种形式学习，结合自己的思想实际和履职情况，进行了认真领会，把三严三实作为修身做人和干事业的行为准则。结合两学一做的学习，自觉做到忠诚、为民、担当、清廉。真正内化于心，外化于行更好的履行自己的职责和使命。通过学习，进一步提高了思想认识，从严入手、从实处着力，进一步明规矩，严纪律强约束。把学习与实际工作结合起来，达到了自我约束、自我提高的目的。</w:t>
      </w:r>
      <w:r>
        <w:rPr>
          <w:lang w:eastAsia="zh-CN"/>
        </w:rPr>
        <w:br/>
      </w:r>
      <w:r>
        <w:rPr>
          <w:lang w:eastAsia="zh-CN"/>
        </w:rPr>
        <w:t>　　爱岗敬业，扎实工作，具有强烈的主人翁意识</w:t>
      </w:r>
      <w:r>
        <w:rPr>
          <w:lang w:eastAsia="zh-CN"/>
        </w:rPr>
        <w:br/>
      </w:r>
      <w:r>
        <w:rPr>
          <w:lang w:eastAsia="zh-CN"/>
        </w:rPr>
        <w:t>　　小董工作中不计较个人得失，踏实肯干，生活中乐观待人待事，强烈的主人翁意识让他觉得企业中的每个员工都是自己的亲人，自己都有责任和义务帮助和支持他们。虽然他的工作量大而且十分繁琐，但他把每项工作都安排得有条不紊，以求真务实的态度，实事求是的精神，兢兢业业、任劳任怨、认真做好所负责的每一项工作。加班加点工作成为家常便饭，可他从不计较个人得失。工作中，总是舍小家顾大家，去年年底决算时，他的妻子生病住院了，他依然坚守在决算的工作岗位，大家都劝他去照顾妻子，他却说工作他离不开，在他的坚持下，顺利的完成了全年的决算任务，职工按时领到了全年工资。</w:t>
      </w:r>
      <w:r>
        <w:rPr>
          <w:lang w:eastAsia="zh-CN"/>
        </w:rPr>
        <w:br/>
      </w:r>
      <w:r>
        <w:rPr>
          <w:lang w:eastAsia="zh-CN"/>
        </w:rPr>
        <w:t>　　财务工作千头万绪，编制企业财务预算、落实资金账户管理、发放各项惠农补贴，每项工作他都做得准确无误，为企业的发展决策提供了科学详实的依据。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他时刻以党员的标准严格要求自己，作为一名财务工作者，他以“为企业当好家、理好财，做好领导的参谋”为己任，以良好的工作作风和饱满的工作热情，获得了领导和同事的好评。小董凭着对农垦事业的执著追求和敬业精神，以他的实际行动在财务平凡的工作岗位上，取得了不平凡的业绩，展示了新世纪农垦人的勃勃生机和崭新风貌，无怨无悔的把自己的年华、智慧和力量献给了农垦财务事业!</w:t>
      </w:r>
      <w:r>
        <w:rPr>
          <w:lang w:eastAsia="zh-CN"/>
        </w:rPr>
        <w:br/>
      </w:r>
      <w:r>
        <w:rPr>
          <w:lang w:eastAsia="zh-CN"/>
        </w:rPr>
        <w:t xml:space="preserve">    班组事迹 篇14 </w:t>
      </w:r>
      <w:r>
        <w:rPr>
          <w:lang w:eastAsia="zh-CN"/>
        </w:rPr>
        <w:br/>
      </w:r>
      <w:r>
        <w:rPr>
          <w:lang w:eastAsia="zh-CN"/>
        </w:rPr>
        <w:t>　　，女，302班学生，她勤奋向上，品学兼优。她刻苦好学，努力学好每一门功课。她牢记：“分数并不是最重要的，良好的学习习惯，执着地把每一件事用心地做到最好才是最棒的。”对待学习，她一丝不苟，并有一股可贵的钻劲儿和韧劲儿，课堂上她积极思考，并敢于质疑，敢于发问。</w:t>
      </w:r>
      <w:r>
        <w:rPr>
          <w:lang w:eastAsia="zh-CN"/>
        </w:rPr>
        <w:br/>
      </w:r>
      <w:r>
        <w:rPr>
          <w:lang w:eastAsia="zh-CN"/>
        </w:rPr>
        <w:t>　　她酷爱读书，视书是她最诚挚的朋友。作为班级的图书管理员，她喜欢天天读书，节假日还让爸爸妈妈带着去书城感受书香。不仅如此，她还喜欢把自己读过的最喜欢的故事讲给家人和同学听，喜欢把自己的感受记录在自己的日记本上，广泛的阅读开阔了她的眼界，同时也提高了她的写作水平。</w:t>
      </w:r>
      <w:r>
        <w:rPr>
          <w:lang w:eastAsia="zh-CN"/>
        </w:rPr>
        <w:br/>
      </w:r>
      <w:r>
        <w:rPr>
          <w:lang w:eastAsia="zh-CN"/>
        </w:rPr>
        <w:t>　　她兴趣广泛，全面发展。在这次英语节单词认读比赛中，获得一等奖。在去年的元旦书画展中，获得三等奖。广泛的兴趣，陶冶了情操，让她对学习对生活保持乐观的态度。她文静可爱，热情友好。她微笑着迎接困难，微笑着面对每一个同学，课间她总能和每一个同学和谐相处，开心地和小伙伴游戏玩耍，用欢快的笑声放飞心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巡回检查是设备安全及产品安全、质量的保证，稍有不慎就会给国家和联社造成巨大财产损失。在工作中，不仅对班组成员严格要求，同时自己更是以身作则，时刻绷紧安全这根弦，经常进行巡回检查，并能通过各种电机或机械设备发出的声音，判断出设备是否正常工作。</w:t>
      </w:r>
      <w:r>
        <w:rPr>
          <w:lang w:eastAsia="zh-CN"/>
        </w:rPr>
        <w:br/>
      </w:r>
      <w:r>
        <w:rPr>
          <w:lang w:eastAsia="zh-CN"/>
        </w:rPr>
        <w:t>　　1、坚持原则以身作则</w:t>
      </w:r>
      <w:r>
        <w:rPr>
          <w:lang w:eastAsia="zh-CN"/>
        </w:rPr>
        <w:br/>
      </w:r>
      <w:r>
        <w:rPr>
          <w:lang w:eastAsia="zh-CN"/>
        </w:rPr>
        <w:t>　　在工作中严格要求自己，凡是要求别人做到的，自己首先做到，带头遵守各项规章制度；生产过程中牢固树立起“安全第一、质量第一”的意识，坚持先安全后生产；不安全不生产的原则，及时掌握各岗各人的安全动态，科学合理地组织班组的安全生产工作。积极了解班员的思想动态，对重点人进行强化管理，严格执法，大胆管理，狠反“三违”，严格落实上级有关安全生产的规定，并结合工段安全管理实际，制定安全生产管理的办法，并严格执行，出现“三违”严肃处理。</w:t>
      </w:r>
      <w:r>
        <w:rPr>
          <w:lang w:eastAsia="zh-CN"/>
        </w:rPr>
        <w:br/>
      </w:r>
      <w:r>
        <w:rPr>
          <w:lang w:eastAsia="zh-CN"/>
        </w:rPr>
        <w:t>　　2、及时巡检防患于未然</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1998年2月16日的凌晨，在春节的气氛中，抄甲的职工在隆隆的机器声中迎来了本轮次的最后一个夜班。1：09h，在零星的爆竹声中，正当大家打起精神，坚守岗位时，突然巡检的机长由预干燥部飞快地跑向卷曲部，告诉正在检查纸病的，4组干网跑了，跑到了导网辊操作面的端面。跑到4组干网前一看，才半分钟时间，干网已跑出辊子端面40公分左右了，且操作面干网较松。判断为4组干网操作面张紧气囊应该没有气了，再过2分钟左右干网就会报废，当即于1：10h按下紧急停机按钮，然后登上气罩上层检查发现气囊已破裂。是他们的及时巡检，挽救了正常情况下应该报废的干网；是他们的及时巡检，节约了换干网要增加的非计划停机时间4小时。</w:t>
      </w:r>
      <w:r>
        <w:rPr>
          <w:lang w:eastAsia="zh-CN"/>
        </w:rPr>
        <w:br/>
      </w:r>
      <w:r>
        <w:rPr>
          <w:lang w:eastAsia="zh-CN"/>
        </w:rPr>
        <w:t>　　3、风险辨识明确责任检查落实</w:t>
      </w:r>
      <w:r>
        <w:rPr>
          <w:lang w:eastAsia="zh-CN"/>
        </w:rPr>
        <w:br/>
      </w:r>
      <w:r>
        <w:rPr>
          <w:lang w:eastAsia="zh-CN"/>
        </w:rPr>
        <w:t>　　为了确保安全生产目标的实现，在车间、工段的`大力支持下，带领班员坚持安全防范“三到位”。一是风险源辨识到位。今年抄纸甲班投入大量时间对抄纸工段的风险源进行辨识、分析、总结，并提出整改措施。二是责任明确到位。年初，按照各岗位职责的不同，对照岗位操作规程，认真制订了安全生产岗位目标责任书。层层签订责任目标，明确岗位责任，形成了人人关心安全，人人身上有安全责任，确保各项规章制度落到实处。三是检查落实到位。加强检查力度是制度落实的有效措施，抄纸甲班按照规定，采取多种形式的自查方法。每月对风险源重新辨识，在班前会上对重点防范区域分析、讨论。</w:t>
      </w:r>
      <w:r>
        <w:rPr>
          <w:lang w:eastAsia="zh-CN"/>
        </w:rPr>
        <w:br/>
      </w:r>
      <w:r>
        <w:rPr>
          <w:lang w:eastAsia="zh-CN"/>
        </w:rPr>
        <w:t>　　在的以身作则的带领和督促下，班组成员的安全警惕性都有很大的提高，遇到一些生产、设备故障能够及时正确处理，从而预防设备、人身事故的发生。</w:t>
      </w:r>
      <w:r>
        <w:rPr>
          <w:lang w:eastAsia="zh-CN"/>
        </w:rPr>
        <w:br/>
      </w:r>
      <w:r>
        <w:rPr>
          <w:lang w:eastAsia="zh-CN"/>
        </w:rPr>
        <w:t xml:space="preserve">    班组事迹 篇15 </w:t>
      </w:r>
      <w:r>
        <w:rPr>
          <w:lang w:eastAsia="zh-CN"/>
        </w:rPr>
        <w:br/>
      </w:r>
      <w:r>
        <w:rPr>
          <w:lang w:eastAsia="zh-CN"/>
        </w:rPr>
        <w:t>　　_公司三班现有职工10名，其中女职工7名，男职工3名。班组担负着10kv新建配电室的电气设备试验调试及变压器油化验分析;预防性试验等工作，班组成员的工作质量直接影响到电网系统及用户的安全稳定运行。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调试三班有着光荣传统的优秀集体，素以“能打硬仗、善打硬仗、关键时刻顶得住”的工作作风著称。经过几年的不断发展和完善，调试三班已经逐渐成长为一个知识化、专业化的先进班组。几年来，调试三班与试验调试公司一起成长，每一项电网工程的调试、验收等环节都有他们的身影出现，他们深知责任重于泰山，皆以保障安全生产为准绳，踏实工作，不断进取，不断创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三班在长期工作实践中，始终坚持“以人为本”的安全理念，以严格的管理夯实了安全生产的基础，形成了严谨、仔细、实干的工作作风和独具特色的安全文化氛围。首先，通过安全制度规程的学习，来强化人的安全思想，提高安全意识。多年来，三班始终坚持每周一的安全学习，通过典型案例结合实际工作进行分析总结。在平时工作中严格标准化作业流程，文明作业现场，杜绝违章行为，相互帮助、相互提醒，真正把安全工作落实到个人，班组内安全氛围浓厚。其次，认真抓好文明生产现场施工，严格执行文明生产管理制度，为生产设备创造出一个良好的运行环境，有力地保障了安全生产。作业现场坚持着装衣帽规范，认真履行“两票“、“四制”，工作现场做到“四无”、“四全”、“四不乱”。多年来，班组未发生人身伤亡以及因人为原因引起的设备损坏事故，有效的控制了异常和未遂，对公司的安全生产和电网系统的稳定发展起到了保驾护航的作用。如果说试验调试是对电气设备安全投入运行进行的检验，那么试验调试工作者可以说是电气设备投入运行的“检验官”。试验调试工作的重要性和工作特点，决定了工作者“要吃尽千般苦，才换来万家明”。实践经验表明，三班是一支“敢打硬仗、肯干实事”的生产铁军。几年下来，三班不但圆满完成了110kv河南东路数字化变电站、110kv三坪变电站、110kv振兴变电站、合作区110kv智能化变电站等的油务化验工作、而且完成了远在哈密、鄯善、塔城等新建配电室工程，及乌鲁木齐市无数家预防性试验。为实现企业减人增效打下了坚实的基础。</w:t>
      </w:r>
      <w:r>
        <w:rPr>
          <w:lang w:eastAsia="zh-CN"/>
        </w:rPr>
        <w:br/>
      </w:r>
      <w:r>
        <w:rPr>
          <w:lang w:eastAsia="zh-CN"/>
        </w:rPr>
        <w:t>　　谁也不会忘记，当你在尽情地享受美餐时，他们还在饥肠辘辘地对设备进行安装和调试;谁也不会忘记，当你已进入香甜的梦乡时，他们睁着熬红的双眼，拖着疲惫的双腿，仍在继续查找故障，这一切，对他们来说似乎太平常不过了。</w:t>
      </w:r>
      <w:r>
        <w:rPr>
          <w:lang w:eastAsia="zh-CN"/>
        </w:rPr>
        <w:br/>
      </w:r>
      <w:r>
        <w:rPr>
          <w:lang w:eastAsia="zh-CN"/>
        </w:rPr>
        <w:t>　　20__年3月的一天晚上，铁路局西单商场配电室断路器跳闸后再也送不上电，当天三班在石油低调处缺陷。接到报告后，三班成员立即赶往铁路局西单商场，由于需要准备设备及工具，到铁路局西单商场时，天已经黑了。工作人员顾不上休息，就对室内外进行二次回路检查。时间一分一秒的过去，每个人都被冻得浑身发抖，吃晚饭的时间也早过了，每个人的肚子都在咕噜的叫，但调试三班人员凭着他们平时练就的“钢筋脚”、“铁桶肚”，凭着对工作执着的追求，发扬“找不到事故原因不休息”的工作作风，凭着扎实的技术功底，顶着饥饿一直工作到零晨2点，终于将送不上电的原因查找到，并对其进行消除。一天下来，三班人员的手脚都已冻得僵硬，但看到配电室安全稳定地投入运行，又恢复了正常供电时，遥望整个商场灯火通明，三班人员的心里感到的是开心和欣慰。</w:t>
      </w:r>
      <w:r>
        <w:rPr>
          <w:lang w:eastAsia="zh-CN"/>
        </w:rPr>
        <w:br/>
      </w:r>
    </w:p>
    <w:p w:rsidR="001B1F19" w14:textId="27C3F48A">
      <w:pPr>
        <w:rPr>
          <w:rFonts w:hint="eastAsia"/>
          <w:lang w:eastAsia="zh-CN"/>
        </w:rPr>
      </w:pPr>
      <w:r>
        <w:rPr>
          <w:lang w:eastAsia="zh-CN"/>
        </w:rPr>
        <w:t>　　“哪有故障哪有我，有我就没有故障”，就是靠着这种坚定的信念，踏实的工作态度，硬朗的工作作风，三班走遍了整个乌鲁木齐市及周边，为千家万户送去了光明，也送去了自己的一片温暖和赤诚之心，展现了他们闪亮的青春风采。</w:t>
      </w:r>
      <w:r>
        <w:rPr>
          <w:lang w:eastAsia="zh-CN"/>
        </w:rPr>
        <w:br/>
      </w:r>
      <w:r>
        <w:rPr>
          <w:lang w:eastAsia="zh-CN"/>
        </w:rPr>
        <w:t>　　荣誉、掌声和鲜花，都已成历史。在成绩和挑战面前，调试三班不以物喜、不以己悲，他们决心以更高的标准来要求自己，不断创新，开拓进取，努力超越，追求卓越，用他们无悔的青春和无私的奉献，继续奋斗在他们青春绽放、无私奉献的征途上，并决心在电网高效、经济、安全运行中用自己的青春和热血谱写调试公司更加绚丽夺目的新篇章。</w:t>
      </w:r>
      <w:r>
        <w:rPr>
          <w:lang w:eastAsia="zh-CN"/>
        </w:rPr>
        <w:br/>
      </w:r>
      <w:r>
        <w:rPr>
          <w:lang w:eastAsia="zh-CN"/>
        </w:rPr>
        <w:t xml:space="preserve">    班组事迹 篇16 </w:t>
      </w:r>
      <w:r>
        <w:rPr>
          <w:lang w:eastAsia="zh-CN"/>
        </w:rPr>
        <w:br/>
      </w:r>
      <w:r>
        <w:rPr>
          <w:lang w:eastAsia="zh-CN"/>
        </w:rPr>
        <w:t>　　小王，男，45岁，现任清水川项目部安全员。为了尽快适应角色投入工作。项目部领导根据他的擅长交流沟通的工作方式及其外交工作能力，决定让他主现场文明施工管理。在他主管以来，结合公司开展时间过半任务过半大干100天活动，先后根据现场的施工动态和目前现场文明施工存在的问题特点，他亲自上手，联合工地主任、区域安全管理人员、卫生保洁人员，查找问题想办法的工作方式，来解决文明施工扯皮推诿的事情。通过一段时间的项目督导、工地主抓、区域划分落实工作方法，使现场的文明施工有了大的变化。并多次在业主、监理专项检查及文明施工抽查中得到了好评和奖励。</w:t>
      </w:r>
      <w:r>
        <w:rPr>
          <w:lang w:eastAsia="zh-CN"/>
        </w:rPr>
        <w:br/>
      </w:r>
      <w:r>
        <w:rPr>
          <w:lang w:eastAsia="zh-CN"/>
        </w:rPr>
        <w:t>　　一、精心组织、制度先行</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https://d.book118.com/615004100243011102</w:t>
        </w:r>
      </w:hyperlink>
    </w:p>
    <w:p w:rsidR="001B1F19">
      <w:pPr>
        <w:rPr>
          <w:rFonts w:hint="eastAsia"/>
          <w:lang w:eastAsia="zh-CN"/>
        </w:rPr>
      </w:pPr>
    </w:p>
    <w:sectPr>
      <w:type w:val="nextPage"/>
      <w:pgSz w:w="11906" w:h="16838"/>
      <w:pgMar w:top="1440" w:right="1800" w:bottom="1440" w:left="1800" w:header="851" w:footer="992" w:gutter="0"/>
      <w:pgNumType w:start="3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15004100243011102"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59</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