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关于二年级体育上册教学计划（33篇）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关于二年级体育上册教学计划（精选33篇）</w:t>
      </w:r>
      <w:r>
        <w:rPr>
          <w:lang w:eastAsia="zh-CN"/>
        </w:rPr>
        <w:br/>
      </w:r>
      <w:r>
        <w:rPr>
          <w:lang w:eastAsia="zh-CN"/>
        </w:rPr>
        <w:t xml:space="preserve">    关于二年级体育上册教学计划 篇1 </w:t>
      </w:r>
      <w:r>
        <w:rPr>
          <w:lang w:eastAsia="zh-CN"/>
        </w:rPr>
        <w:br/>
      </w:r>
      <w:r>
        <w:rPr>
          <w:lang w:eastAsia="zh-CN"/>
        </w:rPr>
        <w:t>　　一、指导思想</w:t>
      </w:r>
      <w:r>
        <w:rPr>
          <w:lang w:eastAsia="zh-CN"/>
        </w:rPr>
        <w:br/>
      </w:r>
      <w:r>
        <w:rPr>
          <w:lang w:eastAsia="zh-CN"/>
        </w:rPr>
        <w:t>　　按照《小学体育新课程标准》的要求，为全面贯彻党的教育方针，认真落实《学校体育工作条例》和《全民健身计划纲要》；坚持以“健康第一、育人第一”为宗旨，把学校体育工作作为实施素质教育的突破口；加强体育课改教研活动，努力施行新课程标准，用新的理念来强化教育教学活动。争创学校的体育特色，培养全面发展的学生。</w:t>
      </w:r>
      <w:r>
        <w:rPr>
          <w:lang w:eastAsia="zh-CN"/>
        </w:rPr>
        <w:br/>
      </w:r>
      <w:r>
        <w:rPr>
          <w:lang w:eastAsia="zh-CN"/>
        </w:rPr>
        <w:t>　　二、学情分析</w:t>
      </w:r>
      <w:r>
        <w:rPr>
          <w:lang w:eastAsia="zh-CN"/>
        </w:rPr>
        <w:br/>
      </w:r>
      <w:r>
        <w:rPr>
          <w:lang w:eastAsia="zh-CN"/>
        </w:rPr>
        <w:t>　　二年级的同学已经有了两个学期的体育课的经历，身体也强壮了许多，能够进行一些较强的活动，并且掌握了一定的队形队列、跑、跳的简单技术和动作。在此基础上，除了进行课堂常规训练外，还要加强动作的强度和技术的难度训练，还要学习新的科目，如前滚翻、立定跳远、跳绳等。</w:t>
      </w:r>
      <w:r>
        <w:rPr>
          <w:lang w:eastAsia="zh-CN"/>
        </w:rPr>
        <w:br/>
      </w:r>
      <w:r>
        <w:rPr>
          <w:lang w:eastAsia="zh-CN"/>
        </w:rPr>
        <w:t>　　三、教材分析</w:t>
      </w:r>
      <w:r>
        <w:rPr>
          <w:lang w:eastAsia="zh-CN"/>
        </w:rPr>
        <w:br/>
      </w:r>
      <w:r>
        <w:rPr>
          <w:lang w:eastAsia="zh-CN"/>
        </w:rPr>
        <w:t>　　1、通过本学期的教学使学生初步掌握立定跳远动作，跑步的基本方法，学会学习方法，发展学生跳跃能力，培养学生运动兴趣。</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2、通过游戏发展学生的奔跑能力，培养学生认真、负责的积极态度，团结协作的团队精神。</w:t>
      </w:r>
      <w:r>
        <w:rPr>
          <w:lang w:eastAsia="zh-CN"/>
        </w:rPr>
        <w:br/>
      </w:r>
      <w:r>
        <w:rPr>
          <w:lang w:eastAsia="zh-CN"/>
        </w:rPr>
        <w:t>　　3、让学在特定的情境中通过观察、体验、掌握学习的方法。使学生热爱体育运动，并能乐意接受教师的指导，从而体验成功。</w:t>
      </w:r>
      <w:r>
        <w:rPr>
          <w:lang w:eastAsia="zh-CN"/>
        </w:rPr>
        <w:br/>
      </w:r>
      <w:r>
        <w:rPr>
          <w:lang w:eastAsia="zh-CN"/>
        </w:rPr>
        <w:t>　　四、教学目标</w:t>
      </w:r>
      <w:r>
        <w:rPr>
          <w:lang w:eastAsia="zh-CN"/>
        </w:rPr>
        <w:br/>
      </w:r>
      <w:r>
        <w:rPr>
          <w:lang w:eastAsia="zh-CN"/>
        </w:rPr>
        <w:t>　　1、使学生初步认识自己的身体和掌握锻炼身体的简单知识及方法，学会一些体育卫生保健的安全方式，培养认真锻炼身体的态度。</w:t>
      </w:r>
      <w:r>
        <w:rPr>
          <w:lang w:eastAsia="zh-CN"/>
        </w:rPr>
        <w:br/>
      </w:r>
      <w:r>
        <w:rPr>
          <w:lang w:eastAsia="zh-CN"/>
        </w:rPr>
        <w:t>　　2、初步学习队列、队形、跑、跳、投、韵律活动等项目的简单技术和技能，进一步掌握和提高各项运动的基本方法和技能，发展身体素质，提高身体活动能力。</w:t>
      </w:r>
      <w:r>
        <w:rPr>
          <w:lang w:eastAsia="zh-CN"/>
        </w:rPr>
        <w:br/>
      </w:r>
      <w:r>
        <w:rPr>
          <w:lang w:eastAsia="zh-CN"/>
        </w:rPr>
        <w:t>　　3、培养学生上体育课的兴趣和积极性，以及勇敢、顽强、自觉遵守纪律、团结协作等优良品质。</w:t>
      </w:r>
      <w:r>
        <w:rPr>
          <w:lang w:eastAsia="zh-CN"/>
        </w:rPr>
        <w:br/>
      </w:r>
      <w:r>
        <w:rPr>
          <w:lang w:eastAsia="zh-CN"/>
        </w:rPr>
        <w:t>　　五、教学条件</w:t>
      </w:r>
      <w:r>
        <w:rPr>
          <w:lang w:eastAsia="zh-CN"/>
        </w:rPr>
        <w:br/>
      </w:r>
      <w:r>
        <w:rPr>
          <w:lang w:eastAsia="zh-CN"/>
        </w:rPr>
        <w:t>　　学校有200米跑道的操场一处，场地平坦，教学器材较为齐全，能基本满足教学需要。</w:t>
      </w:r>
      <w:r>
        <w:rPr>
          <w:lang w:eastAsia="zh-CN"/>
        </w:rPr>
        <w:br/>
      </w:r>
      <w:r>
        <w:rPr>
          <w:lang w:eastAsia="zh-CN"/>
        </w:rPr>
        <w:t>　　六、教学重点</w:t>
      </w:r>
      <w:r>
        <w:rPr>
          <w:lang w:eastAsia="zh-CN"/>
        </w:rPr>
        <w:br/>
      </w:r>
      <w:r>
        <w:rPr>
          <w:lang w:eastAsia="zh-CN"/>
        </w:rPr>
        <w:t>　　1、队形、队列及走、跑、跳的教学。</w:t>
      </w:r>
      <w:r>
        <w:rPr>
          <w:lang w:eastAsia="zh-CN"/>
        </w:rPr>
        <w:br/>
      </w:r>
      <w:r>
        <w:rPr>
          <w:lang w:eastAsia="zh-CN"/>
        </w:rPr>
        <w:t>　　2、培养学生团结协作、勇敢顽强的优良品质。</w:t>
      </w:r>
      <w:r>
        <w:rPr>
          <w:lang w:eastAsia="zh-CN"/>
        </w:rPr>
        <w:br/>
      </w:r>
      <w:r>
        <w:rPr>
          <w:lang w:eastAsia="zh-CN"/>
        </w:rPr>
        <w:t>　　七、教学措施</w:t>
      </w:r>
      <w:r>
        <w:rPr>
          <w:lang w:eastAsia="zh-CN"/>
        </w:rPr>
        <w:br/>
      </w:r>
      <w:r>
        <w:rPr>
          <w:lang w:eastAsia="zh-CN"/>
        </w:rPr>
        <w:t>　　1、认真备课，精心写好教案。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2、认真学习和贯彻教学大纲，钻研教材，明确教材目的与任务，掌握教材重点、难点，明确本课的教学任务及为教学方法，组织措施等。</w:t>
      </w:r>
      <w:r>
        <w:rPr>
          <w:lang w:eastAsia="zh-CN"/>
        </w:rPr>
        <w:br/>
      </w:r>
      <w:r>
        <w:rPr>
          <w:lang w:eastAsia="zh-CN"/>
        </w:rPr>
        <w:t>　　3、根据教学任务，提前准备和布置好场地、器材及教学用具。</w:t>
      </w:r>
      <w:r>
        <w:rPr>
          <w:lang w:eastAsia="zh-CN"/>
        </w:rPr>
        <w:br/>
      </w:r>
      <w:r>
        <w:rPr>
          <w:lang w:eastAsia="zh-CN"/>
        </w:rPr>
        <w:t>　　4、在教学中注意对学生能力的培养。</w:t>
      </w:r>
      <w:r>
        <w:rPr>
          <w:lang w:eastAsia="zh-CN"/>
        </w:rPr>
        <w:br/>
      </w:r>
      <w:r>
        <w:rPr>
          <w:lang w:eastAsia="zh-CN"/>
        </w:rPr>
        <w:t>　　5、教学原则、教学方法的运用，要从增强学生体质出发，根据青少年的心理生理特点及学生的实际情况，科学地安排好密度和运动量。</w:t>
      </w:r>
      <w:r>
        <w:rPr>
          <w:lang w:eastAsia="zh-CN"/>
        </w:rPr>
        <w:br/>
      </w:r>
      <w:r>
        <w:rPr>
          <w:lang w:eastAsia="zh-CN"/>
        </w:rPr>
        <w:t>　　6、教师要注意仪表整洁，举止大方，教态自然。</w:t>
      </w:r>
      <w:r>
        <w:rPr>
          <w:lang w:eastAsia="zh-CN"/>
        </w:rPr>
        <w:br/>
      </w:r>
      <w:r>
        <w:rPr>
          <w:lang w:eastAsia="zh-CN"/>
        </w:rPr>
        <w:t>　　7、认真做好学生的学期、学年体育成绩的考核和评定，重视资料的积累和保管，并不断改进教学工作，不断提高教学质量。</w:t>
      </w:r>
      <w:r>
        <w:rPr>
          <w:lang w:eastAsia="zh-CN"/>
        </w:rPr>
        <w:br/>
      </w:r>
      <w:r>
        <w:rPr>
          <w:lang w:eastAsia="zh-CN"/>
        </w:rPr>
        <w:t>　　8、教学中要充分发挥体育委员，小组长及积极分子的作用，并且经常做好对他们的培养和训练工作，使他们真正起到教师助手作用。</w:t>
      </w:r>
      <w:r>
        <w:rPr>
          <w:lang w:eastAsia="zh-CN"/>
        </w:rPr>
        <w:br/>
      </w:r>
      <w:r>
        <w:rPr>
          <w:lang w:eastAsia="zh-CN"/>
        </w:rPr>
        <w:t>　　9、教学中要有严密的组织纪律，严格的安全保护措施与要求，严防伤害事故的发生，一旦发生伤害事故要及时向领导汇报并作好妥善处理。</w:t>
      </w:r>
      <w:r>
        <w:rPr>
          <w:lang w:eastAsia="zh-CN"/>
        </w:rPr>
        <w:br/>
      </w:r>
      <w:r>
        <w:rPr>
          <w:lang w:eastAsia="zh-CN"/>
        </w:rPr>
        <w:t xml:space="preserve">    关于二年级体育上册教学计划 篇2 </w:t>
      </w:r>
      <w:r>
        <w:rPr>
          <w:lang w:eastAsia="zh-CN"/>
        </w:rPr>
        <w:br/>
      </w:r>
      <w:r>
        <w:rPr>
          <w:lang w:eastAsia="zh-CN"/>
        </w:rPr>
        <w:t>　　一、学生情况分析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小学二年级的学生处于生长发育的初期，运动系统发育还不成熟，处于发展期，运动能力较低，身体各部分肌肉发展不平衡，上下肢协调性差;他们活泼、好动、自制力较差，采用情境教学、游戏化教学等可以充分调动他们的学习积极性，使他们集中注意力。学生的想象力丰富，富有创造性，教学中，教师可以让他们积极模仿、开动脑筋、主动练习，从而达到学会知识的目的。</w:t>
      </w:r>
      <w:r>
        <w:rPr>
          <w:lang w:eastAsia="zh-CN"/>
        </w:rPr>
        <w:br/>
      </w:r>
      <w:r>
        <w:rPr>
          <w:lang w:eastAsia="zh-CN"/>
        </w:rPr>
        <w:t>　　二、教材分析</w:t>
      </w:r>
      <w:r>
        <w:rPr>
          <w:lang w:eastAsia="zh-CN"/>
        </w:rPr>
        <w:br/>
      </w:r>
      <w:r>
        <w:rPr>
          <w:lang w:eastAsia="zh-CN"/>
        </w:rPr>
        <w:t>　　教材内容是以学生为主体，选择以发展基本活动能力为主的锻炼活动和游戏。教材内容强调学生的兴趣，并能有效地落实小学体育的目标。具体的教学内容，以游戏为主，分为基本活动和游戏。在基本活动中有一些简单的技术动作，也大都以游戏作为手段和方法进行教学。其中包括：基本活动：排队活动、基本体操(徒手的和使用轻器械的)、走、跑、跳跃、投掷、攀爬、跳绳、韵律活动(包括简易舞蹈)。游戏：奔跑游戏(多种移动、躲闪、急停)、跳跃游戏(各种跳跃等)、投掷游戏(各种挥动、抛掷等)和球类游戏等。这些内容强调以“活动”为主，所有教材内容均以多元化活动为主，教师在教学中应该自行选择和组合，灵活有创造性地安排课堂内容。</w:t>
      </w:r>
      <w:r>
        <w:rPr>
          <w:lang w:eastAsia="zh-CN"/>
        </w:rPr>
        <w:br/>
      </w:r>
      <w:r>
        <w:rPr>
          <w:lang w:eastAsia="zh-CN"/>
        </w:rPr>
        <w:t>　　三、教学目的要求</w:t>
      </w:r>
      <w:r>
        <w:rPr>
          <w:lang w:eastAsia="zh-CN"/>
        </w:rPr>
        <w:br/>
      </w:r>
      <w:r>
        <w:rPr>
          <w:lang w:eastAsia="zh-CN"/>
        </w:rPr>
        <w:t>　　运动参与：学生积极参加各种游戏活动，认真上好体育课。</w:t>
      </w:r>
      <w:r>
        <w:rPr>
          <w:lang w:eastAsia="zh-CN"/>
        </w:rPr>
        <w:br/>
      </w:r>
      <w:r>
        <w:rPr>
          <w:lang w:eastAsia="zh-CN"/>
        </w:rPr>
        <w:t>　　运动技能：初步掌握一些简单的球类游戏、基本体操、韵律活动的动作方法。</w:t>
      </w:r>
      <w:r>
        <w:rPr>
          <w:lang w:eastAsia="zh-CN"/>
        </w:rPr>
        <w:br/>
      </w:r>
      <w:r>
        <w:rPr>
          <w:lang w:eastAsia="zh-CN"/>
        </w:rPr>
        <w:t>　　身体健康：学生能注意自己正确的坐、立、行等身体姿势，知道身体各部位名称及自己身体的变化，发展柔韧、反应、灵敏和协调能力等素质。</w:t>
      </w:r>
      <w:r>
        <w:rPr>
          <w:lang w:eastAsia="zh-CN"/>
        </w:rPr>
        <w:br/>
      </w:r>
      <w:r>
        <w:rPr>
          <w:lang w:eastAsia="zh-CN"/>
        </w:rPr>
        <w:t>　　心理健康：与同伴一起参加体育活动和游戏，充分展示自我，体验成功或失败的心情。</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社会适应：在游戏活动中遵守纪律，尊重他人，不妨碍他人游戏，能与同伴团结合作。</w:t>
      </w:r>
      <w:r>
        <w:rPr>
          <w:lang w:eastAsia="zh-CN"/>
        </w:rPr>
        <w:br/>
      </w:r>
      <w:r>
        <w:rPr>
          <w:lang w:eastAsia="zh-CN"/>
        </w:rPr>
        <w:t>　　四、各单元重点难点</w:t>
      </w:r>
      <w:r>
        <w:rPr>
          <w:lang w:eastAsia="zh-CN"/>
        </w:rPr>
        <w:br/>
      </w:r>
      <w:r>
        <w:rPr>
          <w:lang w:eastAsia="zh-CN"/>
        </w:rPr>
        <w:t>　　纠正眼保健操、学习广播体操</w:t>
      </w:r>
      <w:r>
        <w:rPr>
          <w:lang w:eastAsia="zh-CN"/>
        </w:rPr>
        <w:br/>
      </w:r>
      <w:r>
        <w:rPr>
          <w:lang w:eastAsia="zh-CN"/>
        </w:rPr>
        <w:t>　　30米快速跑、前滚翻的学习</w:t>
      </w:r>
      <w:r>
        <w:rPr>
          <w:lang w:eastAsia="zh-CN"/>
        </w:rPr>
        <w:br/>
      </w:r>
      <w:r>
        <w:rPr>
          <w:lang w:eastAsia="zh-CN"/>
        </w:rPr>
        <w:t>　　五、教学措施</w:t>
      </w:r>
      <w:r>
        <w:rPr>
          <w:lang w:eastAsia="zh-CN"/>
        </w:rPr>
        <w:br/>
      </w:r>
      <w:r>
        <w:rPr>
          <w:lang w:eastAsia="zh-CN"/>
        </w:rPr>
        <w:t>　　1、认真备课，精心写好教案，不备课，无教案不准上课。</w:t>
      </w:r>
      <w:r>
        <w:rPr>
          <w:lang w:eastAsia="zh-CN"/>
        </w:rPr>
        <w:br/>
      </w:r>
      <w:r>
        <w:rPr>
          <w:lang w:eastAsia="zh-CN"/>
        </w:rPr>
        <w:t>　　2、认真学习和贯彻教学大纲，钻研教材，明确教材目的与任务，掌握教材重点、难点明确本课的教学任务、几为完成任务而采取的教学原则、教学方法，组织措施等。</w:t>
      </w:r>
      <w:r>
        <w:rPr>
          <w:lang w:eastAsia="zh-CN"/>
        </w:rPr>
        <w:br/>
      </w:r>
      <w:r>
        <w:rPr>
          <w:lang w:eastAsia="zh-CN"/>
        </w:rPr>
        <w:t>　　3、根据教学任务，提前准备和布置好场地、器材、及教学用具、教师不准旷课、丢课的因故不能上课，必须经校领导同意，做好妥善安排。</w:t>
      </w:r>
      <w:r>
        <w:rPr>
          <w:lang w:eastAsia="zh-CN"/>
        </w:rPr>
        <w:br/>
      </w:r>
      <w:r>
        <w:rPr>
          <w:lang w:eastAsia="zh-CN"/>
        </w:rPr>
        <w:t>　　4、在教学中，加强与重视“三基教学”同时要注意对孩子能力的培养，努力完成体育三个方面的任务。</w:t>
      </w:r>
      <w:r>
        <w:rPr>
          <w:lang w:eastAsia="zh-CN"/>
        </w:rPr>
        <w:br/>
      </w:r>
      <w:r>
        <w:rPr>
          <w:lang w:eastAsia="zh-CN"/>
        </w:rPr>
        <w:t>　　5、教学原则，教学方法的运用要从增强学生体质出发，根据青少年的心理生理特点及学生的实际情况，科学的安排好，密度和运动量。</w:t>
      </w:r>
      <w:r>
        <w:rPr>
          <w:lang w:eastAsia="zh-CN"/>
        </w:rPr>
        <w:br/>
      </w:r>
      <w:r>
        <w:rPr>
          <w:lang w:eastAsia="zh-CN"/>
        </w:rPr>
        <w:t>　　6、教师要注意衣着整洁，举止大方，教态严肃自然，注意精神文明的建设，并在课前3分钟前换好衣服。在上课现场等候上课。</w:t>
      </w:r>
      <w:r>
        <w:rPr>
          <w:lang w:eastAsia="zh-CN"/>
        </w:rPr>
        <w:br/>
      </w:r>
      <w:r>
        <w:rPr>
          <w:lang w:eastAsia="zh-CN"/>
        </w:rPr>
        <w:t>　　7、认真做好学生的学期、学年体育成绩的考核和评定，重视资料的积累和保管，并且定期进行科学的分析和归纳，指导和改进教学工作，不断提高教学质量。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8、教学中要充分发挥体育委员，小组长及积极分子的作用并且经常做好他们的培养和训练工作，是他们真正的起到教师助手作用。</w:t>
      </w:r>
      <w:r>
        <w:rPr>
          <w:lang w:eastAsia="zh-CN"/>
        </w:rPr>
        <w:br/>
      </w:r>
      <w:r>
        <w:rPr>
          <w:lang w:eastAsia="zh-CN"/>
        </w:rPr>
        <w:t>　　9、教学中要有严密的组织纪律，严格的安全保护措施与要求，严防伤害事故的发生，一旦发生伤害事故要及时向领导汇报并做好妥善处理。</w:t>
      </w:r>
      <w:r>
        <w:rPr>
          <w:lang w:eastAsia="zh-CN"/>
        </w:rPr>
        <w:br/>
      </w:r>
      <w:r>
        <w:rPr>
          <w:lang w:eastAsia="zh-CN"/>
        </w:rPr>
        <w:t xml:space="preserve">    关于二年级体育上册教学计划 篇3 </w:t>
      </w:r>
      <w:r>
        <w:rPr>
          <w:lang w:eastAsia="zh-CN"/>
        </w:rPr>
        <w:br/>
      </w:r>
      <w:r>
        <w:rPr>
          <w:lang w:eastAsia="zh-CN"/>
        </w:rPr>
        <w:t>　　一、学生基本情况分析</w:t>
      </w:r>
      <w:r>
        <w:rPr>
          <w:lang w:eastAsia="zh-CN"/>
        </w:rPr>
        <w:br/>
      </w:r>
      <w:r>
        <w:rPr>
          <w:lang w:eastAsia="zh-CN"/>
        </w:rPr>
        <w:t>　　二年级的学生年龄在7岁左右，对一切东西的概念还不是很清晰，身体素质较差，意志力比较薄弱，针对这些特点，着重对学生进行入门教育和纪律性教育。小学二年级的学生处于生长发育的初期，运动系统发育还不成熟，处于发展期，运动能力较低，身体各部分肌肉发展不平衡，上下肢协调性差;好动喜玩，想象创造力丰富;学习兴趣易激发。二个年级各有千秋，因此在教学中根据班级的特点进行因材施教。</w:t>
      </w:r>
      <w:r>
        <w:rPr>
          <w:lang w:eastAsia="zh-CN"/>
        </w:rPr>
        <w:br/>
      </w:r>
      <w:r>
        <w:rPr>
          <w:lang w:eastAsia="zh-CN"/>
        </w:rPr>
        <w:t>　　(一)生理发育特点</w:t>
      </w:r>
      <w:r>
        <w:rPr>
          <w:lang w:eastAsia="zh-CN"/>
        </w:rPr>
        <w:br/>
      </w:r>
      <w:r>
        <w:rPr>
          <w:lang w:eastAsia="zh-CN"/>
        </w:rPr>
        <w:t>　　1、二年级学生一般为7岁，在生理上有所发展。骨骼肌肉茁壮成长，特别是下肢骨骼的增长，比身体增长还要快。</w:t>
      </w:r>
      <w:r>
        <w:rPr>
          <w:lang w:eastAsia="zh-CN"/>
        </w:rPr>
        <w:br/>
      </w:r>
      <w:r>
        <w:rPr>
          <w:lang w:eastAsia="zh-CN"/>
        </w:rPr>
        <w:t>　　2、二年级学生肌肉发育尚不完全，含水份多，肌肉纤维较细，肌腱宽而短，关节的软骨较厚，关节囊韧带薄而松弛，关节周围肌肉较细长，关节的伸展性活动范围较大，牢固性较差，容易发生脱臼。因此在体育活动和锻炼时不易进行剧烈运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3、二年级学生神经系统调节心脏活动的功能已发展完成，血液循环比较快，心跳较快，应防止心脏负担过重和体力活动过度。</w:t>
      </w:r>
      <w:r>
        <w:rPr>
          <w:lang w:eastAsia="zh-CN"/>
        </w:rPr>
        <w:br/>
      </w:r>
      <w:r>
        <w:rPr>
          <w:lang w:eastAsia="zh-CN"/>
        </w:rPr>
        <w:t>　　(二)心理发展特点</w:t>
      </w:r>
      <w:r>
        <w:rPr>
          <w:lang w:eastAsia="zh-CN"/>
        </w:rPr>
        <w:br/>
      </w:r>
      <w:r>
        <w:rPr>
          <w:lang w:eastAsia="zh-CN"/>
        </w:rPr>
        <w:t>　　1、二年级学生心理水平还停留在不随意性和具体形象阶段;心理活动的随意性和目的性虽有所发展，但仍以不随意性为主。</w:t>
      </w:r>
      <w:r>
        <w:rPr>
          <w:lang w:eastAsia="zh-CN"/>
        </w:rPr>
        <w:br/>
      </w:r>
      <w:r>
        <w:rPr>
          <w:lang w:eastAsia="zh-CN"/>
        </w:rPr>
        <w:t>　　2、二年级学生参加集体活动时的集体意识比较模糊，还不能清楚地意识到自己和集体的关系;意识到班级是一个集体，意识到班级的荣誉。</w:t>
      </w:r>
      <w:r>
        <w:rPr>
          <w:lang w:eastAsia="zh-CN"/>
        </w:rPr>
        <w:br/>
      </w:r>
      <w:r>
        <w:rPr>
          <w:lang w:eastAsia="zh-CN"/>
        </w:rPr>
        <w:t>　　3、二年级学生还不具备自我评价能力，对活动的成功与失败不会放到心上，但喜欢听表扬的话，对批评的话语不放在心理，一会就恢复到原始状态。</w:t>
      </w:r>
      <w:r>
        <w:rPr>
          <w:lang w:eastAsia="zh-CN"/>
        </w:rPr>
        <w:br/>
      </w:r>
      <w:r>
        <w:rPr>
          <w:lang w:eastAsia="zh-CN"/>
        </w:rPr>
        <w:t>　　二、教材分析</w:t>
      </w:r>
      <w:r>
        <w:rPr>
          <w:lang w:eastAsia="zh-CN"/>
        </w:rPr>
        <w:br/>
      </w:r>
      <w:r>
        <w:rPr>
          <w:lang w:eastAsia="zh-CN"/>
        </w:rPr>
        <w:t>　　本学期学习主要内容</w:t>
      </w:r>
      <w:r>
        <w:rPr>
          <w:lang w:eastAsia="zh-CN"/>
        </w:rPr>
        <w:br/>
      </w:r>
      <w:r>
        <w:rPr>
          <w:lang w:eastAsia="zh-CN"/>
        </w:rPr>
        <w:t>　　走和跑</w:t>
      </w:r>
      <w:r>
        <w:rPr>
          <w:lang w:eastAsia="zh-CN"/>
        </w:rPr>
        <w:br/>
      </w:r>
      <w:r>
        <w:rPr>
          <w:lang w:eastAsia="zh-CN"/>
        </w:rPr>
        <w:t>　　①知道自然快速跑的动作方法，</w:t>
      </w:r>
      <w:r>
        <w:rPr>
          <w:lang w:eastAsia="zh-CN"/>
        </w:rPr>
        <w:br/>
      </w:r>
      <w:r>
        <w:rPr>
          <w:lang w:eastAsia="zh-CN"/>
        </w:rPr>
        <w:t>　　②会做出两臂曲肘前后摆动的自然快跑及前脚掌着地沿直线进行快速跑动作。</w:t>
      </w:r>
      <w:r>
        <w:rPr>
          <w:lang w:eastAsia="zh-CN"/>
        </w:rPr>
        <w:br/>
      </w:r>
      <w:r>
        <w:rPr>
          <w:lang w:eastAsia="zh-CN"/>
        </w:rPr>
        <w:t>　　跳跃：</w:t>
      </w:r>
      <w:r>
        <w:rPr>
          <w:lang w:eastAsia="zh-CN"/>
        </w:rPr>
        <w:br/>
      </w:r>
      <w:r>
        <w:rPr>
          <w:lang w:eastAsia="zh-CN"/>
        </w:rPr>
        <w:t>　　①了解在踏跳区内起跳的重要意义</w:t>
      </w:r>
      <w:r>
        <w:rPr>
          <w:lang w:eastAsia="zh-CN"/>
        </w:rPr>
        <w:br/>
      </w:r>
      <w:r>
        <w:rPr>
          <w:lang w:eastAsia="zh-CN"/>
        </w:rPr>
        <w:t>　　②能做出快速助跑、起跳迅速有力、起跳后向前上方跃起、两腿屈膝上提的跳远基本动作;做到在踏跳区内准确起跳。</w:t>
      </w:r>
      <w:r>
        <w:rPr>
          <w:lang w:eastAsia="zh-CN"/>
        </w:rPr>
        <w:br/>
      </w:r>
      <w:r>
        <w:rPr>
          <w:lang w:eastAsia="zh-CN"/>
        </w:rPr>
        <w:t>　　投掷：</w:t>
      </w:r>
      <w:r>
        <w:rPr>
          <w:lang w:eastAsia="zh-CN"/>
        </w:rPr>
        <w:br/>
      </w:r>
      <w:r>
        <w:rPr>
          <w:lang w:eastAsia="zh-CN"/>
        </w:rPr>
        <w:t>　　①知道投掷的正确动作方法。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②能掌握巩固肩上屈肘、自然挥臂的投掷动作。</w:t>
      </w:r>
      <w:r>
        <w:rPr>
          <w:lang w:eastAsia="zh-CN"/>
        </w:rPr>
        <w:br/>
      </w:r>
      <w:r>
        <w:rPr>
          <w:lang w:eastAsia="zh-CN"/>
        </w:rPr>
        <w:t>　　技巧：</w:t>
      </w:r>
      <w:r>
        <w:rPr>
          <w:lang w:eastAsia="zh-CN"/>
        </w:rPr>
        <w:br/>
      </w:r>
      <w:r>
        <w:rPr>
          <w:lang w:eastAsia="zh-CN"/>
        </w:rPr>
        <w:t>　　①道前滚翻的动作方法和要求</w:t>
      </w:r>
      <w:r>
        <w:rPr>
          <w:lang w:eastAsia="zh-CN"/>
        </w:rPr>
        <w:br/>
      </w:r>
      <w:r>
        <w:rPr>
          <w:lang w:eastAsia="zh-CN"/>
        </w:rPr>
        <w:t>　　②能做出连续前滚翻的动作，几个前滚翻之间的连接紧密，方向正，翻滚动作正确。</w:t>
      </w:r>
      <w:r>
        <w:rPr>
          <w:lang w:eastAsia="zh-CN"/>
        </w:rPr>
        <w:br/>
      </w:r>
      <w:r>
        <w:rPr>
          <w:lang w:eastAsia="zh-CN"/>
        </w:rPr>
        <w:t>　　韵律活动：</w:t>
      </w:r>
      <w:r>
        <w:rPr>
          <w:lang w:eastAsia="zh-CN"/>
        </w:rPr>
        <w:br/>
      </w:r>
      <w:r>
        <w:rPr>
          <w:lang w:eastAsia="zh-CN"/>
        </w:rPr>
        <w:t>　　①道节奏操的名称和动作方法。</w:t>
      </w:r>
      <w:r>
        <w:rPr>
          <w:lang w:eastAsia="zh-CN"/>
        </w:rPr>
        <w:br/>
      </w:r>
      <w:r>
        <w:rPr>
          <w:lang w:eastAsia="zh-CN"/>
        </w:rPr>
        <w:t>　　②能随音乐节拍将全套操连贯起来练习。</w:t>
      </w:r>
      <w:r>
        <w:rPr>
          <w:lang w:eastAsia="zh-CN"/>
        </w:rPr>
        <w:br/>
      </w:r>
      <w:r>
        <w:rPr>
          <w:lang w:eastAsia="zh-CN"/>
        </w:rPr>
        <w:t>　　体质测试：</w:t>
      </w:r>
      <w:r>
        <w:rPr>
          <w:lang w:eastAsia="zh-CN"/>
        </w:rPr>
        <w:br/>
      </w:r>
      <w:r>
        <w:rPr>
          <w:lang w:eastAsia="zh-CN"/>
        </w:rPr>
        <w:t>　　(1)身高、体重</w:t>
      </w:r>
      <w:r>
        <w:rPr>
          <w:lang w:eastAsia="zh-CN"/>
        </w:rPr>
        <w:br/>
      </w:r>
      <w:r>
        <w:rPr>
          <w:lang w:eastAsia="zh-CN"/>
        </w:rPr>
        <w:t>　　(2)坐位体前屈</w:t>
      </w:r>
      <w:r>
        <w:rPr>
          <w:lang w:eastAsia="zh-CN"/>
        </w:rPr>
        <w:br/>
      </w:r>
      <w:r>
        <w:rPr>
          <w:lang w:eastAsia="zh-CN"/>
        </w:rPr>
        <w:t>　　三、教学目标</w:t>
      </w:r>
      <w:r>
        <w:rPr>
          <w:lang w:eastAsia="zh-CN"/>
        </w:rPr>
        <w:br/>
      </w:r>
      <w:r>
        <w:rPr>
          <w:lang w:eastAsia="zh-CN"/>
        </w:rPr>
        <w:t>　　1、通过体育教学向学生进行体育卫生保健教育，进一步了解上体育课和锻炼身体的好处，知道一些保护身体健康的简单常识和方法，增强学生健康,增进体质，促进德、智、体全面发展，养成良好的卫生习惯。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2、通过本学期的教学使学生初步掌握立定跳远动作，跑步的基本方法，学会学习方法，发展学生跳跃能力，培养学生运动兴趣。进一步学会一些基本运动、游戏、韵律活动和舞蹈的方法，发展身体素质和基本活动能力。培养学生的基本活动能力和一些动作方法，保持正确的身体姿势。积极参与体质测试，争取优秀。通过游戏发展学生的奔跑能力，培养学生认真、负责的积极态度，团结协作的团队精神，体验参加体育活动的乐趣。</w:t>
      </w:r>
      <w:r>
        <w:rPr>
          <w:lang w:eastAsia="zh-CN"/>
        </w:rPr>
        <w:br/>
      </w:r>
      <w:r>
        <w:rPr>
          <w:lang w:eastAsia="zh-CN"/>
        </w:rPr>
        <w:t>　　3、在一、二年级体育课教学中，以健康第一为指导思想，以适应社会需求及体育课的特点和一、二年级学生心理，生理特点在教学中以运动参与，运动技能，身体健康，心理健康，社会适应五个为主要学习领域，充分利用游戏，教学比赛等有主题的教学渗透到教学中去，使学生在身体素质，心理健康等方面全面发展。同时让学在特定的情境中通过观察、体验、掌握学习的方法。</w:t>
      </w:r>
      <w:r>
        <w:rPr>
          <w:lang w:eastAsia="zh-CN"/>
        </w:rPr>
        <w:br/>
      </w:r>
      <w:r>
        <w:rPr>
          <w:lang w:eastAsia="zh-CN"/>
        </w:rPr>
        <w:t>　　4、通过体育锻炼，培养集体主义精神，进行爱国主义教育，增强自信心，为终身体育打下坚实的基础。</w:t>
      </w:r>
      <w:r>
        <w:rPr>
          <w:lang w:eastAsia="zh-CN"/>
        </w:rPr>
        <w:br/>
      </w:r>
      <w:r>
        <w:rPr>
          <w:lang w:eastAsia="zh-CN"/>
        </w:rPr>
        <w:t>　　五、德育渗透</w:t>
      </w:r>
      <w:r>
        <w:rPr>
          <w:lang w:eastAsia="zh-CN"/>
        </w:rPr>
        <w:br/>
      </w:r>
      <w:r>
        <w:rPr>
          <w:lang w:eastAsia="zh-CN"/>
        </w:rPr>
        <w:t>　　德育是教育的灵魂，育人是教育的本质。把德育改革与课程改革紧密结合起来，以新课程改革为契机，激活教学，优化课堂，使每一堂课都成为德育的有机组成部分，使每一个老师都成为德育工作者。因此，作为一名体育教师，在课堂中渗透德育是我们义不容辞的责任。体育课教学应从增强体质出发，加强课堂教学，经常对学生进行思想品德教育，有意识地培养学生爱国主义、集体主义精神及社会公德、家庭美德、诚实守信等各种优良品质。</w:t>
      </w:r>
      <w:r>
        <w:rPr>
          <w:lang w:eastAsia="zh-CN"/>
        </w:rPr>
        <w:br/>
      </w:r>
      <w:r>
        <w:rPr>
          <w:lang w:eastAsia="zh-CN"/>
        </w:rPr>
        <w:t>　　六、提高教学效率的措施：</w:t>
      </w:r>
      <w:r>
        <w:rPr>
          <w:lang w:eastAsia="zh-CN"/>
        </w:rPr>
        <w:br/>
      </w:r>
      <w:r>
        <w:rPr>
          <w:lang w:eastAsia="zh-CN"/>
        </w:rPr>
        <w:t>　　1、年龄普遍较小，多采用游戏</w:t>
      </w:r>
      <w:r>
        <w:rPr>
          <w:lang w:eastAsia="zh-CN"/>
        </w:rPr>
        <w:br/>
      </w:r>
      <w:r>
        <w:rPr>
          <w:lang w:eastAsia="zh-CN"/>
        </w:rPr>
        <w:t>　　2、小学生好胜心强，可采用一些教学比赛，以增强学生锻炼身体的效果。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3、备课时研究教学大纲，钻研教材，把握重难点，确定训练项目找出练习点;课堂上，激发学生兴趣，采用由易到难，逐步递进，分散难点，分步教学方法。</w:t>
      </w:r>
      <w:r>
        <w:rPr>
          <w:lang w:eastAsia="zh-CN"/>
        </w:rPr>
        <w:br/>
      </w:r>
      <w:r>
        <w:rPr>
          <w:lang w:eastAsia="zh-CN"/>
        </w:rPr>
        <w:t>　　4、练习上，精讲多练，以教师为主导，学生为主体，动作逐步过渡，步步引课练;指定分组与自由结合组织形式，采用辅助与诱导，讲解示范与模仿练习;增强练习强度、密度，提高学生学习兴趣，有利于掌握和技能形成与提高。</w:t>
      </w:r>
      <w:r>
        <w:rPr>
          <w:lang w:eastAsia="zh-CN"/>
        </w:rPr>
        <w:br/>
      </w:r>
      <w:r>
        <w:rPr>
          <w:lang w:eastAsia="zh-CN"/>
        </w:rPr>
        <w:t>　　5、给学生足够的发挥空间，鼓励学生创新。有了合适的机会，才能充分让学生去创造，这样不仅满足了学生的兴趣和表现欲望、发展特长，而且还大大促进了学生创新意识和创新能力的提高。</w:t>
      </w:r>
      <w:r>
        <w:rPr>
          <w:lang w:eastAsia="zh-CN"/>
        </w:rPr>
        <w:br/>
      </w:r>
      <w:r>
        <w:rPr>
          <w:lang w:eastAsia="zh-CN"/>
        </w:rPr>
        <w:t xml:space="preserve">    关于二年级体育上册教学计划 篇4 </w:t>
      </w:r>
      <w:r>
        <w:rPr>
          <w:lang w:eastAsia="zh-CN"/>
        </w:rPr>
        <w:br/>
      </w:r>
      <w:r>
        <w:rPr>
          <w:lang w:eastAsia="zh-CN"/>
        </w:rPr>
        <w:t>　　一、学情分析</w:t>
      </w:r>
      <w:r>
        <w:rPr>
          <w:lang w:eastAsia="zh-CN"/>
        </w:rPr>
        <w:br/>
      </w:r>
      <w:r>
        <w:rPr>
          <w:lang w:eastAsia="zh-CN"/>
        </w:rPr>
        <w:t>　　二年级的学生年龄在7岁左右，对一切东西的概念还不是很清晰，身体素质较差，意志力比较薄弱，针对这些特点，着重对学生进行入门教育和纪律性教育。</w:t>
      </w:r>
      <w:r>
        <w:rPr>
          <w:lang w:eastAsia="zh-CN"/>
        </w:rPr>
        <w:br/>
      </w:r>
      <w:r>
        <w:rPr>
          <w:lang w:eastAsia="zh-CN"/>
        </w:rPr>
        <w:t>　　小学二年级的学生处于生长发育的初期，运动系统发育还不成熟，处于发展期，运动能力较低，身体各部分肌肉发展不平衡，上下肢协调性差;好动喜玩，想象创造力丰富;学习兴趣易激发。四个班级各有千秋，因此在教学中根据班级的特点进行因材施教。</w:t>
      </w:r>
      <w:r>
        <w:rPr>
          <w:lang w:eastAsia="zh-CN"/>
        </w:rPr>
        <w:br/>
      </w:r>
      <w:r>
        <w:rPr>
          <w:lang w:eastAsia="zh-CN"/>
        </w:rPr>
        <w:t>　　二、教学目标及重难点</w:t>
      </w:r>
      <w:r>
        <w:rPr>
          <w:lang w:eastAsia="zh-CN"/>
        </w:rPr>
        <w:br/>
      </w:r>
      <w:r>
        <w:rPr>
          <w:lang w:eastAsia="zh-CN"/>
        </w:rPr>
        <w:t>　　(一)教学目标：</w:t>
      </w:r>
      <w:r>
        <w:rPr>
          <w:lang w:eastAsia="zh-CN"/>
        </w:rPr>
        <w:br/>
      </w:r>
      <w:r>
        <w:rPr>
          <w:lang w:eastAsia="zh-CN"/>
        </w:rPr>
        <w:t>　　1、掌握基本的体育基础知识，明确体育锻炼的作用，在锻炼中运用学到的知识，并不断巩固和提高。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2、每节课进行一定时间的队列练习，对其进行组织纪律性的教育。</w:t>
      </w:r>
      <w:r>
        <w:rPr>
          <w:lang w:eastAsia="zh-CN"/>
        </w:rPr>
        <w:br/>
      </w:r>
      <w:r>
        <w:rPr>
          <w:lang w:eastAsia="zh-CN"/>
        </w:rPr>
        <w:t>　　3、进一步增强体质，特别是柔韧素质和力量素质。</w:t>
      </w:r>
      <w:r>
        <w:rPr>
          <w:lang w:eastAsia="zh-CN"/>
        </w:rPr>
        <w:br/>
      </w:r>
      <w:r>
        <w:rPr>
          <w:lang w:eastAsia="zh-CN"/>
        </w:rPr>
        <w:t>　　4、通过体育锻炼培养集体主义精神，进行爱国主义教育，增强自信心，为终身体育打下坚实的基础。</w:t>
      </w:r>
      <w:r>
        <w:rPr>
          <w:lang w:eastAsia="zh-CN"/>
        </w:rPr>
        <w:br/>
      </w:r>
      <w:r>
        <w:rPr>
          <w:lang w:eastAsia="zh-CN"/>
        </w:rPr>
        <w:t>　　(二)教学重点：</w:t>
      </w:r>
      <w:r>
        <w:rPr>
          <w:lang w:eastAsia="zh-CN"/>
        </w:rPr>
        <w:br/>
      </w:r>
      <w:r>
        <w:rPr>
          <w:lang w:eastAsia="zh-CN"/>
        </w:rPr>
        <w:t>　　1、结合教学常规，进行队列队形教学。</w:t>
      </w:r>
      <w:r>
        <w:rPr>
          <w:lang w:eastAsia="zh-CN"/>
        </w:rPr>
        <w:br/>
      </w:r>
      <w:r>
        <w:rPr>
          <w:lang w:eastAsia="zh-CN"/>
        </w:rPr>
        <w:t>　　2、二年级的体育教学重点侧重于短跑、投掷、跳远等项目，因此在教学中要有意识地进行这些方面的练习。</w:t>
      </w:r>
      <w:r>
        <w:rPr>
          <w:lang w:eastAsia="zh-CN"/>
        </w:rPr>
        <w:br/>
      </w:r>
      <w:r>
        <w:rPr>
          <w:lang w:eastAsia="zh-CN"/>
        </w:rPr>
        <w:t>　　(三)教学难点：</w:t>
      </w:r>
      <w:r>
        <w:rPr>
          <w:lang w:eastAsia="zh-CN"/>
        </w:rPr>
        <w:br/>
      </w:r>
      <w:r>
        <w:rPr>
          <w:lang w:eastAsia="zh-CN"/>
        </w:rPr>
        <w:t>　　二年级的学生理解老师要求相对较慢，在进行一些协调性方面的练习时，学生可能不容易接受。</w:t>
      </w:r>
      <w:r>
        <w:rPr>
          <w:lang w:eastAsia="zh-CN"/>
        </w:rPr>
        <w:br/>
      </w:r>
      <w:r>
        <w:rPr>
          <w:lang w:eastAsia="zh-CN"/>
        </w:rPr>
        <w:t>　　三、教材分析</w:t>
      </w:r>
      <w:r>
        <w:rPr>
          <w:lang w:eastAsia="zh-CN"/>
        </w:rPr>
        <w:br/>
      </w:r>
      <w:r>
        <w:rPr>
          <w:lang w:eastAsia="zh-CN"/>
        </w:rPr>
        <w:t>　　本学期学习主要内容</w:t>
      </w:r>
      <w:r>
        <w:rPr>
          <w:lang w:eastAsia="zh-CN"/>
        </w:rPr>
        <w:br/>
      </w:r>
      <w:r>
        <w:rPr>
          <w:lang w:eastAsia="zh-CN"/>
        </w:rPr>
        <w:t>　　走和跑:</w:t>
      </w:r>
      <w:r>
        <w:rPr>
          <w:lang w:eastAsia="zh-CN"/>
        </w:rPr>
        <w:br/>
      </w:r>
      <w:r>
        <w:rPr>
          <w:lang w:eastAsia="zh-CN"/>
        </w:rPr>
        <w:t>　　①能知道自然快速跑的动作方法;</w:t>
      </w:r>
      <w:r>
        <w:rPr>
          <w:lang w:eastAsia="zh-CN"/>
        </w:rPr>
        <w:br/>
      </w:r>
      <w:r>
        <w:rPr>
          <w:lang w:eastAsia="zh-CN"/>
        </w:rPr>
        <w:t>　　②会做出两臂曲肘前后摆动的自然快跑及前脚掌着地沿直线进行快速跑动作。</w:t>
      </w:r>
      <w:r>
        <w:rPr>
          <w:lang w:eastAsia="zh-CN"/>
        </w:rPr>
        <w:br/>
      </w:r>
      <w:r>
        <w:rPr>
          <w:lang w:eastAsia="zh-CN"/>
        </w:rPr>
        <w:t>　　跳跃：</w:t>
      </w:r>
      <w:r>
        <w:rPr>
          <w:lang w:eastAsia="zh-CN"/>
        </w:rPr>
        <w:br/>
      </w:r>
      <w:r>
        <w:rPr>
          <w:lang w:eastAsia="zh-CN"/>
        </w:rPr>
        <w:t>　　①能了解在踏跳区内起跳的重要意义</w:t>
      </w:r>
      <w:r>
        <w:rPr>
          <w:lang w:eastAsia="zh-CN"/>
        </w:rPr>
        <w:br/>
      </w:r>
      <w:r>
        <w:rPr>
          <w:lang w:eastAsia="zh-CN"/>
        </w:rPr>
        <w:t>　　②能做出快速助跑、起跳迅速有力、起跳后向前上方跃起、两腿屈膝上提的跳远基本动作;做到在踏跳区内准确起跳。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投掷：</w:t>
      </w:r>
      <w:r>
        <w:rPr>
          <w:lang w:eastAsia="zh-CN"/>
        </w:rPr>
        <w:br/>
      </w:r>
      <w:r>
        <w:rPr>
          <w:lang w:eastAsia="zh-CN"/>
        </w:rPr>
        <w:t>　　①能知道投掷的正确动作方法。</w:t>
      </w:r>
      <w:r>
        <w:rPr>
          <w:lang w:eastAsia="zh-CN"/>
        </w:rPr>
        <w:br/>
      </w:r>
      <w:r>
        <w:rPr>
          <w:lang w:eastAsia="zh-CN"/>
        </w:rPr>
        <w:t>　　②能掌握巩固肩上屈肘、自然挥臂的投掷动作。</w:t>
      </w:r>
      <w:r>
        <w:rPr>
          <w:lang w:eastAsia="zh-CN"/>
        </w:rPr>
        <w:br/>
      </w:r>
      <w:r>
        <w:rPr>
          <w:lang w:eastAsia="zh-CN"/>
        </w:rPr>
        <w:t>　　技巧：</w:t>
      </w:r>
      <w:r>
        <w:rPr>
          <w:lang w:eastAsia="zh-CN"/>
        </w:rPr>
        <w:br/>
      </w:r>
      <w:r>
        <w:rPr>
          <w:lang w:eastAsia="zh-CN"/>
        </w:rPr>
        <w:t>　　①知道前滚翻的动作方法和要求</w:t>
      </w:r>
      <w:r>
        <w:rPr>
          <w:lang w:eastAsia="zh-CN"/>
        </w:rPr>
        <w:br/>
      </w:r>
      <w:r>
        <w:rPr>
          <w:lang w:eastAsia="zh-CN"/>
        </w:rPr>
        <w:t>　　②能做出连续前滚翻的动作，几个前滚翻之间的连接紧密，方向正，翻滚动作正确。</w:t>
      </w:r>
      <w:r>
        <w:rPr>
          <w:lang w:eastAsia="zh-CN"/>
        </w:rPr>
        <w:br/>
      </w:r>
      <w:r>
        <w:rPr>
          <w:lang w:eastAsia="zh-CN"/>
        </w:rPr>
        <w:t>　　韵律活动：</w:t>
      </w:r>
      <w:r>
        <w:rPr>
          <w:lang w:eastAsia="zh-CN"/>
        </w:rPr>
        <w:br/>
      </w:r>
      <w:r>
        <w:rPr>
          <w:lang w:eastAsia="zh-CN"/>
        </w:rPr>
        <w:t>　　①知道节奏操的名称和动作方法。</w:t>
      </w:r>
      <w:r>
        <w:rPr>
          <w:lang w:eastAsia="zh-CN"/>
        </w:rPr>
        <w:br/>
      </w:r>
      <w:r>
        <w:rPr>
          <w:lang w:eastAsia="zh-CN"/>
        </w:rPr>
        <w:t>　　②能随音乐节拍将全套操连贯起来练习。</w:t>
      </w:r>
      <w:r>
        <w:rPr>
          <w:lang w:eastAsia="zh-CN"/>
        </w:rPr>
        <w:br/>
      </w:r>
      <w:r>
        <w:rPr>
          <w:lang w:eastAsia="zh-CN"/>
        </w:rPr>
        <w:t>　　体质测试：</w:t>
      </w:r>
      <w:r>
        <w:rPr>
          <w:lang w:eastAsia="zh-CN"/>
        </w:rPr>
        <w:br/>
      </w:r>
      <w:r>
        <w:rPr>
          <w:lang w:eastAsia="zh-CN"/>
        </w:rPr>
        <w:t>　　①身高、体重、视力</w:t>
      </w:r>
      <w:r>
        <w:rPr>
          <w:lang w:eastAsia="zh-CN"/>
        </w:rPr>
        <w:br/>
      </w:r>
      <w:r>
        <w:rPr>
          <w:lang w:eastAsia="zh-CN"/>
        </w:rPr>
        <w:t>　　②坐位体前屈、50米跑、1分钟跳绳</w:t>
      </w:r>
      <w:r>
        <w:rPr>
          <w:lang w:eastAsia="zh-CN"/>
        </w:rPr>
        <w:br/>
      </w:r>
      <w:r>
        <w:rPr>
          <w:lang w:eastAsia="zh-CN"/>
        </w:rPr>
        <w:t>　　四、二年级学生的生理、心理特点</w:t>
      </w:r>
      <w:r>
        <w:rPr>
          <w:lang w:eastAsia="zh-CN"/>
        </w:rPr>
        <w:br/>
      </w:r>
      <w:r>
        <w:rPr>
          <w:lang w:eastAsia="zh-CN"/>
        </w:rPr>
        <w:t>　　(一)生理发育特点</w:t>
      </w:r>
      <w:r>
        <w:rPr>
          <w:lang w:eastAsia="zh-CN"/>
        </w:rPr>
        <w:br/>
      </w:r>
      <w:r>
        <w:rPr>
          <w:lang w:eastAsia="zh-CN"/>
        </w:rPr>
        <w:t>　　1、二年级学生一般为 7---8 岁，在生理上有所发展。骨骼肌肉茁壮成长，特别是下肢骨骼的增长，比身体增长还要快。</w:t>
      </w:r>
      <w:r>
        <w:rPr>
          <w:lang w:eastAsia="zh-CN"/>
        </w:rPr>
        <w:br/>
      </w:r>
      <w:r>
        <w:rPr>
          <w:lang w:eastAsia="zh-CN"/>
        </w:rPr>
        <w:t>　　2、二年级学生肌肉发育尚不完全，含水份多，肌肉纤维较细，肌腱宽而短，关节的软骨较厚，关节囊韧带薄而松弛，关节周围肌肉较细长，关节的伸展性活动范围较大，牢固性较差，容易发生脱臼。因此在体育活动和锻炼时不易进行剧烈运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3、二年级学生神经系统调节心脏活动的功能已发展完成，血液循环比较快，心跳较快，应防止心脏负担过重和体力活动过度。</w:t>
      </w:r>
      <w:r>
        <w:rPr>
          <w:lang w:eastAsia="zh-CN"/>
        </w:rPr>
        <w:br/>
      </w:r>
      <w:r>
        <w:rPr>
          <w:lang w:eastAsia="zh-CN"/>
        </w:rPr>
        <w:t>　　(二)心理发展特点</w:t>
      </w:r>
      <w:r>
        <w:rPr>
          <w:lang w:eastAsia="zh-CN"/>
        </w:rPr>
        <w:br/>
      </w:r>
      <w:r>
        <w:rPr>
          <w:lang w:eastAsia="zh-CN"/>
        </w:rPr>
        <w:t>　　1、二年级学生心理水平还停留在不随意性和具体形象阶段;心理活动的随意性和目的性虽有所发展，但仍以不随意性为主。</w:t>
      </w:r>
      <w:r>
        <w:rPr>
          <w:lang w:eastAsia="zh-CN"/>
        </w:rPr>
        <w:br/>
      </w:r>
      <w:r>
        <w:rPr>
          <w:lang w:eastAsia="zh-CN"/>
        </w:rPr>
        <w:t>　　2、二年级学生参加集体活动时的集体意识比较模糊，还不能清楚地意识到自己和集体的关系;意识到班级是一个集体，意识到班级的荣誉。</w:t>
      </w:r>
      <w:r>
        <w:rPr>
          <w:lang w:eastAsia="zh-CN"/>
        </w:rPr>
        <w:br/>
      </w:r>
      <w:r>
        <w:rPr>
          <w:lang w:eastAsia="zh-CN"/>
        </w:rPr>
        <w:t>　　3、二年级学生还不具备自我评价能力，对活动的成功与失败不会放到心上，但喜欢听表扬的话，对批评的话语不放在心理，一会就恢复到原始状态。</w:t>
      </w:r>
      <w:r>
        <w:rPr>
          <w:lang w:eastAsia="zh-CN"/>
        </w:rPr>
        <w:br/>
      </w:r>
      <w:r>
        <w:rPr>
          <w:lang w:eastAsia="zh-CN"/>
        </w:rPr>
        <w:t>　　五、德育渗透</w:t>
      </w:r>
      <w:r>
        <w:rPr>
          <w:lang w:eastAsia="zh-CN"/>
        </w:rPr>
        <w:br/>
      </w:r>
      <w:r>
        <w:rPr>
          <w:lang w:eastAsia="zh-CN"/>
        </w:rPr>
        <w:t>　　德育是教育的灵魂，育人是教育的本质。把德育改革与课程改革紧密结合起来，以新课程改革为契机，激活教学，优化课堂，使每一堂课都成为德育的有机组成部分，使每一个老师都成为德育工作者。因此，作为一名体育教师，在课堂中渗透德育是我们义不容辞的责任。体育课教学应从增强体质出发，加强课堂教学，经常对学生进行思想品德教育，有意识地培养学生爱国主义、集体主义精神及社会公德、家庭美德、诚实守信等各种优良品质。</w:t>
      </w:r>
      <w:r>
        <w:rPr>
          <w:lang w:eastAsia="zh-CN"/>
        </w:rPr>
        <w:br/>
      </w:r>
      <w:r>
        <w:rPr>
          <w:lang w:eastAsia="zh-CN"/>
        </w:rPr>
        <w:t>　　六、体育课教学常规</w:t>
      </w:r>
      <w:r>
        <w:rPr>
          <w:lang w:eastAsia="zh-CN"/>
        </w:rPr>
        <w:br/>
      </w:r>
      <w:r>
        <w:rPr>
          <w:lang w:eastAsia="zh-CN"/>
        </w:rPr>
        <w:t>　　为了充分发挥教师和学生两个方面的积极性，不断提高教学质量。我将做到以下几个方面：</w:t>
      </w:r>
      <w:r>
        <w:rPr>
          <w:lang w:eastAsia="zh-CN"/>
        </w:rPr>
        <w:br/>
      </w:r>
      <w:r>
        <w:rPr>
          <w:lang w:eastAsia="zh-CN"/>
        </w:rPr>
        <w:t>　　(一)教师方面：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1、认真备课，精心写好教案。</w:t>
      </w:r>
      <w:r>
        <w:rPr>
          <w:lang w:eastAsia="zh-CN"/>
        </w:rPr>
        <w:br/>
      </w:r>
      <w:r>
        <w:rPr>
          <w:lang w:eastAsia="zh-CN"/>
        </w:rPr>
        <w:t>　　2、认真学习和贯彻教学大纲，钻研教材，明确教材目的与任务，掌握教材重点、难点，明确本课的教学任务及为教学方法，组织措施等。</w:t>
      </w:r>
      <w:r>
        <w:rPr>
          <w:lang w:eastAsia="zh-CN"/>
        </w:rPr>
        <w:br/>
      </w:r>
      <w:r>
        <w:rPr>
          <w:lang w:eastAsia="zh-CN"/>
        </w:rPr>
        <w:t>　　3、根据教学任务，提前准备和布置好场地、器材及教学用具。</w:t>
      </w:r>
      <w:r>
        <w:rPr>
          <w:lang w:eastAsia="zh-CN"/>
        </w:rPr>
        <w:br/>
      </w:r>
      <w:r>
        <w:rPr>
          <w:lang w:eastAsia="zh-CN"/>
        </w:rPr>
        <w:t>　　4、在教学中注意对学生能力的培养。</w:t>
      </w:r>
      <w:r>
        <w:rPr>
          <w:lang w:eastAsia="zh-CN"/>
        </w:rPr>
        <w:br/>
      </w:r>
      <w:r>
        <w:rPr>
          <w:lang w:eastAsia="zh-CN"/>
        </w:rPr>
        <w:t>　　5、教学原则、教学方法的运用，要从增强学生体质出发，根据青少年的心理生理特点及学生的实际情况，科学地安排好密度和运动量。</w:t>
      </w:r>
      <w:r>
        <w:rPr>
          <w:lang w:eastAsia="zh-CN"/>
        </w:rPr>
        <w:br/>
      </w:r>
      <w:r>
        <w:rPr>
          <w:lang w:eastAsia="zh-CN"/>
        </w:rPr>
        <w:t>　　6、教师要注意仪表整洁，举止大方，教态自然。</w:t>
      </w:r>
      <w:r>
        <w:rPr>
          <w:lang w:eastAsia="zh-CN"/>
        </w:rPr>
        <w:br/>
      </w:r>
      <w:r>
        <w:rPr>
          <w:lang w:eastAsia="zh-CN"/>
        </w:rPr>
        <w:t>　　7、认真做好学生的学期、学年体育成绩的考核和评定，重视资料的积累和保管，并不断改进教学工作，不断提高教学质量。</w:t>
      </w:r>
      <w:r>
        <w:rPr>
          <w:lang w:eastAsia="zh-CN"/>
        </w:rPr>
        <w:br/>
      </w:r>
      <w:r>
        <w:rPr>
          <w:lang w:eastAsia="zh-CN"/>
        </w:rPr>
        <w:t>　　8、教学中要充分发挥体育委员，小组长及积极分子的作用，并且经常做好对他们的培养和训练工作，使他们真正起到教师助手作用。</w:t>
      </w:r>
      <w:r>
        <w:rPr>
          <w:lang w:eastAsia="zh-CN"/>
        </w:rPr>
        <w:br/>
      </w:r>
      <w:r>
        <w:rPr>
          <w:lang w:eastAsia="zh-CN"/>
        </w:rPr>
        <w:t>　　9、教学中要有严密的组织纪律，严格的安全保护措施与要求，严防伤害事故的发生，一旦发生伤害事故要及时向领导汇报并作好妥善处理。</w:t>
      </w:r>
      <w:r>
        <w:rPr>
          <w:lang w:eastAsia="zh-CN"/>
        </w:rPr>
        <w:br/>
      </w:r>
      <w:r>
        <w:rPr>
          <w:lang w:eastAsia="zh-CN"/>
        </w:rPr>
        <w:t>　　(二)学生方面：</w:t>
      </w:r>
      <w:r>
        <w:rPr>
          <w:lang w:eastAsia="zh-CN"/>
        </w:rPr>
        <w:br/>
      </w:r>
      <w:r>
        <w:rPr>
          <w:lang w:eastAsia="zh-CN"/>
        </w:rPr>
        <w:t>　　1、学习目的明确，积极自觉的上好体育课。注意听讲，积极学习，掌握必要的体育基本知识技能与科学锻炼身体的方法，逐步养成自觉锻炼的习惯。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2、上体育课，着装要轻便，整齐，做到穿轻便运动鞋上课，不带钢笔，小刀等危险物品，提前按教师要求，在指定地点等候上课。站队时要做到快、静、齐。</w:t>
      </w:r>
      <w:r>
        <w:rPr>
          <w:lang w:eastAsia="zh-CN"/>
        </w:rPr>
        <w:br/>
      </w:r>
      <w:r>
        <w:rPr>
          <w:lang w:eastAsia="zh-CN"/>
        </w:rPr>
        <w:t>　　3、有事有病要请假，不得无故缺课，不迟到、不早退。</w:t>
      </w:r>
      <w:r>
        <w:rPr>
          <w:lang w:eastAsia="zh-CN"/>
        </w:rPr>
        <w:br/>
      </w:r>
      <w:r>
        <w:rPr>
          <w:lang w:eastAsia="zh-CN"/>
        </w:rPr>
        <w:t>　　4、在课堂上要注意安全，严格执行教师的各项要求，不经允许不得随意移动器材教具，严格执行教师规定的各项保护措施。</w:t>
      </w:r>
      <w:r>
        <w:rPr>
          <w:lang w:eastAsia="zh-CN"/>
        </w:rPr>
        <w:br/>
      </w:r>
      <w:r>
        <w:rPr>
          <w:lang w:eastAsia="zh-CN"/>
        </w:rPr>
        <w:t>　　5、同学之间友好相处、团结协作，创造性地完成老师布置的任务。</w:t>
      </w:r>
      <w:r>
        <w:rPr>
          <w:lang w:eastAsia="zh-CN"/>
        </w:rPr>
        <w:br/>
      </w:r>
      <w:r>
        <w:rPr>
          <w:lang w:eastAsia="zh-CN"/>
        </w:rPr>
        <w:t>　　6、要爱护体育器材，不得有意损害各种体育设备和用品，课后要按教师的要求如数送还各种器材。</w:t>
      </w:r>
      <w:r>
        <w:rPr>
          <w:lang w:eastAsia="zh-CN"/>
        </w:rPr>
        <w:br/>
      </w:r>
      <w:r>
        <w:rPr>
          <w:lang w:eastAsia="zh-CN"/>
        </w:rPr>
        <w:t>　　七、教学措施及注意事项：</w:t>
      </w:r>
      <w:r>
        <w:rPr>
          <w:lang w:eastAsia="zh-CN"/>
        </w:rPr>
        <w:br/>
      </w:r>
      <w:r>
        <w:rPr>
          <w:lang w:eastAsia="zh-CN"/>
        </w:rPr>
        <w:t>　　(一)教学措施：</w:t>
      </w:r>
      <w:r>
        <w:rPr>
          <w:lang w:eastAsia="zh-CN"/>
        </w:rPr>
        <w:br/>
      </w:r>
      <w:r>
        <w:rPr>
          <w:lang w:eastAsia="zh-CN"/>
        </w:rPr>
        <w:t>　　在教学过程中教师积极引导学生，充分发挥学生的主体作用。让学生在玩的过程中主动学习、主动探索，培养学生的自学、自练、自评的能力。多采用情景法主题法进行教学，让学生乐于其中。</w:t>
      </w:r>
      <w:r>
        <w:rPr>
          <w:lang w:eastAsia="zh-CN"/>
        </w:rPr>
        <w:br/>
      </w:r>
      <w:r>
        <w:rPr>
          <w:lang w:eastAsia="zh-CN"/>
        </w:rPr>
        <w:t>　　(二)注意事项：</w:t>
      </w:r>
      <w:r>
        <w:rPr>
          <w:lang w:eastAsia="zh-CN"/>
        </w:rPr>
        <w:br/>
      </w:r>
      <w:r>
        <w:rPr>
          <w:lang w:eastAsia="zh-CN"/>
        </w:rPr>
        <w:t>　　1、学生年龄较小，在教学中应多采用游戏教学。</w:t>
      </w:r>
      <w:r>
        <w:rPr>
          <w:lang w:eastAsia="zh-CN"/>
        </w:rPr>
        <w:br/>
      </w:r>
      <w:r>
        <w:rPr>
          <w:lang w:eastAsia="zh-CN"/>
        </w:rPr>
        <w:t>　　2、学生年龄小，好胜心比较强，可以利用这个机会进行一些教学比赛，增强学生锻炼的效果。</w:t>
      </w:r>
      <w:r>
        <w:rPr>
          <w:lang w:eastAsia="zh-CN"/>
        </w:rPr>
        <w:br/>
      </w:r>
      <w:r>
        <w:rPr>
          <w:lang w:eastAsia="zh-CN"/>
        </w:rPr>
        <w:t>　　3、因材施教，增强学生的自信心。</w:t>
      </w:r>
      <w:r>
        <w:rPr>
          <w:lang w:eastAsia="zh-CN"/>
        </w:rPr>
        <w:br/>
      </w:r>
      <w:r>
        <w:rPr>
          <w:lang w:eastAsia="zh-CN"/>
        </w:rPr>
        <w:t xml:space="preserve">    关于二年级体育上册教学计划 篇5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以教委体育工作会议精神为指导，认真学习全国基教会的《决定》，积极贯彻“健康第一”思想，以二个条例为指针，搞好学校的体育工作，为我校体育工作再上新台阶而孜孜不倦地努力。</w:t>
      </w:r>
      <w:r>
        <w:rPr>
          <w:lang w:eastAsia="zh-CN"/>
        </w:rPr>
        <w:br/>
      </w:r>
      <w:r>
        <w:rPr>
          <w:lang w:eastAsia="zh-CN"/>
        </w:rPr>
        <w:t>　　一、树立“健康第一”思想，深入实施素质教育</w:t>
      </w:r>
      <w:r>
        <w:rPr>
          <w:lang w:eastAsia="zh-CN"/>
        </w:rPr>
        <w:br/>
      </w:r>
      <w:r>
        <w:rPr>
          <w:lang w:eastAsia="zh-CN"/>
        </w:rPr>
        <w:t>　　本学期，体育课程作了全新改革，是一次涉及人的培养目标和发展的新的教学思想观念，它更注重学生实践能力及创新能力的培养，因此全体教师面对新的形势，瞬息万变的信息社会，必须加强学习，领悟新课程的内涵，在教学中使学生树立终身体育，健康第一的意识，养成持之以恒地锻炼身体的习惯，使学生终身受益。</w:t>
      </w:r>
      <w:r>
        <w:rPr>
          <w:lang w:eastAsia="zh-CN"/>
        </w:rPr>
        <w:br/>
      </w:r>
      <w:r>
        <w:rPr>
          <w:lang w:eastAsia="zh-CN"/>
        </w:rPr>
        <w:t>　　二、加强常规管理，切实提高教学质量</w:t>
      </w:r>
      <w:r>
        <w:rPr>
          <w:lang w:eastAsia="zh-CN"/>
        </w:rPr>
        <w:br/>
      </w:r>
      <w:r>
        <w:rPr>
          <w:lang w:eastAsia="zh-CN"/>
        </w:rPr>
        <w:t>　　（1）本学期继续以学校“六认真”为指导，认真做好每一项具体工作，做到细而新，细在每节课都认真备、认真上，新在抛弃陈旧观念，勇于创新，探索出合理，有效的新路子，用全新的观念实施素质教育，提高体育教学质量。</w:t>
      </w:r>
      <w:r>
        <w:rPr>
          <w:lang w:eastAsia="zh-CN"/>
        </w:rPr>
        <w:br/>
      </w:r>
      <w:r>
        <w:rPr>
          <w:lang w:eastAsia="zh-CN"/>
        </w:rPr>
        <w:t>　　（2）认真抓好每周一次业务学习，集体备课，共同探讨在实施新大纲课程中遇到的新问题，共同研究、取长补短，集体备课做到抛形式重实效，不为完成任务而集体备课，而注重解决问题，研究问题，使集体备课真正成为全组教师互相磋砌，互相帮助，共同提高的好机会。每个教师必须根据期初制定的课题备出富有个性特色的教案，突出他体现现代体育教育思想，切实提高备课艺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3）本学期，我校的教学设施，教学场地有较大改善，如何在宽松、良好的教学环境中上出个性鲜明，富有特色的体育课则是摆在我们面前的难题，每个教师必须迎难而上，向35分钟的课堂要效率。因此除校领导抽查听课外，教研组还要进行随堂听课、说课、评课的活动，促进全组教师业务水平和教学艺术的进一步提高。</w:t>
      </w:r>
      <w:r>
        <w:rPr>
          <w:lang w:eastAsia="zh-CN"/>
        </w:rPr>
        <w:br/>
      </w:r>
      <w:r>
        <w:rPr>
          <w:lang w:eastAsia="zh-CN"/>
        </w:rPr>
        <w:t>　　三、以各季三项赛为契机，提高学生的身体素质。</w:t>
      </w:r>
      <w:r>
        <w:rPr>
          <w:lang w:eastAsia="zh-CN"/>
        </w:rPr>
        <w:br/>
      </w:r>
      <w:r>
        <w:rPr>
          <w:lang w:eastAsia="zh-CN"/>
        </w:rPr>
        <w:t>　　月本学期，市里将举行冬季三项比赛，我校将提前发给学生毽子、及绳子，利用早锻炼，体育课、活动课的有利时机，督促学生练习，培养他们在冬季加强身体锻炼的兴趣，信心、恒心，从而促使全校学生形成自觉锻炼、积极运动的良好氛围，努力提高学生身体素质。</w:t>
      </w:r>
      <w:r>
        <w:rPr>
          <w:lang w:eastAsia="zh-CN"/>
        </w:rPr>
        <w:br/>
      </w:r>
      <w:r>
        <w:rPr>
          <w:lang w:eastAsia="zh-CN"/>
        </w:rPr>
        <w:t>　　四、合理分工合作，着力提高各运动队水平。</w:t>
      </w:r>
      <w:r>
        <w:rPr>
          <w:lang w:eastAsia="zh-CN"/>
        </w:rPr>
        <w:br/>
      </w:r>
      <w:r>
        <w:rPr>
          <w:lang w:eastAsia="zh-CN"/>
        </w:rPr>
        <w:t>　　（1）本学期对各运动队的教练分配作了合理调整，田径队由经验丰富、基本功扎实的王为金及除菊文老师带领，而乒乓球则是我校传统项目，仍由马文英老师及杨永江老师重点训练，争取各兴趣组质量上能有较大幅度提高。</w:t>
      </w:r>
      <w:r>
        <w:rPr>
          <w:lang w:eastAsia="zh-CN"/>
        </w:rPr>
        <w:br/>
      </w:r>
      <w:r>
        <w:rPr>
          <w:lang w:eastAsia="zh-CN"/>
        </w:rPr>
        <w:t>　　（2）对于活动课的安排、实施、检查、督促、评分则由宋叶珍老师进行统筹安排，一条龙管理，努力保证活动课的质量，确保学生每天一小时的活动时间，让学生到操场上，去阳光下陶冶身心，为学生的身心健康提供条件。</w:t>
      </w:r>
      <w:r>
        <w:rPr>
          <w:lang w:eastAsia="zh-CN"/>
        </w:rPr>
        <w:br/>
      </w:r>
      <w:r>
        <w:rPr>
          <w:lang w:eastAsia="zh-CN"/>
        </w:rPr>
        <w:t xml:space="preserve">    关于二年级体育上册教学计划 篇6 </w:t>
      </w:r>
      <w:r>
        <w:rPr>
          <w:lang w:eastAsia="zh-CN"/>
        </w:rPr>
        <w:br/>
      </w:r>
      <w:r>
        <w:rPr>
          <w:lang w:eastAsia="zh-CN"/>
        </w:rPr>
        <w:t>　　一、指导思想</w:t>
      </w:r>
      <w:r>
        <w:rPr>
          <w:lang w:eastAsia="zh-CN"/>
        </w:rPr>
        <w:br/>
      </w:r>
      <w:r>
        <w:rPr>
          <w:lang w:eastAsia="zh-CN"/>
        </w:rPr>
        <w:t>　　本学期，学生初学钢笔字，要增加学生的写字爱好，养成良好的写字习惯。发挥写字教学的育人功能，培育学生的基本素养，基本技能，让学生能够规范、端正、干净地书写钢笔字。</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二、学情分析</w:t>
      </w:r>
      <w:r>
        <w:rPr>
          <w:lang w:eastAsia="zh-CN"/>
        </w:rPr>
        <w:br/>
      </w:r>
      <w:r>
        <w:rPr>
          <w:lang w:eastAsia="zh-CN"/>
        </w:rPr>
        <w:t>　　三班级学生由于年龄特点，刚接触钢笔字，要重视培育良好的书写姿态与书写技能，通过示范演示与个别指导相结合，能够达到抱负效果。</w:t>
      </w:r>
      <w:r>
        <w:rPr>
          <w:lang w:eastAsia="zh-CN"/>
        </w:rPr>
        <w:br/>
      </w:r>
      <w:r>
        <w:rPr>
          <w:lang w:eastAsia="zh-CN"/>
        </w:rPr>
        <w:t>　　三、教材分析</w:t>
      </w:r>
      <w:r>
        <w:rPr>
          <w:lang w:eastAsia="zh-CN"/>
        </w:rPr>
        <w:br/>
      </w:r>
      <w:r>
        <w:rPr>
          <w:lang w:eastAsia="zh-CN"/>
        </w:rPr>
        <w:t>　　本册教材内容支配循序渐进，容量适度，以教基本笔画、偏旁为重点，从简到繁，由浅到深。每教一个笔画和偏旁，配以与之相应的汉字。</w:t>
      </w:r>
      <w:r>
        <w:rPr>
          <w:lang w:eastAsia="zh-CN"/>
        </w:rPr>
        <w:br/>
      </w:r>
      <w:r>
        <w:rPr>
          <w:lang w:eastAsia="zh-CN"/>
        </w:rPr>
        <w:t>　　教材留意让学生在自主探究中发觉书写规律。每课设计了儿童化的提示语，提示学生在练字过程中，留意观看每个笔画的外形、位置以及与其他笔画的对应关系。</w:t>
      </w:r>
      <w:r>
        <w:rPr>
          <w:lang w:eastAsia="zh-CN"/>
        </w:rPr>
        <w:br/>
      </w:r>
      <w:r>
        <w:rPr>
          <w:lang w:eastAsia="zh-CN"/>
        </w:rPr>
        <w:t>　　四、教学目标</w:t>
      </w:r>
      <w:r>
        <w:rPr>
          <w:lang w:eastAsia="zh-CN"/>
        </w:rPr>
        <w:br/>
      </w:r>
      <w:r>
        <w:rPr>
          <w:lang w:eastAsia="zh-CN"/>
        </w:rPr>
        <w:t>　　1、能按“写字歌”中“身直，头正，肩平，足稳”要求做到用规范的姿态书写钢笔字。</w:t>
      </w:r>
      <w:r>
        <w:rPr>
          <w:lang w:eastAsia="zh-CN"/>
        </w:rPr>
        <w:br/>
      </w:r>
      <w:r>
        <w:rPr>
          <w:lang w:eastAsia="zh-CN"/>
        </w:rPr>
        <w:t>　　2、能用正确的握笔方法书写钢笔字，培育学生良好的写字习惯。</w:t>
      </w:r>
      <w:r>
        <w:rPr>
          <w:lang w:eastAsia="zh-CN"/>
        </w:rPr>
        <w:br/>
      </w:r>
      <w:r>
        <w:rPr>
          <w:lang w:eastAsia="zh-CN"/>
        </w:rPr>
        <w:t>　　3、学习把握基本笔画横折、竖折、竖提、横钩等的书写技巧。把握汉字的间架结构和一些常见的偏旁部首。</w:t>
      </w:r>
      <w:r>
        <w:rPr>
          <w:lang w:eastAsia="zh-CN"/>
        </w:rPr>
        <w:br/>
      </w:r>
      <w:r>
        <w:rPr>
          <w:lang w:eastAsia="zh-CN"/>
        </w:rPr>
        <w:t>　　4、结合书法传统文化，加强学生的爱国主义训练。</w:t>
      </w:r>
      <w:r>
        <w:rPr>
          <w:lang w:eastAsia="zh-CN"/>
        </w:rPr>
        <w:br/>
      </w:r>
      <w:r>
        <w:rPr>
          <w:lang w:eastAsia="zh-CN"/>
        </w:rPr>
        <w:t>　　五、教学重点</w:t>
      </w:r>
      <w:r>
        <w:rPr>
          <w:lang w:eastAsia="zh-CN"/>
        </w:rPr>
        <w:br/>
      </w:r>
      <w:r>
        <w:rPr>
          <w:lang w:eastAsia="zh-CN"/>
        </w:rPr>
        <w:t>　　1、把握汉字的框架结构和一些常用的偏旁部首，了解汉字的基本笔画、笔顺规章、框架结构、偏旁部首。</w:t>
      </w:r>
      <w:r>
        <w:rPr>
          <w:lang w:eastAsia="zh-CN"/>
        </w:rPr>
        <w:br/>
      </w:r>
      <w:r>
        <w:rPr>
          <w:lang w:eastAsia="zh-CN"/>
        </w:rPr>
        <w:t>　　2、对写钢笔字提出要求即：规范、端正、干净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3、强化学生练习，要求学生做作业要和练字一样仔细，养成良好的书写习惯。</w:t>
      </w:r>
      <w:r>
        <w:rPr>
          <w:lang w:eastAsia="zh-CN"/>
        </w:rPr>
        <w:br/>
      </w:r>
      <w:r>
        <w:rPr>
          <w:lang w:eastAsia="zh-CN"/>
        </w:rPr>
        <w:t>　　六、教学措施</w:t>
      </w:r>
      <w:r>
        <w:rPr>
          <w:lang w:eastAsia="zh-CN"/>
        </w:rPr>
        <w:br/>
      </w:r>
      <w:r>
        <w:rPr>
          <w:lang w:eastAsia="zh-CN"/>
        </w:rPr>
        <w:t>　　1、规范学生正确的写字姿态(包括执笔姿态、坐姿、运笔技巧)，使学生形成良好的写字习惯。</w:t>
      </w:r>
      <w:r>
        <w:rPr>
          <w:lang w:eastAsia="zh-CN"/>
        </w:rPr>
        <w:br/>
      </w:r>
      <w:r>
        <w:rPr>
          <w:lang w:eastAsia="zh-CN"/>
        </w:rPr>
        <w:t>　　2、老师要对学生写字做好仔细的指导。</w:t>
      </w:r>
      <w:r>
        <w:rPr>
          <w:lang w:eastAsia="zh-CN"/>
        </w:rPr>
        <w:br/>
      </w:r>
      <w:r>
        <w:rPr>
          <w:lang w:eastAsia="zh-CN"/>
        </w:rPr>
        <w:t>　　3、与各科老师取得协作，共同督促学生，让学生养成良好的书写习惯。</w:t>
      </w:r>
      <w:r>
        <w:rPr>
          <w:lang w:eastAsia="zh-CN"/>
        </w:rPr>
        <w:br/>
      </w:r>
      <w:r>
        <w:rPr>
          <w:lang w:eastAsia="zh-CN"/>
        </w:rPr>
        <w:t>　　4、发动同学相互督促，相互检查写字姿态。</w:t>
      </w:r>
      <w:r>
        <w:rPr>
          <w:lang w:eastAsia="zh-CN"/>
        </w:rPr>
        <w:br/>
      </w:r>
      <w:r>
        <w:rPr>
          <w:lang w:eastAsia="zh-CN"/>
        </w:rPr>
        <w:t>　　5、老师做好表率，给学生一个良好的榜样示范，通过言传身教，使学生潜移默化地受到训练。</w:t>
      </w:r>
      <w:r>
        <w:rPr>
          <w:lang w:eastAsia="zh-CN"/>
        </w:rPr>
        <w:br/>
      </w:r>
      <w:r>
        <w:rPr>
          <w:lang w:eastAsia="zh-CN"/>
        </w:rPr>
        <w:t>　　6、定期展现学生的书法作品，给每个人展现自己的机会，树立其学习信念。</w:t>
      </w:r>
      <w:r>
        <w:rPr>
          <w:lang w:eastAsia="zh-CN"/>
        </w:rPr>
        <w:br/>
      </w:r>
      <w:r>
        <w:rPr>
          <w:lang w:eastAsia="zh-CN"/>
        </w:rPr>
        <w:t xml:space="preserve">    关于二年级体育上册教学计划 篇7 </w:t>
      </w:r>
      <w:r>
        <w:rPr>
          <w:lang w:eastAsia="zh-CN"/>
        </w:rPr>
        <w:br/>
      </w:r>
      <w:r>
        <w:rPr>
          <w:lang w:eastAsia="zh-CN"/>
        </w:rPr>
        <w:t>　　一、学期教学目标：</w:t>
      </w:r>
      <w:r>
        <w:rPr>
          <w:lang w:eastAsia="zh-CN"/>
        </w:rPr>
        <w:br/>
      </w:r>
      <w:r>
        <w:rPr>
          <w:lang w:eastAsia="zh-CN"/>
        </w:rPr>
        <w:t>　　1、全面锻炼，努力增强学生的体质。</w:t>
      </w:r>
      <w:r>
        <w:rPr>
          <w:lang w:eastAsia="zh-CN"/>
        </w:rPr>
        <w:br/>
      </w:r>
      <w:r>
        <w:rPr>
          <w:lang w:eastAsia="zh-CN"/>
        </w:rPr>
        <w:t>　　2、进一步了解上体育课和锻炼身体的好处，知道一些保护身体健康的简单常识和方法。</w:t>
      </w:r>
      <w:r>
        <w:rPr>
          <w:lang w:eastAsia="zh-CN"/>
        </w:rPr>
        <w:br/>
      </w:r>
      <w:r>
        <w:rPr>
          <w:lang w:eastAsia="zh-CN"/>
        </w:rPr>
        <w:t>　　3、体验参加体育活动的乐趣，遵守纪律，与同学团结合作。</w:t>
      </w:r>
      <w:r>
        <w:rPr>
          <w:lang w:eastAsia="zh-CN"/>
        </w:rPr>
        <w:br/>
      </w:r>
      <w:r>
        <w:rPr>
          <w:lang w:eastAsia="zh-CN"/>
        </w:rPr>
        <w:t>　　4、掌握简单的运动技能，学会科学的方法锻炼身体。</w:t>
      </w:r>
      <w:r>
        <w:rPr>
          <w:lang w:eastAsia="zh-CN"/>
        </w:rPr>
        <w:br/>
      </w:r>
      <w:r>
        <w:rPr>
          <w:lang w:eastAsia="zh-CN"/>
        </w:rPr>
        <w:t>　　二、学生基本情况分析：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一、二年级年龄小，基础差，体育知识及技术技能差，自控能力不强，组织纪律性意识不够。他们活泼好动，注意力不集中，但非常乐意参加体育活动和上体育课，通过一学期的学习，我想他们基本能掌握队列队形的有关动作及要求。本学期还应根据学生的心理特点，因材施教，合理处理教材，充分调动学生的自主性，积极学习，使学生在德、智、体、美、劳储方面都能得到发展和提高。</w:t>
      </w:r>
      <w:r>
        <w:rPr>
          <w:lang w:eastAsia="zh-CN"/>
        </w:rPr>
        <w:br/>
      </w:r>
      <w:r>
        <w:rPr>
          <w:lang w:eastAsia="zh-CN"/>
        </w:rPr>
        <w:t>　　三、教材分析：</w:t>
      </w:r>
      <w:r>
        <w:rPr>
          <w:lang w:eastAsia="zh-CN"/>
        </w:rPr>
        <w:br/>
      </w:r>
      <w:r>
        <w:rPr>
          <w:lang w:eastAsia="zh-CN"/>
        </w:rPr>
        <w:t>　　新学期一、二年级体育课内容有队列队形、走、跑、跳、体操及游戏等内容，以游戏为主，将其他内容穿插其中，使学生在娱乐之中既锻炼了身体，又增强了体质，还学到了简单的体育知识。</w:t>
      </w:r>
      <w:r>
        <w:rPr>
          <w:lang w:eastAsia="zh-CN"/>
        </w:rPr>
        <w:br/>
      </w:r>
      <w:r>
        <w:rPr>
          <w:lang w:eastAsia="zh-CN"/>
        </w:rPr>
        <w:t>　　四、教学内容：</w:t>
      </w:r>
      <w:r>
        <w:rPr>
          <w:lang w:eastAsia="zh-CN"/>
        </w:rPr>
        <w:br/>
      </w:r>
      <w:r>
        <w:rPr>
          <w:lang w:eastAsia="zh-CN"/>
        </w:rPr>
        <w:t>　　1、教材的重点是以游戏教材，应突出课堂上练的教学方法，难点是队列队形的基本动作，使学生从小就建立正确的动作概念和动作方法，但是对于一年级来说是比较难做的，可采用直观教学，利用互相帮助和课外活动的方式来突破这一难点教材。</w:t>
      </w:r>
      <w:r>
        <w:rPr>
          <w:lang w:eastAsia="zh-CN"/>
        </w:rPr>
        <w:br/>
      </w:r>
      <w:r>
        <w:rPr>
          <w:lang w:eastAsia="zh-CN"/>
        </w:rPr>
        <w:t>　　五、教学措施、教学进度与教学时间安排</w:t>
      </w:r>
      <w:r>
        <w:rPr>
          <w:lang w:eastAsia="zh-CN"/>
        </w:rPr>
        <w:br/>
      </w:r>
      <w:r>
        <w:rPr>
          <w:lang w:eastAsia="zh-CN"/>
        </w:rPr>
        <w:t>　　1、全体学生要积极参加体育锻炼活动，遵守考勤制度，按时上课。</w:t>
      </w:r>
      <w:r>
        <w:rPr>
          <w:lang w:eastAsia="zh-CN"/>
        </w:rPr>
        <w:br/>
      </w:r>
      <w:r>
        <w:rPr>
          <w:lang w:eastAsia="zh-CN"/>
        </w:rPr>
        <w:t>　　2、遵守体育课常规，认真听讲，积极学习。</w:t>
      </w:r>
      <w:r>
        <w:rPr>
          <w:lang w:eastAsia="zh-CN"/>
        </w:rPr>
        <w:br/>
      </w:r>
      <w:r>
        <w:rPr>
          <w:lang w:eastAsia="zh-CN"/>
        </w:rPr>
        <w:t>　　3、参加期中和期终检测，督促学习。</w:t>
      </w:r>
      <w:r>
        <w:rPr>
          <w:lang w:eastAsia="zh-CN"/>
        </w:rPr>
        <w:br/>
      </w:r>
      <w:r>
        <w:rPr>
          <w:lang w:eastAsia="zh-CN"/>
        </w:rPr>
        <w:t>　　4、采用直观教学方法，精讲多练。</w:t>
      </w:r>
      <w:r>
        <w:rPr>
          <w:lang w:eastAsia="zh-CN"/>
        </w:rPr>
        <w:br/>
      </w:r>
      <w:r>
        <w:rPr>
          <w:lang w:eastAsia="zh-CN"/>
        </w:rPr>
        <w:t>　　5、教师处处以身作则，为人师表。</w:t>
      </w:r>
      <w:r>
        <w:rPr>
          <w:lang w:eastAsia="zh-CN"/>
        </w:rPr>
        <w:br/>
      </w:r>
      <w:r>
        <w:rPr>
          <w:lang w:eastAsia="zh-CN"/>
        </w:rPr>
        <w:t>　　六、教学目的：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在《大纲》中，明确地规定了小学体育的目的：“通过体育教学，向学生进行体育卫生保健教育，增进学生健康，增进体质，促进德、智、体全面发展，为提高全民族的的素质奠定基础。”</w:t>
      </w:r>
      <w:r>
        <w:rPr>
          <w:lang w:eastAsia="zh-CN"/>
        </w:rPr>
        <w:br/>
      </w:r>
      <w:r>
        <w:rPr>
          <w:lang w:eastAsia="zh-CN"/>
        </w:rPr>
        <w:t>　　七、教学目标：</w:t>
      </w:r>
      <w:r>
        <w:rPr>
          <w:lang w:eastAsia="zh-CN"/>
        </w:rPr>
        <w:br/>
      </w:r>
      <w:r>
        <w:rPr>
          <w:lang w:eastAsia="zh-CN"/>
        </w:rPr>
        <w:t>　　（1）进一步了解上体育课和锻炼身体的好处，知道一些保护身体健康的简单常识和方法。</w:t>
      </w:r>
      <w:r>
        <w:rPr>
          <w:lang w:eastAsia="zh-CN"/>
        </w:rPr>
        <w:br/>
      </w:r>
      <w:r>
        <w:rPr>
          <w:lang w:eastAsia="zh-CN"/>
        </w:rPr>
        <w:t>　　（2）进一步学会一些基本运动、游戏、韵律活动和舞蹈的方法，发展身体素质和基本活动能力。</w:t>
      </w:r>
      <w:r>
        <w:rPr>
          <w:lang w:eastAsia="zh-CN"/>
        </w:rPr>
        <w:br/>
      </w:r>
      <w:r>
        <w:rPr>
          <w:lang w:eastAsia="zh-CN"/>
        </w:rPr>
        <w:t>　　（3）体验参加体育活动的乐趣，遵守纪律，与同学团结合作。</w:t>
      </w:r>
      <w:r>
        <w:rPr>
          <w:lang w:eastAsia="zh-CN"/>
        </w:rPr>
        <w:br/>
      </w:r>
      <w:r>
        <w:rPr>
          <w:lang w:eastAsia="zh-CN"/>
        </w:rPr>
        <w:t>　　八、学情分析</w:t>
      </w:r>
      <w:r>
        <w:rPr>
          <w:lang w:eastAsia="zh-CN"/>
        </w:rPr>
        <w:br/>
      </w:r>
      <w:r>
        <w:rPr>
          <w:lang w:eastAsia="zh-CN"/>
        </w:rPr>
        <w:t>　　小学二年级的学生处于生长发育的初期，运动系统发育还不成熟，处于发展期，运动能力较低，身体各部分肌肉发展不平衡，上下肢协调性差；好动喜玩，想象创造力丰富；学习兴趣易激发。六个班级各有千秋，因此在教学中根据班级的特点进行因材施教。</w:t>
      </w:r>
      <w:r>
        <w:rPr>
          <w:lang w:eastAsia="zh-CN"/>
        </w:rPr>
        <w:br/>
      </w:r>
      <w:r>
        <w:rPr>
          <w:lang w:eastAsia="zh-CN"/>
        </w:rPr>
        <w:t>　　九、后进生措施</w:t>
      </w:r>
      <w:r>
        <w:rPr>
          <w:lang w:eastAsia="zh-CN"/>
        </w:rPr>
        <w:br/>
      </w:r>
      <w:r>
        <w:rPr>
          <w:lang w:eastAsia="zh-CN"/>
        </w:rPr>
        <w:t>　　后进生在六个班级中都有存在，个别是由于智力和生理有缺陷。还有些是由于体质较弱、胆子较小等因素造成的，因此这些后进生是完全可以转化的。在体育教学中，我做到以下几点：</w:t>
      </w:r>
      <w:r>
        <w:rPr>
          <w:lang w:eastAsia="zh-CN"/>
        </w:rPr>
        <w:br/>
      </w:r>
      <w:r>
        <w:rPr>
          <w:lang w:eastAsia="zh-CN"/>
        </w:rPr>
        <w:t>　　（1）尊重人格，保护后进生的自尊心</w:t>
      </w:r>
      <w:r>
        <w:rPr>
          <w:lang w:eastAsia="zh-CN"/>
        </w:rPr>
        <w:br/>
      </w:r>
      <w:r>
        <w:rPr>
          <w:lang w:eastAsia="zh-CN"/>
        </w:rPr>
        <w:t>　　（2）热情鼓励，激发后进生的上进心</w:t>
      </w:r>
      <w:r>
        <w:rPr>
          <w:lang w:eastAsia="zh-CN"/>
        </w:rPr>
        <w:br/>
      </w:r>
      <w:r>
        <w:rPr>
          <w:lang w:eastAsia="zh-CN"/>
        </w:rPr>
        <w:t>　　（3）逐步要求，培养后进生的责任心</w:t>
      </w:r>
      <w:r>
        <w:rPr>
          <w:lang w:eastAsia="zh-CN"/>
        </w:rPr>
        <w:br/>
      </w:r>
      <w:r>
        <w:rPr>
          <w:lang w:eastAsia="zh-CN"/>
        </w:rPr>
        <w:t>　　（4）集体帮助，树立后进生的自信心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转化后进生的经验千条万条，核心就是多给后进生奉献爱心，让爱的阳光温暖后进生的心灵，让爱的雨露滋润后进生的成长。我坚信我所教的班级里没有后进生。</w:t>
      </w:r>
      <w:r>
        <w:rPr>
          <w:lang w:eastAsia="zh-CN"/>
        </w:rPr>
        <w:br/>
      </w:r>
      <w:r>
        <w:rPr>
          <w:lang w:eastAsia="zh-CN"/>
        </w:rPr>
        <w:t>　　十、德育渗透</w:t>
      </w:r>
      <w:r>
        <w:rPr>
          <w:lang w:eastAsia="zh-CN"/>
        </w:rPr>
        <w:br/>
      </w:r>
      <w:r>
        <w:rPr>
          <w:lang w:eastAsia="zh-CN"/>
        </w:rPr>
        <w:t>　　德育是教育的灵魂，育人是教育的本质。把德育改革与课程改革紧密结合起来，以新课程改革为契机，激活教学，优化课堂，使每一堂课都成为德育的有机组成部分，使每一个老师都成为德育工作者。这是本学期德育工作的重点，因此，作为一名体育教师，在课堂中渗透德育是我们义不容辞的责任。体育课教学应从增强体质出发，加强课堂的“三基”教学，经常对学生进行思想品德教育，有意识地培养学生爱国主义、集体主义精神及社会公德、家庭美德、诚实守信等各种优良品质。</w:t>
      </w:r>
      <w:r>
        <w:rPr>
          <w:lang w:eastAsia="zh-CN"/>
        </w:rPr>
        <w:br/>
      </w:r>
      <w:r>
        <w:rPr>
          <w:lang w:eastAsia="zh-CN"/>
        </w:rPr>
        <w:t>　　十一、体育课教学常规</w:t>
      </w:r>
      <w:r>
        <w:rPr>
          <w:lang w:eastAsia="zh-CN"/>
        </w:rPr>
        <w:br/>
      </w:r>
      <w:r>
        <w:rPr>
          <w:lang w:eastAsia="zh-CN"/>
        </w:rPr>
        <w:t>　　为了充分发挥教师和学生两个方面的积极性，不断提高教学质量。我将做到以下几个方面：</w:t>
      </w:r>
      <w:r>
        <w:rPr>
          <w:lang w:eastAsia="zh-CN"/>
        </w:rPr>
        <w:br/>
      </w:r>
      <w:r>
        <w:rPr>
          <w:lang w:eastAsia="zh-CN"/>
        </w:rPr>
        <w:t>　　1、认真备课，精心写好教案。</w:t>
      </w:r>
      <w:r>
        <w:rPr>
          <w:lang w:eastAsia="zh-CN"/>
        </w:rPr>
        <w:br/>
      </w:r>
      <w:r>
        <w:rPr>
          <w:lang w:eastAsia="zh-CN"/>
        </w:rPr>
        <w:t>　　2、认真学习和贯彻教学大纲，钻研教材，明确教材目的与任务，掌握教材重点、难点，明确本课的教学任务及为教学方法，组织措施等。</w:t>
      </w:r>
      <w:r>
        <w:rPr>
          <w:lang w:eastAsia="zh-CN"/>
        </w:rPr>
        <w:br/>
      </w:r>
      <w:r>
        <w:rPr>
          <w:lang w:eastAsia="zh-CN"/>
        </w:rPr>
        <w:t>　　3、根据教学任务，提前准备和布置好场地、器材及教学用具。</w:t>
      </w:r>
      <w:r>
        <w:rPr>
          <w:lang w:eastAsia="zh-CN"/>
        </w:rPr>
        <w:br/>
      </w:r>
      <w:r>
        <w:rPr>
          <w:lang w:eastAsia="zh-CN"/>
        </w:rPr>
        <w:t>　　4、在教学中注意对学生能力的培养。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5、教学原则、教学方法的运用，要从增强学生体质出发，根据青少年的心理生理特点及学生的实际情况，科学地安排好密度和运动量。</w:t>
      </w:r>
      <w:r>
        <w:rPr>
          <w:lang w:eastAsia="zh-CN"/>
        </w:rPr>
        <w:br/>
      </w:r>
      <w:r>
        <w:rPr>
          <w:lang w:eastAsia="zh-CN"/>
        </w:rPr>
        <w:t>　　6、教师要注意仪表整洁，举止大方，教态自然。</w:t>
      </w:r>
      <w:r>
        <w:rPr>
          <w:lang w:eastAsia="zh-CN"/>
        </w:rPr>
        <w:br/>
      </w:r>
      <w:r>
        <w:rPr>
          <w:lang w:eastAsia="zh-CN"/>
        </w:rPr>
        <w:t xml:space="preserve">    关于二年级体育上册教学计划 篇8 </w:t>
      </w:r>
      <w:r>
        <w:rPr>
          <w:lang w:eastAsia="zh-CN"/>
        </w:rPr>
        <w:br/>
      </w:r>
      <w:r>
        <w:rPr>
          <w:lang w:eastAsia="zh-CN"/>
        </w:rPr>
        <w:t>　　学情分析</w:t>
      </w:r>
      <w:r>
        <w:rPr>
          <w:lang w:eastAsia="zh-CN"/>
        </w:rPr>
        <w:br/>
      </w:r>
      <w:r>
        <w:rPr>
          <w:lang w:eastAsia="zh-CN"/>
        </w:rPr>
        <w:t>　　二年级学生形象思维十分活跃，语言和行为欢快活跃。二年级生可以熟练地做自己想做的事，并能把自己的想法简单地记下来。无论音乐、绘画还是课余时间的游戏都比较自如。在此之前，与成年人最大的差别就在于不会用文字表达思想。由于个人能力的提高和思维方式发生了变化，二年级学生心理趋向稳定，显示出一定的个性特征，个人能处理的问题越来越多，自信心不断增强</w:t>
      </w:r>
      <w:r>
        <w:rPr>
          <w:lang w:eastAsia="zh-CN"/>
        </w:rPr>
        <w:br/>
      </w:r>
      <w:r>
        <w:rPr>
          <w:lang w:eastAsia="zh-CN"/>
        </w:rPr>
        <w:t>　　教材分析</w:t>
      </w:r>
      <w:r>
        <w:rPr>
          <w:lang w:eastAsia="zh-CN"/>
        </w:rPr>
        <w:br/>
      </w:r>
      <w:r>
        <w:rPr>
          <w:lang w:eastAsia="zh-CN"/>
        </w:rPr>
        <w:t>　　2年级上册音乐主题：音乐与我的生活。以《好朋友》、《生日快乐》、《时钟嘀嗒》、《运动场》、《对旗飘飘》、《包子剪子锤》《郊游》，《雪孩子》八个单元为学生的音乐学习提供活动与展示的平台。贴近学生生活，体现经典性、时代性和开放性。</w:t>
      </w:r>
      <w:r>
        <w:rPr>
          <w:lang w:eastAsia="zh-CN"/>
        </w:rPr>
        <w:br/>
      </w:r>
      <w:r>
        <w:rPr>
          <w:lang w:eastAsia="zh-CN"/>
        </w:rPr>
        <w:t>　　教学重、难点</w:t>
      </w:r>
      <w:r>
        <w:rPr>
          <w:lang w:eastAsia="zh-CN"/>
        </w:rPr>
        <w:br/>
      </w:r>
      <w:r>
        <w:rPr>
          <w:lang w:eastAsia="zh-CN"/>
        </w:rPr>
        <w:t>　　1、用歌声肢体动作大胆的表达内心的感受。</w:t>
      </w:r>
      <w:r>
        <w:rPr>
          <w:lang w:eastAsia="zh-CN"/>
        </w:rPr>
        <w:br/>
      </w:r>
      <w:r>
        <w:rPr>
          <w:lang w:eastAsia="zh-CN"/>
        </w:rPr>
        <w:t>　　2、发现身边的音乐元素。</w:t>
      </w:r>
      <w:r>
        <w:rPr>
          <w:lang w:eastAsia="zh-CN"/>
        </w:rPr>
        <w:br/>
      </w:r>
      <w:r>
        <w:rPr>
          <w:lang w:eastAsia="zh-CN"/>
        </w:rPr>
        <w:t>　　3、培养学生正确的歌唱方式</w:t>
      </w:r>
      <w:r>
        <w:rPr>
          <w:lang w:eastAsia="zh-CN"/>
        </w:rPr>
        <w:br/>
      </w:r>
      <w:r>
        <w:rPr>
          <w:lang w:eastAsia="zh-CN"/>
        </w:rPr>
        <w:t>　　教学目标</w:t>
      </w:r>
      <w:r>
        <w:rPr>
          <w:lang w:eastAsia="zh-CN"/>
        </w:rPr>
        <w:br/>
      </w:r>
      <w:r>
        <w:rPr>
          <w:lang w:eastAsia="zh-CN"/>
        </w:rPr>
        <w:t>　　1、主动参与音乐活动，在活动中体会友谊带来的快乐。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2、在“歌表演”活动中，根据所学的音乐内容，用自己的音乐方式开展创造活动；</w:t>
      </w:r>
      <w:r>
        <w:rPr>
          <w:lang w:eastAsia="zh-CN"/>
        </w:rPr>
        <w:br/>
      </w:r>
      <w:r>
        <w:rPr>
          <w:lang w:eastAsia="zh-CN"/>
        </w:rPr>
        <w:t>　　3、了解有关音乐的基本知识，增添对外国艺术的热爱之情。</w:t>
      </w:r>
      <w:r>
        <w:rPr>
          <w:lang w:eastAsia="zh-CN"/>
        </w:rPr>
        <w:br/>
      </w:r>
      <w:r>
        <w:rPr>
          <w:lang w:eastAsia="zh-CN"/>
        </w:rPr>
        <w:t>　　主要教学措施</w:t>
      </w:r>
      <w:r>
        <w:rPr>
          <w:lang w:eastAsia="zh-CN"/>
        </w:rPr>
        <w:br/>
      </w:r>
      <w:r>
        <w:rPr>
          <w:lang w:eastAsia="zh-CN"/>
        </w:rPr>
        <w:t>　　1、认真备课，做好课前准备、复查工作，备课时注意与新课标相结合，并注意备学生；</w:t>
      </w:r>
      <w:r>
        <w:rPr>
          <w:lang w:eastAsia="zh-CN"/>
        </w:rPr>
        <w:br/>
      </w:r>
      <w:r>
        <w:rPr>
          <w:lang w:eastAsia="zh-CN"/>
        </w:rPr>
        <w:t>　　2、课堂形式多样，最大限度地调动学生的积极性，最大可能的让课堂充满知识性、趣味性、探索性、挑战性。使他们最大限度地学到知识，掌握技能。并注意在课堂上采取一定的形式，培养学生的团结协作能力及创新能力。</w:t>
      </w:r>
      <w:r>
        <w:rPr>
          <w:lang w:eastAsia="zh-CN"/>
        </w:rPr>
        <w:br/>
      </w:r>
      <w:r>
        <w:rPr>
          <w:lang w:eastAsia="zh-CN"/>
        </w:rPr>
        <w:t>　　3、多看多听其他学校的课程，在本校多实施，使学生开阔眼界。教师从中总结经验。</w:t>
      </w:r>
      <w:r>
        <w:rPr>
          <w:lang w:eastAsia="zh-CN"/>
        </w:rPr>
        <w:br/>
      </w:r>
      <w:r>
        <w:rPr>
          <w:lang w:eastAsia="zh-CN"/>
        </w:rPr>
        <w:t xml:space="preserve">    关于二年级体育上册教学计划 篇9 </w:t>
      </w:r>
      <w:r>
        <w:rPr>
          <w:lang w:eastAsia="zh-CN"/>
        </w:rPr>
        <w:br/>
      </w:r>
      <w:r>
        <w:rPr>
          <w:lang w:eastAsia="zh-CN"/>
        </w:rPr>
        <w:t>　　一、注重学生学习习惯</w:t>
      </w:r>
      <w:r>
        <w:rPr>
          <w:lang w:eastAsia="zh-CN"/>
        </w:rPr>
        <w:br/>
      </w:r>
      <w:r>
        <w:rPr>
          <w:lang w:eastAsia="zh-CN"/>
        </w:rPr>
        <w:t>　　二年级学生已学过一年的英语，大部分学生对英语比较感兴趣，但对于他们来说，更重要的是，要注重学生良好学习习惯的养成。为此，我在教学过程中特别注重培养学生诵读英语的好习惯，引导学生流利读出单词;要求学生回家及时复习、听磁带，要求每天听读，听时，用手指读。但由于家长重视不同，部分学生却没有跟着要求去做，有时也很难跟进。</w:t>
      </w:r>
      <w:r>
        <w:rPr>
          <w:lang w:eastAsia="zh-CN"/>
        </w:rPr>
        <w:br/>
      </w:r>
      <w:r>
        <w:rPr>
          <w:lang w:eastAsia="zh-CN"/>
        </w:rPr>
        <w:t>　　二、鼓励学生大胆开口“说”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由于学生刚刚接触英语，它作为低年级的一门兴趣课，目的在于激励学生的学习兴趣，鼓励学生大胆地开口说英语为目标，因此，我绝不会否认任何一位学生，在教学过程中，我充分肯定了每一位学生，实行赏识教学。</w:t>
      </w:r>
      <w:r>
        <w:rPr>
          <w:lang w:eastAsia="zh-CN"/>
        </w:rPr>
        <w:br/>
      </w:r>
      <w:r>
        <w:rPr>
          <w:lang w:eastAsia="zh-CN"/>
        </w:rPr>
        <w:t>　　三、优化课堂教学，努力提高课堂效率</w:t>
      </w:r>
      <w:r>
        <w:rPr>
          <w:lang w:eastAsia="zh-CN"/>
        </w:rPr>
        <w:br/>
      </w:r>
      <w:r>
        <w:rPr>
          <w:lang w:eastAsia="zh-CN"/>
        </w:rPr>
        <w:t>　　在课堂上，我认真授课，运用实物教具、简笔画，情景教学、手势语言等方法来启发、教育学生。教学生做游戏、唱英语歌等来激发学生的学习兴趣。鼓励学生大胆质疑，注重以学生为主体、教师为导的教学方法，充分调动学生的学习积极性。学生有疑难和不懂读的地方，我总是不厌其烦地讲解、分析、带读，力争让他们学了就懂，懂了会用。</w:t>
      </w:r>
      <w:r>
        <w:rPr>
          <w:lang w:eastAsia="zh-CN"/>
        </w:rPr>
        <w:br/>
      </w:r>
      <w:r>
        <w:rPr>
          <w:lang w:eastAsia="zh-CN"/>
        </w:rPr>
        <w:t>　　四、加强自学，不断积累经验</w:t>
      </w:r>
      <w:r>
        <w:rPr>
          <w:lang w:eastAsia="zh-CN"/>
        </w:rPr>
        <w:br/>
      </w:r>
      <w:r>
        <w:rPr>
          <w:lang w:eastAsia="zh-CN"/>
        </w:rPr>
        <w:t>　　由于本人对低年级英语教学的经验甚少，自己的知识又有限，在教学的同时，我很有意识地进行反思,探索适合低年级的教学方法，又加强自身的业务学习、扩大视野;既用心收集有助于英语课堂教学的各种游戏资料，又常听录音纠正自己的语音语调。</w:t>
      </w:r>
      <w:r>
        <w:rPr>
          <w:lang w:eastAsia="zh-CN"/>
        </w:rPr>
        <w:br/>
      </w:r>
      <w:r>
        <w:rPr>
          <w:lang w:eastAsia="zh-CN"/>
        </w:rPr>
        <w:t>　　另外，本学期我还承担了学校年度复评中二年级英语的教学任务，我展示的课例Whattimeisit?得到了听课老师的高度评价，也给他们留下了深刻印象，教学效果良好。这给了我很大的鼓舞，也对低年级的口语教学增强了信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总之，一学期的教学工作自己付出了很多，收到的回报也不少：领导的信任，使我精力充沛;同事的帮助，使我干劲十足;学生的渴求，使我信心倍增。以后，我会努力填补自己在教学中的不足，力争在今后的英语教学工作中取得更好的成绩。我相信有耕耘总会有收获!</w:t>
      </w:r>
      <w:r>
        <w:rPr>
          <w:lang w:eastAsia="zh-CN"/>
        </w:rPr>
        <w:br/>
      </w:r>
      <w:r>
        <w:rPr>
          <w:lang w:eastAsia="zh-CN"/>
        </w:rPr>
        <w:t xml:space="preserve">    关于二年级体育上册教学计划 篇10 </w:t>
      </w:r>
      <w:r>
        <w:rPr>
          <w:lang w:eastAsia="zh-CN"/>
        </w:rPr>
        <w:br/>
      </w:r>
      <w:r>
        <w:rPr>
          <w:lang w:eastAsia="zh-CN"/>
        </w:rPr>
        <w:t>　　一、学生分析：</w:t>
      </w:r>
      <w:r>
        <w:rPr>
          <w:lang w:eastAsia="zh-CN"/>
        </w:rPr>
        <w:br/>
      </w:r>
      <w:r>
        <w:rPr>
          <w:lang w:eastAsia="zh-CN"/>
        </w:rPr>
        <w:t>　　二年级的学生年龄大多数在10岁以下，年龄比较小，基础比较薄弱，对动作事物结构的思考较为肤浅，身体素质较差，意志力比较薄弱，但是二年级学生形象思维十分活跃，语言和行为欢快活跃。个人能力的提高和思维方式发生了变化，二年级学生心理趋向稳定，显示出一定的个性特征，个人能处理的问题越来越多，自信心不断增强，一年级的恐慌心情已经很少见到，即使遇到了什么困难，自己也能从容面对。出现了竞争意识。针对这些特点，着重对学生进行入门教育和纪律性教育，在此基础上进行启发诱导，提高其积极性和竞争意识。</w:t>
      </w:r>
      <w:r>
        <w:rPr>
          <w:lang w:eastAsia="zh-CN"/>
        </w:rPr>
        <w:br/>
      </w:r>
      <w:r>
        <w:rPr>
          <w:lang w:eastAsia="zh-CN"/>
        </w:rPr>
        <w:t>　　二、教学目标及重难点</w:t>
      </w:r>
      <w:r>
        <w:rPr>
          <w:lang w:eastAsia="zh-CN"/>
        </w:rPr>
        <w:br/>
      </w:r>
      <w:r>
        <w:rPr>
          <w:lang w:eastAsia="zh-CN"/>
        </w:rPr>
        <w:t>　　(一)教学目标</w:t>
      </w:r>
      <w:r>
        <w:rPr>
          <w:lang w:eastAsia="zh-CN"/>
        </w:rPr>
        <w:br/>
      </w:r>
      <w:r>
        <w:rPr>
          <w:lang w:eastAsia="zh-CN"/>
        </w:rPr>
        <w:t>　　1、掌握基本的体育基础知识，明确体育锻炼的作用，在锻炼中运用学到的知识，并不断巩固和提高。</w:t>
      </w:r>
      <w:r>
        <w:rPr>
          <w:lang w:eastAsia="zh-CN"/>
        </w:rPr>
        <w:br/>
      </w:r>
      <w:r>
        <w:rPr>
          <w:lang w:eastAsia="zh-CN"/>
        </w:rPr>
        <w:t>　　2、每节课进行一定时间的队列练习，对其进行组织纪律性的教育。</w:t>
      </w:r>
      <w:r>
        <w:rPr>
          <w:lang w:eastAsia="zh-CN"/>
        </w:rPr>
        <w:br/>
      </w:r>
      <w:r>
        <w:rPr>
          <w:lang w:eastAsia="zh-CN"/>
        </w:rPr>
        <w:t>　　3、进一步增强体质，特别是柔韧素质和力量素质。</w:t>
      </w:r>
      <w:r>
        <w:rPr>
          <w:lang w:eastAsia="zh-CN"/>
        </w:rPr>
        <w:br/>
      </w:r>
      <w:r>
        <w:rPr>
          <w:lang w:eastAsia="zh-CN"/>
        </w:rPr>
        <w:t>　　4、通过体育锻炼培养集体主义精神，进行爱国主义教育，增强自信心，为终身体育打下坚实的基础。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(二)教学重点</w:t>
      </w:r>
      <w:r>
        <w:rPr>
          <w:lang w:eastAsia="zh-CN"/>
        </w:rPr>
        <w:br/>
      </w:r>
      <w:r>
        <w:rPr>
          <w:lang w:eastAsia="zh-CN"/>
        </w:rPr>
        <w:t>　　1、结合教学常规，进行队列队形教学。</w:t>
      </w:r>
      <w:r>
        <w:rPr>
          <w:lang w:eastAsia="zh-CN"/>
        </w:rPr>
        <w:br/>
      </w:r>
      <w:r>
        <w:rPr>
          <w:lang w:eastAsia="zh-CN"/>
        </w:rPr>
        <w:t>　　2、二年级的体育教学重点侧重于短跑、投掷、跳远等项目，因此在教学中要有意识地进行这些方面的练习。</w:t>
      </w:r>
      <w:r>
        <w:rPr>
          <w:lang w:eastAsia="zh-CN"/>
        </w:rPr>
        <w:br/>
      </w:r>
      <w:r>
        <w:rPr>
          <w:lang w:eastAsia="zh-CN"/>
        </w:rPr>
        <w:t>　　(三)教学难点</w:t>
      </w:r>
      <w:r>
        <w:rPr>
          <w:lang w:eastAsia="zh-CN"/>
        </w:rPr>
        <w:br/>
      </w:r>
      <w:r>
        <w:rPr>
          <w:lang w:eastAsia="zh-CN"/>
        </w:rPr>
        <w:t>　　二年级的学生理解老师要求相对较慢，在进行一些协调性方面的练习时，学生可能不容易接受。</w:t>
      </w:r>
      <w:r>
        <w:rPr>
          <w:lang w:eastAsia="zh-CN"/>
        </w:rPr>
        <w:br/>
      </w:r>
      <w:r>
        <w:rPr>
          <w:lang w:eastAsia="zh-CN"/>
        </w:rPr>
        <w:t>　　三、教材分析</w:t>
      </w:r>
      <w:r>
        <w:rPr>
          <w:lang w:eastAsia="zh-CN"/>
        </w:rPr>
        <w:br/>
      </w:r>
      <w:r>
        <w:rPr>
          <w:lang w:eastAsia="zh-CN"/>
        </w:rPr>
        <w:t>　　二年级的体育教学内容，改变了从开始就以运动技术体系为目标，每个教材内容都为运动技术的发展打基础的写法，而是以学生为本，选择以发展基本活动能力为主的锻炼活动和游戏。教材内容强调学生的兴趣，并能有效地落实小学体育的目标。具体的教学内容，以游戏为主，分为基本活动和游戏。在基本活动中有一些简单的技术动作，也大都以游戏作为手段和方法进行教学。其中包括：基本活动：排队活动、基本体操(徒手的和使用轻器械的)、走、跑、跳跃、投掷、攀爬、跳绳、踢毽子、滚翻、韵律活动(包括简易舞蹈)、自我表现活动等。游戏：奔跑游戏(多种移动、躲闪、急停)、跳跃游戏(各种跳跃等)、投掷游戏(各种挥动、抛掷等)和小球类游戏等。这些内容强调“活动”，所有教材内容均以示例性为主，教师都可以自行选择和组合，创造性地进行教学。</w:t>
      </w:r>
      <w:r>
        <w:rPr>
          <w:lang w:eastAsia="zh-CN"/>
        </w:rPr>
        <w:br/>
      </w:r>
      <w:r>
        <w:rPr>
          <w:lang w:eastAsia="zh-CN"/>
        </w:rPr>
        <w:t>　　四、课时安排</w:t>
      </w:r>
      <w:r>
        <w:rPr>
          <w:lang w:eastAsia="zh-CN"/>
        </w:rPr>
        <w:br/>
      </w:r>
      <w:r>
        <w:rPr>
          <w:lang w:eastAsia="zh-CN"/>
        </w:rPr>
        <w:t>　　每周4课时，每期共64课时。</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五、教学措施及注意事项</w:t>
      </w:r>
      <w:r>
        <w:rPr>
          <w:lang w:eastAsia="zh-CN"/>
        </w:rPr>
        <w:br/>
      </w:r>
      <w:r>
        <w:rPr>
          <w:lang w:eastAsia="zh-CN"/>
        </w:rPr>
        <w:t>　　教学措施：</w:t>
      </w:r>
      <w:r>
        <w:rPr>
          <w:lang w:eastAsia="zh-CN"/>
        </w:rPr>
        <w:br/>
      </w:r>
      <w:r>
        <w:rPr>
          <w:lang w:eastAsia="zh-CN"/>
        </w:rPr>
        <w:t>　　在教学过程中教师积极引导学生，充分发挥学生的主体作用。让学生在玩的过程中主动学习、主动探索，培养学生的自学、自练、自评的能力。多采用情景法主题法进行教学，让学生乐于其中。</w:t>
      </w:r>
      <w:r>
        <w:rPr>
          <w:lang w:eastAsia="zh-CN"/>
        </w:rPr>
        <w:br/>
      </w:r>
      <w:r>
        <w:rPr>
          <w:lang w:eastAsia="zh-CN"/>
        </w:rPr>
        <w:t>　　注意事项：</w:t>
      </w:r>
      <w:r>
        <w:rPr>
          <w:lang w:eastAsia="zh-CN"/>
        </w:rPr>
        <w:br/>
      </w:r>
      <w:r>
        <w:rPr>
          <w:lang w:eastAsia="zh-CN"/>
        </w:rPr>
        <w:t>　　1、学生年龄较小，在教学中应多采用游戏教学。</w:t>
      </w:r>
      <w:r>
        <w:rPr>
          <w:lang w:eastAsia="zh-CN"/>
        </w:rPr>
        <w:br/>
      </w:r>
      <w:r>
        <w:rPr>
          <w:lang w:eastAsia="zh-CN"/>
        </w:rPr>
        <w:t>　　2、学生年龄小，好胜心比较强，可以利用这个机会进行一些教学比赛，增强学生锻炼的效果。</w:t>
      </w:r>
      <w:r>
        <w:rPr>
          <w:lang w:eastAsia="zh-CN"/>
        </w:rPr>
        <w:br/>
      </w:r>
      <w:r>
        <w:rPr>
          <w:lang w:eastAsia="zh-CN"/>
        </w:rPr>
        <w:t>　　3、因材施教，增强学生的自信心。</w:t>
      </w:r>
      <w:r>
        <w:rPr>
          <w:lang w:eastAsia="zh-CN"/>
        </w:rPr>
        <w:br/>
      </w:r>
      <w:r>
        <w:rPr>
          <w:lang w:eastAsia="zh-CN"/>
        </w:rPr>
        <w:t xml:space="preserve">    关于二年级体育上册教学计划 篇11 </w:t>
      </w:r>
      <w:r>
        <w:rPr>
          <w:lang w:eastAsia="zh-CN"/>
        </w:rPr>
        <w:br/>
      </w:r>
      <w:r>
        <w:rPr>
          <w:lang w:eastAsia="zh-CN"/>
        </w:rPr>
        <w:t>　　一、学生现状分析</w:t>
      </w:r>
      <w:r>
        <w:rPr>
          <w:lang w:eastAsia="zh-CN"/>
        </w:rPr>
        <w:br/>
      </w:r>
      <w:r>
        <w:rPr>
          <w:lang w:eastAsia="zh-CN"/>
        </w:rPr>
        <w:t>　　低年级学生识字，字形是难点。根据研究，二年级下学期的孩子掌握字形的心理过程处于初步分化阶段。就是说经过初步的生字教学，学生对不同汉字的字形轮廓有了一定分化，但是综合不全，主要表现在对于字形结构某些细微部分尚有遗漏或添补，再认和再现时偶尔出现波动和泛化现象。</w:t>
      </w:r>
      <w:r>
        <w:rPr>
          <w:lang w:eastAsia="zh-CN"/>
        </w:rPr>
        <w:br/>
      </w:r>
      <w:r>
        <w:rPr>
          <w:lang w:eastAsia="zh-CN"/>
        </w:rPr>
        <w:t>　　二、主要任务和要求</w:t>
      </w:r>
      <w:r>
        <w:rPr>
          <w:lang w:eastAsia="zh-CN"/>
        </w:rPr>
        <w:br/>
      </w:r>
      <w:r>
        <w:rPr>
          <w:lang w:eastAsia="zh-CN"/>
        </w:rPr>
        <w:t>　　1、继续复习、巩固汉语拼音，借助汉语拼音识字、正音。</w:t>
      </w:r>
      <w:r>
        <w:rPr>
          <w:lang w:eastAsia="zh-CN"/>
        </w:rPr>
        <w:br/>
      </w:r>
      <w:r>
        <w:rPr>
          <w:lang w:eastAsia="zh-CN"/>
        </w:rPr>
        <w:t>　　2、要求认识的字能读准字音，结合词句等语言环境了解意思。要求会写的字则要能读准字音，认清字形，了解意思。</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正确书写，并练习运用于口头和书面语言表达之中。有主动识字的愿望，在生活中自主识字。养成良好的写字习惯，书写规、端正、整洁，感受汉字的形体美。</w:t>
      </w:r>
      <w:r>
        <w:rPr>
          <w:lang w:eastAsia="zh-CN"/>
        </w:rPr>
        <w:br/>
      </w:r>
      <w:r>
        <w:rPr>
          <w:lang w:eastAsia="zh-CN"/>
        </w:rPr>
        <w:t>　　3、继续使用音序查字法和部首查字法查字典，培养独立识字的能力。</w:t>
      </w:r>
      <w:r>
        <w:rPr>
          <w:lang w:eastAsia="zh-CN"/>
        </w:rPr>
        <w:br/>
      </w:r>
      <w:r>
        <w:rPr>
          <w:lang w:eastAsia="zh-CN"/>
        </w:rPr>
        <w:t>　　4、喜欢阅读，对阅读有兴趣。用普通话正确、流利、有感情地朗读课文。能背诵指定的课文和自己喜欢的课文片段。在教师的指导下，学习默读，做到不出声，不指读。</w:t>
      </w:r>
      <w:r>
        <w:rPr>
          <w:lang w:eastAsia="zh-CN"/>
        </w:rPr>
        <w:br/>
      </w:r>
      <w:r>
        <w:rPr>
          <w:lang w:eastAsia="zh-CN"/>
        </w:rPr>
        <w:t>　　5、能联系上下文和生活实际，了解课文中词句的意思，在阅读中主动积累词句。</w:t>
      </w:r>
      <w:r>
        <w:rPr>
          <w:lang w:eastAsia="zh-CN"/>
        </w:rPr>
        <w:br/>
      </w:r>
      <w:r>
        <w:rPr>
          <w:lang w:eastAsia="zh-CN"/>
        </w:rPr>
        <w:t>　　6、能阅读浅显的课外读物，能与他人交流自己的感受和想法。养成爱护图书的习惯。</w:t>
      </w:r>
      <w:r>
        <w:rPr>
          <w:lang w:eastAsia="zh-CN"/>
        </w:rPr>
        <w:br/>
      </w:r>
      <w:r>
        <w:rPr>
          <w:lang w:eastAsia="zh-CN"/>
        </w:rPr>
        <w:t>　　7、学习使用句号、问号和叹号，体会所表达的不同语气。</w:t>
      </w:r>
      <w:r>
        <w:rPr>
          <w:lang w:eastAsia="zh-CN"/>
        </w:rPr>
        <w:br/>
      </w:r>
      <w:r>
        <w:rPr>
          <w:lang w:eastAsia="zh-CN"/>
        </w:rPr>
        <w:t>　　8、积累自己喜欢的成语、对联、古典诗词、格言警句。</w:t>
      </w:r>
      <w:r>
        <w:rPr>
          <w:lang w:eastAsia="zh-CN"/>
        </w:rPr>
        <w:br/>
      </w:r>
      <w:r>
        <w:rPr>
          <w:lang w:eastAsia="zh-CN"/>
        </w:rPr>
        <w:t>　　9、逐步养成讲普通话的习惯，增强愿意与人交流的意识，认真听别人讲话，能听懂主要容。能主动与别人交谈，讲述简短的故事和见闻。说话时态度自然大方，有礼貌。有表达的自信心，能就感兴趣的话题发表自己的意见。</w:t>
      </w:r>
      <w:r>
        <w:rPr>
          <w:lang w:eastAsia="zh-CN"/>
        </w:rPr>
        <w:br/>
      </w:r>
      <w:r>
        <w:rPr>
          <w:lang w:eastAsia="zh-CN"/>
        </w:rPr>
        <w:t>　　10、对写话有兴趣，能把看到的、想到的写下来。在写话中学习运用阅读和生活中学到的词语。根据表达需要，学习使用逗号、句号、问号、感叹号。</w:t>
      </w:r>
      <w:r>
        <w:rPr>
          <w:lang w:eastAsia="zh-CN"/>
        </w:rPr>
        <w:br/>
      </w:r>
      <w:r>
        <w:rPr>
          <w:lang w:eastAsia="zh-CN"/>
        </w:rPr>
        <w:t>　　11对、周围的事物有好奇心，乐于观察大自然，热心参与学校、社区活动，并能表达自己的感受。</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三、教学重点和难点</w:t>
      </w:r>
      <w:r>
        <w:rPr>
          <w:lang w:eastAsia="zh-CN"/>
        </w:rPr>
        <w:br/>
      </w:r>
      <w:r>
        <w:rPr>
          <w:lang w:eastAsia="zh-CN"/>
        </w:rPr>
        <w:t>　　重点：</w:t>
      </w:r>
      <w:r>
        <w:rPr>
          <w:lang w:eastAsia="zh-CN"/>
        </w:rPr>
        <w:br/>
      </w:r>
      <w:r>
        <w:rPr>
          <w:lang w:eastAsia="zh-CN"/>
        </w:rPr>
        <w:t>　　1、学习390个生字。继续培养识字能力，会用部首查字法查字能运用笔画或结构分析字形。</w:t>
      </w:r>
      <w:r>
        <w:rPr>
          <w:lang w:eastAsia="zh-CN"/>
        </w:rPr>
        <w:br/>
      </w:r>
      <w:r>
        <w:rPr>
          <w:lang w:eastAsia="zh-CN"/>
        </w:rPr>
        <w:t>　　2、写字姿势正确，字写得端正、清楚。</w:t>
      </w:r>
      <w:r>
        <w:rPr>
          <w:lang w:eastAsia="zh-CN"/>
        </w:rPr>
        <w:br/>
      </w:r>
      <w:r>
        <w:rPr>
          <w:lang w:eastAsia="zh-CN"/>
        </w:rPr>
        <w:t>　　学会默读课文，能正确、流利，地朗读课文，会背诵指定的课文。</w:t>
      </w:r>
      <w:r>
        <w:rPr>
          <w:lang w:eastAsia="zh-CN"/>
        </w:rPr>
        <w:br/>
      </w:r>
      <w:r>
        <w:rPr>
          <w:lang w:eastAsia="zh-CN"/>
        </w:rPr>
        <w:t>　　难点：</w:t>
      </w:r>
      <w:r>
        <w:rPr>
          <w:lang w:eastAsia="zh-CN"/>
        </w:rPr>
        <w:br/>
      </w:r>
      <w:r>
        <w:rPr>
          <w:lang w:eastAsia="zh-CN"/>
        </w:rPr>
        <w:t>　　1、通过语言文字训练进行思想品德教育，把语言训练和思想品德教育融为一体。联系实际，进行行为指导，使学生养成良好的行为习惯。</w:t>
      </w:r>
      <w:r>
        <w:rPr>
          <w:lang w:eastAsia="zh-CN"/>
        </w:rPr>
        <w:br/>
      </w:r>
      <w:r>
        <w:rPr>
          <w:lang w:eastAsia="zh-CN"/>
        </w:rPr>
        <w:t>　　2、阅读教学训练学生逐步学会阅读，训练学生逐步学会阅读。重视自然段教学，为中高年级的段、篇训练打好基础。</w:t>
      </w:r>
      <w:r>
        <w:rPr>
          <w:lang w:eastAsia="zh-CN"/>
        </w:rPr>
        <w:br/>
      </w:r>
      <w:r>
        <w:rPr>
          <w:lang w:eastAsia="zh-CN"/>
        </w:rPr>
        <w:t>　　四、提高教学质量的主要措施</w:t>
      </w:r>
      <w:r>
        <w:rPr>
          <w:lang w:eastAsia="zh-CN"/>
        </w:rPr>
        <w:br/>
      </w:r>
      <w:r>
        <w:rPr>
          <w:lang w:eastAsia="zh-CN"/>
        </w:rPr>
        <w:t>　　1、通过语言文字训练进行思想品德教育，把语言训练和思想品德教育融为一体。联系实际，进行行为指导，使学生养成良好的行为习惯。</w:t>
      </w:r>
      <w:r>
        <w:rPr>
          <w:lang w:eastAsia="zh-CN"/>
        </w:rPr>
        <w:br/>
      </w:r>
      <w:r>
        <w:rPr>
          <w:lang w:eastAsia="zh-CN"/>
        </w:rPr>
        <w:t>　　2、重视识字教学，教给学生识字方法。重视形近字、同音字的比较，加强边读边写，试默自查；重视在口头语言和书面语言的.运用中掌握所学的生字。</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3、阅读教学要训练学生逐步学会阅读，培养阅读能力。重视朗读训练，在朗读中发展学生的语言和思维。课堂上要有充分时间进行朗读训练，要人人都有读的机会。开始训练默读。重视字词句的训练，要把字的教学放在词和句的</w:t>
      </w:r>
      <w:r>
        <w:rPr>
          <w:lang w:eastAsia="zh-CN"/>
        </w:rPr>
        <w:br/>
      </w:r>
      <w:r>
        <w:rPr>
          <w:lang w:eastAsia="zh-CN"/>
        </w:rPr>
        <w:t>　　教学之中，让学生在语言环境中学习生字。词句教学要抓重点、难点，为学生设置思考的路子，训练学生逐步学会阅读。重视自然段教学，为中高年级的段、篇训练打好基础。</w:t>
      </w:r>
      <w:r>
        <w:rPr>
          <w:lang w:eastAsia="zh-CN"/>
        </w:rPr>
        <w:br/>
      </w:r>
      <w:r>
        <w:rPr>
          <w:lang w:eastAsia="zh-CN"/>
        </w:rPr>
        <w:t>　　4、听说训练要在学生的语言实践中进行。给学生创造各种听话、说话的机会，激发学生听说的愿望，保证训练时间，坚持大面积训练，及时纠正语病，让全班学生都有练习说话的机会。</w:t>
      </w:r>
      <w:r>
        <w:rPr>
          <w:lang w:eastAsia="zh-CN"/>
        </w:rPr>
        <w:br/>
      </w:r>
      <w:r>
        <w:rPr>
          <w:lang w:eastAsia="zh-CN"/>
        </w:rPr>
        <w:t>　　5、继续做好培优补差工作，做到抓两头，促中间，全面提高教学质量。</w:t>
      </w:r>
      <w:r>
        <w:rPr>
          <w:lang w:eastAsia="zh-CN"/>
        </w:rPr>
        <w:br/>
      </w:r>
      <w:r>
        <w:rPr>
          <w:lang w:eastAsia="zh-CN"/>
        </w:rPr>
        <w:t xml:space="preserve">    关于二年级体育上册教学计划 篇12 </w:t>
      </w:r>
      <w:r>
        <w:rPr>
          <w:lang w:eastAsia="zh-CN"/>
        </w:rPr>
        <w:br/>
      </w:r>
      <w:r>
        <w:rPr>
          <w:lang w:eastAsia="zh-CN"/>
        </w:rPr>
        <w:t>　　一、 学生基本情况分析</w:t>
      </w:r>
      <w:r>
        <w:rPr>
          <w:lang w:eastAsia="zh-CN"/>
        </w:rPr>
        <w:br/>
      </w:r>
      <w:r>
        <w:rPr>
          <w:lang w:eastAsia="zh-CN"/>
        </w:rPr>
        <w:t>　　二年级学生都有强烈的爱国心。学生在学习国防教育课文内容中，提高了爱国思想认识，增强了为祖国强大而奋斗的紧迫感和使命感。学生的国防素质也得到了锻炼和提高。</w:t>
      </w:r>
      <w:r>
        <w:rPr>
          <w:lang w:eastAsia="zh-CN"/>
        </w:rPr>
        <w:br/>
      </w:r>
      <w:r>
        <w:rPr>
          <w:lang w:eastAsia="zh-CN"/>
        </w:rPr>
        <w:t>　　二、教材分析</w:t>
      </w:r>
      <w:r>
        <w:rPr>
          <w:lang w:eastAsia="zh-CN"/>
        </w:rPr>
        <w:br/>
      </w:r>
      <w:r>
        <w:rPr>
          <w:lang w:eastAsia="zh-CN"/>
        </w:rPr>
        <w:t>　　本册教材共有14篇课文。主要介绍了一些基本的国防知识；介绍中国人民解放军和新中国的国防现状；还重点讲授一些国防知识，当前世界高科技条件下的局部战争，当今国际军事形势、军事科技知识、军事地理知识、三防知识、新兵器知识等等。总之，通过系列国防教育，使同学们更加爱国、好学、敬业，成为国家有用之材。</w:t>
      </w:r>
      <w:r>
        <w:rPr>
          <w:lang w:eastAsia="zh-CN"/>
        </w:rPr>
        <w:br/>
      </w:r>
      <w:r>
        <w:rPr>
          <w:lang w:eastAsia="zh-CN"/>
        </w:rPr>
        <w:t>　　三、教学目的及要求</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我们实施国防教育的目的，首先是促进学生的德、智、体全面发展，激发学生的爱国热情，强化学生的国防意识，增强学生保卫祖国的责任感和使命感。再者，是通过国防教育，促使学生养成团结奋进，遵纪守法，文明礼貌的行为习惯，自觉养成自尊、自爱、自主、自信、不屈不挠、英勇顽强的品格。</w:t>
      </w:r>
      <w:r>
        <w:rPr>
          <w:lang w:eastAsia="zh-CN"/>
        </w:rPr>
        <w:br/>
      </w:r>
      <w:r>
        <w:rPr>
          <w:lang w:eastAsia="zh-CN"/>
        </w:rPr>
        <w:t>　　四、具体措施</w:t>
      </w:r>
      <w:r>
        <w:rPr>
          <w:lang w:eastAsia="zh-CN"/>
        </w:rPr>
        <w:br/>
      </w:r>
      <w:r>
        <w:rPr>
          <w:lang w:eastAsia="zh-CN"/>
        </w:rPr>
        <w:t>　　开展国防教育“五个一”活动，即：每周唱一次国歌，每周升一次国旗，每月观看一场爱国题材影视片，每一周上一堂国防教育课，每学期开展一次国防知识竞赛或国防知识演讲比赛。</w:t>
      </w:r>
      <w:r>
        <w:rPr>
          <w:lang w:eastAsia="zh-CN"/>
        </w:rPr>
        <w:br/>
      </w:r>
      <w:r>
        <w:rPr>
          <w:lang w:eastAsia="zh-CN"/>
        </w:rPr>
        <w:t>　　国防形象可以给人以直观的感觉，使人看得见、摸得着、印象深。为此，我们在少年军校里，让学生真实地过军营生活。组织学生开展读好书活动，引导学生读一些革命战争体裁，歌颂人民战争的书籍，使他们形象地受到爱国主义和革命英雄主义教育，培养少年儿童对人民军队的浓厚感情。</w:t>
      </w:r>
      <w:r>
        <w:rPr>
          <w:lang w:eastAsia="zh-CN"/>
        </w:rPr>
        <w:br/>
      </w:r>
      <w:r>
        <w:rPr>
          <w:lang w:eastAsia="zh-CN"/>
        </w:rPr>
        <w:t>　　教学目标</w:t>
      </w:r>
      <w:r>
        <w:rPr>
          <w:lang w:eastAsia="zh-CN"/>
        </w:rPr>
        <w:br/>
      </w:r>
      <w:r>
        <w:rPr>
          <w:lang w:eastAsia="zh-CN"/>
        </w:rPr>
        <w:t>　　1、了解祖国的版图，知道我国有34个省级行政区。</w:t>
      </w:r>
      <w:r>
        <w:rPr>
          <w:lang w:eastAsia="zh-CN"/>
        </w:rPr>
        <w:br/>
      </w:r>
      <w:r>
        <w:rPr>
          <w:lang w:eastAsia="zh-CN"/>
        </w:rPr>
        <w:t>　　2、激发学生热爱家乡、热爱祖国的思想情感。</w:t>
      </w:r>
      <w:r>
        <w:rPr>
          <w:lang w:eastAsia="zh-CN"/>
        </w:rPr>
        <w:br/>
      </w:r>
      <w:r>
        <w:rPr>
          <w:lang w:eastAsia="zh-CN"/>
        </w:rPr>
        <w:t>　　教学流程：</w:t>
      </w:r>
      <w:r>
        <w:rPr>
          <w:lang w:eastAsia="zh-CN"/>
        </w:rPr>
        <w:br/>
      </w:r>
      <w:r>
        <w:rPr>
          <w:lang w:eastAsia="zh-CN"/>
        </w:rPr>
        <w:t>　　一、课前讲话：</w:t>
      </w:r>
      <w:r>
        <w:rPr>
          <w:lang w:eastAsia="zh-CN"/>
        </w:rPr>
        <w:br/>
      </w:r>
      <w:r>
        <w:rPr>
          <w:lang w:eastAsia="zh-CN"/>
        </w:rPr>
        <w:t>　　1、回忆幼儿歌曲《娃哈哈》，并唱一唱。</w:t>
      </w:r>
      <w:r>
        <w:rPr>
          <w:lang w:eastAsia="zh-CN"/>
        </w:rPr>
        <w:br/>
      </w:r>
      <w:r>
        <w:rPr>
          <w:lang w:eastAsia="zh-CN"/>
        </w:rPr>
        <w:t>　　2、配乐欣赏祖国各地的风景。(背景音乐：《娃哈哈》)</w:t>
      </w:r>
      <w:r>
        <w:rPr>
          <w:lang w:eastAsia="zh-CN"/>
        </w:rPr>
        <w:br/>
      </w:r>
      <w:r>
        <w:rPr>
          <w:lang w:eastAsia="zh-CN"/>
        </w:rPr>
        <w:t>　　二、认一认我国行政图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1、你了解我们美丽的祖国吗？（学生说。）</w:t>
      </w:r>
      <w:r>
        <w:rPr>
          <w:lang w:eastAsia="zh-CN"/>
        </w:rPr>
        <w:br/>
      </w:r>
      <w:r>
        <w:rPr>
          <w:lang w:eastAsia="zh-CN"/>
        </w:rPr>
        <w:t>　　2、我们祖国不仅美丽，而且面积非常的大。（出示《中国行政图》）说说它像什么？(像公鸡。教师指地图，生先后答：鸡的头部，鸡脖子，鸡尾巴，鸡肚子，鸡脚。)</w:t>
      </w:r>
      <w:r>
        <w:rPr>
          <w:lang w:eastAsia="zh-CN"/>
        </w:rPr>
        <w:br/>
      </w:r>
      <w:r>
        <w:rPr>
          <w:lang w:eastAsia="zh-CN"/>
        </w:rPr>
        <w:t>　　3、了解祖国面积的大小。（课件）</w:t>
      </w:r>
      <w:r>
        <w:rPr>
          <w:lang w:eastAsia="zh-CN"/>
        </w:rPr>
        <w:br/>
      </w:r>
      <w:r>
        <w:rPr>
          <w:lang w:eastAsia="zh-CN"/>
        </w:rPr>
        <w:t>　　4、为了便于管理，祖国分成了不同的区域。（课件）</w:t>
      </w:r>
      <w:r>
        <w:rPr>
          <w:lang w:eastAsia="zh-CN"/>
        </w:rPr>
        <w:br/>
      </w:r>
      <w:r>
        <w:rPr>
          <w:lang w:eastAsia="zh-CN"/>
        </w:rPr>
        <w:t>　　（1）师生一起数数有几个行政区。</w:t>
      </w:r>
      <w:r>
        <w:rPr>
          <w:lang w:eastAsia="zh-CN"/>
        </w:rPr>
        <w:br/>
      </w:r>
      <w:r>
        <w:rPr>
          <w:lang w:eastAsia="zh-CN"/>
        </w:rPr>
        <w:t>　　（2）分类数一数。</w:t>
      </w:r>
      <w:r>
        <w:rPr>
          <w:lang w:eastAsia="zh-CN"/>
        </w:rPr>
        <w:br/>
      </w:r>
      <w:r>
        <w:rPr>
          <w:lang w:eastAsia="zh-CN"/>
        </w:rPr>
        <w:t>　　（3）揭示课题。</w:t>
      </w:r>
      <w:r>
        <w:rPr>
          <w:lang w:eastAsia="zh-CN"/>
        </w:rPr>
        <w:br/>
      </w:r>
      <w:r>
        <w:rPr>
          <w:lang w:eastAsia="zh-CN"/>
        </w:rPr>
        <w:t>　　三、了解我国行政区</w:t>
      </w:r>
      <w:r>
        <w:rPr>
          <w:lang w:eastAsia="zh-CN"/>
        </w:rPr>
        <w:br/>
      </w:r>
      <w:r>
        <w:rPr>
          <w:lang w:eastAsia="zh-CN"/>
        </w:rPr>
        <w:t>　　1、这34个行政区就像祖国妈妈的34个孩子，这节课我们一起来找找祖国妈妈的这34个孩子，跟他们交交朋友。</w:t>
      </w:r>
      <w:r>
        <w:rPr>
          <w:lang w:eastAsia="zh-CN"/>
        </w:rPr>
        <w:br/>
      </w:r>
      <w:r>
        <w:rPr>
          <w:lang w:eastAsia="zh-CN"/>
        </w:rPr>
        <w:t>　　2、师生合作找：家乡山东省、我国最北端、最南端、最西端所在的省级行政区。</w:t>
      </w:r>
      <w:r>
        <w:rPr>
          <w:lang w:eastAsia="zh-CN"/>
        </w:rPr>
        <w:br/>
      </w:r>
      <w:r>
        <w:rPr>
          <w:lang w:eastAsia="zh-CN"/>
        </w:rPr>
        <w:t>　　3、小组合作找：自己最感兴趣的两个省级行政区，并在小组内交流自己收集的有关资料。</w:t>
      </w:r>
      <w:r>
        <w:rPr>
          <w:lang w:eastAsia="zh-CN"/>
        </w:rPr>
        <w:br/>
      </w:r>
      <w:r>
        <w:rPr>
          <w:lang w:eastAsia="zh-CN"/>
        </w:rPr>
        <w:t>　　4、小组汇报</w:t>
      </w:r>
      <w:r>
        <w:rPr>
          <w:lang w:eastAsia="zh-CN"/>
        </w:rPr>
        <w:br/>
      </w:r>
      <w:r>
        <w:rPr>
          <w:lang w:eastAsia="zh-CN"/>
        </w:rPr>
        <w:t>　　四、熟悉我国的行政区</w:t>
      </w:r>
      <w:r>
        <w:rPr>
          <w:lang w:eastAsia="zh-CN"/>
        </w:rPr>
        <w:br/>
      </w:r>
      <w:r>
        <w:rPr>
          <w:lang w:eastAsia="zh-CN"/>
        </w:rPr>
        <w:t>　　比一比：我也棒</w:t>
      </w:r>
      <w:r>
        <w:rPr>
          <w:lang w:eastAsia="zh-CN"/>
        </w:rPr>
        <w:br/>
      </w:r>
      <w:r>
        <w:rPr>
          <w:lang w:eastAsia="zh-CN"/>
        </w:rPr>
        <w:t>　　1、找出我过最大的省和最小的省，并说出他们的位臵。</w:t>
      </w:r>
      <w:r>
        <w:rPr>
          <w:lang w:eastAsia="zh-CN"/>
        </w:rPr>
        <w:br/>
      </w:r>
      <w:r>
        <w:rPr>
          <w:lang w:eastAsia="zh-CN"/>
        </w:rPr>
        <w:t>　　2、说出与是山东省相邻的省份。</w:t>
      </w:r>
      <w:r>
        <w:rPr>
          <w:lang w:eastAsia="zh-CN"/>
        </w:rPr>
        <w:br/>
      </w:r>
      <w:r>
        <w:rPr>
          <w:lang w:eastAsia="zh-CN"/>
        </w:rPr>
        <w:t>　　3、一分钟内记住自己最感兴趣的10个行政区。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五、拼一拼我国行政图</w:t>
      </w:r>
      <w:r>
        <w:rPr>
          <w:lang w:eastAsia="zh-CN"/>
        </w:rPr>
        <w:br/>
      </w:r>
      <w:r>
        <w:rPr>
          <w:lang w:eastAsia="zh-CN"/>
        </w:rPr>
        <w:t>　　1、师生合作拼出我国行政图。</w:t>
      </w:r>
      <w:r>
        <w:rPr>
          <w:lang w:eastAsia="zh-CN"/>
        </w:rPr>
        <w:br/>
      </w:r>
      <w:r>
        <w:rPr>
          <w:lang w:eastAsia="zh-CN"/>
        </w:rPr>
        <w:t>　　2、小组合作拼出我国行政图。</w:t>
      </w:r>
      <w:r>
        <w:rPr>
          <w:lang w:eastAsia="zh-CN"/>
        </w:rPr>
        <w:br/>
      </w:r>
      <w:r>
        <w:rPr>
          <w:lang w:eastAsia="zh-CN"/>
        </w:rPr>
        <w:t>　　六、课堂总结</w:t>
      </w:r>
      <w:r>
        <w:rPr>
          <w:lang w:eastAsia="zh-CN"/>
        </w:rPr>
        <w:br/>
      </w:r>
      <w:r>
        <w:rPr>
          <w:lang w:eastAsia="zh-CN"/>
        </w:rPr>
        <w:t>　　通过这节课的学习，你有什么收获？</w:t>
      </w:r>
      <w:r>
        <w:rPr>
          <w:lang w:eastAsia="zh-CN"/>
        </w:rPr>
        <w:br/>
      </w:r>
      <w:r>
        <w:rPr>
          <w:lang w:eastAsia="zh-CN"/>
        </w:rPr>
        <w:t xml:space="preserve">    关于二年级体育上册教学计划 篇13 </w:t>
      </w:r>
      <w:r>
        <w:rPr>
          <w:lang w:eastAsia="zh-CN"/>
        </w:rPr>
        <w:br/>
      </w:r>
      <w:r>
        <w:rPr>
          <w:lang w:eastAsia="zh-CN"/>
        </w:rPr>
        <w:t>　　一、指导思想</w:t>
      </w:r>
      <w:r>
        <w:rPr>
          <w:lang w:eastAsia="zh-CN"/>
        </w:rPr>
        <w:br/>
      </w:r>
      <w:r>
        <w:rPr>
          <w:lang w:eastAsia="zh-CN"/>
        </w:rPr>
        <w:t>　　写字教育是实施教育的一个方面，把汉字写得正确、工整、美观，可以提高运用汉字这一交际工具的准确性和效率。对小学生进行写字教育，不仅仅是培养学生写得一手好字，更是对学生进行道德素质、意志毅力、智能素质、审美情操的培养。为了提高学生的综合素质，陶冶学生情操，促进学生身体健康发展。本学期要加强写字教学，增强学生的写字兴趣，养成良好的写字习惯.</w:t>
      </w:r>
      <w:r>
        <w:rPr>
          <w:lang w:eastAsia="zh-CN"/>
        </w:rPr>
        <w:br/>
      </w:r>
      <w:r>
        <w:rPr>
          <w:lang w:eastAsia="zh-CN"/>
        </w:rPr>
        <w:t>　　二、班级学生状况分析</w:t>
      </w:r>
      <w:r>
        <w:rPr>
          <w:lang w:eastAsia="zh-CN"/>
        </w:rPr>
        <w:br/>
      </w:r>
      <w:r>
        <w:rPr>
          <w:lang w:eastAsia="zh-CN"/>
        </w:rPr>
        <w:t>　　学生经过一年半的写字学习，已经养成了良好的写字习惯，能熟练掌握基本笔画的书写。学生的书写工整率一般，执笔方法和写字姿势不正确，个别学生的书写比较潦草，书法基础较差，有待加强。</w:t>
      </w:r>
      <w:r>
        <w:rPr>
          <w:lang w:eastAsia="zh-CN"/>
        </w:rPr>
        <w:br/>
      </w:r>
      <w:r>
        <w:rPr>
          <w:lang w:eastAsia="zh-CN"/>
        </w:rPr>
        <w:t>　　三、工作重点</w:t>
      </w:r>
      <w:r>
        <w:rPr>
          <w:lang w:eastAsia="zh-CN"/>
        </w:rPr>
        <w:br/>
      </w:r>
      <w:r>
        <w:rPr>
          <w:lang w:eastAsia="zh-CN"/>
        </w:rPr>
        <w:t>　　1.进一步了解汉字的结构特点，特别是各种不同的偏旁或同一偏旁在字形不同位置所占的空间大小及笔画的变化。</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2、掌握汉字的间架结构，体会中国汉字各种结构的常见写法，并能总结一般性的规律。</w:t>
      </w:r>
      <w:r>
        <w:rPr>
          <w:lang w:eastAsia="zh-CN"/>
        </w:rPr>
        <w:br/>
      </w:r>
      <w:r>
        <w:rPr>
          <w:lang w:eastAsia="zh-CN"/>
        </w:rPr>
        <w:t>　　3、对小学生的写字提出要求，那就是六个字：“规范、端正、整洁”, 写字时做到字迹工整、行款整齐，有一定的速度。</w:t>
      </w:r>
      <w:r>
        <w:rPr>
          <w:lang w:eastAsia="zh-CN"/>
        </w:rPr>
        <w:br/>
      </w:r>
      <w:r>
        <w:rPr>
          <w:lang w:eastAsia="zh-CN"/>
        </w:rPr>
        <w:t>　　4. 培养学生的写字兴趣、审美能力和良好的写字习惯提高学生对汉字书法的鉴赏能力。</w:t>
      </w:r>
      <w:r>
        <w:rPr>
          <w:lang w:eastAsia="zh-CN"/>
        </w:rPr>
        <w:br/>
      </w:r>
      <w:r>
        <w:rPr>
          <w:lang w:eastAsia="zh-CN"/>
        </w:rPr>
        <w:t>　　四、具体措施</w:t>
      </w:r>
      <w:r>
        <w:rPr>
          <w:lang w:eastAsia="zh-CN"/>
        </w:rPr>
        <w:br/>
      </w:r>
      <w:r>
        <w:rPr>
          <w:lang w:eastAsia="zh-CN"/>
        </w:rPr>
        <w:t>　　1、教给学生正确的写字姿势（包括执笔姿势、坐姿、运笔技巧），使学生形成良好的写字习惯。</w:t>
      </w:r>
      <w:r>
        <w:rPr>
          <w:lang w:eastAsia="zh-CN"/>
        </w:rPr>
        <w:br/>
      </w:r>
      <w:r>
        <w:rPr>
          <w:lang w:eastAsia="zh-CN"/>
        </w:rPr>
        <w:t>　　2.认真上好每周一节的写字指导课，优化写字课堂教学，在教学中要做到训练有度，在教学内容上注意由简到繁，由易到难，使学生体验到书写的乐趣，树立信心。</w:t>
      </w:r>
      <w:r>
        <w:rPr>
          <w:lang w:eastAsia="zh-CN"/>
        </w:rPr>
        <w:br/>
      </w:r>
      <w:r>
        <w:rPr>
          <w:lang w:eastAsia="zh-CN"/>
        </w:rPr>
        <w:t>　　3.重视写字课教学，先讲后练，提示注意点，再让学生去练习，使学生的练习能够有章可循，从而提高写字水平。</w:t>
      </w:r>
      <w:r>
        <w:rPr>
          <w:lang w:eastAsia="zh-CN"/>
        </w:rPr>
        <w:br/>
      </w:r>
      <w:r>
        <w:rPr>
          <w:lang w:eastAsia="zh-CN"/>
        </w:rPr>
        <w:t>　　在写字教学中，我根据现代教学理念，以学生为中心，教师指导。学生先观察，让学生自己去分析，去总结，学生评价自己和他人的写字成绩。这样学生成为了写字教学的主体，有学习的自主权利，通过生生之间的评价、教师的评价还能够感觉到自己的点滴的进步，享受到写字的快乐。</w:t>
      </w:r>
      <w:r>
        <w:rPr>
          <w:lang w:eastAsia="zh-CN"/>
        </w:rPr>
        <w:br/>
      </w:r>
      <w:r>
        <w:rPr>
          <w:lang w:eastAsia="zh-CN"/>
        </w:rPr>
        <w:t>　　五、教学安排</w:t>
      </w:r>
      <w:r>
        <w:rPr>
          <w:lang w:eastAsia="zh-CN"/>
        </w:rPr>
        <w:br/>
      </w:r>
      <w:r>
        <w:rPr>
          <w:lang w:eastAsia="zh-CN"/>
        </w:rPr>
        <w:t xml:space="preserve">    关于二年级体育上册教学计划 篇14 </w:t>
      </w:r>
      <w:r>
        <w:rPr>
          <w:lang w:eastAsia="zh-CN"/>
        </w:rPr>
        <w:br/>
      </w:r>
      <w:r>
        <w:rPr>
          <w:lang w:eastAsia="zh-CN"/>
        </w:rPr>
        <w:t>　　一、 学情分析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本学期是我执教二年级的(2)班的第一学期，共有学生40人。二年级的学生大部分在一年级的英语训练过程中，已经有了一定的英语知识的掌握。但在英语基础学习中还需要更多的训练，更多语感和语言环境的创设，为了让孩子养成正确良好的学习习惯，学习方法和技能技巧，让每个孩子大胆自信的说英语，我尽可能多的注意孩子英语口语训练，尽可能多的创设英语语言环境，在教学中创设情景教学和游戏教学，在此基础上灌输英语知识，提高英语学习兴趣。针对本学期新转来的13位同学,由于学习英语进度的不同,跟不上大部分学生，因此需要分组进行有针对性的英语教学,使新来的学生有足够的信心张嘴说英语,对于好学生能积极培养。</w:t>
      </w:r>
      <w:r>
        <w:rPr>
          <w:lang w:eastAsia="zh-CN"/>
        </w:rPr>
        <w:br/>
      </w:r>
      <w:r>
        <w:rPr>
          <w:lang w:eastAsia="zh-CN"/>
        </w:rPr>
        <w:t>　　二、 教材分析</w:t>
      </w:r>
      <w:r>
        <w:rPr>
          <w:lang w:eastAsia="zh-CN"/>
        </w:rPr>
        <w:br/>
      </w:r>
      <w:r>
        <w:rPr>
          <w:lang w:eastAsia="zh-CN"/>
        </w:rPr>
        <w:t>　　儿童英语第四册是提供小学二年级上册使用的，本书设计新颖，内容生动有趣，符合儿童的身心发展。通过结合歌谣、歌曲和游戏的学习，相信会提高学生学习英语的兴趣。当然本学期学习的内容也有一定的难度，因此需要结合多种教学方法进行有趣的课堂。同时，我们也会系统学习英语字母和一些字母歌谣，为以后学生学习，记忆单词打下基础。</w:t>
      </w:r>
      <w:r>
        <w:rPr>
          <w:lang w:eastAsia="zh-CN"/>
        </w:rPr>
        <w:br/>
      </w:r>
      <w:r>
        <w:rPr>
          <w:lang w:eastAsia="zh-CN"/>
        </w:rPr>
        <w:t>　　三、 教学方法</w:t>
      </w:r>
      <w:r>
        <w:rPr>
          <w:lang w:eastAsia="zh-CN"/>
        </w:rPr>
        <w:br/>
      </w:r>
      <w:r>
        <w:rPr>
          <w:lang w:eastAsia="zh-CN"/>
        </w:rPr>
        <w:t>　　1. 加强字母的认读，书写的规范，简单单词的拼读并根据书中出现的知识，结合学生的实际生活创设多种清情景，使学生在较为真实的情境中理解和掌握知识，并在特定的环境中加以运用。</w:t>
      </w:r>
      <w:r>
        <w:rPr>
          <w:lang w:eastAsia="zh-CN"/>
        </w:rPr>
        <w:br/>
      </w:r>
      <w:r>
        <w:rPr>
          <w:lang w:eastAsia="zh-CN"/>
        </w:rPr>
        <w:t>　　2.</w:t>
      </w:r>
    </w:p>
    <w:p w:rsidR="001B1F19" w14:textId="27C3F48A">
      <w:pPr>
        <w:rPr>
          <w:rFonts w:hint="eastAsia"/>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xml:space="preserve"> 在教授新课的过程中，我会不断巩固旧知，新旧结合，让学生在学生新知识的情况下，也复习了以前的知识，有利于学生为以后的知识打下基础，将所学的知识加以灵活自由的运用，从而达到学以致用的目的。</w:t>
      </w:r>
      <w:r>
        <w:rPr>
          <w:lang w:eastAsia="zh-CN"/>
        </w:rPr>
        <w:br/>
      </w:r>
      <w:r>
        <w:rPr>
          <w:lang w:eastAsia="zh-CN"/>
        </w:rPr>
        <w:t>　　3. 主要采用情景教学法和游戏教学，让学生在英语课堂中感受到英语的乐趣。同时采用分层教学法，针对不同程度的学生在课堂上制定不同的学习任务，完成不同要求的课堂练习，课后作业，达到不同的学习目标。</w:t>
      </w:r>
      <w:r>
        <w:rPr>
          <w:lang w:eastAsia="zh-CN"/>
        </w:rPr>
        <w:br/>
      </w:r>
      <w:r>
        <w:rPr>
          <w:lang w:eastAsia="zh-CN"/>
        </w:rPr>
        <w:t>　　4. 课堂上采用积极有效的课堂评价，做到每课一评，如：Which group is the best? 这样做有利于集中学生的注意力，同时对表现好的学生给予奖励。</w:t>
      </w:r>
      <w:r>
        <w:rPr>
          <w:lang w:eastAsia="zh-CN"/>
        </w:rPr>
        <w:br/>
      </w:r>
      <w:r>
        <w:rPr>
          <w:lang w:eastAsia="zh-CN"/>
        </w:rPr>
        <w:t>　　5. 学生间开展互帮互助活动，定期安排成绩较好的学生带领其他学生朗读课文，表演等，动员全体学生争做小老师，主动帮助学习上有一定困难的学生，共同进步。</w:t>
      </w:r>
      <w:r>
        <w:rPr>
          <w:lang w:eastAsia="zh-CN"/>
        </w:rPr>
        <w:br/>
      </w:r>
      <w:r>
        <w:rPr>
          <w:lang w:eastAsia="zh-CN"/>
        </w:rPr>
        <w:t>　　四、 教学目的</w:t>
      </w:r>
      <w:r>
        <w:rPr>
          <w:lang w:eastAsia="zh-CN"/>
        </w:rPr>
        <w:br/>
      </w:r>
      <w:r>
        <w:rPr>
          <w:lang w:eastAsia="zh-CN"/>
        </w:rPr>
        <w:t>　　1. 培养学生的语感和节奏感，提高学生学习英语的兴趣。</w:t>
      </w:r>
      <w:r>
        <w:rPr>
          <w:lang w:eastAsia="zh-CN"/>
        </w:rPr>
        <w:br/>
      </w:r>
      <w:r>
        <w:rPr>
          <w:lang w:eastAsia="zh-CN"/>
        </w:rPr>
        <w:t>　　2. 提高发音的正确性，学习应用日常用语。</w:t>
      </w:r>
      <w:r>
        <w:rPr>
          <w:lang w:eastAsia="zh-CN"/>
        </w:rPr>
        <w:br/>
      </w:r>
      <w:r>
        <w:rPr>
          <w:lang w:eastAsia="zh-CN"/>
        </w:rPr>
        <w:t>　　五、 教学重难点</w:t>
      </w:r>
      <w:r>
        <w:rPr>
          <w:lang w:eastAsia="zh-CN"/>
        </w:rPr>
        <w:br/>
      </w:r>
      <w:r>
        <w:rPr>
          <w:lang w:eastAsia="zh-CN"/>
        </w:rPr>
        <w:t>　　1. 重点强化对知识在日常生活中的运用。</w:t>
      </w:r>
      <w:r>
        <w:rPr>
          <w:lang w:eastAsia="zh-CN"/>
        </w:rPr>
        <w:br/>
      </w:r>
      <w:r>
        <w:rPr>
          <w:lang w:eastAsia="zh-CN"/>
        </w:rPr>
        <w:t>　　2. 重点强化对知识的掌握性，让学生多听多说。</w:t>
      </w:r>
      <w:r>
        <w:rPr>
          <w:lang w:eastAsia="zh-CN"/>
        </w:rPr>
        <w:br/>
      </w:r>
      <w:r>
        <w:rPr>
          <w:lang w:eastAsia="zh-CN"/>
        </w:rPr>
        <w:t>　　六、 教学措施</w:t>
      </w:r>
      <w:r>
        <w:rPr>
          <w:lang w:eastAsia="zh-CN"/>
        </w:rPr>
        <w:br/>
      </w:r>
      <w:r>
        <w:rPr>
          <w:lang w:eastAsia="zh-CN"/>
        </w:rPr>
        <w:t>　　首先，要求学生能运用语言进行日常对话练习，创造一个英语的氛围，突破训练口语的表达。由于他们处于小学基础教育低段，所以要求学生要养成良好的学习习惯，并注重语法知识的灌输。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8"/>
          <w:cols w:space="425"/>
          <w:titlePg w:val="0"/>
          <w:docGrid w:type="lines" w:linePitch="312"/>
        </w:sectPr>
      </w:pPr>
      <w:r>
        <w:rPr>
          <w:lang w:eastAsia="zh-CN"/>
        </w:rPr>
        <w:t>　　其次，口语教学工作。每天与学生进行日常对话练习，培养学生说英语的自信心。同时要掌握英语字母，为以后的学习打下基础。积极为孩子创造一个轻松、愉悦有趣的英语会话环境。</w:t>
      </w:r>
      <w:r>
        <w:rPr>
          <w:lang w:eastAsia="zh-CN"/>
        </w:rPr>
        <w:br/>
      </w:r>
      <w:r>
        <w:rPr>
          <w:lang w:eastAsia="zh-CN"/>
        </w:rPr>
        <w:t>　　最后是对基础较差的同学进行特别辅导，针对英语基础进行补充灌输，争取全班共同进步。</w:t>
      </w:r>
      <w:r>
        <w:rPr>
          <w:lang w:eastAsia="zh-CN"/>
        </w:rPr>
        <w:br/>
      </w:r>
      <w:r>
        <w:rPr>
          <w:lang w:eastAsia="zh-CN"/>
        </w:rPr>
        <w:t xml:space="preserve">    关于二年级体育上册教学计划 篇15 </w:t>
      </w:r>
      <w:r>
        <w:rPr>
          <w:lang w:eastAsia="zh-CN"/>
        </w:rPr>
        <w:br/>
      </w:r>
      <w:r>
        <w:rPr>
          <w:lang w:eastAsia="zh-CN"/>
        </w:rPr>
        <w:t>　　一、指导思想</w:t>
      </w:r>
      <w:r>
        <w:rPr>
          <w:lang w:eastAsia="zh-CN"/>
        </w:rPr>
        <w:br/>
      </w:r>
      <w:r>
        <w:rPr>
          <w:lang w:eastAsia="zh-CN"/>
        </w:rPr>
        <w:t>　　认真执行《全民国防教育法》，落实地区、县有关国防教育的规定，弘扬爱国主义教育主旋律，对学生系统进行国防知识教育，特制定我校国防教育计划：</w:t>
      </w:r>
      <w:r>
        <w:rPr>
          <w:lang w:eastAsia="zh-CN"/>
        </w:rPr>
        <w:br/>
      </w:r>
      <w:r>
        <w:rPr>
          <w:lang w:eastAsia="zh-CN"/>
        </w:rPr>
        <w:t>　　二、主要任务</w:t>
      </w:r>
      <w:r>
        <w:rPr>
          <w:lang w:eastAsia="zh-CN"/>
        </w:rPr>
        <w:br/>
      </w:r>
      <w:r>
        <w:rPr>
          <w:lang w:eastAsia="zh-CN"/>
        </w:rPr>
        <w:t>　　1.营造国防教育浓厚氛围，普及国防教育，进一步增强师生的国防意识，培养学生爱国、爱军、崇武思想和组织纪律性，从小树立建设和保卫祖国的志向。</w:t>
      </w:r>
      <w:r>
        <w:rPr>
          <w:lang w:eastAsia="zh-CN"/>
        </w:rPr>
        <w:br/>
      </w:r>
      <w:r>
        <w:rPr>
          <w:lang w:eastAsia="zh-CN"/>
        </w:rPr>
        <w:t>　　2.加强国防教育师资的培养，提高教师国防教育水平。</w:t>
      </w:r>
      <w:r>
        <w:rPr>
          <w:lang w:eastAsia="zh-CN"/>
        </w:rPr>
        <w:br/>
      </w:r>
      <w:r>
        <w:rPr>
          <w:lang w:eastAsia="zh-CN"/>
        </w:rPr>
        <w:t>　　3.创新国防教育，在过去国防教育的基础上，使学校国防教育上水平。</w:t>
      </w:r>
      <w:r>
        <w:rPr>
          <w:lang w:eastAsia="zh-CN"/>
        </w:rPr>
        <w:br/>
      </w:r>
      <w:r>
        <w:rPr>
          <w:lang w:eastAsia="zh-CN"/>
        </w:rPr>
        <w:t>　　三、具体工作</w:t>
      </w:r>
      <w:r>
        <w:rPr>
          <w:lang w:eastAsia="zh-CN"/>
        </w:rPr>
        <w:br/>
      </w:r>
      <w:r>
        <w:rPr>
          <w:lang w:eastAsia="zh-CN"/>
        </w:rPr>
        <w:t>　　1.营造国防教育氛围</w:t>
      </w:r>
      <w:r>
        <w:rPr>
          <w:lang w:eastAsia="zh-CN"/>
        </w:rPr>
        <w:br/>
      </w:r>
      <w:r>
        <w:rPr>
          <w:lang w:eastAsia="zh-CN"/>
        </w:rPr>
        <w:t>　　（1）组织学生学习《国防教育法》，进一步提高全学生加强和接受国防教育的认识和自觉性。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9"/>
          <w:cols w:space="425"/>
          <w:titlePg w:val="0"/>
          <w:docGrid w:type="lines" w:linePitch="312"/>
        </w:sectPr>
      </w:pPr>
      <w:r>
        <w:rPr>
          <w:lang w:eastAsia="zh-CN"/>
        </w:rPr>
        <w:t>　　（2）抓好国防教育环境布置，让国防教育气氛浓浓地布满学校、班级。</w:t>
      </w:r>
      <w:r>
        <w:rPr>
          <w:lang w:eastAsia="zh-CN"/>
        </w:rPr>
        <w:br/>
      </w:r>
      <w:r>
        <w:rPr>
          <w:lang w:eastAsia="zh-CN"/>
        </w:rPr>
        <w:t>　　（3）开展宣传教育，及时宣传和普及国防教育。</w:t>
      </w:r>
      <w:r>
        <w:rPr>
          <w:lang w:eastAsia="zh-CN"/>
        </w:rPr>
        <w:br/>
      </w:r>
      <w:r>
        <w:rPr>
          <w:lang w:eastAsia="zh-CN"/>
        </w:rPr>
        <w:t>　　2.上好国防知识课，让国防教育进入教材，进入课堂。</w:t>
      </w:r>
      <w:r>
        <w:rPr>
          <w:lang w:eastAsia="zh-CN"/>
        </w:rPr>
        <w:br/>
      </w:r>
      <w:r>
        <w:rPr>
          <w:lang w:eastAsia="zh-CN"/>
        </w:rPr>
        <w:t>　　（1）做好“认真、规范、求新、研究”八字文章。提高国防教育课堂教学质量。</w:t>
      </w:r>
      <w:r>
        <w:rPr>
          <w:lang w:eastAsia="zh-CN"/>
        </w:rPr>
        <w:br/>
      </w:r>
      <w:r>
        <w:rPr>
          <w:lang w:eastAsia="zh-CN"/>
        </w:rPr>
        <w:t>　　3.发展和完善国防教育阵地和载体，充分发挥教育作用，增强教育实效。</w:t>
      </w:r>
      <w:r>
        <w:rPr>
          <w:lang w:eastAsia="zh-CN"/>
        </w:rPr>
        <w:br/>
      </w:r>
      <w:r>
        <w:rPr>
          <w:lang w:eastAsia="zh-CN"/>
        </w:rPr>
        <w:t>　　（1）组织好“学军、爱军、拥军小组”活动，让学生在社会实践活动中体验、磨炼，提高实践活动。</w:t>
      </w:r>
      <w:r>
        <w:rPr>
          <w:lang w:eastAsia="zh-CN"/>
        </w:rPr>
        <w:br/>
      </w:r>
      <w:r>
        <w:rPr>
          <w:lang w:eastAsia="zh-CN"/>
        </w:rPr>
        <w:t>　　4.积极开展国防教育活动</w:t>
      </w:r>
      <w:r>
        <w:rPr>
          <w:lang w:eastAsia="zh-CN"/>
        </w:rPr>
        <w:br/>
      </w:r>
      <w:r>
        <w:rPr>
          <w:lang w:eastAsia="zh-CN"/>
        </w:rPr>
        <w:t>　　（1）每月举行一次国防教育主题活动，富教育于活动之中。</w:t>
      </w:r>
      <w:r>
        <w:rPr>
          <w:lang w:eastAsia="zh-CN"/>
        </w:rPr>
        <w:br/>
      </w:r>
      <w:r>
        <w:rPr>
          <w:lang w:eastAsia="zh-CN"/>
        </w:rPr>
        <w:t>　　（2）求实效，重培养，增强学生的主动性，提高学生活动能力和自我教育能力。</w:t>
      </w:r>
      <w:r>
        <w:rPr>
          <w:lang w:eastAsia="zh-CN"/>
        </w:rPr>
        <w:br/>
      </w:r>
      <w:r>
        <w:rPr>
          <w:lang w:eastAsia="zh-CN"/>
        </w:rPr>
        <w:t xml:space="preserve">    关于二年级体育上册教学计划 篇16 </w:t>
      </w:r>
      <w:r>
        <w:rPr>
          <w:lang w:eastAsia="zh-CN"/>
        </w:rPr>
        <w:br/>
      </w:r>
      <w:r>
        <w:rPr>
          <w:lang w:eastAsia="zh-CN"/>
        </w:rPr>
        <w:t>　　一、教学的总体目标：</w:t>
      </w:r>
      <w:r>
        <w:rPr>
          <w:lang w:eastAsia="zh-CN"/>
        </w:rPr>
        <w:br/>
      </w:r>
      <w:r>
        <w:rPr>
          <w:lang w:eastAsia="zh-CN"/>
        </w:rPr>
        <w:t>　　1、使学生初步认识自己的身体和掌握锻炼身体的简单知识及方法，学会一些体育卫生保健和安全常识，培养认真锻炼身体的态度。</w:t>
      </w:r>
      <w:r>
        <w:rPr>
          <w:lang w:eastAsia="zh-CN"/>
        </w:rPr>
        <w:br/>
      </w:r>
      <w:r>
        <w:rPr>
          <w:lang w:eastAsia="zh-CN"/>
        </w:rPr>
        <w:t>　　2、初步学习田径、体操、小球类、民族传统体育、舞蹈等项目的基本技术，掌握简单的运动技能，进一步发展学生素质，提高身体基本活动能力。</w:t>
      </w:r>
      <w:r>
        <w:rPr>
          <w:lang w:eastAsia="zh-CN"/>
        </w:rPr>
        <w:br/>
      </w:r>
      <w:r>
        <w:rPr>
          <w:lang w:eastAsia="zh-CN"/>
        </w:rPr>
        <w:t>　　3、“以学生为本，健康第一”是我们的目标。</w:t>
      </w:r>
      <w:r>
        <w:rPr>
          <w:lang w:eastAsia="zh-CN"/>
        </w:rPr>
        <w:br/>
      </w:r>
    </w:p>
    <w:p w:rsidR="001B1F19" w14:textId="27C3F48A">
      <w:pPr>
        <w:rPr>
          <w:rFonts w:hint="eastAsia"/>
          <w:lang w:eastAsia="zh-CN"/>
        </w:rPr>
      </w:pPr>
      <w:r>
        <w:rPr>
          <w:lang w:eastAsia="zh-CN"/>
        </w:rPr>
        <w:t>　　4、初步了解体育锻炼对身体健康的良好作用，懂得一些保护自身健康的简单常识和方法，初步养成良好的习惯。</w:t>
      </w:r>
      <w:r>
        <w:rPr>
          <w:lang w:eastAsia="zh-CN"/>
        </w:rPr>
        <w:br/>
      </w:r>
      <w:r>
        <w:rPr>
          <w:lang w:eastAsia="zh-CN"/>
        </w:rPr>
        <w:t>　　5、了解一些基本动作、游戏和韵律活动的方法，能保持正确的身体姿势，具备初步的发展身体素质的基础和基本活动的能力。</w:t>
      </w:r>
      <w:r>
        <w:rPr>
          <w:lang w:eastAsia="zh-CN"/>
        </w:rPr>
        <w:br/>
      </w:r>
      <w:r>
        <w:rPr>
          <w:lang w:eastAsia="zh-CN"/>
        </w:rPr>
        <w:t>　　6、能感受和体验参加体育活动的乐趣，在体育活动中能促进学生体质健康发展、激励学生积极进行身体锻炼的教育手段，是学生体质健康的个体评价标准。</w:t>
      </w:r>
      <w:r>
        <w:rPr>
          <w:lang w:eastAsia="zh-CN"/>
        </w:rPr>
        <w:br/>
      </w:r>
      <w:r>
        <w:rPr>
          <w:lang w:eastAsia="zh-CN"/>
        </w:rPr>
        <w:t>　　二、本学期学习主要内容：</w:t>
      </w:r>
      <w:r>
        <w:rPr>
          <w:lang w:eastAsia="zh-CN"/>
        </w:rPr>
        <w:br/>
      </w:r>
      <w:r>
        <w:rPr>
          <w:lang w:eastAsia="zh-CN"/>
        </w:rPr>
        <w:t>　　走和跑：</w:t>
      </w:r>
      <w:r>
        <w:rPr>
          <w:lang w:eastAsia="zh-CN"/>
        </w:rPr>
        <w:br/>
      </w:r>
      <w:r>
        <w:rPr>
          <w:lang w:eastAsia="zh-CN"/>
        </w:rPr>
        <w:t>　　能知道走和跑的正确方法和正确姿势。</w:t>
      </w:r>
      <w:r>
        <w:rPr>
          <w:lang w:eastAsia="zh-CN"/>
        </w:rPr>
        <w:br/>
      </w:r>
      <w:r>
        <w:rPr>
          <w:lang w:eastAsia="zh-CN"/>
        </w:rPr>
        <w:t>　　能做到眼看前方标志物前脚掌着地的自然快跑。</w:t>
      </w:r>
      <w:r>
        <w:rPr>
          <w:lang w:eastAsia="zh-CN"/>
        </w:rPr>
        <w:br/>
      </w:r>
      <w:r>
        <w:rPr>
          <w:lang w:eastAsia="zh-CN"/>
        </w:rPr>
        <w:t>　　乐于反复练习，并在练习中获得心理上的满足。</w:t>
      </w:r>
      <w:r>
        <w:rPr>
          <w:lang w:eastAsia="zh-CN"/>
        </w:rPr>
        <w:br/>
      </w:r>
      <w:r>
        <w:rPr>
          <w:lang w:eastAsia="zh-CN"/>
        </w:rPr>
        <w:t>　　跳跃：</w:t>
      </w:r>
      <w:r>
        <w:rPr>
          <w:lang w:eastAsia="zh-CN"/>
        </w:rPr>
        <w:br/>
      </w:r>
      <w:r>
        <w:rPr>
          <w:lang w:eastAsia="zh-CN"/>
        </w:rPr>
        <w:t>　　能知道前脚掌起跳、双脚同时轻巧落地的跳跃方法。</w:t>
      </w:r>
      <w:r>
        <w:rPr>
          <w:lang w:eastAsia="zh-CN"/>
        </w:rPr>
        <w:br/>
      </w:r>
      <w:r>
        <w:rPr>
          <w:lang w:eastAsia="zh-CN"/>
        </w:rPr>
        <w:t>　　能做出前脚掌用力蹬地起跳、双脚轻巧落地的动作，做到正确、熟练、协调。</w:t>
      </w:r>
      <w:r>
        <w:rPr>
          <w:lang w:eastAsia="zh-CN"/>
        </w:rPr>
        <w:br/>
      </w:r>
      <w:r>
        <w:rPr>
          <w:lang w:eastAsia="zh-CN"/>
        </w:rPr>
        <w:t>　　学生练习灵敏、果断，能克服困难。</w:t>
      </w:r>
      <w:r>
        <w:rPr>
          <w:lang w:eastAsia="zh-CN"/>
        </w:rPr>
        <w:br/>
      </w:r>
      <w:r>
        <w:rPr>
          <w:lang w:eastAsia="zh-CN"/>
        </w:rPr>
        <w:t>　　投掷：</w:t>
      </w:r>
      <w:r>
        <w:rPr>
          <w:lang w:eastAsia="zh-CN"/>
        </w:rPr>
        <w:br/>
      </w:r>
      <w:r>
        <w:rPr>
          <w:lang w:eastAsia="zh-CN"/>
        </w:rPr>
        <w:t>　　能知道肩上屈肘、自然挥臂的动作要领。</w:t>
      </w:r>
      <w:r>
        <w:rPr>
          <w:lang w:eastAsia="zh-CN"/>
        </w:rPr>
        <w:br/>
      </w:r>
      <w:r>
        <w:rPr>
          <w:lang w:eastAsia="zh-CN"/>
        </w:rPr>
        <w:t>　　能做出肩上屈肘、自然挥臂的投掷动作，做到挥臂动作正确、协调学生在练习中表现出勇敢顽强和克服困难的品质，具有一定的自我保护意识，通过观察能发表自己的见解，相互交流，相互帮助。</w:t>
      </w:r>
      <w:r>
        <w:rPr>
          <w:lang w:eastAsia="zh-CN"/>
        </w:rPr>
        <w:br/>
      </w:r>
      <w:r>
        <w:rPr>
          <w:lang w:eastAsia="zh-CN"/>
        </w:rPr>
        <w:t>　　韵律活动和舞蹈：</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https://d.book118.com/615010313011011111</w:t>
        </w:r>
      </w:hyperlink>
    </w:p>
    <w:p w:rsidR="001B1F19">
      <w:pPr>
        <w:rPr>
          <w:rFonts w:hint="eastAsia"/>
          <w:lang w:eastAsia="zh-CN"/>
        </w:rPr>
      </w:pPr>
    </w:p>
    <w:sectPr>
      <w:type w:val="nextPage"/>
      <w:pgSz w:w="11906" w:h="16838"/>
      <w:pgMar w:top="1440" w:right="1800" w:bottom="1440" w:left="1800" w:header="851" w:footer="992" w:gutter="0"/>
      <w:pgNumType w:start="4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615010313011011111"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54</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