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2024法制宣传总结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2024法制宣传总结_法制宣传活动总结（精选30篇）</w:t>
      </w:r>
      <w:r>
        <w:rPr>
          <w:lang w:eastAsia="zh-CN"/>
        </w:rPr>
        <w:br/>
      </w:r>
      <w:r>
        <w:rPr>
          <w:lang w:eastAsia="zh-CN"/>
        </w:rPr>
        <w:t xml:space="preserve">    2024法制宣传总结_法制宣传活动总结 篇1 </w:t>
      </w:r>
      <w:r>
        <w:rPr>
          <w:lang w:eastAsia="zh-CN"/>
        </w:rPr>
        <w:br/>
      </w:r>
      <w:r>
        <w:rPr>
          <w:lang w:eastAsia="zh-CN"/>
        </w:rPr>
        <w:t>　　上半年以来，我们认真贯彻执行五五普法规划，扎实开展法制宣传活动。具体工作汇报如下：</w:t>
      </w:r>
      <w:r>
        <w:rPr>
          <w:lang w:eastAsia="zh-CN"/>
        </w:rPr>
        <w:br/>
      </w:r>
      <w:r>
        <w:rPr>
          <w:lang w:eastAsia="zh-CN"/>
        </w:rPr>
        <w:t>　　一、及时传达省市会议精神</w:t>
      </w:r>
      <w:r>
        <w:rPr>
          <w:lang w:eastAsia="zh-CN"/>
        </w:rPr>
        <w:br/>
      </w:r>
      <w:r>
        <w:rPr>
          <w:lang w:eastAsia="zh-CN"/>
        </w:rPr>
        <w:t>　　首先是向区分管领导汇报省市会议精神及今年的工作打算，争取区领导对法制宣传工作的支持。其次是召开各乡镇司法所长及普法联络员工作会议，并与各乡镇和区法制宣传教育工作协调指导小组各成员单位签订全</w:t>
      </w:r>
      <w:r>
        <w:rPr>
          <w:lang w:eastAsia="zh-CN"/>
        </w:rPr>
        <w:br/>
      </w:r>
      <w:r>
        <w:rPr>
          <w:lang w:eastAsia="zh-CN"/>
        </w:rPr>
        <w:t>　　年目标责任状，对全年工作进行部署，落实责任，分解任务。</w:t>
      </w:r>
      <w:r>
        <w:rPr>
          <w:lang w:eastAsia="zh-CN"/>
        </w:rPr>
        <w:br/>
      </w:r>
      <w:r>
        <w:rPr>
          <w:lang w:eastAsia="zh-CN"/>
        </w:rPr>
        <w:t>　　二、结合实际，制定20__年法制宣传工作意见</w:t>
      </w:r>
      <w:r>
        <w:rPr>
          <w:lang w:eastAsia="zh-CN"/>
        </w:rPr>
        <w:br/>
      </w:r>
      <w:r>
        <w:rPr>
          <w:lang w:eastAsia="zh-CN"/>
        </w:rPr>
        <w:t>　　今年2月份，我们根据省市会议精神，结合区情实际，认真制定《20__年法制宣传工作意见》，并将初稿发放给部分人大代表、政协委员，积极听取他们的意见和建议，使《意见》更具可操作性。并将联合区委宣传部向全区下发该文件。</w:t>
      </w:r>
      <w:r>
        <w:rPr>
          <w:lang w:eastAsia="zh-CN"/>
        </w:rPr>
        <w:br/>
      </w:r>
      <w:r>
        <w:rPr>
          <w:lang w:eastAsia="zh-CN"/>
        </w:rPr>
        <w:t>　　三、强化制度建设，确保法制宣传教育工作的正常有序开展</w:t>
      </w:r>
      <w:r>
        <w:rPr>
          <w:lang w:eastAsia="zh-CN"/>
        </w:rPr>
        <w:br/>
      </w:r>
    </w:p>
    <w:p w:rsidR="001B1F19" w14:textId="0AE8485B">
      <w:pPr>
        <w:pStyle w:val="Heading1"/>
        <w:jc w:val="center"/>
        <w:rPr>
          <w:rFonts w:hint="eastAsia"/>
          <w:lang w:eastAsia="zh-CN"/>
        </w:rPr>
      </w:pPr>
      <w:r>
        <w:rPr>
          <w:sz w:val="44"/>
          <w:lang w:eastAsia="zh-CN"/>
        </w:rPr>
        <w:t>2024法制宣传总结</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2024法制宣传总结_法制宣传活动总结（精选30篇）</w:t>
      </w:r>
      <w:r>
        <w:rPr>
          <w:lang w:eastAsia="zh-CN"/>
        </w:rPr>
        <w:br/>
      </w:r>
      <w:r>
        <w:rPr>
          <w:lang w:eastAsia="zh-CN"/>
        </w:rPr>
        <w:t xml:space="preserve">    2024法制宣传总结_法制宣传活动总结 篇1 </w:t>
      </w:r>
      <w:r>
        <w:rPr>
          <w:lang w:eastAsia="zh-CN"/>
        </w:rPr>
        <w:br/>
      </w:r>
      <w:r>
        <w:rPr>
          <w:lang w:eastAsia="zh-CN"/>
        </w:rPr>
        <w:t>　　上半年以来，我们认真贯彻执行五五普法规划，扎实开展法制宣传活动。具体工作汇报如下：</w:t>
      </w:r>
      <w:r>
        <w:rPr>
          <w:lang w:eastAsia="zh-CN"/>
        </w:rPr>
        <w:br/>
      </w:r>
      <w:r>
        <w:rPr>
          <w:lang w:eastAsia="zh-CN"/>
        </w:rPr>
        <w:t>　　一、及时传达省市会议精神</w:t>
      </w:r>
      <w:r>
        <w:rPr>
          <w:lang w:eastAsia="zh-CN"/>
        </w:rPr>
        <w:br/>
      </w:r>
      <w:r>
        <w:rPr>
          <w:lang w:eastAsia="zh-CN"/>
        </w:rPr>
        <w:t>　　首先是向区分管领导汇报省市会议精神及今年的工作打算，争取区领导对法制宣传工作的支持。其次是召开各乡镇司法所长及普法联络员工作会议，并与各乡镇和区法制宣传教育工作协调指导小组各成员单位签订全</w:t>
      </w:r>
      <w:r>
        <w:rPr>
          <w:lang w:eastAsia="zh-CN"/>
        </w:rPr>
        <w:br/>
      </w:r>
      <w:r>
        <w:rPr>
          <w:lang w:eastAsia="zh-CN"/>
        </w:rPr>
        <w:t>　　年目标责任状，对全年工作进行部署，落实责任，分解任务。</w:t>
      </w:r>
      <w:r>
        <w:rPr>
          <w:lang w:eastAsia="zh-CN"/>
        </w:rPr>
        <w:br/>
      </w:r>
      <w:r>
        <w:rPr>
          <w:lang w:eastAsia="zh-CN"/>
        </w:rPr>
        <w:t>　　二、结合实际，制定20__年法制宣传工作意见</w:t>
      </w:r>
      <w:r>
        <w:rPr>
          <w:lang w:eastAsia="zh-CN"/>
        </w:rPr>
        <w:br/>
      </w:r>
      <w:r>
        <w:rPr>
          <w:lang w:eastAsia="zh-CN"/>
        </w:rPr>
        <w:t>　　今年2月份，我们根据省市会议精神，结合区情实际，认真制定《20__年法制宣传工作意见》，并将初稿发放给部分人大代表、政协委员，积极听取他们的意见和建议，使《意见》更具可操作性。并将联合区委宣传部向全区下发该文件。</w:t>
      </w:r>
      <w:r>
        <w:rPr>
          <w:lang w:eastAsia="zh-CN"/>
        </w:rPr>
        <w:br/>
      </w:r>
      <w:r>
        <w:rPr>
          <w:lang w:eastAsia="zh-CN"/>
        </w:rPr>
        <w:t>　　三、强化制度建设，确保法制宣传教育工作的正常有序开展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年以来我们对以前的各项制度，进行了细化和完善，制定完善了领导干部学法制度、公务员学法考核制度、青少年法制教育基地规范、流动人口学法规范等各项学法制度，为我区法制宣传教育工作的正常有序开展提供了保证。</w:t>
      </w:r>
      <w:r>
        <w:rPr>
          <w:lang w:eastAsia="zh-CN"/>
        </w:rPr>
        <w:br/>
      </w:r>
      <w:r>
        <w:rPr>
          <w:lang w:eastAsia="zh-CN"/>
        </w:rPr>
        <w:t>　　四、形式多样，氛围浓烈，提高法制宣传教育工作的实际效果</w:t>
      </w:r>
      <w:r>
        <w:rPr>
          <w:lang w:eastAsia="zh-CN"/>
        </w:rPr>
        <w:br/>
      </w:r>
      <w:r>
        <w:rPr>
          <w:lang w:eastAsia="zh-CN"/>
        </w:rPr>
        <w:t>　　月份，要求各乡镇紧紧抓住春节期间流动人口集中返乡之机，通过文艺演出、发放宣传资料、组织司法、计生人员进村入户、召开大规模流动人口迎春座谈会等手段多形式开展计生法律法规宣传活动。2月初，联合地税局积极开展《营业税条例》的宣传活动。2月20日上午，参加一书五长巡回接访活动。活动重点围绕涉法涉诉和农村常见矛盾纠纷进行相关法律法规宣传，活动现场接待群众咨询500余人，解决、答复群众反映各类涉法问题83件，散发《劳动合同法》、《公证法》、《物权法》、《土地承包法》、《信访条例》、《国土资源管理法》、《矿产资源法》、《基本农田保护条例》、《森林法》、《计划生育法》以及环保、城乡居民最低生活保障、当事人诉讼权利和义务、社会养老保险等法律法规政策宣传资料8000余份，交办相关单位调查处理18件。积极组织参加3.15消费者权益日宣传周活动。3月15日，全区组织工商、国税、地税、司法等近20个部门在农工商超市门前举行3.15消费者权益日广场法制宣传活动，共接待咨询群众近百人，发放宣传资料3000多份，解答群众涉法问题近20个，收到了较好的宣传效果。4月份，大力开展《江苏省发展新型墙体材料条例》宣传月活动，用版报、横幅以及电视、报纸等媒介，大张旗鼓地进行宣传，使《条例》内容深入人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1、报纸和电视台联动。不仅在《淮阴报》上把《条例》内容以知识问答的形式连载三期，而且电视台在中央1&amp;10套、盛市、区电视频道用字幕连续一周滚动宣传，做到全覆盖。</w:t>
      </w:r>
      <w:r>
        <w:rPr>
          <w:lang w:eastAsia="zh-CN"/>
        </w:rPr>
        <w:br/>
      </w:r>
      <w:r>
        <w:rPr>
          <w:lang w:eastAsia="zh-CN"/>
        </w:rPr>
        <w:t>　　2、标语和现场联动。在主要街道、工地、机关等地方悬挂标语47条，在最繁华、人员聚集的黄河广场进行现场咨询和宣传，发放《条例》和宣传资料200余份，扩展宣传的广度。</w:t>
      </w:r>
      <w:r>
        <w:rPr>
          <w:lang w:eastAsia="zh-CN"/>
        </w:rPr>
        <w:br/>
      </w:r>
      <w:r>
        <w:rPr>
          <w:lang w:eastAsia="zh-CN"/>
        </w:rPr>
        <w:t>　　3、城市和乡镇联动。除了在主城区加大宣传力度，还把触角延伸到乡镇，在各个街道、大道上悬挂标语，力求做到无死角。</w:t>
      </w:r>
      <w:r>
        <w:rPr>
          <w:lang w:eastAsia="zh-CN"/>
        </w:rPr>
        <w:br/>
      </w:r>
      <w:r>
        <w:rPr>
          <w:lang w:eastAsia="zh-CN"/>
        </w:rPr>
        <w:t>　　4、领导和民众联动。一方面派专人把《条例》送给各个乡镇主要领导和业务人员，并把《条例》主要精神简明扼要的书面向区、局领导汇报，另一方面深入机关、工地、广尝街道，接受宣传的广大民众达余人次，确保了宣传的深度和广度。为实施从今年5月起实行的新《消防法》和《防震减灾法》，4月30日，我区举办培训班，区委、常务副区长王向红亲临培训班，并对学员们提出明确要求。5月份，区司法局根据季节特点，特制万把法制宣传折扇，送发给学校、机关、乡镇近百个单位3000余人，造成很大的宣传阵势，广大群众对这种新的普法方法很感兴趣，一致要求象这种别开生面的普法形式要多搞一些。</w:t>
      </w:r>
      <w:r>
        <w:rPr>
          <w:lang w:eastAsia="zh-CN"/>
        </w:rPr>
        <w:br/>
      </w:r>
      <w:r>
        <w:rPr>
          <w:lang w:eastAsia="zh-CN"/>
        </w:rPr>
        <w:t>　　五、认真组织省级、区级民-主法治示范村民-主法治示范社区申报工作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月份，组织全区各乡镇申报区级民-主法治村45个。5月份，我局深入基层了解各村和社区的实际情况，从中择优选出王营镇越河村、西宋集镇新园村、凌桥乡李庵村、徐溜镇韩庄村和王营镇西坝社区五个单位作为第五批省级民-主法治示范村、民-主法治示范社区申报单位。申报单位确定后，我们深入各村，现场指导，帮助准备资料迎接省市检查验收。</w:t>
      </w:r>
      <w:r>
        <w:rPr>
          <w:lang w:eastAsia="zh-CN"/>
        </w:rPr>
        <w:br/>
      </w:r>
      <w:r>
        <w:rPr>
          <w:lang w:eastAsia="zh-CN"/>
        </w:rPr>
        <w:t>　　六、抓好领导干部和公务员学法</w:t>
      </w:r>
      <w:r>
        <w:rPr>
          <w:lang w:eastAsia="zh-CN"/>
        </w:rPr>
        <w:br/>
      </w:r>
      <w:r>
        <w:rPr>
          <w:lang w:eastAsia="zh-CN"/>
        </w:rPr>
        <w:t>　　坚持中心组学法制度。区委中心组在每月一次中心组学习中都安排法律法规的集中学习，并要求领导干部利用业余时间加强法律知识学习，以提高领导班子的法律素质、法治意识和依法决策能力。各乡镇、各部门认真开展了与本职工作密切相关的法律知识的学习培训，努力提高公务员依法行政能力。区人事局下发了《淮安市公务员五五普法习题集》近3000册，并把习题完成情况纳入公务员年终考核范围，使法律知识</w:t>
      </w:r>
      <w:r>
        <w:rPr>
          <w:lang w:eastAsia="zh-CN"/>
        </w:rPr>
        <w:br/>
      </w:r>
      <w:r>
        <w:rPr>
          <w:lang w:eastAsia="zh-CN"/>
        </w:rPr>
        <w:t>　　成为全区公务员的必学内容。</w:t>
      </w:r>
      <w:r>
        <w:rPr>
          <w:lang w:eastAsia="zh-CN"/>
        </w:rPr>
        <w:br/>
      </w:r>
      <w:r>
        <w:rPr>
          <w:lang w:eastAsia="zh-CN"/>
        </w:rPr>
        <w:t>　　七、落实青少年学法</w:t>
      </w:r>
      <w:r>
        <w:rPr>
          <w:lang w:eastAsia="zh-CN"/>
        </w:rPr>
        <w:br/>
      </w:r>
      <w:r>
        <w:rPr>
          <w:lang w:eastAsia="zh-CN"/>
        </w:rPr>
        <w:t>　　依托青少年法制教育基地，充分利用学校法制副校长和辅导员认真开展《未成年人保护-法》、《预防未成年犯罪法》《义务教育法》、《国旗法》、交通法律法规、禁毒教育等活动。为扎实推进青少年法制教育工作，6月2日-15日，区法制宣传教育领导小组办公室、区司法局特别邀请了对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少年法制教育工作具有丰富经验、江苏省法制宣传教育先进个人、义务普法宣传员潘恒球老先生到10多所学校进行义务宣讲活动，听课学生达多人。潘老针对青少年心理特点，以一个个发生在青少年身边以及校园内外的鲜活案例，深入剖析了青少年犯罪心理滋生的原因以及如何有效克服不良心理、预防犯罪等方面内容，听课学生深受教育。袁集初级中学扎实开展普法教育，以课堂教学为基础创造性地开展法制宣传教育，把法制教育与课堂教育相结合，在思想品德、社会等课程中渗透法制教育。</w:t>
      </w:r>
      <w:r>
        <w:rPr>
          <w:lang w:eastAsia="zh-CN"/>
        </w:rPr>
        <w:br/>
      </w:r>
      <w:r>
        <w:rPr>
          <w:lang w:eastAsia="zh-CN"/>
        </w:rPr>
        <w:t>　　八、加强企业经营管理人员学法培训</w:t>
      </w:r>
      <w:r>
        <w:rPr>
          <w:lang w:eastAsia="zh-CN"/>
        </w:rPr>
        <w:br/>
      </w:r>
      <w:r>
        <w:rPr>
          <w:lang w:eastAsia="zh-CN"/>
        </w:rPr>
        <w:t>　　围绕企业生产经营和改革发展，开展多种形式的法制教育和法制培训，提高企业经营管理人员和广大职工法律素质。区法院、司法局等部门深入企业，就企业有关法律问题进行解答，并对企业在经济交往中应当注意的法律问题提出建议。今年司法局还组织开展送法律进企业之企业法律咨询与风险防范系列活动。从今年3月1日至6月30日进行100天的法律服务活动进企业活动，组织律师、公证员、法律服务工作者深入全区200个企业，当好法律顾问，帮助企业科学应对金融危机、积极参与市场竞争、有效化解企业风险。服务内容包括：债权保全，债务清偿;征地拆迁，安置补偿;履行法律顾问职责;风险评估，企业清产核资、重组服务;面对金融危机法律服务;法律保障服务;公证等企业法律需求;劳动争议;法律援助。区质监局积极开展送法律法规进工地活动，组织人员对特种设备使用、安装单位进行《特种设备安全监察条例》、《特种设备质量监督与安全监察规定》等有关质量技术监督法律法规知识培训，开展特种设备法律咨询，增强特种设备使用、施工单位法律意识，提高特种设备管理水平及操作人员的法律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2024法制宣传总结_法制宣传活动总结 篇2 </w:t>
      </w:r>
      <w:r>
        <w:rPr>
          <w:lang w:eastAsia="zh-CN"/>
        </w:rPr>
        <w:br/>
      </w:r>
      <w:r>
        <w:rPr>
          <w:lang w:eastAsia="zh-CN"/>
        </w:rPr>
        <w:t>　　今年是法制宣传教育第四个五年规划的第_年，根据省国土资源厅和白山市国土资源局的部署，结合我市国土资源工作实际，在全市干部、群众中开展多层次、多渠道、全方位的法制宣传教育工作，现就开展法制宣传教育工作总结如下：</w:t>
      </w:r>
      <w:r>
        <w:rPr>
          <w:lang w:eastAsia="zh-CN"/>
        </w:rPr>
        <w:br/>
      </w:r>
      <w:r>
        <w:rPr>
          <w:lang w:eastAsia="zh-CN"/>
        </w:rPr>
        <w:t>　　一、加强组织领导，将全年法制宣传工作纳入工作日程</w:t>
      </w:r>
      <w:r>
        <w:rPr>
          <w:lang w:eastAsia="zh-CN"/>
        </w:rPr>
        <w:br/>
      </w:r>
      <w:r>
        <w:rPr>
          <w:lang w:eastAsia="zh-CN"/>
        </w:rPr>
        <w:t>　　为了抓好今年的法制宣传教育工作，局领导将这项工作纳入议事日程，列入目标管理，专门召开会议研究，并成立了法制宣传教育领导小组，根据临国资党发〔200_〕7号文件《关于印发法制宣传教育第四个五年规划的通知》的基础上，今年又以临国土资党发〔200_〕10号下发了关于印发《国土资源局200_年普法依法治理工作计划》的通知，方案明确了今年的法制教育宣传要坚持条块结合，系统为主，紧紧围绕保护和合理开发国土资源这一主线，采取多种有效形式进行宣传教育，通过宣传，进一步提高全市干部、群众贯彻国土资源法律法规的自觉性。</w:t>
      </w:r>
      <w:r>
        <w:rPr>
          <w:lang w:eastAsia="zh-CN"/>
        </w:rPr>
        <w:br/>
      </w:r>
      <w:r>
        <w:rPr>
          <w:lang w:eastAsia="zh-CN"/>
        </w:rPr>
        <w:t>　　二、制定措施，确保宣传教育工作的全面落实</w:t>
      </w:r>
      <w:r>
        <w:rPr>
          <w:lang w:eastAsia="zh-CN"/>
        </w:rPr>
        <w:br/>
      </w:r>
      <w:r>
        <w:rPr>
          <w:lang w:eastAsia="zh-CN"/>
        </w:rPr>
        <w:t>　　1、为保证法律法规的贯彻实施，我们在今年的工作中，采取了执法人员岗前培训，执法部门和人员制定岗位工作目标责任制，行政执法人员工作时必须随身自带行政执法证，签定责任状并制定了一票否决办法，成立了国土资源工作动态巡查领导小组，采取定期和抽查方式，对各类用地进行监督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按照《临江市国土资源局政务公开工作方案》。继续实行三牌上岗制度，为前来办事人员明示了工作人员的姓名和职权范围：二是实行第一责任人制度，前来办事人员到局里来遇见的第一人是第一责任人，第一责任人将办事群众领到有关科室;三是设立收费大厅和临江市国土资源局公开办事流程图，将办事标准和程序以监督举报电话向社会公开，增加办公透明度和社会监督力度。</w:t>
      </w:r>
      <w:r>
        <w:rPr>
          <w:lang w:eastAsia="zh-CN"/>
        </w:rPr>
        <w:br/>
      </w:r>
      <w:r>
        <w:rPr>
          <w:lang w:eastAsia="zh-CN"/>
        </w:rPr>
        <w:t>　　3、组织有关科室参加省、白山市局举办的法制培训学习，增强全局干部行政执法力度和工作水平。利用乡镇到市局统一开会时机，由各科长讲解《土地管理法》、《矿产资源法》、《行政处罚法》、《行政许可法》等有关法律法规，通过学习，使全市国土资源行政执法水平得以逐步提高。</w:t>
      </w:r>
      <w:r>
        <w:rPr>
          <w:lang w:eastAsia="zh-CN"/>
        </w:rPr>
        <w:br/>
      </w:r>
      <w:r>
        <w:rPr>
          <w:lang w:eastAsia="zh-CN"/>
        </w:rPr>
        <w:t>　　三、多层次、多渠道、全方位开展法制宣传工作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是在今年的法制宣传工作中突出宣传针对性，在对象区分上，按照机关干部、城镇农民、农村社员、中小学生分三个层次，在机关干部中突出合理开发和使用国土资源为内容的宣传;对城镇居民将国土资源有偿使用做为重点，在农村社员中突出以耕地保护、依法用地、开发复垦土地为中心的宣传;对中学生用上好国土观念教育为内容的国土资源一堂课，开展争当国土资源小卫士活动。通过宣传达到学校带动家庭，以家庭带动社会的目的。在内容安排上，根据农村季节用地情况，突出针对性宣传，在春耕生产期间，以《基本农田保护条例》、严禁土地摞荒为内容;在农村建房用地高峰季节，加大依法用地，严格审批程序的宣传;在矿山较多的乡镇，加大村屯执法采矿工作力度的宣传。为了进一步清理整顿土地市场工作力度，今年根据国家、省、白山市关于《进一步治理整顿土地市场秩序的通知》精神，我局成立了领导小组，抽掉了30余名业务骨干，分成5个工作小组，开展了对改变原土地使用用途、违法转让、出租等违法违规规定现象的清理，共清理改变原土地使用用途14户，面积为4.825.56平方米，清理转让土地使用权3宗，面积为5.345.10平方米，清理出租土地3宗，面积为2.890.00平方米，对清理出的问题，及时进行了整改，规范了土地市场秩序。在此基础上，又查处河道采沙8起，及采矿越界开采2起，共罚款4万元。二是坚持手段灵活性宣传，为了达到法制宣传效果，我们在宣传工作中融趣味性、思想性、知识性为一体，通过画廊、板报、文艺活动等群众喜闻乐见的宣传形式，达到潜移默化的教育效果。六道沟镇地处偏远山区，交通不便，宣传手段落后，给国土资源普法工作增加了工作难度。每逢周六赶集日，居住分散的山区农民从四面八方汇集至集市上，镇政府抓住这一有利时机，针对农村生产季节性强，农民思想文化差异大的特点，紧密结合当前农村备耕的生产实际，将《吉林省基本农田保护条例》制成展示板，沿街张贴保护耕地、依法用地宣传标语，使赶集农民举目可见土地宣传内容。通过宣传，进一步增强全镇群众的国土资源法律意识，使该镇的保护耕地，依法用地的自觉性大大增强，今年从未发生过违法批地、违法管地、违法用地现象。四是利用6.25土地日、3.19矿法宣传日、4.22地球日，宣传国土资源法律法规，在今年的集中宣传工作中，共播放市长讲话一次，广播讲座5讲，召开座谈会一次，制做展示板20块，永久性标语23块，小学生上街宣传100余人，发放宣传单20__余张。通过宣传，提高全市居民对法律法规的认识，基本形成了依法有偿使用国土资源的目的，全市居民知识率达90%以上，达到了预期的效果。</w:t>
      </w:r>
      <w:r>
        <w:rPr>
          <w:lang w:eastAsia="zh-CN"/>
        </w:rPr>
        <w:br/>
      </w:r>
      <w:r>
        <w:rPr>
          <w:lang w:eastAsia="zh-CN"/>
        </w:rPr>
        <w:t xml:space="preserve">    2024法制宣传总结_法制宣传活动总结 篇3 </w:t>
      </w:r>
      <w:r>
        <w:rPr>
          <w:lang w:eastAsia="zh-CN"/>
        </w:rPr>
        <w:br/>
      </w:r>
      <w:r>
        <w:rPr>
          <w:lang w:eastAsia="zh-CN"/>
        </w:rPr>
        <w:t>　　为了确保活动的针对性、学校结合学校自身实际，认真研究制定《砚山县一小20__年综治维稳法制宣传月活动方案》，明确以倡导见义勇为，弘扬社会正气为主题，在广大师生中广泛宣传见义勇为典范，促进全体师生关心关爱、关怀见义勇为人员的宣传活动内容。</w:t>
      </w:r>
      <w:r>
        <w:rPr>
          <w:lang w:eastAsia="zh-CN"/>
        </w:rPr>
        <w:br/>
      </w:r>
      <w:r>
        <w:rPr>
          <w:lang w:eastAsia="zh-CN"/>
        </w:rPr>
        <w:t>　　为了在广大师生中广泛宣传见义勇为典范，促进全体师生关心关爱、关怀见义勇为人员，倡导见义勇为，匡扶正义，弘扬社会正气，推进社会和谐稳定健康发展。3月7日，在周一升旗仪式上县一小以三月法制宣传月、三八国际妇女节、消费者权益保护日和世界水日为契机，紧紧围绕倡导见义勇为，弘扬社会正气这一宣传主题，拉开了综治维稳法制宣传月活动的序幕。</w:t>
      </w:r>
      <w:r>
        <w:rPr>
          <w:lang w:eastAsia="zh-CN"/>
        </w:rPr>
        <w:br/>
      </w:r>
      <w:r>
        <w:rPr>
          <w:lang w:eastAsia="zh-CN"/>
        </w:rPr>
        <w:t>　　一、全校上下联动，精心组织确保活动的实效性。</w:t>
      </w:r>
      <w:r>
        <w:rPr>
          <w:lang w:eastAsia="zh-CN"/>
        </w:rPr>
        <w:br/>
      </w:r>
      <w:r>
        <w:rPr>
          <w:lang w:eastAsia="zh-CN"/>
        </w:rPr>
        <w:t>　　为确保本次活动的实效性，学校领导班子、年级组均作了具体的分工，形成上下联动机制。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是德育处通过周一升旗仪式的《国旗下的讲话》、校园广播、班级板报、制作宣传标语、制作宣传板报等宣传形式，对学生广泛宣传《让新时代英雄永驻人间》(20__年度云南省见义勇为先进集体和先进个人的简要事迹)，大力宣传陶恂、杨玉禄为下井救人光荣献身、陈锐走亲戚时奋勇扑灭山火光荣献身、朱家伟从水塘中救出2名落水儿童后光荣献身、铁飞燕勇救遇险工人、周家德为制止抢劫勇擒歹徒被砍伤、周鑫凌晨下水救人</w:t>
      </w:r>
      <w:r>
        <w:rPr>
          <w:lang w:eastAsia="zh-CN"/>
        </w:rPr>
        <w:t xml:space="preserve"> 不幸光荣献身的先进事迹，促进全体师生关心关爱、关怀见义勇为人员。</w:t>
      </w:r>
      <w:r>
        <w:rPr>
          <w:lang w:eastAsia="zh-CN"/>
        </w:rPr>
        <w:br/>
      </w:r>
      <w:r>
        <w:rPr>
          <w:lang w:eastAsia="zh-CN"/>
        </w:rPr>
        <w:t>　　二是组织各班充分利用班会、班委组织开展关爱见义勇为人员募捐活动，各班学生纷纷捐出自己的零花钱关心、关爱见义勇为人员。</w:t>
      </w:r>
      <w:r>
        <w:rPr>
          <w:lang w:eastAsia="zh-CN"/>
        </w:rPr>
        <w:br/>
      </w:r>
      <w:r>
        <w:rPr>
          <w:lang w:eastAsia="zh-CN"/>
        </w:rPr>
        <w:t>　　二、宣传教育活动有声有色成效显著</w:t>
      </w:r>
      <w:r>
        <w:rPr>
          <w:lang w:eastAsia="zh-CN"/>
        </w:rPr>
        <w:br/>
      </w:r>
      <w:r>
        <w:rPr>
          <w:lang w:eastAsia="zh-CN"/>
        </w:rPr>
        <w:t>　　学校成立了以校长为组长，学校中层领导干部、年级组长、各班主任、少先队辅导员为成员的活动领导小组，把宣传教育摆在学校当前工作的重要位置，充分发挥红领巾广播站、黑板报、手抄报的宣传阵地作用，充分利用星期天组织师生上街开展倡导见义勇为，弘扬社会正气宣传活动，向群众发放倡议书2035份开展募捐倡议活动;学校德育处通过广播、板报等宣传形式，对师生广泛宣传见义勇为典范，促进全体师生关心、关爱、关怀见义勇为人员。</w:t>
      </w:r>
      <w:r>
        <w:rPr>
          <w:lang w:eastAsia="zh-CN"/>
        </w:rPr>
        <w:br/>
      </w:r>
      <w:r>
        <w:rPr>
          <w:lang w:eastAsia="zh-CN"/>
        </w:rPr>
        <w:t>　　通过精心组织，广泛发动全校师生积极参与，截止3月28日共募集到关爱见义勇基金5650.9元，其中教职工捐款1060元，学生捐款4590.9元，使本次综治维稳法制宣传月活动有声有色，成效显著。</w:t>
      </w:r>
      <w:r>
        <w:rPr>
          <w:lang w:eastAsia="zh-CN"/>
        </w:rPr>
        <w:br/>
      </w:r>
      <w:r>
        <w:rPr>
          <w:lang w:eastAsia="zh-CN"/>
        </w:rPr>
        <w:t>　　三、存在的问题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校综治维稳宣传工作虽然取得了一定的成效，但仍然存在不少困难和问题。一是个别年级组和教师对综治维稳宣传活动重视不够，活动组织不力。二是受资金投入限制，宣传的密度不够，在宣传广度、深度上还需加大。</w:t>
      </w:r>
      <w:r>
        <w:rPr>
          <w:lang w:eastAsia="zh-CN"/>
        </w:rPr>
        <w:br/>
      </w:r>
      <w:r>
        <w:rPr>
          <w:lang w:eastAsia="zh-CN"/>
        </w:rPr>
        <w:t>　　三、今后的工作打算</w:t>
      </w:r>
      <w:r>
        <w:rPr>
          <w:lang w:eastAsia="zh-CN"/>
        </w:rPr>
        <w:br/>
      </w:r>
      <w:r>
        <w:rPr>
          <w:lang w:eastAsia="zh-CN"/>
        </w:rPr>
        <w:t>　　下步工作中，针对宣传活动存在的不足以及当前学校存在的突出问题，要结合实际，总结经验，积极探索，继续把综治维稳宣传活动引向深入，更好地营造全社会关心支持综治工作的良好氛围，为进一步落实各项综治维稳措施，推动平安和谐校园建设。</w:t>
      </w:r>
      <w:r>
        <w:rPr>
          <w:lang w:eastAsia="zh-CN"/>
        </w:rPr>
        <w:br/>
      </w:r>
      <w:r>
        <w:rPr>
          <w:lang w:eastAsia="zh-CN"/>
        </w:rPr>
        <w:t>　　在今后的工作中，我们将进一步按照综治维稳宣传内容和今年的全县综治维稳工作要点的相关要求，加强宣传工作，充分运用广播、板报、学校网站等媒体进行宣传，同时加强与广播电视媒体的联系和沟通，坚持以正面宣传为主，正确把握舆论导向，严格政法宣传纪律，坚决杜绝和防止群体性事件、突发性事件和重大案件的恶意炒作。</w:t>
      </w:r>
      <w:r>
        <w:rPr>
          <w:lang w:eastAsia="zh-CN"/>
        </w:rPr>
        <w:br/>
      </w:r>
      <w:r>
        <w:rPr>
          <w:lang w:eastAsia="zh-CN"/>
        </w:rPr>
        <w:t xml:space="preserve">    2024法制宣传总结_法制宣传活动总结 篇4 </w:t>
      </w:r>
      <w:r>
        <w:rPr>
          <w:lang w:eastAsia="zh-CN"/>
        </w:rPr>
        <w:br/>
      </w:r>
      <w:r>
        <w:rPr>
          <w:lang w:eastAsia="zh-CN"/>
        </w:rPr>
        <w:t>　　20__年是实施“六五”普法规划的第__年，是现行宪法颁布实施__周年。为了认真贯彻上级“六五”普法精神，我园根据晋治市办（20__）14号文，关于开展20__年“12.4”全国法制宣传日宣传活动的通知精神和工作要求，结合本园实际，紧紧围绕“弘扬宪法精神，服务科学发展”这一主题，深入开展了一系列法制宣传日教育活动，取得了良好的效果，现将活动情况汇报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（1）12月3日周一利用国旗下讲话——“深入开展普法教育，提高教职工法律素质”，对全园师生一次进行法制宣传教育，营造浓厚的普法教育氛围</w:t>
      </w:r>
      <w:r>
        <w:rPr>
          <w:lang w:eastAsia="zh-CN"/>
        </w:rPr>
        <w:br/>
      </w:r>
      <w:r>
        <w:rPr>
          <w:lang w:eastAsia="zh-CN"/>
        </w:rPr>
        <w:t>　　（2）积极营造校园法制宣传教育活动氛围。充分利用滚动频幕等形式营造浓郁的法制教育氛围，使“12.4”法制宣传深入人心。</w:t>
      </w:r>
      <w:r>
        <w:rPr>
          <w:lang w:eastAsia="zh-CN"/>
        </w:rPr>
        <w:br/>
      </w:r>
      <w:r>
        <w:rPr>
          <w:lang w:eastAsia="zh-CN"/>
        </w:rPr>
        <w:t>　　（3）组织全园教师认真学习实践</w:t>
      </w:r>
      <w:r>
        <w:rPr>
          <w:lang w:eastAsia="zh-CN"/>
        </w:rPr>
        <w:br/>
      </w:r>
      <w:r>
        <w:rPr>
          <w:lang w:eastAsia="zh-CN"/>
        </w:rPr>
        <w:t>　　学园组织全体教师认真学习贯彻《转发中国共产党泉州市委教育工委泉州市教育局关于全市教育系统认真学习贯彻党的十八大精神的通知》、学习福建省教育厅关于印发《福建省幼儿园管理规范（试行）》等3个文件的通知、学习《3-6岁儿童学习与发展指南》等文件。在学园中营造了科学执教、民主执教、依法执教、依法治校的良好环境；积极引导广大师生掌握基本法律常识，提高法律意识，营造一个学法、懂法、用法的良好氛围。</w:t>
      </w:r>
      <w:r>
        <w:rPr>
          <w:lang w:eastAsia="zh-CN"/>
        </w:rPr>
        <w:br/>
      </w:r>
      <w:r>
        <w:rPr>
          <w:lang w:eastAsia="zh-CN"/>
        </w:rPr>
        <w:t>　　（4）收看专题片：组织全园教职员工观看“生死一瞬间，您看哪一边”交通安全警示教育片，在观看过程中，全体观看人员被一幕幕事故惨剧深深震撼，深刻体会到“关爱生命，安全第一”的重要性，以及交通事故对公共安全、家庭生活的巨大危害……</w:t>
      </w:r>
      <w:r>
        <w:rPr>
          <w:lang w:eastAsia="zh-CN"/>
        </w:rPr>
        <w:br/>
      </w:r>
      <w:r>
        <w:rPr>
          <w:lang w:eastAsia="zh-CN"/>
        </w:rPr>
        <w:t>　　看后，大家纷纷表示一定要严格遵守“五条禁令”和有关行车安全的各项规章制度；不仅保证本人带头模范遵守好交通法律、法规，还要结合教育片主动宣传、教育，引导身边亲属、朋友及辖区内的广大群众遵守交通法规，全力预防和减少道路交通事故的发生。希望所有人都能够珍爱生命，谨慎驾驶，自觉遵守交通法规，履行文明交通行为，摒弃交通陋习，养成文明的交通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总之，“12.4”法制宣传日活动我园能始终做到领导重视，全员参与，措施到位，并能坚持常抓不懈，使法制教育工作真正成为我园德育教育教学中不可忽视的重要环节。</w:t>
      </w:r>
      <w:r>
        <w:rPr>
          <w:lang w:eastAsia="zh-CN"/>
        </w:rPr>
        <w:br/>
      </w:r>
      <w:r>
        <w:rPr>
          <w:lang w:eastAsia="zh-CN"/>
        </w:rPr>
        <w:t>　　今后，我们将以更加认真负责的态度，认真贯彻落实上级有关的文件精神，积极主动地与当地政法、司法、门紧密配合，共同做好全园师生的法制宣传教育工作，为学园的稳定，为社会的稳定，为幼儿的健康成长继续做出我们最大的努力，推进“平安校园”建设，共同构建和谐社会，和谐校园。</w:t>
      </w:r>
      <w:r>
        <w:rPr>
          <w:lang w:eastAsia="zh-CN"/>
        </w:rPr>
        <w:br/>
      </w:r>
      <w:r>
        <w:rPr>
          <w:lang w:eastAsia="zh-CN"/>
        </w:rPr>
        <w:t xml:space="preserve">    2024法制宣传总结_法制宣传活动总结 篇5 </w:t>
      </w:r>
      <w:r>
        <w:rPr>
          <w:lang w:eastAsia="zh-CN"/>
        </w:rPr>
        <w:br/>
      </w:r>
      <w:r>
        <w:rPr>
          <w:lang w:eastAsia="zh-CN"/>
        </w:rPr>
        <w:t>　　日前，由盱眙县人大办、法治办、法宣办和县司法局牵头，组织政法各部门和相关执法单位集中开展“12.4”国家宪法日暨全国法制宣传日活动。县委、县政府、县人大、县政协等主要领导亲临现场和群众一起感受法治宣传的浓厚氛围。</w:t>
      </w:r>
      <w:r>
        <w:rPr>
          <w:lang w:eastAsia="zh-CN"/>
        </w:rPr>
        <w:br/>
      </w:r>
      <w:r>
        <w:rPr>
          <w:lang w:eastAsia="zh-CN"/>
        </w:rPr>
        <w:t>　　活动现场，宣传氛围浓厚，宣传亮点突出。各单位结合本部门的实际，通过播放法制宣传广播，悬挂宣传标语和展图，发放宣传资料、现场咨询等形式进行宣传，向过往群众宣传宪法及与经济社会发展、民生、社会和谐稳定等密切相关的法律法规，吸引不少群众围观参与。工作人员向群众耐心、细致地解答本部门、本行业的法律法规知识，解答与生产生活息息相关的热点难点法律问题，讲解相关法律常识及各种维权渠道。各个咨询台围满了群众，有的领取宣传材料，准备回家好好学法;有的带着问题前来，带着明白而回，取得了良好的.宣传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当天共出动宣传车23台，悬挂横幅20多条，摆放展板42个，挂图50张，发放宣传单28种60000余份，发放宣传手册20种18000余册，现场解答法律咨询1200余人次。据了解，今年盱眙县国家宪法日暨全国法制宣传日系列宣传活动自11月20日启动，至12月19结束，主题为“大力弘扬法治精神、协调推进‘四个全覆盖’战略布局”。活动以深入学习宣传宪法、学习领会党的十九大精神、大力宣传中国特色社会主义法律体系为重点，有序开展宪法专题学习、集中法制宣传咨询、村(社区)宪法宣传月、宪法进课堂等多项活动，旨在教育和引导广大群众牢固树立宪法意识，维护宪法尊严，养成依法办事、依法维权、尊法守法良好习惯，共同推进“法治盱眙”“平安盱眙”进程。</w:t>
      </w:r>
      <w:r>
        <w:rPr>
          <w:lang w:eastAsia="zh-CN"/>
        </w:rPr>
        <w:br/>
      </w:r>
      <w:r>
        <w:rPr>
          <w:lang w:eastAsia="zh-CN"/>
        </w:rPr>
        <w:t xml:space="preserve">    2024法制宣传总结_法制宣传活动总结 篇6 </w:t>
      </w:r>
      <w:r>
        <w:rPr>
          <w:lang w:eastAsia="zh-CN"/>
        </w:rPr>
        <w:br/>
      </w:r>
      <w:r>
        <w:rPr>
          <w:lang w:eastAsia="zh-CN"/>
        </w:rPr>
        <w:t>　　20__年是"六五"普法的第_年，12月4日第__个全国法制宣传日，同时也正值宪法颁布__周年，为此，我校利用这一契机深入开展了法制宣传活动，取得了良好的社会效果，让全校师生都充分感受到法律的重要性，使法制的力量深入人心。现将活动具体情况总结如下：</w:t>
      </w:r>
      <w:r>
        <w:rPr>
          <w:lang w:eastAsia="zh-CN"/>
        </w:rPr>
        <w:br/>
      </w:r>
      <w:r>
        <w:rPr>
          <w:lang w:eastAsia="zh-CN"/>
        </w:rPr>
        <w:t>　　一、高度重视</w:t>
      </w:r>
      <w:r>
        <w:rPr>
          <w:lang w:eastAsia="zh-CN"/>
        </w:rPr>
        <w:br/>
      </w:r>
      <w:r>
        <w:rPr>
          <w:lang w:eastAsia="zh-CN"/>
        </w:rPr>
        <w:t>　　学校领导高度重视本次"12.4"法制宣传日活动，认真学习了市局文件精神，成立了本次活动的领导小组，参照活动主题"弘扬宪法精神，服务科学发展"安排了具体活动内容。</w:t>
      </w:r>
      <w:r>
        <w:rPr>
          <w:lang w:eastAsia="zh-CN"/>
        </w:rPr>
        <w:br/>
      </w:r>
      <w:r>
        <w:rPr>
          <w:lang w:eastAsia="zh-CN"/>
        </w:rPr>
        <w:t>　　二、营造氛围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为了配合本次"12.4"法制宣传日活动的开展增强宣传力度，在学校LED显示屏上打出了活动主题等数条宣传标语，营造浓厚的法律宣传氛围。</w:t>
      </w:r>
      <w:r>
        <w:rPr>
          <w:lang w:eastAsia="zh-CN"/>
        </w:rPr>
        <w:br/>
      </w:r>
      <w:r>
        <w:rPr>
          <w:lang w:eastAsia="zh-CN"/>
        </w:rPr>
        <w:t>　　三、积极活动</w:t>
      </w:r>
      <w:r>
        <w:rPr>
          <w:lang w:eastAsia="zh-CN"/>
        </w:rPr>
        <w:br/>
      </w:r>
      <w:r>
        <w:rPr>
          <w:lang w:eastAsia="zh-CN"/>
        </w:rPr>
        <w:t>　　1、组织学习：为了真正把普法活动落到实处，让每位教师以及学生了解更多的法律知识，学校通过政治学习，例会宣传学习有关法律法规，采用集体学习和自学相结合的方式，对本校干部、教师、员工进行法制知识宣传。</w:t>
      </w:r>
      <w:r>
        <w:rPr>
          <w:lang w:eastAsia="zh-CN"/>
        </w:rPr>
        <w:br/>
      </w:r>
      <w:r>
        <w:rPr>
          <w:lang w:eastAsia="zh-CN"/>
        </w:rPr>
        <w:t>　　2、宣传板报。我校各班以 "法制?安全"为主题，出了一期黑板报，让学生们通过板报的形式了解法律知识、法律常识。</w:t>
      </w:r>
      <w:r>
        <w:rPr>
          <w:lang w:eastAsia="zh-CN"/>
        </w:rPr>
        <w:br/>
      </w:r>
      <w:r>
        <w:rPr>
          <w:lang w:eastAsia="zh-CN"/>
        </w:rPr>
        <w:t>　　3、开展班会活动。12月4日各班利用班会时间举行了"弘扬宪法精神，服务科学发展"的主题班队活动。让学生们对法律知识、法律常识有了进一步了解。</w:t>
      </w:r>
      <w:r>
        <w:rPr>
          <w:lang w:eastAsia="zh-CN"/>
        </w:rPr>
        <w:br/>
      </w:r>
      <w:r>
        <w:rPr>
          <w:lang w:eastAsia="zh-CN"/>
        </w:rPr>
        <w:t>　　4、法制讲座。12.4日大课间时间，在学校的邀请下，光明路派出所刘警官一行到校为学生们做了一次关于未成年人教育的法制讲座，学生们认真仔细地听了这次讲座，听完这次讲座，很多同学纷纷表示，要做一个知法、懂法、守法的好少年。</w:t>
      </w:r>
      <w:r>
        <w:rPr>
          <w:lang w:eastAsia="zh-CN"/>
        </w:rPr>
        <w:br/>
      </w:r>
      <w:r>
        <w:rPr>
          <w:lang w:eastAsia="zh-CN"/>
        </w:rPr>
        <w:t>　　三、活动意义</w:t>
      </w:r>
      <w:r>
        <w:rPr>
          <w:lang w:eastAsia="zh-CN"/>
        </w:rPr>
        <w:br/>
      </w:r>
      <w:r>
        <w:rPr>
          <w:lang w:eastAsia="zh-CN"/>
        </w:rPr>
        <w:t>　　本次通过开展以"弘扬宪法精神，服务科学发展"为活动主题的法律法规宣传活动，不但在广大师生中掀起学法、守法的法制宣传热潮，而且进一步增强了广大师生的的法制意识和权利意识，使广大师生不断增强意识，形成学法、懂法、守法的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2024法制宣传总结_法制宣传活动总结 篇7 </w:t>
      </w:r>
      <w:r>
        <w:rPr>
          <w:lang w:eastAsia="zh-CN"/>
        </w:rPr>
        <w:br/>
      </w:r>
      <w:r>
        <w:rPr>
          <w:lang w:eastAsia="zh-CN"/>
        </w:rPr>
        <w:t>　　我的爸爸妈妈都是法律工作者，从我小时候起，爸妈就从生活中的点滴小事中，适时对我进行法制教育。我可能受爸妈的影响，对法律特别感兴趣，我非常喜欢听妈妈讲一些案例和罪名，虽然有的听不太懂，但我还是听地津津有味！</w:t>
      </w:r>
      <w:r>
        <w:rPr>
          <w:lang w:eastAsia="zh-CN"/>
        </w:rPr>
        <w:br/>
      </w:r>
      <w:r>
        <w:rPr>
          <w:lang w:eastAsia="zh-CN"/>
        </w:rPr>
        <w:t>　　记得有一次，老师中午让我看着同学们睡觉。我没收了一些不遵守纪律同学的“公仔”、晶码卡及神奇宝贝卡等玩具，我特别想自己留着玩。但我想起了妈妈说的话：“不是自己的东西一定要交给老师，不要自己留着，如果长大以后，把公私财物据为己有，那可就是犯罪了。”想到这里，我赶紧把没收的玩具交给了老师。我要从小就做一个守法的好孩子。</w:t>
      </w:r>
      <w:r>
        <w:rPr>
          <w:lang w:eastAsia="zh-CN"/>
        </w:rPr>
        <w:br/>
      </w:r>
      <w:r>
        <w:rPr>
          <w:lang w:eastAsia="zh-CN"/>
        </w:rPr>
        <w:t>　　妈妈开车的速度比较慢，但我喜欢坐快车。我总是不停地喊着：“加速！超车！跑到一百公里的速度，冲啊！”妈妈这时候总是告诉我：“开车要遵守交通法规，不能超速；酒后不能开车；走路要靠右边，过马路要走白色的斑马线，不要闯红灯……”使交通法规和安全意识从小就深入我心。</w:t>
      </w:r>
      <w:r>
        <w:rPr>
          <w:lang w:eastAsia="zh-CN"/>
        </w:rPr>
        <w:br/>
      </w:r>
      <w:r>
        <w:rPr>
          <w:lang w:eastAsia="zh-CN"/>
        </w:rPr>
        <w:t>　　做为少年儿童的我们，不仅要学法、懂法、守法，更要善于运用法律保护自己，用法律充实自己的思想。让我们在灿烂阳光的照耀下，携手齐呼：“法制在我们心中！”</w:t>
      </w:r>
      <w:r>
        <w:rPr>
          <w:lang w:eastAsia="zh-CN"/>
        </w:rPr>
        <w:br/>
      </w:r>
      <w:r>
        <w:rPr>
          <w:lang w:eastAsia="zh-CN"/>
        </w:rPr>
        <w:t xml:space="preserve">    2024法制宣传总结_法制宣传活动总结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)在消费者权益日来临之际，为进一步强化消费者维权意识，保障居民的合法权益，3月14日，上海边防支队三甲港边防派出所深入辖区开展315普法宣传活动。</w:t>
      </w:r>
      <w:r>
        <w:rPr>
          <w:lang w:eastAsia="zh-CN"/>
        </w:rPr>
        <w:br/>
      </w:r>
      <w:r>
        <w:rPr>
          <w:lang w:eastAsia="zh-CN"/>
        </w:rPr>
        <w:t>　　活动期间，民警将《消费者权益保护法》、《产品质量法》的关于消费的热点话题印制成宣传单，深入沿街店面、宾馆和码头等场所，开展消费者法律维权宣传活动。对《消费者权益法》中有关消费者的安全保障权、知情权、自主选择权等基本权利以及经营者的相关义务等进行了具体的讲解，并传授防范诈骗、识别假币、鉴别商品真伪等措施，并教育引导群众通过法律途径解决消费纠纷。</w:t>
      </w:r>
      <w:r>
        <w:rPr>
          <w:lang w:eastAsia="zh-CN"/>
        </w:rPr>
        <w:br/>
      </w:r>
      <w:r>
        <w:rPr>
          <w:lang w:eastAsia="zh-CN"/>
        </w:rPr>
        <w:t>　　此次活动，该所共发放宣传材料200余份，接受群众咨询40余次，有效强化群众的维权意识和防范能力。</w:t>
      </w:r>
      <w:r>
        <w:rPr>
          <w:lang w:eastAsia="zh-CN"/>
        </w:rPr>
        <w:br/>
      </w:r>
      <w:r>
        <w:rPr>
          <w:lang w:eastAsia="zh-CN"/>
        </w:rPr>
        <w:t xml:space="preserve">    2024法制宣传总结_法制宣传活动总结 篇9 </w:t>
      </w:r>
      <w:r>
        <w:rPr>
          <w:lang w:eastAsia="zh-CN"/>
        </w:rPr>
        <w:br/>
      </w:r>
      <w:r>
        <w:rPr>
          <w:lang w:eastAsia="zh-CN"/>
        </w:rPr>
        <w:t>　　在第__个“12.4”全国法制宣传日来临之际，根据协会及公司的统一部署，国元证券定远营业部以“整治非法证券活动，打击内幕交易”为主题，于12月3日举办了一年一度的全国法制宣传日活动。</w:t>
      </w:r>
      <w:r>
        <w:rPr>
          <w:lang w:eastAsia="zh-CN"/>
        </w:rPr>
        <w:br/>
      </w:r>
      <w:r>
        <w:rPr>
          <w:lang w:eastAsia="zh-CN"/>
        </w:rPr>
        <w:t>　　为作好本次法律宣传活动，定远营业部作了充分的准备。</w:t>
      </w:r>
      <w:r>
        <w:rPr>
          <w:lang w:eastAsia="zh-CN"/>
        </w:rPr>
        <w:br/>
      </w:r>
      <w:r>
        <w:rPr>
          <w:lang w:eastAsia="zh-CN"/>
        </w:rPr>
        <w:t>　　一是组织营业部员工参加法律知识培训活动包括《宪法》，《刑法》，《证券法》等，在综合部的督导下，营业部全体员工参加了本次培训。</w:t>
      </w:r>
      <w:r>
        <w:rPr>
          <w:lang w:eastAsia="zh-CN"/>
        </w:rPr>
        <w:br/>
      </w:r>
      <w:r>
        <w:rPr>
          <w:lang w:eastAsia="zh-CN"/>
        </w:rPr>
        <w:t>　　二是为广大投资者发送1万多条短信，内容为“国元证券温馨提醒：投资者不可轻信免费荐股等夸大过往荐股业绩、直接或变相承诺收益、公开招收会员的非法证券节目和广告”，提醒投资者注意防范非法证券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是营业部门头悬挂“依法规范市场行为，维护市场经济秩序”的宣传条幅，营造法制宣传氛围，并在现场发放营业部印制的法律宣传文件。等宣传资料发送给过往的投资者和市民，活动期间累计发送材料200多份，接受投资者法律咨询20余人次。</w:t>
      </w:r>
      <w:r>
        <w:rPr>
          <w:lang w:eastAsia="zh-CN"/>
        </w:rPr>
        <w:br/>
      </w:r>
      <w:r>
        <w:rPr>
          <w:lang w:eastAsia="zh-CN"/>
        </w:rPr>
        <w:t>　　四是每周的投资者教育交流会上，向客户宣传法律法规法规，宣传“惩治违法失信、弘扬法治诚信”的市场法则，通过发布和讲解《员工合规手册》等方式，向员工、广大投资者宣传有关法律法规和监管要求。</w:t>
      </w:r>
      <w:r>
        <w:rPr>
          <w:lang w:eastAsia="zh-CN"/>
        </w:rPr>
        <w:br/>
      </w:r>
      <w:r>
        <w:rPr>
          <w:lang w:eastAsia="zh-CN"/>
        </w:rPr>
        <w:t>　　定远营业部一直高度重视证券市场的普法宣传工作，始终把普法教育作为加强投资者教育工作的一项重要工作来抓，一方面，注重加强员工的素质教育，通过组织培训讲座、观看普法视频、参与网上竞赛等方式开展深入的学习宣传活动，提高员工的法律意识；另一方面将法制宣传全面纳入投资者教育的计划和工作中，通过多种形式持之以恒地开展有关证券市场法律规则和风险防范的法制宣传活动，向广大投资者传播和普及法律知识和法治精神。</w:t>
      </w:r>
      <w:r>
        <w:rPr>
          <w:lang w:eastAsia="zh-CN"/>
        </w:rPr>
        <w:br/>
      </w:r>
      <w:r>
        <w:rPr>
          <w:lang w:eastAsia="zh-CN"/>
        </w:rPr>
        <w:t>　　普法活动的开展提升了公司员工及管理层的法制意识，有利于公司合法合规运作，促进公司健康发展。营业部还将继续依托投资者综合接入平台，不定期以电话，邮件，信函，短信，调查等多种方式和投资者进行交流，向投资者宣传，解释证券市场相关法规，采取多种方式和合法途径，切实维护投资者的合法权益。</w:t>
      </w:r>
      <w:r>
        <w:rPr>
          <w:lang w:eastAsia="zh-CN"/>
        </w:rPr>
        <w:br/>
      </w:r>
      <w:r>
        <w:rPr>
          <w:lang w:eastAsia="zh-CN"/>
        </w:rPr>
        <w:t xml:space="preserve">    2024法制宣传总结_法制宣传活动总结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年“12.4”全国法制宣传日恰逢中华人民共和国现行宪法颁布实施周年和党的_大胜利召开。为了全面贯彻落实党的_大精神，深入推进“六五”普法规划，结合我区实际情况，围绕“弘扬宪法精神、服务科学发展”的主题，我区开展了一系列的法制宣传活动。现将活动情况总结如下：</w:t>
      </w:r>
      <w:r>
        <w:rPr>
          <w:lang w:eastAsia="zh-CN"/>
        </w:rPr>
        <w:br/>
      </w:r>
      <w:r>
        <w:rPr>
          <w:lang w:eastAsia="zh-CN"/>
        </w:rPr>
        <w:t>　　一、领导高度重视，周密组织</w:t>
      </w:r>
      <w:r>
        <w:rPr>
          <w:lang w:eastAsia="zh-CN"/>
        </w:rPr>
        <w:br/>
      </w:r>
      <w:r>
        <w:rPr>
          <w:lang w:eastAsia="zh-CN"/>
        </w:rPr>
        <w:t>　　今年恰逢宪法颁布_周年和党的_大胜利召开，全区上下对12.4全国法制宣传日的法制宣传工作十分重视。市局下发12.4活动通知后，我局第一时间下发红头文件，将12.4活动安排情况下发到各街道及相关局站。</w:t>
      </w:r>
      <w:r>
        <w:rPr>
          <w:lang w:eastAsia="zh-CN"/>
        </w:rPr>
        <w:br/>
      </w:r>
      <w:r>
        <w:rPr>
          <w:lang w:eastAsia="zh-CN"/>
        </w:rPr>
        <w:t>　　二、司法所活动情况</w:t>
      </w:r>
      <w:r>
        <w:rPr>
          <w:lang w:eastAsia="zh-CN"/>
        </w:rPr>
        <w:br/>
      </w:r>
      <w:r>
        <w:rPr>
          <w:lang w:eastAsia="zh-CN"/>
        </w:rPr>
        <w:t>　　12.4期间，各涉农街道联合司法所，结合自己地区的实际，组织了各式各样了的法律宣传活动，有的利用农贸大集进行法制材料发放，有的利用农民文化广场开展现场法律咨询，还有的在司法所组织农村干部上法制课。我区80%为涉农街道，我们把提高广大农民的学法意识作为第一要务，扩大宣传力度，让广大农民群众知法、懂法、学会利用法律的武器维护自己合法权益。</w:t>
      </w:r>
      <w:r>
        <w:rPr>
          <w:lang w:eastAsia="zh-CN"/>
        </w:rPr>
        <w:br/>
      </w:r>
      <w:r>
        <w:rPr>
          <w:lang w:eastAsia="zh-CN"/>
        </w:rPr>
        <w:t>　　三、各局站活动情况</w:t>
      </w:r>
      <w:r>
        <w:rPr>
          <w:lang w:eastAsia="zh-CN"/>
        </w:rPr>
        <w:br/>
      </w:r>
      <w:r>
        <w:rPr>
          <w:lang w:eastAsia="zh-CN"/>
        </w:rPr>
        <w:t>　　12.4期间，各局站，通过悬挂宣传条幅，利用本单位电子屏幕宣传法制标语，播放法制宣传片，上街发放法制宣传材料等方式进行普法宣传。大街随处可见法制宣传标语，法制宣传展板，全民学法热情空腔高涨。</w:t>
      </w:r>
      <w:r>
        <w:rPr>
          <w:lang w:eastAsia="zh-CN"/>
        </w:rPr>
        <w:br/>
      </w:r>
      <w:r>
        <w:rPr>
          <w:lang w:eastAsia="zh-CN"/>
        </w:rPr>
        <w:t>　　四、司法局集中开展活动情况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12.4日当天，我局根据市局统一要求进行了法制宣传活动，设置了主会场和分会场，主会场设在区商业大厦门前，参加活动的有局机关全体同志，区法院部分同志，希望律师事务所、沈南律师事务所律师，区宣传部部分同志，区内4个司法所全体同志，以及社区广大志愿者。并邀请了区电视台的记者对现场活动进行报导。活动于上午9:30分正式开始，法制宣传横额高高挂起，彩旗随风飘扬，欢快的大秧歌当街舞起，吸引了广大群众的注意，渐渐地聚集到宣传台以及宣传板旁边的群众越来越多，现场气氛活跃。活动发放《农民最关心的问题200问》、《市民最关心的问题200问》和《法律援助手册》等法制宣传资料5000余册，法制宣传袋3000余个。在现场的资深律师以及法院的同志们热情的解答了老百姓的法律咨询，活动达到了预期的效果。同时15个街道的分会场的也结合自己地区的实际开展了形式多样的法制宣传活动。当晚区电视台对我区12.4活动情况进行了报道，并对12.4全国法制宣传日进行了广泛宣传。</w:t>
      </w:r>
      <w:r>
        <w:rPr>
          <w:lang w:eastAsia="zh-CN"/>
        </w:rPr>
        <w:br/>
      </w:r>
      <w:r>
        <w:rPr>
          <w:lang w:eastAsia="zh-CN"/>
        </w:rPr>
        <w:t xml:space="preserve">    2024法制宣传总结_法制宣传活动总结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今年是《中华人民共和国档案法》颁布实施__周年及《江西省档案管理条例》颁布实施__周年，为进一步宣传《中华人民共和国档案法》、《江西省档案管理条例》、《档案管理违法违纪行为处分规定》、《中华人民共和国宪法》、《市委办公厅、市政府办公厅印发的通知》(洪办发〔20__〕15号)和《县委办公室、县政府办公室关于印发的通知》(南办发〔20__〕1号)等档案法律、法规，推动法律、法规的贯彻实施，增强全乡上下的档案法律意识，提高依法治档水平。</w:t>
      </w:r>
      <w:r>
        <w:rPr>
          <w:lang w:eastAsia="zh-CN"/>
        </w:rPr>
        <w:br/>
      </w:r>
      <w:r>
        <w:rPr>
          <w:lang w:eastAsia="zh-CN"/>
        </w:rPr>
        <w:t>　　为做好档案法制宣传工作，根据普法规划及档案工作统一部署，我局坚持以党的十八大及十八届三中、四中五中、六中全会精神、为指导，结合本单位工作实际，坚持依法行政，严格履行职责，搞好档案法制宣传，开展法制知识培训，努力提高档案意识，进一步推进依法治档进程。现就档案普法宣传工作情况简要小结如下：</w:t>
      </w:r>
      <w:r>
        <w:rPr>
          <w:lang w:eastAsia="zh-CN"/>
        </w:rPr>
        <w:br/>
      </w:r>
      <w:r>
        <w:rPr>
          <w:lang w:eastAsia="zh-CN"/>
        </w:rPr>
        <w:t>　　一、制定规划，健全机构，从组织上保障了档案法制宣传工作的顺利实施</w:t>
      </w:r>
      <w:r>
        <w:rPr>
          <w:lang w:eastAsia="zh-CN"/>
        </w:rPr>
        <w:br/>
      </w:r>
      <w:r>
        <w:rPr>
          <w:lang w:eastAsia="zh-CN"/>
        </w:rPr>
        <w:t>　　一是将普法、档案法制宣传工作纳入了本单位的重要议事日程，同时将档案工作纳入了机关内部考核中，将责任目标变成实实在在的具体工作。二是高度重视，资金到位。局安排制作了横幅.宣传板等档案法制宣传资料，企业及乡镇统计员来局开会时积极开展了档案法律法规宣传活动。</w:t>
      </w:r>
      <w:r>
        <w:rPr>
          <w:lang w:eastAsia="zh-CN"/>
        </w:rPr>
        <w:br/>
      </w:r>
      <w:r>
        <w:rPr>
          <w:lang w:eastAsia="zh-CN"/>
        </w:rPr>
        <w:t>　　二、落实措施，精心组织，保障了档案普法宣传工作落到实处</w:t>
      </w:r>
      <w:r>
        <w:rPr>
          <w:lang w:eastAsia="zh-CN"/>
        </w:rPr>
        <w:br/>
      </w:r>
      <w:r>
        <w:rPr>
          <w:lang w:eastAsia="zh-CN"/>
        </w:rPr>
        <w:t>　　1、一是举办了业务培训班，将档案法规知识作为培训的重要内容，重点学习了《档案法》、《江西省档案管理条例》、等各类法律法规。二是遵照上级业务部门要求，按时参加培训学习，通过多种形式的培训学习，全局干部档案素质得到了全面的提高。</w:t>
      </w:r>
      <w:r>
        <w:rPr>
          <w:lang w:eastAsia="zh-CN"/>
        </w:rPr>
        <w:br/>
      </w:r>
      <w:r>
        <w:rPr>
          <w:lang w:eastAsia="zh-CN"/>
        </w:rPr>
        <w:t>　　2、结合档案法颁布纪念日，喷绘了档案法制宣传专栏，利用LED显示屏滚动播出档案法规知识。通过宣传活动，扩大了《档案法》及其法规的社会认知度，全社会的档案意识有了明显的转变。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2024法制宣传总结_法制宣传活动总结 篇12 </w:t>
      </w:r>
      <w:r>
        <w:rPr>
          <w:lang w:eastAsia="zh-CN"/>
        </w:rPr>
        <w:br/>
      </w:r>
      <w:r>
        <w:rPr>
          <w:lang w:eastAsia="zh-CN"/>
        </w:rPr>
        <w:t>　　如果有人问我们家的特色是什么，我会毫不犹豫地回答，当然是法律。</w:t>
      </w:r>
      <w:r>
        <w:rPr>
          <w:lang w:eastAsia="zh-CN"/>
        </w:rPr>
        <w:br/>
      </w:r>
      <w:r>
        <w:rPr>
          <w:lang w:eastAsia="zh-CN"/>
        </w:rPr>
        <w:t>　　妈妈是专职律师，整天忙着，跑东跑西，每个月要接好多案件。生活在现代社会里，就像谁都离不开医生一样，谁能离得开法律呢?</w:t>
      </w:r>
      <w:r>
        <w:rPr>
          <w:lang w:eastAsia="zh-CN"/>
        </w:rPr>
        <w:br/>
      </w:r>
      <w:r>
        <w:rPr>
          <w:lang w:eastAsia="zh-CN"/>
        </w:rPr>
        <w:t>　　爸爸就更不用说了，他是一位法官，每天要开好几个庭，口头上总挂着“原告陈述诉讼请求”、“被告陈述答辩意见”等等，这就更离不开法律了。他业余时间还喜欢爬爬法律的“格子”，写点小文章。你如果在百度中搜索一下，能看到他不少文章呢!</w:t>
      </w:r>
      <w:r>
        <w:rPr>
          <w:lang w:eastAsia="zh-CN"/>
        </w:rPr>
        <w:br/>
      </w:r>
      <w:r>
        <w:rPr>
          <w:lang w:eastAsia="zh-CN"/>
        </w:rPr>
        <w:t>　　爸爸妈妈介绍过了。该来介绍我了吧!我虽然不像妈妈爸爸那样酷，可我也能经常说几句很有“法律性”的话。爸爸该给我的钱没给，我就会要求“双倍补还”。倒要看看爸爸今后还敢不敢“欠”?我还经常跟爸爸妈妈“立字为据”，恐后无凭。</w:t>
      </w:r>
      <w:r>
        <w:rPr>
          <w:lang w:eastAsia="zh-CN"/>
        </w:rPr>
        <w:br/>
      </w:r>
      <w:r>
        <w:rPr>
          <w:lang w:eastAsia="zh-CN"/>
        </w:rPr>
        <w:t>　　最后我要介绍一下我爷爷。爷爷虽然只读了三年私塾，文化程度不高，但在“法律之家”的熏陶下，他的法律水平在同辈中也遥遥领先。小区里的爷爷奶奶们遇到邻里难题，常常会咨询他，爷爷总是回答得头头是道，让别人感到心满意足。如果有他不知道的，他就会回家“偷偷”先咨询爸爸妈妈，然后再热心地免费“卖”给老爷爷老奶奶。</w:t>
      </w:r>
      <w:r>
        <w:rPr>
          <w:lang w:eastAsia="zh-CN"/>
        </w:rPr>
        <w:br/>
      </w:r>
      <w:r>
        <w:rPr>
          <w:lang w:eastAsia="zh-CN"/>
        </w:rPr>
        <w:t>　　看，我们家人人都是法律“行家”!</w:t>
      </w:r>
      <w:r>
        <w:rPr>
          <w:lang w:eastAsia="zh-CN"/>
        </w:rPr>
        <w:br/>
      </w:r>
      <w:r>
        <w:rPr>
          <w:lang w:eastAsia="zh-CN"/>
        </w:rPr>
        <w:t xml:space="preserve">    2024法制宣传总结_法制宣传活动总结 篇13 </w:t>
      </w:r>
      <w:r>
        <w:rPr>
          <w:lang w:eastAsia="zh-CN"/>
        </w:rPr>
        <w:br/>
      </w:r>
      <w:r>
        <w:rPr>
          <w:lang w:eastAsia="zh-CN"/>
        </w:rPr>
        <w:t>　　一、成立领导小组，强化教师法制意识。</w:t>
      </w:r>
      <w:r>
        <w:rPr>
          <w:lang w:eastAsia="zh-CN"/>
        </w:rPr>
        <w:br/>
      </w:r>
    </w:p>
    <w:p w:rsidR="001B1F19" w14:textId="27C3F48A">
      <w:pPr>
        <w:rPr>
          <w:rFonts w:hint="eastAsia"/>
          <w:lang w:eastAsia="zh-CN"/>
        </w:rPr>
      </w:pPr>
      <w:r>
        <w:rPr>
          <w:lang w:eastAsia="zh-CN"/>
        </w:rPr>
        <w:t>　　作为教育工作者，我们非常明了“身教胜于言传”的内涵。要对学生实施法制教育，教师首先要有强烈的法制观念，要知法、守法、严于律己，而教师法制观念加强有赖于学校领导的重视、导向。因而，我校成立了学校法制教育领导小组。学校利用每周一的例会组织全体教师学习了《中小学教师职业道德规范》、《义务教育法》、《未成年人保护法》、《预防未成年人犯罪法》等法律法规，努力提高广大教师的法制意识和依法治教的自觉性。力求使全校广大师生员工都能做到知法、守法、用法，依法办事。</w:t>
      </w:r>
      <w:r>
        <w:rPr>
          <w:lang w:eastAsia="zh-CN"/>
        </w:rPr>
        <w:br/>
      </w:r>
      <w:r>
        <w:rPr>
          <w:lang w:eastAsia="zh-CN"/>
        </w:rPr>
        <w:t>　　二、营造文化氛围，注重校园法制宣传。</w:t>
      </w:r>
      <w:r>
        <w:rPr>
          <w:lang w:eastAsia="zh-CN"/>
        </w:rPr>
        <w:br/>
      </w:r>
      <w:r>
        <w:rPr>
          <w:lang w:eastAsia="zh-CN"/>
        </w:rPr>
        <w:t>　　俗话说，“近朱者赤，近墨者黑”。鉴于少年儿童的年龄特点：他们的可塑性强，在不同环境中可形成不同的行为品质。我校努力营造一个团结友爱、严于律己、奋发向上的文化氛围，力争让学生在健康、洁净的环境和“务实求真探索创新”的校训中受到潜移默化的教育，形成正确的人生观和社会责任感。我们在校园周围种植花草树木，美化校园环境；划分清洁区域，坚持每天两扫，保持校园洁净；在学校最显眼的地方悬挂上各种规范守则，营造校园氛围。我们还充分利用国旗下的讲话、宣传栏、黑板报等多种形式向学生宣传法律知识，剖析法律案件，通过班会、晨会向学生进行“法在身边”的法制教育，学生在良好的校园环境中受到熏陶，在积极的校园氛围中受到教育，从而明确了真善美、假丑恶，提高了对外来文化，各种犯罪违纪诱因的免疫力。</w:t>
      </w:r>
      <w:r>
        <w:rPr>
          <w:lang w:eastAsia="zh-CN"/>
        </w:rPr>
        <w:br/>
      </w:r>
      <w:r>
        <w:rPr>
          <w:lang w:eastAsia="zh-CN"/>
        </w:rPr>
        <w:t>　　三、积极开展丰富多采的法制宣传教育活动。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https://d.book118.com/616030000215010045</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603000021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