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2024教师培训返岗实践总结范文（30篇）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2024教师培训返岗实践总结范文（精选30篇）</w:t>
      </w:r>
      <w:r>
        <w:rPr>
          <w:lang w:eastAsia="zh-CN"/>
        </w:rPr>
        <w:br/>
      </w:r>
      <w:r>
        <w:rPr>
          <w:lang w:eastAsia="zh-CN"/>
        </w:rPr>
        <w:t xml:space="preserve">    2024教师培训返岗实践总结范文 篇1 </w:t>
      </w:r>
      <w:r>
        <w:rPr>
          <w:lang w:eastAsia="zh-CN"/>
        </w:rPr>
        <w:br/>
      </w:r>
      <w:r>
        <w:rPr>
          <w:lang w:eastAsia="zh-CN"/>
        </w:rPr>
        <w:t>　　一学期的教学工作又接近尾声，一学期来，数学教研组全组教师坚持教育、教学理论的学习，积极参加各项教研活动和探索课堂教学新模式，认真学习先进的教育教学理论和新的课程标准，不断的完善和改进教学方法，为提高我校的数学教学质量做出了一定的贡献。以下就针对本学期数学教研的工作做如下总结。</w:t>
      </w:r>
      <w:r>
        <w:rPr>
          <w:lang w:eastAsia="zh-CN"/>
        </w:rPr>
        <w:br/>
      </w:r>
      <w:r>
        <w:rPr>
          <w:lang w:eastAsia="zh-CN"/>
        </w:rPr>
        <w:t>　　一、坚持理论学习，促进教师素质的提高</w:t>
      </w:r>
      <w:r>
        <w:rPr>
          <w:lang w:eastAsia="zh-CN"/>
        </w:rPr>
        <w:br/>
      </w:r>
      <w:r>
        <w:rPr>
          <w:lang w:eastAsia="zh-CN"/>
        </w:rPr>
        <w:t>　　随着教育理念的不断更新和发展，我们深深认识到，教师如果不学习，教研活动就会成为 “无本之木，无源之水”。因此，本学期我们根据实际情况，立足校本，有计划、有步骤进行校本培训，措施得力，目标明确，形式多样。要求教师深入学习《新课程标准》 。 组织教师学习讨论教学中的热点和冷点教学问题，从而使教师更新教学观念，认识教学新策略，并组织教师利用新方法组织好课堂教学，在实践中不断提高自身的素质。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教师们把新课标的理念渗透到教学中，教学中注重以培养学生的合作交流意识和实践创新能力为主，注重尊重学生的需要，培养学生的自学能力。教师们以新理念指导自己的教学工作，牢固树立学生是学习的主人，以平等、宽容的态度对待学生，在沟通中实现师生的共同发展，努力建立互动的师生关系。</w:t>
      </w:r>
      <w:r>
        <w:rPr>
          <w:lang w:eastAsia="zh-CN"/>
        </w:rPr>
        <w:br/>
      </w:r>
      <w:r>
        <w:rPr>
          <w:lang w:eastAsia="zh-CN"/>
        </w:rPr>
        <w:t>　　二、积极参加和开展教研活动</w:t>
      </w:r>
      <w:r>
        <w:rPr>
          <w:lang w:eastAsia="zh-CN"/>
        </w:rPr>
        <w:br/>
      </w:r>
      <w:r>
        <w:rPr>
          <w:lang w:eastAsia="zh-CN"/>
        </w:rPr>
        <w:t>　　我们在学期初教研活动计划中提到，为了改革课堂结构和教学方法，提高教师的课堂教学水平和课堂教学效益，开展“听、评、说课紧紧跟踪一节课”的教学工作。且把这项工作做为一个重要的教研活动。本学期，我们组的老师都能认真按照“集体备课、集思广益--分头做课、共同评议--反思总结、内化吸收”的步骤进行，听课后认真评课，及时反馈，通过一学期下来我们发现教师的课堂教学能力有了长足的进步。本组教师能严格执行课程政策，认真落实教学计划。贯彻落实学科备课、上课、布置批改作业、检测评价、课外辅导等各环节的具体要求，切实加强教学过程的常规本学期，教研组都要在组内开展认真的评课活动。大家本着负责的态度，畅所欲言、认真点评。组内教师之间相互取长补短，互相学习，真正做到优质资源共享。本学期每位老师听课至少10节。</w:t>
      </w:r>
      <w:r>
        <w:rPr>
          <w:lang w:eastAsia="zh-CN"/>
        </w:rPr>
        <w:br/>
      </w:r>
      <w:r>
        <w:rPr>
          <w:lang w:eastAsia="zh-CN"/>
        </w:rPr>
        <w:t>　　三、切实开展集体备课活动，在促进新教师快速成长</w:t>
      </w:r>
      <w:r>
        <w:rPr>
          <w:lang w:eastAsia="zh-CN"/>
        </w:rPr>
        <w:br/>
      </w:r>
      <w:r>
        <w:rPr>
          <w:lang w:eastAsia="zh-CN"/>
        </w:rPr>
        <w:t>　　本教研组中，近年来的新教师有</w:t>
      </w:r>
      <w:r>
        <w:rPr>
          <w:lang w:eastAsia="zh-CN"/>
        </w:rPr>
        <w:t xml:space="preserve"> 一</w:t>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名，因此，如何促进新教师快速成长成了迫在眉睫的问题。事实证明，切实有效地开展集体备课是解决这个问题的最佳途径。备课是上好一节课的关键和前提。我们采取集体备课与个人备课相结合的办法。备课做到三定(定时间、定内容、定中心发言人)。(工作总结)集体备课主要以各年级为单位(因各年级只有一位数学教师)，由组长负责，各年级教师进行讨论，在集体商议的基础上，形成统一的、系统的教案和学案。教案和学案中要体现学生的主体性，以师生互动的形式撰写教案，教案中重在突出教师的教和学生的学，最后达成共识，之后形成文字形式的教案或电子教案，并制作课件，充分发挥备课组的力量，做到了教学资源共享。重视教学过程的反思，每个月教师都认真地反思教学过程，及时地把教学中点点滴滴的感受写下来，从深层次上去考虑自己的教学工作，写出有质量的教学反思。同时各年级的教师在其他教师的参与下每月至少写一个高质量的集体备课的教案。</w:t>
      </w:r>
      <w:r>
        <w:rPr>
          <w:lang w:eastAsia="zh-CN"/>
        </w:rPr>
        <w:br/>
      </w:r>
      <w:r>
        <w:rPr>
          <w:lang w:eastAsia="zh-CN"/>
        </w:rPr>
        <w:t>　　四、存在的问题：</w:t>
      </w:r>
      <w:r>
        <w:rPr>
          <w:lang w:eastAsia="zh-CN"/>
        </w:rPr>
        <w:br/>
      </w:r>
      <w:r>
        <w:rPr>
          <w:lang w:eastAsia="zh-CN"/>
        </w:rPr>
        <w:t>　　1、教师课件的制作水平有待提高，今后我们应在这方面加强检查和督促。</w:t>
      </w:r>
      <w:r>
        <w:rPr>
          <w:lang w:eastAsia="zh-CN"/>
        </w:rPr>
        <w:br/>
      </w:r>
      <w:r>
        <w:rPr>
          <w:lang w:eastAsia="zh-CN"/>
        </w:rPr>
        <w:t>　　2、教师教学水平有待进一步提高。</w:t>
      </w:r>
      <w:r>
        <w:rPr>
          <w:lang w:eastAsia="zh-CN"/>
        </w:rPr>
        <w:br/>
      </w:r>
      <w:r>
        <w:rPr>
          <w:lang w:eastAsia="zh-CN"/>
        </w:rPr>
        <w:t>　　3、加大对中青年教师的培训力度，鼓励中青年教师自觉学习教育教学理论、现代信息技术、教育科研和心理健康等方面知识。</w:t>
      </w:r>
      <w:r>
        <w:rPr>
          <w:lang w:eastAsia="zh-CN"/>
        </w:rPr>
        <w:br/>
      </w:r>
      <w:r>
        <w:rPr>
          <w:lang w:eastAsia="zh-CN"/>
        </w:rPr>
        <w:t>　　教育改革，教学研究是教育事业发展的一个永恒的主题。总之，一学期以来，数学组教师注意自身素质的提高，始终以高标准严格要求自己，在教育教学工作中取得了一定的成绩。但是，我们也深深知道，这些成绩的取得是在各级领导的关心、以及学校其他学科老师的大力支持与配合下取得的。我们还知道，我们的工作还有很多需要提高改进的地方，我们将在今后的教学工作中大胆探索，不断创新，让我们的教研工作更上一层楼。</w:t>
      </w:r>
      <w:r>
        <w:rPr>
          <w:lang w:eastAsia="zh-CN"/>
        </w:rPr>
        <w:br/>
      </w:r>
      <w:r>
        <w:rPr>
          <w:lang w:eastAsia="zh-CN"/>
        </w:rPr>
        <w:t xml:space="preserve">    2024教师培训返岗实践总结范文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随着我国学前教育改革的步伐加快，教师队伍建设的也必须加快，根据当前幼教的发展趋势，幼儿教师专业化是最热门的话题。重视幼儿教师素质的提高，使幼儿教师专业化，加强教师全园培训是提高幼儿教师地位的途径之一，也是提高幼儿园教育质量的途径之一，因此，在这一年来，我们遵循上级部门的指示，制定我们园本培训的目标，继续开展我园的全员培训工作，现总结如下：</w:t>
      </w:r>
      <w:r>
        <w:rPr>
          <w:lang w:eastAsia="zh-CN"/>
        </w:rPr>
        <w:br/>
      </w:r>
      <w:r>
        <w:rPr>
          <w:lang w:eastAsia="zh-CN"/>
        </w:rPr>
        <w:t>　　一、重师德教育，努力塑造一支师德高尚的教师队伍。</w:t>
      </w:r>
      <w:r>
        <w:rPr>
          <w:lang w:eastAsia="zh-CN"/>
        </w:rPr>
        <w:br/>
      </w:r>
      <w:r>
        <w:rPr>
          <w:lang w:eastAsia="zh-CN"/>
        </w:rPr>
        <w:t>　　《幼儿园教师专业标准》要求“师德为先”，热爱学前教育事业，具有职业理想，践行社会主义核心价值体系，履行教师职业道德规范。关爱幼儿，尊重幼儿人格，富有爱心、责任心、耐心和细心；为人师表，教书育人，自尊自律，做幼儿健康成长的启蒙者和引路人。”，因此，每年的园本培训，我们也是把师德教育放在第一位，这学期，我们学习了广州大学刘树谦教授的“德诚于内，礼形于外”，让我们理解，道德的最高境界是心灵美，只有发自内心的道德礼仪，才是真正的道德，否则都是一些表面形式的东西，不能根深蒂固在每个人的脑海里，成为心里的道德准则与规范，所以，做为幼儿教师，要做一位心灵美的教师。</w:t>
      </w:r>
      <w:r>
        <w:rPr>
          <w:lang w:eastAsia="zh-CN"/>
        </w:rPr>
        <w:br/>
      </w:r>
      <w:r>
        <w:rPr>
          <w:lang w:eastAsia="zh-CN"/>
        </w:rPr>
        <w:t>　　我园把德育教育付予教育实践，开展“文明礼仪教育活动”，在母亲节和父亲节到来之际，我们教育孩子要懂得感恩，在家里为母亲或父亲做件事例如敬茶、捶背、表演节目等，让父母们享受天伦之乐。这样的活动让老师与孩子们都得到了心灵的启迪，真正感受到发自心里的感恩是如此的感动人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二、重视理论学习，努力提高教师的理论素质与专业水平。</w:t>
      </w:r>
      <w:r>
        <w:rPr>
          <w:lang w:eastAsia="zh-CN"/>
        </w:rPr>
        <w:br/>
      </w:r>
      <w:r>
        <w:rPr>
          <w:lang w:eastAsia="zh-CN"/>
        </w:rPr>
        <w:t>　　树立教师终身学习的观念，不断修炼自己的专业水平与增加专业知识量，每周一次专业知识学习。我们学习《幼儿园教师专业标准》，知道做为幼儿教师的基本理念是“幼儿为本，师德为先，能力为重，终身学习”，把“专业标准”做为教师建设的基本依据、教师培训的主要依据、教师管理的重要依据；把“专业标准”作为教师自身发展的基本依据。了解“专业标准”从专业理念与师德、专业知识、专业技能等方面去要求教师，因此，我们在进行教师园本培训的时候，也是从这三大块进行培训学习。学习《3-6岁儿童学习与发展指南》，了解最新五大领域的教育目标与内容，并解读其与《纲要》的不同之处，只有深刻理解了《指南》的理念与内容，在日常教学活动中才可以得心应手，合理设计教学活动，达成教育目标。专业知识的学习，对于提高教师的专业水平起了重要的作用，因此我们要求教师要做学习笔记、教育笔记，真正做到每学必记，每记必用，学会反思，做个思考型的教师。</w:t>
      </w:r>
      <w:r>
        <w:rPr>
          <w:lang w:eastAsia="zh-CN"/>
        </w:rPr>
        <w:br/>
      </w:r>
      <w:r>
        <w:rPr>
          <w:lang w:eastAsia="zh-CN"/>
        </w:rPr>
        <w:t>　　走出去，学回来。随着国家“国培计划”的实施，我们感觉到幼教的春天已经来临，沐浴春雨，身心焕然，受益最大的是我们的教师们。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走出去，参观其他示范幼儿园，老师们开阔了视野，听了多名幼教专家教授的精彩讲座，我们的知识面广了，知识层次加深了，对幼教的前沿理念了解了，老师们增长了知识，也增加了胆识，对自己以后的教学工作更有创新尝试的激情与自信，经过全员的培训，老师们更新了教育理念，对本园的课程改革有了共同的认识，改变小学化的教学模式，增加多样化的、以游戏为主的、以区域、分组教学为辅的课程模式应该是我园以后的园本课程模式。</w:t>
      </w:r>
      <w:r>
        <w:rPr>
          <w:lang w:eastAsia="zh-CN"/>
        </w:rPr>
        <w:br/>
      </w:r>
      <w:r>
        <w:rPr>
          <w:lang w:eastAsia="zh-CN"/>
        </w:rPr>
        <w:t>　　三、加强教师的技能培训与实践。</w:t>
      </w:r>
      <w:r>
        <w:rPr>
          <w:lang w:eastAsia="zh-CN"/>
        </w:rPr>
        <w:br/>
      </w:r>
      <w:r>
        <w:rPr>
          <w:lang w:eastAsia="zh-CN"/>
        </w:rPr>
        <w:t>　　根据我园教师各自能力的不同，采取以老带小、扬长避短、特长发挥等方式分配教师的工作：比如班主任工作，特意培训比较年轻的教师当班主任；根据教师弹唱跳画的能力合理搭配班级教师；开设舞蹈兴趣小组、美术兴趣小组，语言能力好的教师任教语音领域，以便培养幼儿的口语表达能力；能弹会唱的教师任教艺术领域等。</w:t>
      </w:r>
      <w:r>
        <w:rPr>
          <w:lang w:eastAsia="zh-CN"/>
        </w:rPr>
        <w:br/>
      </w:r>
      <w:r>
        <w:rPr>
          <w:lang w:eastAsia="zh-CN"/>
        </w:rPr>
        <w:t>　　要求教师写读书笔记、教育笔记、说课稿、论文等，通过培训教师写作能力，提高教师的专业化水平，因为幼儿专业化标准中要求，教师要会设计教育活动、评价、观察幼儿、分析与反思，这些都需要教师有一定的写作水平。</w:t>
      </w:r>
      <w:r>
        <w:rPr>
          <w:lang w:eastAsia="zh-CN"/>
        </w:rPr>
        <w:br/>
      </w:r>
      <w:r>
        <w:rPr>
          <w:lang w:eastAsia="zh-CN"/>
        </w:rPr>
        <w:t>　　四、加强园本课程的开发，使本园教师的潜能得以发挥。</w:t>
      </w:r>
      <w:r>
        <w:rPr>
          <w:lang w:eastAsia="zh-CN"/>
        </w:rPr>
        <w:br/>
      </w:r>
      <w:r>
        <w:rPr>
          <w:lang w:eastAsia="zh-CN"/>
        </w:rPr>
        <w:t>　　今年，我园开展了全园性的教育活动：比如：家长开放日、节日主题活动（母亲节感恩活动、“六.一”歌舞表演活动）、文明礼仪活动……，通过这些活动，让老师们使出全身的本事来指导幼儿，让幼儿在活动过程中出色表现，即延伸了我们五大领域的教育目标，又让老师与幼儿发挥了自己的潜能。即增加了我园的教育活动的特色，又提高了我园教育质量。</w:t>
      </w:r>
      <w:r>
        <w:rPr>
          <w:lang w:eastAsia="zh-CN"/>
        </w:rPr>
        <w:br/>
      </w:r>
      <w:r>
        <w:rPr>
          <w:lang w:eastAsia="zh-CN"/>
        </w:rPr>
        <w:t>　　五、教师培训的收获与成果。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们的教师通过参加各种形式的培训学习，更新了知识，树立了新的教育理念，让我们的教研等各方面的工作开展得更顺利，没有了之前的慵懒、得过且过的心态，深刻认识到幼教的美好前景，工作干劲十足，教师精神风貌焕然一新。教师快乐，才可以教育出快乐的幼儿，因此，我们的培训是成功的，也将是长久的，循序渐进的。</w:t>
      </w:r>
      <w:r>
        <w:rPr>
          <w:lang w:eastAsia="zh-CN"/>
        </w:rPr>
        <w:br/>
      </w:r>
      <w:r>
        <w:rPr>
          <w:lang w:eastAsia="zh-CN"/>
        </w:rPr>
        <w:t>　　总之，作为幼儿教师要与时俱进，不断学习，终身学习是我们的理念，我们的教师培训也将继续，我们将不断设立目标，制定培训计划与方案，建设我园的教师队伍专业化。</w:t>
      </w:r>
      <w:r>
        <w:rPr>
          <w:lang w:eastAsia="zh-CN"/>
        </w:rPr>
        <w:br/>
      </w:r>
      <w:r>
        <w:rPr>
          <w:lang w:eastAsia="zh-CN"/>
        </w:rPr>
        <w:t xml:space="preserve">    2024教师培训返岗实践总结范文 篇3 </w:t>
      </w:r>
      <w:r>
        <w:rPr>
          <w:lang w:eastAsia="zh-CN"/>
        </w:rPr>
        <w:br/>
      </w:r>
      <w:r>
        <w:rPr>
          <w:lang w:eastAsia="zh-CN"/>
        </w:rPr>
        <w:t>　　通过学习，我找到了差距，认清了努力方向。我的体会有以下几点：</w:t>
      </w:r>
      <w:r>
        <w:rPr>
          <w:lang w:eastAsia="zh-CN"/>
        </w:rPr>
        <w:br/>
      </w:r>
      <w:r>
        <w:rPr>
          <w:lang w:eastAsia="zh-CN"/>
        </w:rPr>
        <w:t>　　一、规范办园，科学管理。</w:t>
      </w:r>
      <w:r>
        <w:rPr>
          <w:lang w:eastAsia="zh-CN"/>
        </w:rPr>
        <w:br/>
      </w:r>
      <w:r>
        <w:rPr>
          <w:lang w:eastAsia="zh-CN"/>
        </w:rPr>
        <w:t>　　办什么样的幼儿园正是我所面临的问题，讲座中很明确的给我们提出了现代园长应具备的观点和要求以及现代化的幼儿园应该达到的要求，明确了我们园长的角色和幼儿园的发展方向。在此次学习中，让我们明确幼儿园的管理不容忽视，从师资、设备、环境、孩子、家长等各个方面做了全方位的分析，幼儿园必须朝着精细化方向发展。我们是一所乡镇中心幼儿园，和城市幼儿园根本没法比，但是，我们也要舍得在外部环境和设备设施上投资。在参观幼儿园时，我拍摄了好多照片，觉得很多地方可以借鉴。我们也要努力让幼儿园成为“花园”“乐园”成为孩子们温馨的“家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二、专业引领，更新理念。</w:t>
      </w:r>
      <w:r>
        <w:rPr>
          <w:lang w:eastAsia="zh-CN"/>
        </w:rPr>
        <w:br/>
      </w:r>
      <w:r>
        <w:rPr>
          <w:lang w:eastAsia="zh-CN"/>
        </w:rPr>
        <w:t>　　这次培训，注重参训人员的原有基础，了解我们现有管理中的困惑，精心选择符合我们园长的胃口，能满足我们急需的既新颖又实用的培训内容。在一个个鲜活的实例和丰富的知识内涵及精湛的阐述下，给了我们强烈的感染与深深的理论引领。特别是几位园长专家的讲座，让我深深感受到作为领导者要尊重每一位教师，注重为教师创设自主、宽松的学习环境，要善于营造情感氛围，对教师所提的问题要具体情况具体分析，多让教师说说自己的理由。要培养教师的创新精神和创新能力，培养他们的实践能力以及自我学习的能力。同时为我们的教学实践提出了纲领性的指导，为我们的教育科学理论注入了源头活水，她们又结合幼儿园的实际工作让我们了解如何在幼儿园进行教育教学工作。自觉地将新的教育理念和目标内化为自己的`教育观念与价值追求。</w:t>
      </w:r>
      <w:r>
        <w:rPr>
          <w:lang w:eastAsia="zh-CN"/>
        </w:rPr>
        <w:br/>
      </w:r>
      <w:r>
        <w:rPr>
          <w:lang w:eastAsia="zh-CN"/>
        </w:rPr>
        <w:t>　　总而言之，这次培训给园长们提供了一次难得的学习机会，提高了认识，明确了职责。对于一个幼儿园的管理者，我们需要的是更多这样的精神食粮。让我们以这次学习为契机，实实在在地办好幼儿园，造福孩子。</w:t>
      </w:r>
      <w:r>
        <w:rPr>
          <w:lang w:eastAsia="zh-CN"/>
        </w:rPr>
        <w:br/>
      </w:r>
      <w:r>
        <w:rPr>
          <w:lang w:eastAsia="zh-CN"/>
        </w:rPr>
        <w:t>　　我是一名小学教师，在学校领导的安排下，此次有幸的参加了幼儿教师的远程培训。在这次培训中，收获颇多。学习的知识非常广，在这短短的一月里要领会、理解这些理论知识，还需在今后的幼儿教学中得以实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我们不管是小学教师，还是幼儿教师，我们面对的都是学生。现在的学生可谓家中之宝。通常是爷爷、奶奶、外公、外婆、爸爸、妈妈，看护这么一个孩子，生怕有一点照顾不到。市区孩子的家长们对于孩子选择哪所幼儿园时，总是左挑右选，考虑的因素很多。但无论是市区的家长，还是农村孩子的家长，对哪个家长来说最希望的都是自己家的孩子能碰到一个爱孩子的老师。所以说要想家长满意，先要从爱孩子做起，这也是教师职业道德之一。都说孩子的感情是不会参假的，只要你付出并让孩子感受到了你的爱，他们就会用最纯的爱来回报你。</w:t>
      </w:r>
      <w:r>
        <w:rPr>
          <w:lang w:eastAsia="zh-CN"/>
        </w:rPr>
        <w:br/>
      </w:r>
      <w:r>
        <w:rPr>
          <w:lang w:eastAsia="zh-CN"/>
        </w:rPr>
        <w:t>　　在班级里总有一些表现好、表现不好的孩子。作为教师，我们是他们心里的秤杆，应该怎样称量，是由我们权衡。所以，我们不能有一点点马虎，稍微有一点偏心，所称量的结果是不正确的。</w:t>
      </w:r>
      <w:r>
        <w:rPr>
          <w:lang w:eastAsia="zh-CN"/>
        </w:rPr>
        <w:br/>
      </w:r>
      <w:r>
        <w:rPr>
          <w:lang w:eastAsia="zh-CN"/>
        </w:rPr>
        <w:t>　　记得有一次，我帮幼儿老师代课，在没有进幼儿班的时候，曾听幼儿班主任说过，她班的李冉是很不听话的孩子，上课的时候爱讲话、吃零食。正好那天，他们老师有事，让我去代课。我高高兴兴地去了班上，还没有走进教室，就听见一位女孩的叫喊声。当我走进去以后，才知道这声音正是李冉传出来的。我走到李冉桌前，说：“孩子，你叫喊什么呢？”李冉不屑一顾地说：“我们老师今天不来，万岁！”那时，我顿然惊讶，这么小的孩子，就这么不喜欢班主任吗？可能因为我不是他们的班主任，那节课孩子们表现都很乖，很顺利的结束了那堂课。但是，在课余休息的时候，李冉的话在我耳边回荡了很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经过这次幼儿教师的培训，我更深刻的领会到了，一个人无论干什么都要有责任感，对自己负责，对他人负责，对工作负责。作为幼儿教师首先要爱孩子，爱本职工作，全身心的投入工作。书中曾这样说过：“要成为孩子的真正教育者，就是要把自己的心奉献给他们。”对孩子、对事业真诚。因此，要做到喜欢孩子要真心，是桥梁。如果不真心喜欢孩子，在教学工作中很难实施。</w:t>
      </w:r>
      <w:r>
        <w:rPr>
          <w:lang w:eastAsia="zh-CN"/>
        </w:rPr>
        <w:br/>
      </w:r>
      <w:r>
        <w:rPr>
          <w:lang w:eastAsia="zh-CN"/>
        </w:rPr>
        <w:t>　　所以不要用片面的观点去评判每一个孩子，先在心里面下芥蒂。而是要宽容的对待它的存在，并针对不同的孩子，找到不同的方式方法和他进行交流、沟通。当然和孩子的家长进行沟通也很重要。及时沟通，仔细听取家长意见。孩子多数时间和家长生活在一起，对孩子的一些问题，家长最有发言权。作为教师要多听家长的意见，并针对意见做出反应。客观的评价孩子的优缺点。谈论孩子的缺点时，一点也看不到孩子的优点，总是向家长告状说孩子这也不是，那也不行。这往往使家长难以接受。</w:t>
      </w:r>
      <w:r>
        <w:rPr>
          <w:lang w:eastAsia="zh-CN"/>
        </w:rPr>
        <w:br/>
      </w:r>
      <w:r>
        <w:rPr>
          <w:lang w:eastAsia="zh-CN"/>
        </w:rPr>
        <w:t>　　作为幼儿教师，应客观的向家长告知孩子在幼儿园的情况，而不应该掺杂主观色彩和情绪。尽量用平和的语气，委婉的态度，一分为二的观点与家长交流。可以先向家长介绍一些孩子的优点，再说孩子</w:t>
      </w:r>
      <w:r>
        <w:rPr>
          <w:lang w:eastAsia="zh-CN"/>
        </w:rPr>
        <w:br/>
      </w:r>
      <w:r>
        <w:rPr>
          <w:lang w:eastAsia="zh-CN"/>
        </w:rPr>
        <w:t>　　不足之处或须改正的地方，这样，便于家长接受。</w:t>
      </w:r>
      <w:r>
        <w:rPr>
          <w:lang w:eastAsia="zh-CN"/>
        </w:rPr>
        <w:br/>
      </w:r>
      <w:r>
        <w:rPr>
          <w:lang w:eastAsia="zh-CN"/>
        </w:rPr>
        <w:t xml:space="preserve">    2024教师培训返岗实践总结范文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转眼间，小学英语骨干教师培训已接近尾声。作为培训班的学员，我深感荣幸，并十分感谢专家教授和老师给予我们的指导和帮助。这次培训内容丰富多彩，有口语课、语言知识与语言技能关系课、语法课、语音课、阅读课、小学英语教学、小学英语教学与中西方文化等课程。在各门课程中专家老师们运用生动有趣的案例使我们从内心中深处愿意接受培训的内容并尽可能加以內化。通过此次培训，使我受益匪浅，既有观念上的洗礼，也有理论上的提高，有知识上的积淀，也有教学技艺的增长。这些都将在我以后教学实践中起到重大的作用！其实每次培训对我而言都是弥足珍贵，一个人只有放开眼界去交流沟通才能丰富自己提高自己，学然后知不足。</w:t>
      </w:r>
      <w:r>
        <w:rPr>
          <w:lang w:eastAsia="zh-CN"/>
        </w:rPr>
        <w:br/>
      </w:r>
      <w:r>
        <w:rPr>
          <w:lang w:eastAsia="zh-CN"/>
        </w:rPr>
        <w:t>　　一、教育教学理论的学习</w:t>
      </w:r>
      <w:r>
        <w:rPr>
          <w:lang w:eastAsia="zh-CN"/>
        </w:rPr>
        <w:br/>
      </w:r>
      <w:r>
        <w:rPr>
          <w:lang w:eastAsia="zh-CN"/>
        </w:rPr>
        <w:t>　　老师们都精心制作了大量的多媒体课件，深入浅出的解读了新的课程标准，重点讲述了任务型教学法，结合小学英语教学的现状，深入细致的讲解课堂教学的基本步骤和方法，以及备课的基本环节和要点。口语老师还根据课堂实际，摘选了一百多条英语课堂用语供我们学习，鼓励我们多说英语，纠正我们的语音语调，组织我们观看课堂教学录相课，具有很强的针对性和实效性，受到学员们的欢迎。语音老师示范标准到位，耐心纠正发音、纠正语调，给予我们极大的帮助，使我们知道了自身的薄弱之处，并能改之。老师还用多媒体课件的形式展示了儿歌的特点、教学优势、以及它在小学英语教学中的具体运用，我们深受鼓舞。</w:t>
      </w:r>
      <w:r>
        <w:rPr>
          <w:lang w:eastAsia="zh-CN"/>
        </w:rPr>
        <w:br/>
      </w:r>
      <w:r>
        <w:rPr>
          <w:lang w:eastAsia="zh-CN"/>
        </w:rPr>
        <w:t>　　二、课堂教学实践活动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为了提升学员们的课堂教学能力，老师们组织了课堂教学实践活动，开展听课、评课活动。通过听课，我感受到学员们都非常重视这次展示自己教学才能的活动。他们认真备课，教学思路清晰，设计合理，精心准备教案、教具，取得了较好的效果；课堂上师生配合融洽，较好的完成了教学任务。教师老师的评课真可谓深刻独到、旁征博引、通俗易懂、生动有趣、发人深省。学了之后确实获益匪浅，为自己今后的教学指明了方向。</w:t>
      </w:r>
      <w:r>
        <w:rPr>
          <w:lang w:eastAsia="zh-CN"/>
        </w:rPr>
        <w:br/>
      </w:r>
      <w:r>
        <w:rPr>
          <w:lang w:eastAsia="zh-CN"/>
        </w:rPr>
        <w:t>　　三、风趣幽默的知识树解说和说课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激情点燃智慧。若要问最精彩最吸引人的就莫过于某位女老师老师的那场报告，虽然我不是第一次听她老师的报告，但她飞扬的激情却一次比一次更深地吸引了我。她从她的成长史开始谈起，一字一句无不彰显着她独有的魅力和深厚的底蕴，她对教育的理性思考，对教育的无限热爱，对教育的万丈激情，感染着在场的每一个老师！她的超越教材、超越课堂、超越教师，她的对待学习的”韧劲“、敢于实践的”闯劲“、积累时的”恒劲“，都给了我心灵上的震撼，并由此引发出深深的思考，看看自己这几年，简直就是在浑浑噩噩中度过的，想想真是觉得惭愧，她的激情她的智慧让我明白激情点燃智慧成就激情！作为一名农村小学的新手英语教师，自己还存有很多的不足，需要在以后教学中不断的提高，当然小学英语的开展目前在农村还存在一些暂时性的问题，如：设备不全，学校、家长不重视，教师专业不对口、即使是专门的英语教师，还需要教语文或者数学等等，对于刚下来的英语老师，总觉得往往有一点挑战性，如何在这种小学英语教学氛围中，摆正自己的态度，将是十分的重要，不管氛围怎么样，存在什么样的问题，只要我们存有一颗为教学奉献的心，对学生负责任的态度，就可以把小学英语教好，教精！</w:t>
      </w:r>
      <w:r>
        <w:rPr>
          <w:lang w:eastAsia="zh-CN"/>
        </w:rPr>
        <w:br/>
      </w:r>
      <w:r>
        <w:rPr>
          <w:lang w:eastAsia="zh-CN"/>
        </w:rPr>
        <w:t>　　通过这次学习我意识到在以后的教学过程中要尽量给学生创造条件，创设情景，上好每一节课，从点滴做起，慢慢积累，不断反思，发现最适合学生的教学方法，小学英语强调交流式英语，让学生说出来，培养学生的自信，从而培养学生的学习兴趣，告诉他们学习英语的方法，而不是一味强求的记忆，当然自己明白这些目标的实现还将会有一个过程，将会努力实现，而且很有信心！</w:t>
      </w:r>
      <w:r>
        <w:rPr>
          <w:lang w:eastAsia="zh-CN"/>
        </w:rPr>
        <w:br/>
      </w:r>
      <w:r>
        <w:rPr>
          <w:lang w:eastAsia="zh-CN"/>
        </w:rPr>
        <w:t>　　教师就是一盏明灯，对于学生的影响很大，教师知识面的宽广对学生对于这一门学科的认识会有一定程度的影响，在以后教学中将不断扩大自己的知识面，不仅是专业方面的还有其他方面的，还会时刻关注教育教学最新动态，将前沿的教育理念用到课堂中，和学生一起学，一起成长，做学生学习的参与者、引导者，同时也是知识的传道者！通过培训，我们的成绩和进步是显著的。大多数学员都能以学生为主体，广泛开展小组活动和师生活动，活动面较大；都能通过游戏、表演等形式来操练和巩固所学知识；都能利用图片、各种教具进行教学。一些学员以前不大使用课堂用语，但通过培训掌握了一些较常用的课堂用语，并能大胆使用。此次骨干班培训，更新了我的新课程教学理念，提高了我驾驭英语课堂的能力，为我的英语新课堂教学打开新天地。在今后的工作中，我都会铭记这段培训的日子，在英语课堂教学中乘风破浪，扬帆远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总之在以后的教学中，将不断总结，不断学习，构建一种和谐的学习环境，师生间建立友好的关系，让学生感受到英语的有趣性，尊重学生在学习中的主体地位，实现学生个性的自由发展，让每个学生在学习过程中都各有所获，培养学生的自主学习能力，让学生体验教学活动的过程，接受学生的意见，从而培养学生的创新意识和创造能力，为学生的长远发展打下基础，同时也将不断提升自己的更方面素质，及时更新教学理念，创造更加适应于小学生学习的教学方法。路漫漫其修远兮，吾将长所而求之！相信自己可以做的很好，因为有一颗对教育执着的心，对学生负责的态度，作为理想的守护者，不仅守护着学生的理想，更守护着自己的理想，和学生一起学习进步，加油！</w:t>
      </w:r>
      <w:r>
        <w:rPr>
          <w:lang w:eastAsia="zh-CN"/>
        </w:rPr>
        <w:br/>
      </w:r>
      <w:r>
        <w:rPr>
          <w:lang w:eastAsia="zh-CN"/>
        </w:rPr>
        <w:t xml:space="preserve">    2024教师培训返岗实践总结范文 篇5 </w:t>
      </w:r>
      <w:r>
        <w:rPr>
          <w:lang w:eastAsia="zh-CN"/>
        </w:rPr>
        <w:br/>
      </w:r>
      <w:r>
        <w:rPr>
          <w:lang w:eastAsia="zh-CN"/>
        </w:rPr>
        <w:t>　　英语学习与考试伴随学生整个学习过程，无论是在中考还是高考都是重要部分，英语考试的成绩对整体分数影响较大，在高考中英语分数还影响专业的选取，在大学的学习生活中四六级的考试甚至影响到大学毕业，使得越来越多的学生参加英语培训学习使得自我的英语成绩得到提高与稳定。</w:t>
      </w:r>
      <w:r>
        <w:rPr>
          <w:lang w:eastAsia="zh-CN"/>
        </w:rPr>
        <w:br/>
      </w:r>
      <w:r>
        <w:rPr>
          <w:lang w:eastAsia="zh-CN"/>
        </w:rPr>
        <w:t>　　不一样年龄段的学员会有不一样的学习需求：</w:t>
      </w:r>
      <w:r>
        <w:rPr>
          <w:lang w:eastAsia="zh-CN"/>
        </w:rPr>
        <w:br/>
      </w:r>
      <w:r>
        <w:rPr>
          <w:lang w:eastAsia="zh-CN"/>
        </w:rPr>
        <w:t>　　1、幼儿少儿参加英语培训是为什么打好英语学习的基础，培养英语学习的兴趣，让孩子在游戏、表演生动的氛围中认识英语学习英语，为学生生涯的英语学习奠定良好的基础。</w:t>
      </w:r>
      <w:r>
        <w:rPr>
          <w:lang w:eastAsia="zh-CN"/>
        </w:rPr>
        <w:br/>
      </w:r>
      <w:r>
        <w:rPr>
          <w:lang w:eastAsia="zh-CN"/>
        </w:rPr>
        <w:t>　　2、学生参加英语培训是为巩固英语基础和英语知识，在课外丰富自我的英语知识，拓宽知识面，能在英语考试中取得优秀的成绩，在升学考试中满意的成绩。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3、大学生参加英语培训是为英语四六级和自我英语潜力的提升，进入大学后对综合潜力的要求使得学生进行英语培训，从而提升自我的英语学习的潜力。</w:t>
      </w:r>
      <w:r>
        <w:rPr>
          <w:lang w:eastAsia="zh-CN"/>
        </w:rPr>
        <w:br/>
      </w:r>
      <w:r>
        <w:rPr>
          <w:lang w:eastAsia="zh-CN"/>
        </w:rPr>
        <w:t>　　4、职业人士参加英语培训专注于商务英语方面，在工作期间与国外人事的商务沟通与交流促使我们要学习商务英语和提高口语沟通潜力，有利于提升职业综合潜力。</w:t>
      </w:r>
      <w:r>
        <w:rPr>
          <w:lang w:eastAsia="zh-CN"/>
        </w:rPr>
        <w:br/>
      </w:r>
      <w:r>
        <w:rPr>
          <w:lang w:eastAsia="zh-CN"/>
        </w:rPr>
        <w:t>　　在准备进行英语培训之前要对自我的学习目的进行确定，明确自我的学习目的才能正确的进行英语学习，不断地的提升自我的英语潜力，最终英语综合潜力提升。</w:t>
      </w:r>
      <w:r>
        <w:rPr>
          <w:lang w:eastAsia="zh-CN"/>
        </w:rPr>
        <w:br/>
      </w:r>
      <w:r>
        <w:rPr>
          <w:lang w:eastAsia="zh-CN"/>
        </w:rPr>
        <w:t>　　参加英语培训能够参考以下几点：</w:t>
      </w:r>
      <w:r>
        <w:rPr>
          <w:lang w:eastAsia="zh-CN"/>
        </w:rPr>
        <w:br/>
      </w:r>
      <w:r>
        <w:rPr>
          <w:lang w:eastAsia="zh-CN"/>
        </w:rPr>
        <w:t>　　A、学习环境</w:t>
      </w:r>
      <w:r>
        <w:rPr>
          <w:lang w:eastAsia="zh-CN"/>
        </w:rPr>
        <w:br/>
      </w:r>
      <w:r>
        <w:rPr>
          <w:lang w:eastAsia="zh-CN"/>
        </w:rPr>
        <w:t>　　培训机构环境和学习氛围对于学生学习很重要，在一个用心向上的学习环境中能促使学生对学习更加认真和用心，对知识的求知欲更加旺盛。</w:t>
      </w:r>
      <w:r>
        <w:rPr>
          <w:lang w:eastAsia="zh-CN"/>
        </w:rPr>
        <w:br/>
      </w:r>
      <w:r>
        <w:rPr>
          <w:lang w:eastAsia="zh-CN"/>
        </w:rPr>
        <w:t>　　B、师资团队</w:t>
      </w:r>
      <w:r>
        <w:rPr>
          <w:lang w:eastAsia="zh-CN"/>
        </w:rPr>
        <w:br/>
      </w:r>
      <w:r>
        <w:rPr>
          <w:lang w:eastAsia="zh-CN"/>
        </w:rPr>
        <w:t>　　根据自我的要求选取师资团队，仅有选对了教师才能更加有力的帮忙英语潜力的提升。</w:t>
      </w:r>
      <w:r>
        <w:rPr>
          <w:lang w:eastAsia="zh-CN"/>
        </w:rPr>
        <w:br/>
      </w:r>
      <w:r>
        <w:rPr>
          <w:lang w:eastAsia="zh-CN"/>
        </w:rPr>
        <w:t>　　C、课程安排</w:t>
      </w:r>
      <w:r>
        <w:rPr>
          <w:lang w:eastAsia="zh-CN"/>
        </w:rPr>
        <w:br/>
      </w:r>
      <w:r>
        <w:rPr>
          <w:lang w:eastAsia="zh-CN"/>
        </w:rPr>
        <w:t>　　根据自我的英语基础和潜力，在对自我进行了学习分析后再制定课程，这样的课程才是适合自我的，才能针对自我学习的弱势部分，才能解决学习问题。</w:t>
      </w:r>
      <w:r>
        <w:rPr>
          <w:lang w:eastAsia="zh-CN"/>
        </w:rPr>
        <w:br/>
      </w:r>
      <w:r>
        <w:rPr>
          <w:lang w:eastAsia="zh-CN"/>
        </w:rPr>
        <w:t xml:space="preserve">    2024教师培训返岗实践总结范文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这次的实习，对我来说真的有很大的提升。作为一名师范实习生，我对自己实际的教学能力一直带着一种怀疑的态度。但是，在这次的实习中，我见证了自己的能力，并且有了很大的成长！现在的我，对教学已经有了十足的信心，我也相信自己一定能在下次的教学中做的更好！以下，是我对这次实习的自我鉴定：</w:t>
      </w:r>
      <w:r>
        <w:rPr>
          <w:lang w:eastAsia="zh-CN"/>
        </w:rPr>
        <w:br/>
      </w:r>
      <w:r>
        <w:rPr>
          <w:lang w:eastAsia="zh-CN"/>
        </w:rPr>
        <w:t>　　一、作为教师的思想方面</w:t>
      </w:r>
      <w:r>
        <w:rPr>
          <w:lang w:eastAsia="zh-CN"/>
        </w:rPr>
        <w:br/>
      </w:r>
      <w:r>
        <w:rPr>
          <w:lang w:eastAsia="zh-CN"/>
        </w:rPr>
        <w:t>　　在思想上，尽管一开始的时候我想以一个威严的教师的形象严格的管理好班级。但是，随着和同学们的接触，我却不自觉的和他们成为了朋友。并且通过不断的接触，我也感受到自己作为学生的朋友，也许对教学来说会更有帮助。工作自己的摸索和任课老师的指点，自己也对这方面的思想经验有了很大的收获。</w:t>
      </w:r>
      <w:r>
        <w:rPr>
          <w:lang w:eastAsia="zh-CN"/>
        </w:rPr>
        <w:br/>
      </w:r>
      <w:r>
        <w:rPr>
          <w:lang w:eastAsia="zh-CN"/>
        </w:rPr>
        <w:t>　　二、教学方面的收获</w:t>
      </w:r>
      <w:r>
        <w:rPr>
          <w:lang w:eastAsia="zh-CN"/>
        </w:rPr>
        <w:br/>
      </w:r>
      <w:r>
        <w:rPr>
          <w:lang w:eastAsia="zh-CN"/>
        </w:rPr>
        <w:t>　　作为一名实习教师，在参加这次实习之前，我也有对教材和各种经验技巧做了巩固和复习。但是，通过这次的实习我才认识到，作为一名教师，仅仅有这些经验的理论知识是完全不够的。站在讲台上，所有的目光都集中在自己的身上，这时候再去思考，已经来不及了。</w:t>
      </w:r>
      <w:r>
        <w:rPr>
          <w:lang w:eastAsia="zh-CN"/>
        </w:rPr>
        <w:br/>
      </w:r>
      <w:r>
        <w:rPr>
          <w:lang w:eastAsia="zh-CN"/>
        </w:rPr>
        <w:t>　　为此，我向__班原本的数学认可老师积极的学习，加强自己对课堂的管理能力，把握课堂的节奏，并尝试将这些技巧都转化为自己的习惯。在慢慢的习惯后，我也逐渐掌握了这些能力，并通过自己的习惯将这些都化作了自己的能力。</w:t>
      </w:r>
      <w:r>
        <w:rPr>
          <w:lang w:eastAsia="zh-CN"/>
        </w:rPr>
        <w:br/>
      </w:r>
      <w:r>
        <w:rPr>
          <w:lang w:eastAsia="zh-CN"/>
        </w:rPr>
        <w:t>　　三、个人的不足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这次的实习之前，我总以为自己对教学已经掌握的七七八八，以为自己所欠缺的不过是经验罢了。但是通过自己亲身的体会，我才真正的感受到，自己的所欠缺的，并不仅仅是经验就能弥补的。经验的累积仅仅只是第一步，我还有更多的东旭需要了解！作为老师，我们要学的远远不止学校中的那些。</w:t>
      </w:r>
      <w:r>
        <w:rPr>
          <w:lang w:eastAsia="zh-CN"/>
        </w:rPr>
        <w:br/>
      </w:r>
      <w:r>
        <w:rPr>
          <w:lang w:eastAsia="zh-CN"/>
        </w:rPr>
        <w:t>　　未来的路还很长，但是我相信，我一定能成为一名出色的数学教师！再见了，我最初的学生们！这么想着，自己的脚步又不禁加快了起来。</w:t>
      </w:r>
      <w:r>
        <w:rPr>
          <w:lang w:eastAsia="zh-CN"/>
        </w:rPr>
        <w:br/>
      </w:r>
      <w:r>
        <w:rPr>
          <w:lang w:eastAsia="zh-CN"/>
        </w:rPr>
        <w:t>　　半年的实习期就要结束了，回过头来看，自己竟然在高中教师的工作岗位上面工作有半年的时间了，这半年里面自己的身份第一次的发生转变，从一名学生转变成了一位教师，一位高中数学教师，从被教学者变成了教学者。虽然角色发生了很大的转变，但是在学校各位领导和教师同事的帮助下，以及班上各位同学的配合下，我还是以很不错的成绩完成了学校交给我的教学工作，也圆满完成了我的这几个月的实习。</w:t>
      </w:r>
      <w:r>
        <w:rPr>
          <w:lang w:eastAsia="zh-CN"/>
        </w:rPr>
        <w:br/>
      </w:r>
      <w:r>
        <w:rPr>
          <w:lang w:eastAsia="zh-CN"/>
        </w:rPr>
        <w:t>　　这半年多的实习，让我认识到了身为一个教师必须要有很强的责任，必须要有很深的教学功底，必须要有正确多的工作态度才行。我的工作不是什么普通的岗位，是被称为“人类灵魂师”的工作，是为社会培养优秀人才的工作，所以我身为一名教师必须尽到自己的责任才行，最重要的是，我是一名高中数学老师，教的学生是要面对高考的学生，而且我还教的是数学这们主科，就更加要认真、重视起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作为一个脱离高中学习多年的实习老师来说，我对高中的学习认识是十分模糊的了，而我要教好他们，不能是掌握有数学技巧，还要有讲课的能力，还有有对这几年多的数学考试环境有非常神的了解才行，不然光懂很深的数学，可是却不知道怎么教会别人，那无论如何都不能算是一个合格的老师，还有就是要对当前的数学教育要有一定的认识，知道现在高考的热点题型是什么，哪些是高考频率范围等等，这样才能够针对性地去交学生，专门去训练学生。这半年的实习，我认为我是做到了这些的，每天我在认真教好课的同时，我并不是一走了之就不管学生了，我仍旧会关系同学的学习，我会跟同学们说又不懂的问题随时来办公室问我，我还会经常与这群学生聊天，了解他们对我教课的看法，这样可以促进我教课方式的改进。可能是我的年龄与他们差距不大的原因，他们也愿意与我谈心，所以这样我更加能够在学习上给予他们帮助。</w:t>
      </w:r>
      <w:r>
        <w:rPr>
          <w:lang w:eastAsia="zh-CN"/>
        </w:rPr>
        <w:br/>
      </w:r>
      <w:r>
        <w:rPr>
          <w:lang w:eastAsia="zh-CN"/>
        </w:rPr>
        <w:t>　　这半年的教师实习，我认为我是做的不错的，对自己的课程都是尽心尽力的去上课，对待学习好与不好的学生都是一视同仁，而且还在努力做后进生的学习工作。我每天下课后也是在努力做好自己的教案，及时批改好班级学生的作业，而且还在不停多的学习，我专门买来了近几年各个省的数学高考题，了解近几年的高考题型，从而更好地教好学生。</w:t>
      </w:r>
      <w:r>
        <w:rPr>
          <w:lang w:eastAsia="zh-CN"/>
        </w:rPr>
        <w:br/>
      </w:r>
      <w:r>
        <w:rPr>
          <w:lang w:eastAsia="zh-CN"/>
        </w:rPr>
        <w:t>　　实习对于我来说，不仅仅是一份工作的尝试，更加是我不断完善自己的一种方式。</w:t>
      </w:r>
      <w:r>
        <w:rPr>
          <w:lang w:eastAsia="zh-CN"/>
        </w:rPr>
        <w:br/>
      </w:r>
      <w:r>
        <w:rPr>
          <w:lang w:eastAsia="zh-CN"/>
        </w:rPr>
        <w:t xml:space="preserve">    2024教师培训返岗实践总结范文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很荣幸参加了__年__区中小学“名教师”培训班的培训学习,非常感谢区教育局为我们搭建了如此好的一个平台,使我得以有如此珍贵的机会从各方面提升自己.总的来说，这次的培训内容丰富，形式多样，有教育专家的专题报告，有学员围绕专题进行的观摩课，也有学员的互动讨论。通过这一轮的培训，既有观念上的洗礼，也有理论上的提高，既有知识上的积淀，也有教学技艺的增长。下面是我在培训中的几点总结：</w:t>
      </w:r>
      <w:r>
        <w:rPr>
          <w:lang w:eastAsia="zh-CN"/>
        </w:rPr>
        <w:br/>
      </w:r>
      <w:r>
        <w:rPr>
          <w:lang w:eastAsia="zh-CN"/>
        </w:rPr>
        <w:t>　　一、乐观对待教育事业。</w:t>
      </w:r>
      <w:r>
        <w:rPr>
          <w:lang w:eastAsia="zh-CN"/>
        </w:rPr>
        <w:br/>
      </w:r>
      <w:r>
        <w:rPr>
          <w:lang w:eastAsia="zh-CN"/>
        </w:rPr>
        <w:t>　　回首这半年的教师培训，真是内容丰富，形式多样。专家的教育教学理念、人格魅力和治学精神深深地烙印在我的心中。特别是__教授有关《寻找教师的职业幸福》的专题讲座，真是心生感慨，让我受益非浅，让我懂得从平常的工作中去体验幸福。我们老师面临着来自自身、学校、家庭、家长等各方面的压力，面对如此重大的压力，我们必须先学会爱自己，要学会调节自己的心态。因为一个人的心理因素不仅影响到人的健康和寿命，还关系到人的成败。作为教师要学会调试自己的心理，同时还要学会与学生沟通，用阳光般的心态积极面对学生，才能有良好的教学效果。</w:t>
      </w:r>
      <w:r>
        <w:rPr>
          <w:lang w:eastAsia="zh-CN"/>
        </w:rPr>
        <w:br/>
      </w:r>
      <w:r>
        <w:rPr>
          <w:lang w:eastAsia="zh-CN"/>
        </w:rPr>
        <w:t>　　二、坚持读书，丰富自己的。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任何人想发展都离不开书，读书的边界就是人生的边界。书籍可以让我们跨越时空与先哲进行精神对话。给我们培训的老师，几乎都谈到了这个问题。作为一名教师，我们不仅要读教育教学方面的书，还要博览群书。不读书，如何更加深入地教学，如何在课堂上与学生与文本进行对话?如何与时俱进地掌握教育教学的技巧?在培训中，我深感自己的差距与不足。作为一名教师，要不断的给自己“充电”。我深感只有不断的充实自己，博览群书，授课时才能做到游刃有余，而不是照本宣科、索然无味。教学需要教师不断刷新,而不是复制。特别是现在的新教材新理念，为我们教师提供了更宽广的舞台，同时也对我们每位教师提出了更高的要求，我们更需要有创新的思想创新的理论。因此，以后要坚持读书，以丰富自己的，让自己获得更好的发展。</w:t>
      </w:r>
      <w:r>
        <w:rPr>
          <w:lang w:eastAsia="zh-CN"/>
        </w:rPr>
        <w:br/>
      </w:r>
      <w:r>
        <w:rPr>
          <w:lang w:eastAsia="zh-CN"/>
        </w:rPr>
        <w:t>　　三、要做创新型、研究型的教师。</w:t>
      </w:r>
      <w:r>
        <w:rPr>
          <w:lang w:eastAsia="zh-CN"/>
        </w:rPr>
        <w:br/>
      </w:r>
      <w:r>
        <w:rPr>
          <w:lang w:eastAsia="zh-CN"/>
        </w:rPr>
        <w:t>　　通过此次培训,我得以反思自我,寻找自己与“名教师”之间的距离。我经常会思考:在具体的教育教学中怎样做才能算是一位好的老师?怎样成为学生好的引导者?平时我们疲于应付日常教学，很多问题都没有认真去探究和思考，我觉得自己还有很多不足:</w:t>
      </w:r>
      <w:r>
        <w:rPr>
          <w:lang w:eastAsia="zh-CN"/>
        </w:rPr>
        <w:br/>
      </w:r>
      <w:r>
        <w:rPr>
          <w:lang w:eastAsia="zh-CN"/>
        </w:rPr>
        <w:t>　　1、教研分离。“教师在行动研究中成长”，要想成为一名教育科研专长骨干教师，光会教还不行，还得研。要朝着教育特长型发展，这就要求必须在一定行为规范的基础上，将自身调节机制放在教育活动的控制执行环节上。在平时的教学活动中要多做创新尝试，要多研究教育教学理论,以堆积、沉淀并吸收经验。通过此次培训使我认识到一个教师不仅要具有一定的教学经验，还应该从经验型逐步向研究型转变，教育科研是教师专业发展的重要途径，也是教育发展的一个重要趋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缺乏激情和创新。通过此次培训，通过聆听各位专家的精彩讲座,通过与各学员的相互交流,我更清醒地认识到自己的贫乏.我觉得自己太安于现状、自满自足多，紧迫感、危机感少;工作中容易被俗念束缚，惰性大，闯劲少。</w:t>
      </w:r>
      <w:r>
        <w:rPr>
          <w:lang w:eastAsia="zh-CN"/>
        </w:rPr>
        <w:br/>
      </w:r>
      <w:r>
        <w:rPr>
          <w:lang w:eastAsia="zh-CN"/>
        </w:rPr>
        <w:t xml:space="preserve">    2024教师培训返岗实践总结范文 篇8 </w:t>
      </w:r>
      <w:r>
        <w:rPr>
          <w:lang w:eastAsia="zh-CN"/>
        </w:rPr>
        <w:br/>
      </w:r>
      <w:r>
        <w:rPr>
          <w:lang w:eastAsia="zh-CN"/>
        </w:rPr>
        <w:t>　　作为一名农村小学教师，我很荣幸参加__市教育局今年组织的__中小学骨干教师培训活动。我觉得我受益匪浅。无论从哪个方面来说，它都大大提高了我们的教学和理解能力。从网络上不同风格的名师精彩的讲座中，我们进一步了解和把握了新课程改革的发展方向和目标，反思了以往工作的不足。一些对教育教学有很好见解的专家，以新鲜的事例、丰富的知识内涵、精妙的理论阐述，进一步更新了我的教育教学观念</w:t>
      </w:r>
      <w:r>
        <w:rPr>
          <w:lang w:eastAsia="zh-CN"/>
        </w:rPr>
        <w:br/>
      </w:r>
      <w:r>
        <w:rPr>
          <w:lang w:eastAsia="zh-CN"/>
        </w:rPr>
        <w:t>　　过去，经过多次培训，我对新课程改革也有了一定的了解，但通过对骨干教师的培训，我发现自己的理解不够系统和全面。特别是，__教授有效的课堂教学和评估，__老师的终身学习与阅读教学相辅相成，__老师的职业幸福，给我留下了深刻的印象。让我意识到，只有努力学习，加强学习，我才能成为一名好老师。作为语文教师，我们不仅要了解一些语文理论知识，还要加强自身的文化修养，培养自己良好的人文精神，把自己的人文精神渗透到学生身上。此外，语文教师应向高师学习，具有较高的艺术鉴赏能力和艺术修养。只有这样，才能引导学生在教材和生活中发现美，引导学生感受美，创造美。通过这次培训，我有如下感悟：</w:t>
      </w:r>
      <w:r>
        <w:rPr>
          <w:lang w:eastAsia="zh-CN"/>
        </w:rPr>
        <w:br/>
      </w:r>
      <w:r>
        <w:rPr>
          <w:lang w:eastAsia="zh-CN"/>
        </w:rPr>
        <w:t>　　首先教师应该多读书，不断丰富自己的知识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要给学生一滴水，教师必须有一桶水。专家们的讲座充分证实了这句话。他们以深厚的科学文化知识，向学生们介绍了深厚的理论知识，浅显易懂，深受启发。因此，在我们的工作中，我们面临着一群对知识充满渴望的孩子。教育好他们是我们的责任和义务。这使我意识到学习的重要性。只有不断学习和不断改进。只有不断加强自身修养，才能胜任教育工作</w:t>
      </w:r>
      <w:r>
        <w:rPr>
          <w:lang w:eastAsia="zh-CN"/>
        </w:rPr>
        <w:br/>
      </w:r>
      <w:r>
        <w:rPr>
          <w:lang w:eastAsia="zh-CN"/>
        </w:rPr>
        <w:t>　　加强学习不仅是专业性的，而且要拓展到各个领域，不断提高自身修养和素质。教师应在自己的教学实践中实施学习，将学习与实践教学相结合，努力探索新的教育教学方法。他们在丰富自身专业知识的同时，广泛参与各种社会科学和自然科学知识，以更好地满足教学需要，提高自身素质，通过总结经验争取更完美的目标。充分利用现代信息通信技术，不断拓展学习资源和学习空间，及时了解专业领域等领域的最新发展，注重与其他教师和专家的合作与讨论。教师应坚持终身学习的教育理念，以适应教育改革的浪潮</w:t>
      </w:r>
      <w:r>
        <w:rPr>
          <w:lang w:eastAsia="zh-CN"/>
        </w:rPr>
        <w:br/>
      </w:r>
      <w:r>
        <w:rPr>
          <w:lang w:eastAsia="zh-CN"/>
        </w:rPr>
        <w:t>　　其次，提高思想认识，净化心灵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培训实际上是一个反思和进步的过程。经过十多年的教学生涯，我已经慢慢厌倦了。我不知道什么时候开始。我不仅在抱怨，而且还在抱怨。无休止的笔记、频繁的检查、苛刻的制度、一项又一项的任务、家长的困难、学生的愚蠢、领导的不理解等等。都是那么沉重，沉重得令人窒息。我已经像一台机器，不再有灵感。教师被视为谋生的职业。人们对工作感到厌倦、不公正和沮丧。但通过这次培训，我走进了教学大师的精神世界，感叹他们思维敏捷、语言有趣丰满、独特的教育视角、健康乐观的人生观、丰富的教育经验。它唤起了我的心弦，触动了我思想的深处。我忍不住一次又一次地问自己，我该怎么办？什么样的老师？如何成为一名优秀的教师？与优秀的教师和教学大师相比，我自己的缺点是显而易见的。这次培训对我来说是一次难忘的充电机会。这不仅使我能够以更广阔的视野看待我们的教育工作，也让我学会了更多提高自身素质和教育教学水平的方法和捷径。我也明白“爱”是教育永恒的主题。我们应该如何更好地爱我们的学生，如何让我们的学生在更好的环境中健康成长。我们更清楚地知道，只要我们的老师是快乐快乐的劳动人民，他们就会让学生感到快乐和幸福，培养出社会所需要的更多快乐和幸福的人</w:t>
      </w:r>
      <w:r>
        <w:rPr>
          <w:lang w:eastAsia="zh-CN"/>
        </w:rPr>
        <w:br/>
      </w:r>
      <w:r>
        <w:rPr>
          <w:lang w:eastAsia="zh-CN"/>
        </w:rPr>
        <w:t xml:space="preserve">    2024教师培训返岗实践总结范文 篇9 </w:t>
      </w:r>
      <w:r>
        <w:rPr>
          <w:lang w:eastAsia="zh-CN"/>
        </w:rPr>
        <w:br/>
      </w:r>
      <w:r>
        <w:rPr>
          <w:lang w:eastAsia="zh-CN"/>
        </w:rPr>
        <w:t>　　一、研修工作目标明确</w:t>
      </w:r>
      <w:r>
        <w:rPr>
          <w:lang w:eastAsia="zh-CN"/>
        </w:rPr>
        <w:br/>
      </w:r>
      <w:r>
        <w:rPr>
          <w:lang w:eastAsia="zh-CN"/>
        </w:rPr>
        <w:t>　　本次研修，就是要通过实战，体验关于小学远程研修流程的可行性和可操作性;通过一线教师与专家的互动、专题的讨论，助于对课程资源、考核评价标准等进行修改和提升;通过参与体验区域和学校研修工作的组织形式和管理方式，为下一步研修推广和实行积累经验。全员远程研修工程利用山东省教师教育网远程研修平台，在学科课程专家引领下，通过网上备课、案例分析、问题研讨等形式的对话交流，帮助教师诊断和解决教学问题，提高教师合理设计与有效实施新课程教学的能力，提高我校教师素质和教育教学质量，促进我校教育教学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二、确定方案思路清晰</w:t>
      </w:r>
      <w:r>
        <w:rPr>
          <w:lang w:eastAsia="zh-CN"/>
        </w:rPr>
        <w:br/>
      </w:r>
      <w:r>
        <w:rPr>
          <w:lang w:eastAsia="zh-CN"/>
        </w:rPr>
        <w:t>　　四方实验小学语文、数学、英语学科全体教师参加了20__年小学教师远程研修第一阶段：6月18日至24日的研修活动。此次远程研修主要采取集中研修与分散研修相结合的方式，集中研修：6月19日，集中研修1天，学员集中到校进行了6小时的网上研讨与学习，提交作业;分散研修：6月20至24日，分散研修5天，学员每天进行至少1小时的网上研讨与学习，提交作业。</w:t>
      </w:r>
      <w:r>
        <w:rPr>
          <w:lang w:eastAsia="zh-CN"/>
        </w:rPr>
        <w:br/>
      </w:r>
      <w:r>
        <w:rPr>
          <w:lang w:eastAsia="zh-CN"/>
        </w:rPr>
        <w:t>　　三、领导管理组织周密</w:t>
      </w:r>
      <w:r>
        <w:rPr>
          <w:lang w:eastAsia="zh-CN"/>
        </w:rPr>
        <w:br/>
      </w:r>
      <w:r>
        <w:rPr>
          <w:lang w:eastAsia="zh-CN"/>
        </w:rPr>
        <w:t>　　(一)领导参与高度重视。</w:t>
      </w:r>
      <w:r>
        <w:rPr>
          <w:lang w:eastAsia="zh-CN"/>
        </w:rPr>
        <w:br/>
      </w:r>
      <w:r>
        <w:rPr>
          <w:lang w:eastAsia="zh-CN"/>
        </w:rPr>
        <w:t>　　本次推演情况(老师们的作业，网上研讨、简报等等)时间紧任务重，并且推演现场都将对全省同步开放，全省各地共同关注我区我校教师研修情况进行研究，所以校领导学校高度重视，亲自参加区组织的四次推演研修工作会议。</w:t>
      </w:r>
      <w:r>
        <w:rPr>
          <w:lang w:eastAsia="zh-CN"/>
        </w:rPr>
        <w:br/>
      </w:r>
      <w:r>
        <w:rPr>
          <w:lang w:eastAsia="zh-CN"/>
        </w:rPr>
        <w:t>　　6月2日四方区教科研中心第一次召开了“20__年山东省远程研修”推演工作会议。四方实验小学立即行动，在第一时间召开了学校干部会议，经过商讨，迅速成立了以校长为组长的“四方实验小学20__年小学教师全员远程研修推演工作领导小组”，职责分工明确，责任到人，以三效&amp;&amp;“有效、高效、实效”和三实&amp;&amp;“真实、充实、确实”为目标，制定了必要的规章制度和注意问题，加强了组织管理。确保圆满完成推演任务。</w:t>
      </w:r>
      <w:r>
        <w:rPr>
          <w:lang w:eastAsia="zh-CN"/>
        </w:rPr>
        <w:br/>
      </w:r>
      <w:r>
        <w:rPr>
          <w:lang w:eastAsia="zh-CN"/>
        </w:rPr>
        <w:t>　　(二) 细化过程扎实有效。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合理分工效果显著制定制度管理完善。我校校长是此次研修推演工作第一责任人，在第一时间内成立了研修推演工作领导小组，职责分工明确，责任到人，遴选决定了技术负责和信息管理员，共同讨论制定方案和措施。学校就远程研修推演工作召开了三次全体教师会议，全面开展动员，同时又召开了语、数、英三科教师推演准备会，给每位学员发放研修流程(六大步骤)、合格、优秀学员、组长评价标准及教师远程研修自我评价表，使得教师明确自己的研修任务，用A、B两个等级对自己几天的研修任务完成情况进行自主评价。学校为每位学员配置了全新的语音对话耳机，6月16日就发放到位，在专家的指导下为每位学员使用的电脑进行了杀毒、检修、升级，为此次研修工作提供必要的学习条件。</w:t>
      </w:r>
      <w:r>
        <w:rPr>
          <w:lang w:eastAsia="zh-CN"/>
        </w:rPr>
        <w:br/>
      </w:r>
      <w:r>
        <w:rPr>
          <w:lang w:eastAsia="zh-CN"/>
        </w:rPr>
        <w:t>　　为组织好本校学科教师面对面的研讨，将培训内容与教育教学实际结合起来，按照教师自身教育教学的特点，按照年级、学科进行了合理的分组，确定了责任心强、教学经验丰富、有一定组织能力的教师作为研修小组组长，其中学校中层干部郑凌燕主任也率先担当起此重任，充分发挥了骨干教师示范引领作用。其中我校的刘青老师被任命为专家组成员，另有三位教师被区里任命为指导教师，分别是朱宏瑜(市名师)、王光萍(区精英教师)、沙莉(区骨干教师)，为此次研修推演工作提供了坚实的保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梳理思路流程清晰信息总结反馈迅速。此次研修推演工作我校将严格按照上级的指示，校本研讨将按照“梳理、生成教学问题&amp;&amp;研讨、分析问题&amp;&amp;总结、归纳解决办法”的思路，用好网络资源，加强教学反思，切实提高教育教学水平保证每一位学科教师保质保量完成推演任务。学校确定信息采集(王斌老师)、撰写人员(沙莉主任)，每天提交研修简讯，图片与文字相结合，包括培训中研讨交流、收获体会等好的经验做法、取得的成效、发现的问题、建议解决办法等。按照区要求时间适时的汇总整理，并在推演结束后提交研修总结。</w:t>
      </w:r>
      <w:r>
        <w:rPr>
          <w:lang w:eastAsia="zh-CN"/>
        </w:rPr>
        <w:br/>
      </w:r>
      <w:r>
        <w:rPr>
          <w:lang w:eastAsia="zh-CN"/>
        </w:rPr>
        <w:t>　　在6月19日晚8点20分以前，我校就将20__远程研修四方实验小学学习简报分5个系列刊登在远程研修网络平台上，截止到目前12个系列简报已有近百人对学校的学习简报进行阅读、评论和回复，起到了很好的交流作用。</w:t>
      </w:r>
      <w:r>
        <w:rPr>
          <w:lang w:eastAsia="zh-CN"/>
        </w:rPr>
        <w:br/>
      </w:r>
      <w:r>
        <w:rPr>
          <w:lang w:eastAsia="zh-CN"/>
        </w:rPr>
        <w:t>　　四.应急措施有保障</w:t>
      </w:r>
      <w:r>
        <w:rPr>
          <w:lang w:eastAsia="zh-CN"/>
        </w:rPr>
        <w:br/>
      </w:r>
      <w:r>
        <w:rPr>
          <w:lang w:eastAsia="zh-CN"/>
        </w:rPr>
        <w:t>　　学校提前做好了卫生、安全、电力、网络等紧急情况应急预案。每一位负责人员责任心强，工作认真负责，特别是技术人员，熟悉计算机及各类网络应用、熟悉多媒体设备的操作及维护管理。6月19日远程研修集中研修这一天，我校信息技术教师放弃休息时间与省专业技术人员共同在学校技术支持，使得教师研修过程中网络畅通，视频流畅，做好做足了教师研修技术保障工作，受到了老师的一致好评。</w:t>
      </w:r>
      <w:r>
        <w:rPr>
          <w:lang w:eastAsia="zh-CN"/>
        </w:rPr>
        <w:br/>
      </w:r>
      <w:r>
        <w:rPr>
          <w:lang w:eastAsia="zh-CN"/>
        </w:rPr>
        <w:t>　　五.研修研讨质量高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经过了解70%的研修学员都在规定时间内或者提前提交作业，研修组长当天都认真批阅完本组学员作业，学校三位指导教师也按时每个模块的作业，在省专业组在研修网络平台上刊登的研修信息中，推荐并选登了校长寄语、推演工作侧记、研修工作新闻、教师优秀点评、作业截止到目前至少有10余篇。</w:t>
      </w:r>
      <w:r>
        <w:rPr>
          <w:lang w:eastAsia="zh-CN"/>
        </w:rPr>
        <w:br/>
      </w:r>
      <w:r>
        <w:rPr>
          <w:lang w:eastAsia="zh-CN"/>
        </w:rPr>
        <w:t xml:space="preserve">    2024教师培训返岗实践总结范文 篇10 </w:t>
      </w:r>
      <w:r>
        <w:rPr>
          <w:lang w:eastAsia="zh-CN"/>
        </w:rPr>
        <w:br/>
      </w:r>
      <w:r>
        <w:rPr>
          <w:lang w:eastAsia="zh-CN"/>
        </w:rPr>
        <w:t>　　期待已久的寒假培训已悄然进行了两天。在这两天的学习中，专家们那丰富的案例、精深的理论，让我深深地叹服;而他们在自我专业成长路上所付出的努力和达到的境界，更是深深地感染了我的内心。对于教育我有了新的认识与理解，对于人生我又有了新的起点与目标。</w:t>
      </w:r>
      <w:r>
        <w:rPr>
          <w:lang w:eastAsia="zh-CN"/>
        </w:rPr>
        <w:br/>
      </w:r>
      <w:r>
        <w:rPr>
          <w:lang w:eastAsia="zh-CN"/>
        </w:rPr>
        <w:t>　　首先，郑老师的专题讲座犹如雪中送炭，及时地给正在研究自主教育的我指点了迷津。自主教育正是我最近一段时间苦苦思索而不得其果的一个问题，听了郑老师的讲座，我茅塞顿开。他的一靠感情二靠制度三靠文化的自主教育管理理念给我留下了深刻的印象，在今后的教育教学中，我将仔细琢磨，认真思考，通过反复摸索，不断实践，研究出更多的有效的可以共享的自主教育管理模式。除此之外，郑老师所讲的“以人为本，信任学生，依靠学生，激励学生，发展学生”也让我感触颇深，尤其是“信任学生，依靠学生”这两点，很多的时候，我们教师都会自觉不自觉包办了教育中关乎学生的一些事，对学生的能力和自觉性往往会持怀疑态度，长久以往会导致学生在学习和生活中的被动性，削弱了他们的自信心，而学生的个性也会在这不自主中难以凸显出来。“充分给学生位置，有位才能有为;充分给学生放权，有权才能做事”，郑老师的这一观点和做法给喜欢一手操办班级事务的我上了生动的一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其次，郑立平老师“诗意栖居做人师”的教育理想深深地打动了我，能把教师这一职业和诗意放在一起，我觉得这是一种境界，这种境界既让我佩服，也让我向往!正如郑老师本人诗意的人生追求一样，他的讲座亦是别开生面地诗意盎然。在教育的路上，我明白了原来我们也可以这样幸福。“好的教育靠欣赏，靠唤醒，靠期待。”“植物总是朝着有阳光的方向生长，孩子永远向着赞美的方向发展。”如何看待教育如何对待工作如何看待学生等等这一系列问题，都是我们日日在做却并不在乎实效的问题，我们的心不知何时已变得麻木，我们的身体不知何时已疲惫不堪，“愚者以为幸福在遥远的彼岸，而聪明的人却总能把周遭的事物营造成自己的幸福园地。”让我做一个教育的智者，去除那些浮躁与不安，赶走那些虚华与不平，在郑老师的感染下，爱教育，爱工作，爱家庭，爱生活，爱学生，淡定地享受育人的快乐!</w:t>
      </w:r>
      <w:r>
        <w:rPr>
          <w:lang w:eastAsia="zh-CN"/>
        </w:rPr>
        <w:br/>
      </w:r>
      <w:r>
        <w:rPr>
          <w:lang w:eastAsia="zh-CN"/>
        </w:rPr>
        <w:t>　　今天的学习让我充实，明天的学习值得期待!仰望星空，们身上那种从不停止追求教育理想的精神正在闪烁!俯瞰大地，我们正把初长的根须努力植进贫瘠的土地!在和共舞的时刻，让我们一路欢歌!</w:t>
      </w:r>
      <w:r>
        <w:rPr>
          <w:lang w:eastAsia="zh-CN"/>
        </w:rPr>
        <w:br/>
      </w:r>
      <w:r>
        <w:rPr>
          <w:lang w:eastAsia="zh-CN"/>
        </w:rPr>
        <w:t xml:space="preserve">    2024教师培训返岗实践总结范文 篇11 </w:t>
      </w:r>
      <w:r>
        <w:rPr>
          <w:lang w:eastAsia="zh-CN"/>
        </w:rPr>
        <w:br/>
      </w:r>
      <w:r>
        <w:rPr>
          <w:lang w:eastAsia="zh-CN"/>
        </w:rPr>
        <w:t>　　通过这次培训，让我成长了不少，从中我也学到了很多的东西。聆听各位专家的精彩讲座，与参与学习的中学生物学科带头人、骨干教师，班级辅导教师等一起进行学习和交流，收获颇多。研修即将结束，反思自己的学习，得到的是自我提升，同时又有不足。为争做一个很好的生物教师。谈一点自己的体会：</w:t>
      </w:r>
      <w:r>
        <w:rPr>
          <w:lang w:eastAsia="zh-CN"/>
        </w:rPr>
        <w:br/>
      </w:r>
      <w:r>
        <w:rPr>
          <w:lang w:eastAsia="zh-CN"/>
        </w:rPr>
        <w:t>　　一、努力提升自己，适应当今教育理念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平台资源中各位专家从不同方面畅谈了他们对新课程改革以及初中生物教学技术等教育教学各个领域的独特见解。给我们展示未来中国教育的远景和生物教育各家之长。我认识到新课程倡导的自主学习、小组合作、探究性学习，都是以学生的积极参与为前提，有了自主、探究、合作学习，增强了学生参与课堂教学的积极性，这也是我们追求的高效课堂、优质课堂的实践方向。</w:t>
      </w:r>
      <w:r>
        <w:rPr>
          <w:lang w:eastAsia="zh-CN"/>
        </w:rPr>
        <w:br/>
      </w:r>
      <w:r>
        <w:rPr>
          <w:lang w:eastAsia="zh-CN"/>
        </w:rPr>
        <w:t>　　在培训过程中，我积极尝试与其他学员之间的交流，在交流过程中，了解到各学校的新课程开展情况，并且注意到他们是如何处理新课程中遇到的种种困惑，以及他们对新课程教材的把握与处理。在培训中，我们不断地交流，真正做到彼此之间的“教学相长”。</w:t>
      </w:r>
      <w:r>
        <w:rPr>
          <w:lang w:eastAsia="zh-CN"/>
        </w:rPr>
        <w:br/>
      </w:r>
      <w:r>
        <w:rPr>
          <w:lang w:eastAsia="zh-CN"/>
        </w:rPr>
        <w:t>　　二、积极学习和锻炼，不断提升自身的教学能力</w:t>
      </w:r>
      <w:r>
        <w:rPr>
          <w:lang w:eastAsia="zh-CN"/>
        </w:rPr>
        <w:br/>
      </w:r>
      <w:r>
        <w:rPr>
          <w:lang w:eastAsia="zh-CN"/>
        </w:rPr>
        <w:t>　　培训学习时间虽短，但学习很充实。经过学习自身水平得到提升，获得了许多解决教学困惑的方法，让我明白了人生的快乐。把学到的理念和方法落实在教育教学工作中，帮助学生确定适当的学习目标，培养学生良好的学习习惯。掌握学习策略和发展能力，创设丰富的教学情境，激发学生的学习动机和学习兴趣。充分调动学生的积极性，为学生提供各种发展的机会，为学生服务，建立一个民主，宽容的课堂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另外，教师应该把握社会发展对人的发展的基本需要，不断提高自己的教学能力和科研能力，确立培养目标，打造新时代的人才。培训视频中的一些专家，从自己切身的实践经验出发，畅谈了他们在教育教学各个领域的独特见解。在这些专家的引领下，我的思想受到极大的震撼，比如上好一堂课，要从有利于学生长期全面的发展考虑。可以说是专家们的讲座为我指明了努力的方向!</w:t>
      </w:r>
      <w:r>
        <w:rPr>
          <w:lang w:eastAsia="zh-CN"/>
        </w:rPr>
        <w:br/>
      </w:r>
      <w:r>
        <w:rPr>
          <w:lang w:eastAsia="zh-CN"/>
        </w:rPr>
        <w:t>　　三、工作中不去和别人攀比，体现自身的人生价值</w:t>
      </w:r>
      <w:r>
        <w:rPr>
          <w:lang w:eastAsia="zh-CN"/>
        </w:rPr>
        <w:br/>
      </w:r>
      <w:r>
        <w:rPr>
          <w:lang w:eastAsia="zh-CN"/>
        </w:rPr>
        <w:t>　　学习让我增强了投身初中生物教学的兴趣和信心。通过学习交流，我对生物教学有了崭新的认识，学海无涯，教学相长，我要把自己所学的新的理念、知识运用到日常教学及班级管理之中，用科学的理论指导自己的言行，用科学的方法引导自己的学生。相信自己通过自身的努力，会在生物教学中不断进步。</w:t>
      </w:r>
      <w:r>
        <w:rPr>
          <w:lang w:eastAsia="zh-CN"/>
        </w:rPr>
        <w:br/>
      </w:r>
      <w:r>
        <w:rPr>
          <w:lang w:eastAsia="zh-CN"/>
        </w:rPr>
        <w:t>　　总之，通过学习，让我更加肯定了我的事业，我将用我的毕生精力投入到工作中去，我相信自己将会做得更好，也会更加优秀。</w:t>
      </w:r>
      <w:r>
        <w:rPr>
          <w:lang w:eastAsia="zh-CN"/>
        </w:rPr>
        <w:br/>
      </w:r>
      <w:r>
        <w:rPr>
          <w:lang w:eastAsia="zh-CN"/>
        </w:rPr>
        <w:t xml:space="preserve">    2024教师培训返岗实践总结范文 篇12 </w:t>
      </w:r>
      <w:r>
        <w:rPr>
          <w:lang w:eastAsia="zh-CN"/>
        </w:rPr>
        <w:br/>
      </w:r>
      <w:r>
        <w:rPr>
          <w:lang w:eastAsia="zh-CN"/>
        </w:rPr>
        <w:t>　　为了确保远程教育工作在我校顺利开展，发挥远程教育资源的最佳应用效益，我校根据开学初制定的教师培训计划的要求，本学期对全校所有在职教师进行了培训，取得了很好的效果。现将我校远程教育校本培训工作总结如下：</w:t>
      </w:r>
      <w:r>
        <w:rPr>
          <w:lang w:eastAsia="zh-CN"/>
        </w:rPr>
        <w:br/>
      </w:r>
      <w:r>
        <w:rPr>
          <w:lang w:eastAsia="zh-CN"/>
        </w:rPr>
        <w:t>　　　　一、领导重视，层层落实，确保培训到位。</w:t>
      </w:r>
      <w:r>
        <w:rPr>
          <w:lang w:eastAsia="zh-CN"/>
        </w:rPr>
        <w:br/>
      </w:r>
      <w:r>
        <w:rPr>
          <w:lang w:eastAsia="zh-CN"/>
        </w:rPr>
        <w:t>　　1、学校领导高度重视对教师的培训工作，学校成立了以校长为首的远程教育工作领导小组，并设有分管领导，专门负责远程教育各项具体工作。</w:t>
      </w:r>
      <w:r>
        <w:rPr>
          <w:lang w:eastAsia="zh-CN"/>
        </w:rPr>
        <w:br/>
      </w:r>
      <w:r>
        <w:rPr>
          <w:lang w:eastAsia="zh-CN"/>
        </w:rPr>
        <w:t>　　2、制定了详实的远程教育校本培训计划，并根据计划开展培训工作。</w:t>
      </w:r>
      <w:r>
        <w:rPr>
          <w:lang w:eastAsia="zh-CN"/>
        </w:rPr>
        <w:br/>
      </w:r>
      <w:r>
        <w:rPr>
          <w:lang w:eastAsia="zh-CN"/>
        </w:rPr>
        <w:t>　　3、制定了远程教育各项规章制度，确保培训工作落实。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4、领导重视，狠抓落实，组织到位，效果显著。</w:t>
      </w:r>
      <w:r>
        <w:rPr>
          <w:lang w:eastAsia="zh-CN"/>
        </w:rPr>
        <w:br/>
      </w:r>
      <w:r>
        <w:rPr>
          <w:lang w:eastAsia="zh-CN"/>
        </w:rPr>
        <w:t>　　二、广泛参与，内容丰富，形式多样。</w:t>
      </w:r>
      <w:r>
        <w:rPr>
          <w:lang w:eastAsia="zh-CN"/>
        </w:rPr>
        <w:br/>
      </w:r>
      <w:r>
        <w:rPr>
          <w:lang w:eastAsia="zh-CN"/>
        </w:rPr>
        <w:t>　　1、本期参培的对象是全校所有45岁以上在职教师。</w:t>
      </w:r>
      <w:r>
        <w:rPr>
          <w:lang w:eastAsia="zh-CN"/>
        </w:rPr>
        <w:br/>
      </w:r>
      <w:r>
        <w:rPr>
          <w:lang w:eastAsia="zh-CN"/>
        </w:rPr>
        <w:t>　　2、通过培训、组织教师学习，认识什么是远程教育，远程教育有什么好处。使广大教师们深知远程教育的意义。因此，每次培训时教师们都按时到场，无迟到和无故缺席现象。</w:t>
      </w:r>
      <w:r>
        <w:rPr>
          <w:lang w:eastAsia="zh-CN"/>
        </w:rPr>
        <w:br/>
      </w:r>
      <w:r>
        <w:rPr>
          <w:lang w:eastAsia="zh-CN"/>
        </w:rPr>
        <w:t>　　3、培训形式多样。针对实际情况采取有效形式，或集中，或分散，或个别指导，或播放室，或多媒体网络教室，或出去学习等。</w:t>
      </w:r>
      <w:r>
        <w:rPr>
          <w:lang w:eastAsia="zh-CN"/>
        </w:rPr>
        <w:br/>
      </w:r>
      <w:r>
        <w:rPr>
          <w:lang w:eastAsia="zh-CN"/>
        </w:rPr>
        <w:t>　　4、内容全、覆盖广、措施硬，确保了培训的质量，对提高教师的业务素质，保证远程教育工作在我校的长足发展起到了有力的促进作用。</w:t>
      </w:r>
      <w:r>
        <w:rPr>
          <w:lang w:eastAsia="zh-CN"/>
        </w:rPr>
        <w:br/>
      </w:r>
      <w:r>
        <w:rPr>
          <w:lang w:eastAsia="zh-CN"/>
        </w:rPr>
        <w:t>　　三、要求严格、高效务实、效果明显。</w:t>
      </w:r>
      <w:r>
        <w:rPr>
          <w:lang w:eastAsia="zh-CN"/>
        </w:rPr>
        <w:br/>
      </w:r>
      <w:r>
        <w:rPr>
          <w:lang w:eastAsia="zh-CN"/>
        </w:rPr>
        <w:t>　　通过培训，教师们已经达到了如下要求：</w:t>
      </w:r>
      <w:r>
        <w:rPr>
          <w:lang w:eastAsia="zh-CN"/>
        </w:rPr>
        <w:br/>
      </w:r>
      <w:r>
        <w:rPr>
          <w:lang w:eastAsia="zh-CN"/>
        </w:rPr>
        <w:t>　　（1）掌握了必要的计算机基础知识，能够进行Windows的简单操作。如文件（文件夹）的建立、复制、移动、删除等。</w:t>
      </w:r>
      <w:r>
        <w:rPr>
          <w:lang w:eastAsia="zh-CN"/>
        </w:rPr>
        <w:br/>
      </w:r>
      <w:r>
        <w:rPr>
          <w:lang w:eastAsia="zh-CN"/>
        </w:rPr>
        <w:t>　　（2）掌握了电视机、DVD的基本操作，具备了对远程教育资源的查找、下载、并应用于教学的能力。</w:t>
      </w:r>
      <w:r>
        <w:rPr>
          <w:lang w:eastAsia="zh-CN"/>
        </w:rPr>
        <w:br/>
      </w:r>
      <w:r>
        <w:rPr>
          <w:lang w:eastAsia="zh-CN"/>
        </w:rPr>
        <w:t>　　（3）很多教师已经能够在已有资源的基础上，根据自己上课的需要，对资源进行二次开发和应用。在本期的.课堂教学基本功大赛中，参加大赛的教师使用资源上课达到了100%，利用资源自制课件上课达到80%。同时也涌现出一批业务精良的骨干教师。</w:t>
      </w:r>
      <w:r>
        <w:rPr>
          <w:lang w:eastAsia="zh-CN"/>
        </w:rPr>
        <w:br/>
      </w:r>
      <w:r>
        <w:rPr>
          <w:lang w:eastAsia="zh-CN"/>
        </w:rPr>
        <w:t>　　三、存在问题，亟待改进，确保培训工作持续开展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本学期我校的校本培训工作虽然取得了可喜的成绩，但纵观全局，仍然存有不足，主要表现为：</w:t>
      </w:r>
      <w:r>
        <w:rPr>
          <w:lang w:eastAsia="zh-CN"/>
        </w:rPr>
        <w:br/>
      </w:r>
      <w:r>
        <w:rPr>
          <w:lang w:eastAsia="zh-CN"/>
        </w:rPr>
        <w:t>　　1、认识不够，忙于应付。个别教师对此次培训认识不够，没有从思想上重视起来。年龄稍大教师对自己信心不足，培训中有畏难情绪。</w:t>
      </w:r>
      <w:r>
        <w:rPr>
          <w:lang w:eastAsia="zh-CN"/>
        </w:rPr>
        <w:br/>
      </w:r>
      <w:r>
        <w:rPr>
          <w:lang w:eastAsia="zh-CN"/>
        </w:rPr>
        <w:t>　　2、备课和上课还存在流于形式的现象。</w:t>
      </w:r>
      <w:r>
        <w:rPr>
          <w:lang w:eastAsia="zh-CN"/>
        </w:rPr>
        <w:br/>
      </w:r>
      <w:r>
        <w:rPr>
          <w:lang w:eastAsia="zh-CN"/>
        </w:rPr>
        <w:t>　　由于我校条件有限，资金短缺、房舍紧张，对远程教育技术的应用还存在很多问题。在以后的培训工作中，我们应该扬长避短，在上级部门和学校领导的指导下，把我校远程教育校本培训工作做得更好，为远程教育在我校顺利实施打下坚实基础。</w:t>
      </w:r>
      <w:r>
        <w:rPr>
          <w:lang w:eastAsia="zh-CN"/>
        </w:rPr>
        <w:br/>
      </w:r>
      <w:r>
        <w:rPr>
          <w:lang w:eastAsia="zh-CN"/>
        </w:rPr>
        <w:t>　　几经辛苦，教师新课程全员培训工作顺利完成，经过全体教师的共同努力，培训取得了良好的效果，达到了预期的目的，现将我校的培训工作总结如下：</w:t>
      </w:r>
      <w:r>
        <w:rPr>
          <w:lang w:eastAsia="zh-CN"/>
        </w:rPr>
        <w:br/>
      </w:r>
      <w:r>
        <w:rPr>
          <w:lang w:eastAsia="zh-CN"/>
        </w:rPr>
        <w:t>　　1、认识统一，思想重视是教师培训的重要前提。</w:t>
      </w:r>
      <w:r>
        <w:rPr>
          <w:lang w:eastAsia="zh-CN"/>
        </w:rPr>
        <w:br/>
      </w:r>
      <w:r>
        <w:rPr>
          <w:lang w:eastAsia="zh-CN"/>
        </w:rPr>
        <w:t>　　教师培训工作会议召开以后，学校根据县培训工作的要求立即成立了暑期培训工作领导小组，邵宗喜校长亲自担任组长，凡是负责级部教学的副校长和级部其他领导全部负责包靠教研组，同时为了保证培训工作的顺利进行，还具体设立了相应的组织机构，确定了详细的培训方案。7月11日学生放假后，学校就召开了暑期教师培训工作动员会，进一步统一教师的思想认识，使老师们的思想认识完全统一到省市教育主管部门的要求上来。</w:t>
      </w:r>
      <w:r>
        <w:rPr>
          <w:lang w:eastAsia="zh-CN"/>
        </w:rPr>
        <w:br/>
      </w:r>
      <w:r>
        <w:rPr>
          <w:lang w:eastAsia="zh-CN"/>
        </w:rPr>
        <w:t>　　2、严格管理，执行到位是教师培训的重要保证。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为了保证培训工作的顺利进行，学校专门制订了暑期教师培训的六条管理制度，对教师的培训提出具体而又明确的责任，各学科组安排一名学校领导负责和包靠，培训的成绩纳入学校民主评议、评优、聘任、量化管理，并实行一票否决。特别是对视频课程的学习，实行严格的出勤管理，由考核办负责实行签到和签退，对无故旷课、迟到和中间外出都实行严格的量化积分管理。每次视频课程学习结束后都有负责包靠的领导组织进行交流、讨论，收到良好的效果。</w:t>
      </w:r>
      <w:r>
        <w:rPr>
          <w:lang w:eastAsia="zh-CN"/>
        </w:rPr>
        <w:br/>
      </w:r>
      <w:r>
        <w:rPr>
          <w:lang w:eastAsia="zh-CN"/>
        </w:rPr>
        <w:t>　　3、未雨绸缪，防患于未然是教师培训的关键。</w:t>
      </w:r>
      <w:r>
        <w:rPr>
          <w:lang w:eastAsia="zh-CN"/>
        </w:rPr>
        <w:br/>
      </w:r>
      <w:r>
        <w:rPr>
          <w:lang w:eastAsia="zh-CN"/>
        </w:rPr>
        <w:t>　　学校电教中心有关领导和教师对本次培训提供了技术支持和保障，学校电教中心的领导和教师夜以继日的检修、维护学校的机房，对机房的微机进行了全面的检修和维护，并向学校做出郑重承诺，保证培训期间机房微机不出任何问题，并对培训教师进行技术指导，对于个别教师微机操作不熟练，他们总是耐心的手把手的帮教。每天培训结束后，他们总是加班加点对微机进行保护处理，发扬了不怕苦、不怕累的精神，既保证了全体参训教师的培训，同时又出色的完成了个人的培训任务。</w:t>
      </w:r>
      <w:r>
        <w:rPr>
          <w:lang w:eastAsia="zh-CN"/>
        </w:rPr>
        <w:br/>
      </w:r>
      <w:r>
        <w:rPr>
          <w:lang w:eastAsia="zh-CN"/>
        </w:rPr>
        <w:t>　　总之，由于学校的组织得力，措施得力，执行到位，才保证了本次培训工作的顺利完成，学校、个人都出色的完成了本次的培训任务，学校的关注度成绩在全市一直处于名列前茅的位置。思南县唐乔初级中学度上学期</w:t>
      </w:r>
      <w:r>
        <w:rPr>
          <w:lang w:eastAsia="zh-CN"/>
        </w:rPr>
        <w:br/>
      </w:r>
      <w:r>
        <w:rPr>
          <w:lang w:eastAsia="zh-CN"/>
        </w:rPr>
        <w:t xml:space="preserve">    2024教师培训返岗实践总结范文 篇13 </w:t>
      </w:r>
      <w:r>
        <w:rPr>
          <w:lang w:eastAsia="zh-CN"/>
        </w:rPr>
        <w:br/>
      </w:r>
    </w:p>
    <w:p w:rsidR="001B1F19" w14:textId="27C3F48A">
      <w:pPr>
        <w:rPr>
          <w:rFonts w:hint="eastAsia"/>
          <w:lang w:eastAsia="zh-CN"/>
        </w:rPr>
      </w:pPr>
      <w:r>
        <w:rPr>
          <w:lang w:eastAsia="zh-CN"/>
        </w:rPr>
        <w:t>　　他们，是一群被称作“园丁”的人;</w:t>
      </w:r>
      <w:r>
        <w:rPr>
          <w:lang w:eastAsia="zh-CN"/>
        </w:rPr>
        <w:br/>
      </w:r>
      <w:r>
        <w:rPr>
          <w:lang w:eastAsia="zh-CN"/>
        </w:rPr>
        <w:t>　　他们，劳作在太阳底下最光辉的职位上;</w:t>
      </w:r>
      <w:r>
        <w:rPr>
          <w:lang w:eastAsia="zh-CN"/>
        </w:rPr>
        <w:br/>
      </w:r>
      <w:r>
        <w:rPr>
          <w:lang w:eastAsia="zh-CN"/>
        </w:rPr>
        <w:t>　　而他们究竟付出了多少——只有自己知道。</w:t>
      </w:r>
      <w:r>
        <w:rPr>
          <w:lang w:eastAsia="zh-CN"/>
        </w:rPr>
        <w:br/>
      </w:r>
      <w:r>
        <w:rPr>
          <w:lang w:eastAsia="zh-CN"/>
        </w:rPr>
        <w:t>　　他们辛劳，却乐此不疲——因为只有他们才能真正体会“人类灵魂工程师”的真谛;</w:t>
      </w:r>
      <w:r>
        <w:rPr>
          <w:lang w:eastAsia="zh-CN"/>
        </w:rPr>
        <w:br/>
      </w:r>
      <w:r>
        <w:rPr>
          <w:lang w:eastAsia="zh-CN"/>
        </w:rPr>
        <w:t>　　他们清贫，却不以为然——因为他们期待着、收获着桃李满天下的喜悦。</w:t>
      </w:r>
      <w:r>
        <w:rPr>
          <w:lang w:eastAsia="zh-CN"/>
        </w:rPr>
        <w:br/>
      </w:r>
      <w:r>
        <w:rPr>
          <w:lang w:eastAsia="zh-CN"/>
        </w:rPr>
        <w:t>　　他们有着被许多人羡慕的带薪休假两个月，但今年的暑假，他们却没有在家休息，很多熟人见了都会这样问：“怎么还没放假?”——是啊，本是该休息的时候了!他们却迎来了“暑期全员培训”。</w:t>
      </w:r>
      <w:r>
        <w:rPr>
          <w:lang w:eastAsia="zh-CN"/>
        </w:rPr>
        <w:br/>
      </w:r>
      <w:r>
        <w:rPr>
          <w:lang w:eastAsia="zh-CN"/>
        </w:rPr>
        <w:t>　　老师的辛劳，不走近他们谁也体会不到，好容易能歇歇了，可——是的，我们为此抱怨过，郁闷过......</w:t>
      </w:r>
      <w:r>
        <w:rPr>
          <w:lang w:eastAsia="zh-CN"/>
        </w:rPr>
        <w:br/>
      </w:r>
      <w:r>
        <w:rPr>
          <w:lang w:eastAsia="zh-CN"/>
        </w:rPr>
        <w:t>　　而当我们走进这里——有各校代表精心准备的讲授、专家团队的精彩讲座、国内名师带来的视频教学、还有全县小学数学老师经验的交流和思想火花的碰撞!</w:t>
      </w:r>
      <w:r>
        <w:rPr>
          <w:lang w:eastAsia="zh-CN"/>
        </w:rPr>
        <w:br/>
      </w:r>
      <w:r>
        <w:rPr>
          <w:lang w:eastAsia="zh-CN"/>
        </w:rPr>
        <w:t>　　还有忙里偷闲的一曲高歌——流行的，经典的，还有京剧和吕剧，最难忘的还是那句句说到咱们心坎儿上的“三句半”!</w:t>
      </w:r>
      <w:r>
        <w:rPr>
          <w:lang w:eastAsia="zh-CN"/>
        </w:rPr>
        <w:br/>
      </w:r>
      <w:r>
        <w:rPr>
          <w:lang w:eastAsia="zh-CN"/>
        </w:rPr>
        <w:t>　　这是我们“穷”老师的“富”聚会啊!</w:t>
      </w:r>
      <w:r>
        <w:rPr>
          <w:lang w:eastAsia="zh-CN"/>
        </w:rPr>
        <w:br/>
      </w:r>
      <w:r>
        <w:rPr>
          <w:lang w:eastAsia="zh-CN"/>
        </w:rPr>
        <w:t>　　十二天，没有周末，马不停蹄——抱怨抛在了脑后、心里的郁闷也在忙碌里消散了。细数着这些天的收获，劳累一扫而光——值得!</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https://d.book118.com/616035240113010043</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16035240113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