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采样员年度工作总结（32篇）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采样员年度工作总结（精选32篇）</w:t>
      </w:r>
      <w:r>
        <w:rPr>
          <w:lang w:eastAsia="zh-CN"/>
        </w:rPr>
        <w:br/>
      </w:r>
      <w:r>
        <w:rPr>
          <w:lang w:eastAsia="zh-CN"/>
        </w:rPr>
        <w:t xml:space="preserve">    采样员年度工作总结 篇1 </w:t>
      </w:r>
      <w:r>
        <w:rPr>
          <w:lang w:eastAsia="zh-CN"/>
        </w:rPr>
        <w:br/>
      </w:r>
      <w:r>
        <w:rPr>
          <w:lang w:eastAsia="zh-CN"/>
        </w:rPr>
        <w:t>　　怀着激动的心情参加了家乡的防疫工作。我早早地来到家乡的防疫站点做好准备工作，与大家一同防疫。在村委的指导下我们不断进步，完成了各项工作。在工作过程中，大家的态度非常友好，积极配合开展各项工作，没有给我们的工作造成一丁点的困扰。我认为这一切工作的顺利开展都归功于人们思想的进步。在党的领导下，全国人民万众一心、同舟共济，相信未来一定很美好。</w:t>
      </w:r>
      <w:r>
        <w:rPr>
          <w:lang w:eastAsia="zh-CN"/>
        </w:rPr>
        <w:br/>
      </w:r>
      <w:r>
        <w:rPr>
          <w:lang w:eastAsia="zh-CN"/>
        </w:rPr>
        <w:t>　　在这次疫情期间，我主动参加了疫情防控的志愿者活动。在这次活动中结识了许多志同道合的朋友，我们希望能为国家奉献自己的一份力量。我们穿梭于各个社区和街道，普及疫情防控知识，告诉他们疫情期间减少出门，注意自身防护。同时在多个交通要道设置防控点，对来往的车辆进行劝阻，希望他们能够减少出行。此外，我们还参与了排查返乡流动人员信息的相关工作。毕竟作为一名青年志愿者，能有幸为疫情防控贡献自己的力量，我感到十分骄傲。</w:t>
      </w:r>
      <w:r>
        <w:rPr>
          <w:lang w:eastAsia="zh-CN"/>
        </w:rPr>
        <w:br/>
      </w:r>
      <w:r>
        <w:rPr>
          <w:lang w:eastAsia="zh-CN"/>
        </w:rPr>
        <w:t xml:space="preserve">    采样员年度工作总结 篇2 </w:t>
      </w:r>
      <w:r>
        <w:rPr>
          <w:lang w:eastAsia="zh-CN"/>
        </w:rPr>
        <w:br/>
      </w:r>
      <w:r>
        <w:rPr>
          <w:lang w:eastAsia="zh-CN"/>
        </w:rPr>
        <w:t>　　一、有关疫情防控存在的问题与建议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(一)乡镇、其他相关部门以及群众的防控意识有所弱化。建议：宣传媒介、舆论导向加强疫情防控的宣传。</w:t>
      </w:r>
      <w:r>
        <w:rPr>
          <w:lang w:eastAsia="zh-CN"/>
        </w:rPr>
        <w:br/>
      </w:r>
      <w:r>
        <w:rPr>
          <w:lang w:eastAsia="zh-CN"/>
        </w:rPr>
        <w:t>　　(二)核酸检测县人民医院_家PCR实验室，配备_台孔核酸提取仪、_台孔核酸检测仪，县疾病预防控制中心的PCR实验室正在建设中，预计__月底建成。非常时期，县人民医院PCR实验室可设_个小时班次，每天检测_次，单采每次检测__人份，如采用份标本混采检的方式每次检测__人份，日检测量为_人份。加上县疾控中心_人份，全县最大日检测能力每天_人次。但按照全县__万人口计算，如果5-7天全部检测完成计算，每天要检测_._-_万人份，所以县域内检测能力不能满足本辖区5-7天全员核酸检测。建议：一是采取购买服务的方式，由第三方检测机构帮助核酸检测，资金县财政解决；二是请求市里支援。</w:t>
      </w:r>
      <w:r>
        <w:rPr>
          <w:lang w:eastAsia="zh-CN"/>
        </w:rPr>
        <w:br/>
      </w:r>
      <w:r>
        <w:rPr>
          <w:lang w:eastAsia="zh-CN"/>
        </w:rPr>
        <w:t>　　(三)县疾控经费短缺问题突出。县疾控中心是没有任何收入的一类公益性事业单位，今年疫情以来，已经购买了防护物资、消杀药品、消毒器械万多元，导致正常运转都捉襟见肘。建议：县财政增加县疾控中心疫情防控工作经费投入，让县疾控中心正常运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县人民医院人员、建设问题亟待解决。县人民医院作为新冠肺炎定点医疗救治机构，除需开展正常医疗服务外，需承担县集中医疗观察点和全县发热患者的筛查诊治工作，医院预检分诊处及发热门诊需24小时工作。服务范围的增加，加剧了专业技术人员紧张问题，医务人员工作强度增加，医保的高压政策，待遇没有提高，人才引进非常困难，部分人才流失，特别是医生的紧缺，人才结构不够合理，一些学科带头人没有形成，专业技术人才力量薄弱，限制了医院整体医疗服务的开展。建议：开通用人绿色通道，县人民医院从乡镇借调的专业技术人员人员给予调入，稳定队伍，增强医院防控能力。同时希望政府部门加快新区医院建设的投入和进度。</w:t>
      </w:r>
      <w:r>
        <w:rPr>
          <w:lang w:eastAsia="zh-CN"/>
        </w:rPr>
        <w:br/>
      </w:r>
      <w:r>
        <w:rPr>
          <w:lang w:eastAsia="zh-CN"/>
        </w:rPr>
        <w:t>　　(五)县中医院疫情防控补助问题。建议：一方面通过降低运行成本来改善医院运营状况，规范医疗行为，提高医疗质量，另一方面县政府统筹补助相关疫情防控费用，让县中医院减轻负担轻装上阵。</w:t>
      </w:r>
      <w:r>
        <w:rPr>
          <w:lang w:eastAsia="zh-CN"/>
        </w:rPr>
        <w:br/>
      </w:r>
      <w:r>
        <w:rPr>
          <w:lang w:eastAsia="zh-CN"/>
        </w:rPr>
        <w:t>　　二、其他重点工作存在的问题</w:t>
      </w:r>
      <w:r>
        <w:rPr>
          <w:lang w:eastAsia="zh-CN"/>
        </w:rPr>
        <w:br/>
      </w:r>
      <w:r>
        <w:rPr>
          <w:lang w:eastAsia="zh-CN"/>
        </w:rPr>
        <w:t>　　(一)县级公立医院综合改革中现代医院管理制度尚未建立，运行指标不佳，医务人员薪酬制度改革缓慢，待遇不高，改革困境突显。</w:t>
      </w:r>
      <w:r>
        <w:rPr>
          <w:lang w:eastAsia="zh-CN"/>
        </w:rPr>
        <w:br/>
      </w:r>
      <w:r>
        <w:rPr>
          <w:lang w:eastAsia="zh-CN"/>
        </w:rPr>
        <w:t>　　(二)卫生专业技术人才缺口较大，卫生专业技术人员急需，高素质人才引不进、留不住问题比较突出，基层卫生人人才队伍严重缺乏，形势十分严峻。</w:t>
      </w:r>
      <w:r>
        <w:rPr>
          <w:lang w:eastAsia="zh-CN"/>
        </w:rPr>
        <w:br/>
      </w:r>
      <w:r>
        <w:rPr>
          <w:lang w:eastAsia="zh-CN"/>
        </w:rPr>
        <w:t>　　(三)医疗服务能力整体较弱，卫生资源总量不足，部分卫生重点项目进展缓慢，学科建设滞后，服务能力整体水平不高，县内就诊率不达标等问题还比较突出。</w:t>
      </w:r>
      <w:r>
        <w:rPr>
          <w:lang w:eastAsia="zh-CN"/>
        </w:rPr>
        <w:br/>
      </w:r>
      <w:r>
        <w:rPr>
          <w:lang w:eastAsia="zh-CN"/>
        </w:rPr>
        <w:t>　　(四)基层医疗卫生服务能力不容乐观，乡村医生年龄偏大，收入较低，服务积极性不高。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五)人口老龄化加速对卫生健康服务、医疗保障和健康养老服务等方面带来严峻挑战，全面二孩政策的实施给妇幼保健服务带来新考验，流动人口计划生育服务管理依然难度大、责任重。这些都需要在今后的工作中认真研究，加以解决。</w:t>
      </w:r>
      <w:r>
        <w:rPr>
          <w:lang w:eastAsia="zh-CN"/>
        </w:rPr>
        <w:br/>
      </w:r>
      <w:r>
        <w:rPr>
          <w:lang w:eastAsia="zh-CN"/>
        </w:rPr>
        <w:t xml:space="preserve">    采样员年度工作总结 篇3 </w:t>
      </w:r>
      <w:r>
        <w:rPr>
          <w:lang w:eastAsia="zh-CN"/>
        </w:rPr>
        <w:br/>
      </w:r>
      <w:r>
        <w:rPr>
          <w:lang w:eastAsia="zh-CN"/>
        </w:rPr>
        <w:t>　　全面做好__镇关于疫情防控工作部署要求，全力保障人民群众生命安全和身体健康，在镇及分管领导安排部署下，__村顺利完成全员核酸检测工作，现将有关情况汇报如下：</w:t>
      </w:r>
      <w:r>
        <w:rPr>
          <w:lang w:eastAsia="zh-CN"/>
        </w:rPr>
        <w:br/>
      </w:r>
      <w:r>
        <w:rPr>
          <w:lang w:eastAsia="zh-CN"/>
        </w:rPr>
        <w:t>　　一、工作开展情况</w:t>
      </w:r>
      <w:r>
        <w:rPr>
          <w:lang w:eastAsia="zh-CN"/>
        </w:rPr>
        <w:br/>
      </w:r>
      <w:r>
        <w:rPr>
          <w:lang w:eastAsia="zh-CN"/>
        </w:rPr>
        <w:t>　　（1）推行网格管控。在各村民小组中设置网格员，共__名。每名网格员负责__户村民。</w:t>
      </w:r>
      <w:r>
        <w:rPr>
          <w:lang w:eastAsia="zh-CN"/>
        </w:rPr>
        <w:br/>
      </w:r>
      <w:r>
        <w:rPr>
          <w:lang w:eastAsia="zh-CN"/>
        </w:rPr>
        <w:t>　　（2）全面摸排登记。_月_日，组织各村民小组组长、网格员对其小组进行全面逐户摸排现居住人员和在外居住人员情况并做详细登记，现居住人员共计__人，在外居住人员共计__人。</w:t>
      </w:r>
      <w:r>
        <w:rPr>
          <w:lang w:eastAsia="zh-CN"/>
        </w:rPr>
        <w:br/>
      </w:r>
      <w:r>
        <w:rPr>
          <w:lang w:eastAsia="zh-CN"/>
        </w:rPr>
        <w:t>　　（3）强力宣传。_月_日至_月_日，通过微信群、广播、入户等形式，进行宣传全员核酸检测事项，提前让村民做好准备，并要求村民在其期间不得离村。</w:t>
      </w:r>
      <w:r>
        <w:rPr>
          <w:lang w:eastAsia="zh-CN"/>
        </w:rPr>
        <w:br/>
      </w:r>
      <w:r>
        <w:rPr>
          <w:lang w:eastAsia="zh-CN"/>
        </w:rPr>
        <w:t>　　（4）合理布控。一是成立全员核酸检测专项工作组，设置组长、组员和片点负责人。二是在全村范围内划分_个核酸检测点即和，在各村民小组上设立卡点，共计卡点。三是按照疫情防控要求合理布置场地以及做好物资后勤保障等，并于_月__日全部完成。</w:t>
      </w:r>
      <w:r>
        <w:rPr>
          <w:lang w:eastAsia="zh-CN"/>
        </w:rPr>
        <w:br/>
      </w:r>
      <w:r>
        <w:rPr>
          <w:lang w:eastAsia="zh-CN"/>
        </w:rPr>
        <w:t>　　（5）有序组织检测。组织村民分小组分时段到各核酸检测点进行检测，_月__日上午_:开始检测，检测点于下午:完成全部检测，排查_人，实际检测_人，检测点于下午:完成全部检测，排查__人，实际检测__人，共计排查__人，实际检测__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二、存在的问题</w:t>
      </w:r>
      <w:r>
        <w:rPr>
          <w:lang w:eastAsia="zh-CN"/>
        </w:rPr>
        <w:br/>
      </w:r>
      <w:r>
        <w:rPr>
          <w:lang w:eastAsia="zh-CN"/>
        </w:rPr>
        <w:t>　　（1）信息采集系统较慢，导致检测进度较为迟缓。</w:t>
      </w:r>
      <w:r>
        <w:rPr>
          <w:lang w:eastAsia="zh-CN"/>
        </w:rPr>
        <w:br/>
      </w:r>
      <w:r>
        <w:rPr>
          <w:lang w:eastAsia="zh-CN"/>
        </w:rPr>
        <w:t>　　（2）年长者的村民对手机操作不熟悉，在提前出示健康码环节上未能顺畅的衔接。</w:t>
      </w:r>
      <w:r>
        <w:rPr>
          <w:lang w:eastAsia="zh-CN"/>
        </w:rPr>
        <w:br/>
      </w:r>
      <w:r>
        <w:rPr>
          <w:lang w:eastAsia="zh-CN"/>
        </w:rPr>
        <w:t>　　（3）工作人员在维护秩序的情况下，仍有村民插队、相互拥挤的现象出现。</w:t>
      </w:r>
      <w:r>
        <w:rPr>
          <w:lang w:eastAsia="zh-CN"/>
        </w:rPr>
        <w:br/>
      </w:r>
      <w:r>
        <w:rPr>
          <w:lang w:eastAsia="zh-CN"/>
        </w:rPr>
        <w:t>　　三、下一步改进措施</w:t>
      </w:r>
      <w:r>
        <w:rPr>
          <w:lang w:eastAsia="zh-CN"/>
        </w:rPr>
        <w:br/>
      </w:r>
      <w:r>
        <w:rPr>
          <w:lang w:eastAsia="zh-CN"/>
        </w:rPr>
        <w:t>　　（1）工作开展前，测试系统设备情况，做到早发现及时调整。</w:t>
      </w:r>
      <w:r>
        <w:rPr>
          <w:lang w:eastAsia="zh-CN"/>
        </w:rPr>
        <w:br/>
      </w:r>
      <w:r>
        <w:rPr>
          <w:lang w:eastAsia="zh-CN"/>
        </w:rPr>
        <w:t>　　（2）加强乡风文明建设，做好文明宣传“持久战”。</w:t>
      </w:r>
      <w:r>
        <w:rPr>
          <w:lang w:eastAsia="zh-CN"/>
        </w:rPr>
        <w:br/>
      </w:r>
      <w:r>
        <w:rPr>
          <w:lang w:eastAsia="zh-CN"/>
        </w:rPr>
        <w:t>　　（3）除了专人维护秩序外，增加物理阻碍，确保秩序“双保险”。</w:t>
      </w:r>
      <w:r>
        <w:rPr>
          <w:lang w:eastAsia="zh-CN"/>
        </w:rPr>
        <w:br/>
      </w:r>
      <w:r>
        <w:rPr>
          <w:lang w:eastAsia="zh-CN"/>
        </w:rPr>
        <w:t>　　（4）在涉及手机操作时，对年长者村民区别服务。</w:t>
      </w:r>
      <w:r>
        <w:rPr>
          <w:lang w:eastAsia="zh-CN"/>
        </w:rPr>
        <w:br/>
      </w:r>
      <w:r>
        <w:rPr>
          <w:lang w:eastAsia="zh-CN"/>
        </w:rPr>
        <w:t xml:space="preserve">    采样员年度工作总结 篇4 </w:t>
      </w:r>
      <w:r>
        <w:rPr>
          <w:lang w:eastAsia="zh-CN"/>
        </w:rPr>
        <w:br/>
      </w:r>
      <w:r>
        <w:rPr>
          <w:lang w:eastAsia="zh-CN"/>
        </w:rPr>
        <w:t>　　20__年_月__日，__社区卫生服务中心召开核酸检测工作总结表彰会，对参加核酸检测工作的__名医护人员进行表彰，授予抗疫英雄荣誉称号和荣誉证书，并向她们致以崇高的敬意。会上，邀请了参加核酸检测任务的医护代表重温工作瞬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中心领导班子一起向抗疫代表致敬。自接到__地区的核酸检测采样任务后，中心立即组建了采样、测温、医疗保障、登记等__人的检测队伍，准备了充足的防疫物资，次日便投入战斗。之时，在连续天的日夜奋战里，核酸检测的工作是有序而忙碌的。每一位去一线检测的工作人员都是奔赴前线的战士，她们汗湿衣襟，坚守岗位。</w:t>
      </w:r>
      <w:r>
        <w:rPr>
          <w:lang w:eastAsia="zh-CN"/>
        </w:rPr>
        <w:br/>
      </w:r>
      <w:r>
        <w:rPr>
          <w:lang w:eastAsia="zh-CN"/>
        </w:rPr>
        <w:t>　　遇到高温，她们挥汗如雨但依旧坚守阵地；遇到雷雨她们不畏艰辛、咬紧牙关；无论在清晨、还是在夜晚工作，她们始终精神抖擞，用严谨负责的态度，完成着每一次咽拭子涂抹和每位居民的体温测量。她们所穿的一身蓝衣早已深深烙进居民心里，在那一抹德胜蓝全程保障下，此次核酸采集工作顺利完成。</w:t>
      </w:r>
      <w:r>
        <w:rPr>
          <w:lang w:eastAsia="zh-CN"/>
        </w:rPr>
        <w:br/>
      </w:r>
      <w:r>
        <w:rPr>
          <w:lang w:eastAsia="zh-CN"/>
        </w:rPr>
        <w:t xml:space="preserve">    采样员年度工作总结 篇5 </w:t>
      </w:r>
      <w:r>
        <w:rPr>
          <w:lang w:eastAsia="zh-CN"/>
        </w:rPr>
        <w:br/>
      </w:r>
      <w:r>
        <w:rPr>
          <w:lang w:eastAsia="zh-CN"/>
        </w:rPr>
        <w:t>　　疫情发生以来，在县的坚强领导下和上级业务部门具体指导下，县卫健委闻令而动，全民动员，精准施策，扎实做好疫情防控各项工作，确保了全县疫情防控形势总体平稳。</w:t>
      </w:r>
      <w:r>
        <w:rPr>
          <w:lang w:eastAsia="zh-CN"/>
        </w:rPr>
        <w:br/>
      </w:r>
      <w:r>
        <w:rPr>
          <w:lang w:eastAsia="zh-CN"/>
        </w:rPr>
        <w:t>　　(一)以身垂范，机关干部全员参与。委里成立了县卫健委新冠肺炎疫情防控应对领导小组，多次召开了会议研究防控工作，制定下发了各种防控指引和文件。各班子成员不仅担任了县新冠肺炎疫情防控应急指挥部下设工作组的成员，而且身先士卒带队到高速路口、长运车站体温监测点值守，委里一名班子一直在县集中医学观察点坐镇指挥。机关干职工也纷纷投入到疫情防控一线工作，</w:t>
      </w:r>
      <w:r>
        <w:rPr>
          <w:lang w:eastAsia="zh-CN"/>
        </w:rPr>
        <w:br/>
      </w:r>
      <w:r>
        <w:rPr>
          <w:lang w:eastAsia="zh-CN"/>
        </w:rPr>
        <w:t>　　(二)排查监测，有效阻断疫情输入源头。</w:t>
      </w:r>
      <w:r>
        <w:rPr>
          <w:lang w:eastAsia="zh-CN"/>
        </w:rPr>
        <w:br/>
      </w:r>
      <w:r>
        <w:rPr>
          <w:lang w:eastAsia="zh-CN"/>
        </w:rPr>
        <w:t>　　(三)不惧危险，千余医护战士逆行“战疫”。疫情期间，我县出现了例确诊患者、例疑似病例，面对未知的危险，县乡村各级医疗机构的多名医护人员都牢牢坚守在抗疫的第一线工作，积极参与人员摸排、健康监测、流调消杀，防控指导、舍小家为大家，没有任何怨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(四)从无到有，核酸检测工作有序推进。</w:t>
      </w:r>
      <w:r>
        <w:rPr>
          <w:lang w:eastAsia="zh-CN"/>
        </w:rPr>
        <w:br/>
      </w:r>
      <w:r>
        <w:rPr>
          <w:lang w:eastAsia="zh-CN"/>
        </w:rPr>
        <w:t>　　(五)中药干预，充分发挥中医特色优势。采取中药汤剂、艾熏和热敏灸等中医药手段进行预防，每日向疫情防控一线的医务人员、工作人员、园区返岗人员等人群发放预防用中药汤剂，采取艾熏和热敏灸等中医药手段预防，累计向医院、复工复产企业和集中医学观察点等场所发放艾芯__条；选派县中医院_名中医师加入市中医药专家组，协助配合定点救治医院的中医药治疗。</w:t>
      </w:r>
      <w:r>
        <w:rPr>
          <w:lang w:eastAsia="zh-CN"/>
        </w:rPr>
        <w:br/>
      </w:r>
      <w:r>
        <w:rPr>
          <w:lang w:eastAsia="zh-CN"/>
        </w:rPr>
        <w:t>　　(六)严防死守，抓实医院感染防控工作。严格落实发热门诊管理要求，加强患者收入院管理，加强陪护、探视的管理，强化新冠病毒核酸检测，严格落实标准预防，开展院内感染风险排查整顿。通过抓实抓细医疗机构院内感染的各项工作措施，切实做到院内闭环管理，确保了医疗机构零感染。</w:t>
      </w:r>
      <w:r>
        <w:rPr>
          <w:lang w:eastAsia="zh-CN"/>
        </w:rPr>
        <w:br/>
      </w:r>
      <w:r>
        <w:rPr>
          <w:lang w:eastAsia="zh-CN"/>
        </w:rPr>
        <w:t>　　(七)精心安排，全力以赴保障防控物资。一是多渠道争取物资来源，由各部门和社会各界踊跃提供采购信息，县卫健委一名班子专门负责对接落实；二是物资进出管理规范。入库填写入库单，由仓管人、审核人签字，物资出库填写申领单，审核同意后再领取防控物物资，紧缺物资申领报县疫情应急指挥长批准；三是物资分配每日日报，由县指挥部常务副指挥长、副指挥长等领导签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八)储备人员，做好疫情防控准备。一是组建了流行病学调查队伍，共计__人，均为县疾控中心、县乡医疗机构公卫人员，调查队伍分成了_个梯队；二是组建了核酸采样后备队伍，抽调了__名乡镇卫生院医护人员人作为核酸采样储备人员，从__月__日开始分批次到县__医院跟班操作学习；三是组建了核酸检测检验后备队伍，乡镇卫生院_名检验专业人员全部作为后备力量，目前正分批次在县__医院跟班操作学习。</w:t>
      </w:r>
      <w:r>
        <w:rPr>
          <w:lang w:eastAsia="zh-CN"/>
        </w:rPr>
        <w:br/>
      </w:r>
      <w:r>
        <w:rPr>
          <w:lang w:eastAsia="zh-CN"/>
        </w:rPr>
        <w:t>　　(九)积极备战，开展防控实战应急演练。</w:t>
      </w:r>
      <w:r>
        <w:rPr>
          <w:lang w:eastAsia="zh-CN"/>
        </w:rPr>
        <w:br/>
      </w:r>
      <w:r>
        <w:rPr>
          <w:lang w:eastAsia="zh-CN"/>
        </w:rPr>
        <w:t xml:space="preserve">    采样员年度工作总结 篇6 </w:t>
      </w:r>
      <w:r>
        <w:rPr>
          <w:lang w:eastAsia="zh-CN"/>
        </w:rPr>
        <w:br/>
      </w:r>
      <w:r>
        <w:rPr>
          <w:lang w:eastAsia="zh-CN"/>
        </w:rPr>
        <w:t>　　为全力做好疫情防范应对工作，市分行成立疫情防控工作领导小组，由行长担任组长，市分行其他行领导担任副组长，领导小组成员为市分行各部门主要负责人、各县区支行行长；工作领导小组下设办公室，由副行长任组长，副行长任副组长，市分行办公室、工会、三农金融事业部、个人金融部主要负责人为成员。并制定专项应急预案，要求各一级支行比照市分行成立领导小组及办公室，专题研究本单位疫情防控工作，根据各级党委、政府统一安排，根据市分行预案，因地制宜，制定专项应急预案并立即启动。</w:t>
      </w:r>
      <w:r>
        <w:rPr>
          <w:lang w:eastAsia="zh-CN"/>
        </w:rPr>
        <w:br/>
      </w:r>
      <w:r>
        <w:rPr>
          <w:lang w:eastAsia="zh-CN"/>
        </w:rPr>
        <w:t>　　一、切实做好网点的防护工作，控防与保畅结合</w:t>
      </w:r>
      <w:r>
        <w:rPr>
          <w:lang w:eastAsia="zh-CN"/>
        </w:rPr>
        <w:br/>
      </w:r>
      <w:r>
        <w:rPr>
          <w:lang w:eastAsia="zh-CN"/>
        </w:rPr>
        <w:t>　　按照市委、市政府和监管部门、上级行的部署，统筹安排好网点营业工作及网点安全防护工作，切实保障员工和客户健康，维持正常营业秩序。</w:t>
      </w:r>
      <w:r>
        <w:rPr>
          <w:lang w:eastAsia="zh-CN"/>
        </w:rPr>
        <w:br/>
      </w:r>
      <w:r>
        <w:rPr>
          <w:lang w:eastAsia="zh-CN"/>
        </w:rPr>
        <w:t>　　一是密切关注当地疫情情况，对重点地区营业网点营业时间及时做出调整，并做好客户公告工作。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是在营业场所统一配备医用口罩、洗手液、消毒液等安全防护用品以及红外线体温测试仪。营业人员通过体温测试正常后上岗，营业上岗人员佩戴口罩，并做好手部清洁等个人卫生。用84消毒液稀释后喷洒地面，用医用酒精擦拭自助机具和大厅键盘，根据人流量情况，每日至少三次对营业大厅全面消毒。重视经常接触外来人员场所的防护，如客户接待室、大堂引导台、柜面等。</w:t>
      </w:r>
      <w:r>
        <w:rPr>
          <w:lang w:eastAsia="zh-CN"/>
        </w:rPr>
        <w:br/>
      </w:r>
      <w:r>
        <w:rPr>
          <w:lang w:eastAsia="zh-CN"/>
        </w:rPr>
        <w:t>　　三是向客户做好答疑释问、宣传解释和纠纷疏导，做好客户服务和安全保卫工作，切实保障网点正常运营。同时，加大线上业务办理渠道宣传，积极引导客户优先采用电子渠道办理业务。四是为方便客户通过我行手机银行、个人网上银行办理捐款，我行于20__年_月__日至_月__日免收手机银行所有跨行转账交易手续费，免收个人网上银行单笔交易金额_万元(含)以下跨行转账手续费。</w:t>
      </w:r>
      <w:r>
        <w:rPr>
          <w:lang w:eastAsia="zh-CN"/>
        </w:rPr>
        <w:br/>
      </w:r>
      <w:r>
        <w:rPr>
          <w:lang w:eastAsia="zh-CN"/>
        </w:rPr>
        <w:t>　　二、落实信贷支持，做好抗疫人员金融服务</w:t>
      </w:r>
      <w:r>
        <w:rPr>
          <w:lang w:eastAsia="zh-CN"/>
        </w:rPr>
        <w:br/>
      </w:r>
      <w:r>
        <w:rPr>
          <w:lang w:eastAsia="zh-CN"/>
        </w:rPr>
        <w:t>　　为全力配合做好新型冠状病毒感染的肺炎疫情防控工作，发挥好金融服务保障疫情防控的重要作用：</w:t>
      </w:r>
      <w:r>
        <w:rPr>
          <w:lang w:eastAsia="zh-CN"/>
        </w:rPr>
        <w:br/>
      </w:r>
      <w:r>
        <w:rPr>
          <w:lang w:eastAsia="zh-CN"/>
        </w:rPr>
        <w:t>　　一是做好抗疫人员金融服务。对奋战在抗击疫情前线的医护人员、政府工作人员及其直系亲属，提供个人信用贷款(含优享贷、公积金信用消费贷款等)服务，可在分行授权范围内享受最优惠利率。</w:t>
      </w:r>
      <w:r>
        <w:rPr>
          <w:lang w:eastAsia="zh-CN"/>
        </w:rPr>
        <w:br/>
      </w:r>
      <w:r>
        <w:rPr>
          <w:lang w:eastAsia="zh-CN"/>
        </w:rPr>
        <w:t>　　二是延后特殊人群还款期限。对受疫情影响暂时失去收入来源的人群，在信贷政策上予以适当倾斜，灵活调整住房按揭等个人消费信贷还款安排，合理延后还款期限，最长申请_个月贷款停息。</w:t>
      </w:r>
      <w:r>
        <w:rPr>
          <w:lang w:eastAsia="zh-CN"/>
        </w:rPr>
        <w:br/>
      </w:r>
      <w:r>
        <w:rPr>
          <w:lang w:eastAsia="zh-CN"/>
        </w:rPr>
        <w:t>　　三是配合做好相关逾期利息减免工作。对参加疫情防控的医护人员、政府工作人员、感染新型冠状病毒肺炎及隔离人员、受疫情影响暂时失去收入来源的人群，疫情期间因还款不便造成逾期，我行将减免相关息费，提供征信保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四是对于受疫情影响较大的批发零售、住宿餐饮、物流运输、水产养殖、文化旅游等行业的贷款做到“不抽贷、不断贷、不压贷”，若客户出现还款困难，可优先按照贷款展期的相关要求进行展期。贷款到期且客户仍有用款需求的，及时按照相关要求进行续贷，并给予一定的利率优惠。</w:t>
      </w:r>
      <w:r>
        <w:rPr>
          <w:lang w:eastAsia="zh-CN"/>
        </w:rPr>
        <w:br/>
      </w:r>
      <w:r>
        <w:rPr>
          <w:lang w:eastAsia="zh-CN"/>
        </w:rPr>
        <w:t>　　五是申贷新客户服务，保障业务连续性。对于有贷款需求的客户，首先引导符合条件的客户走线上申贷渠道，尽量减少线下接触；</w:t>
      </w:r>
      <w:r>
        <w:rPr>
          <w:lang w:eastAsia="zh-CN"/>
        </w:rPr>
        <w:br/>
      </w:r>
      <w:r>
        <w:rPr>
          <w:lang w:eastAsia="zh-CN"/>
        </w:rPr>
        <w:t>　　对于紧急用款且无法通过线上渠道获得贷款的客户，简化调查流程，报总行备案，待疫情结束后补充完善相关手续；</w:t>
      </w:r>
      <w:r>
        <w:rPr>
          <w:lang w:eastAsia="zh-CN"/>
        </w:rPr>
        <w:br/>
      </w:r>
      <w:r>
        <w:rPr>
          <w:lang w:eastAsia="zh-CN"/>
        </w:rPr>
        <w:t>　　对于为疫情防治提供支持的医疗器械等行业，开辟绿色通道，优先处理、优先放款，在执行利率方面，给予一定利率优惠，积极满足卫生防疫、医药产品制造及采购等方面的合理融资需求。</w:t>
      </w:r>
      <w:r>
        <w:rPr>
          <w:lang w:eastAsia="zh-CN"/>
        </w:rPr>
        <w:br/>
      </w:r>
      <w:r>
        <w:rPr>
          <w:lang w:eastAsia="zh-CN"/>
        </w:rPr>
        <w:t>　　三、加强员工教育、防护和监测，保障员工健康安全</w:t>
      </w:r>
      <w:r>
        <w:rPr>
          <w:lang w:eastAsia="zh-CN"/>
        </w:rPr>
        <w:br/>
      </w:r>
      <w:r>
        <w:rPr>
          <w:lang w:eastAsia="zh-CN"/>
        </w:rPr>
        <w:t>　　市分行各级领导干部坚守岗位，对全辖人员实行网格化管理，明确直线管理责任，做好员工关怀工作。对员工教育提醒到位，精准掌握到位，在疫情得到有效控制前不安排前往疫情集中区域出差，不召集疫情集中区域人员开会，不举办各类大型会议、营销活动等大型聚集性活动。既严防死守，也不过度恐慌，在防控疫情中抓好各项工作，保证各级机构正常工作秩序。</w:t>
      </w:r>
      <w:r>
        <w:rPr>
          <w:lang w:eastAsia="zh-CN"/>
        </w:rPr>
        <w:br/>
      </w:r>
      <w:r>
        <w:rPr>
          <w:lang w:eastAsia="zh-CN"/>
        </w:rPr>
        <w:t>　　四、强化应急值班，确保处置高效妥当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强化应急值班，严格执行24小时值班和领导带班制度，保障通信联络畅通。遇有辖区内出现确诊病例或疑似病例等问题和突发情况，第一时间按规定报告，并实行全行“零报告”制度。</w:t>
      </w:r>
      <w:r>
        <w:rPr>
          <w:lang w:eastAsia="zh-CN"/>
        </w:rPr>
        <w:br/>
      </w:r>
      <w:r>
        <w:rPr>
          <w:lang w:eastAsia="zh-CN"/>
        </w:rPr>
        <w:t>　　五、强化宣传教育，做好舆论引导</w:t>
      </w:r>
      <w:r>
        <w:rPr>
          <w:lang w:eastAsia="zh-CN"/>
        </w:rPr>
        <w:br/>
      </w:r>
      <w:r>
        <w:rPr>
          <w:lang w:eastAsia="zh-CN"/>
        </w:rPr>
        <w:t>　　银行__市分行坚持与市委、市政府有关疫情应对决策部署保持高度一致，按照公布的疫情发展情况，及时分析形势，科学应对风险，加强宣传引导，切实加强疫情风险提示和防控知识宣传，不断提高全行安全防范意识，强化宣传引导客户使用我行各种电子渠道开展业务，引导员工注意防寒保暖、室内通风和个人卫生，避免到人群密集场所活动。加强舆论引导，增强广大员工及客户的自己防病意识和社会信心。</w:t>
      </w:r>
      <w:r>
        <w:rPr>
          <w:lang w:eastAsia="zh-CN"/>
        </w:rPr>
        <w:br/>
      </w:r>
      <w:r>
        <w:rPr>
          <w:lang w:eastAsia="zh-CN"/>
        </w:rPr>
        <w:t xml:space="preserve">    采样员年度工作总结 篇7 </w:t>
      </w:r>
      <w:r>
        <w:rPr>
          <w:lang w:eastAsia="zh-CN"/>
        </w:rPr>
        <w:br/>
      </w:r>
      <w:r>
        <w:rPr>
          <w:lang w:eastAsia="zh-CN"/>
        </w:rPr>
        <w:t>　　这场战斗没有硝烟，敌人却在身边，这场战役没有后方，我们每个人都在前线，这场战争没有平民，每个人都是战士，同病毒较量，与疫情赛跑，是一场刻不容缓的生死竞速，核酸采样，与病毒“零距离”直接接触，熟练掌握核酸采样知识和技能知识，保护好自身安全，在实际操作中有效避免交叉感染，守望相助、共克时艰是最有效的防护，众志成城、患难与共是最有力的阻击，落实落细采样工作，用自己的努力做合格的采样员。</w:t>
      </w:r>
      <w:r>
        <w:rPr>
          <w:lang w:eastAsia="zh-CN"/>
        </w:rPr>
        <w:br/>
      </w:r>
      <w:r>
        <w:rPr>
          <w:lang w:eastAsia="zh-CN"/>
        </w:rPr>
        <w:t>　　用坚强的战斗意志诠释使命，用顽强拼搏精神鼓舞士气，用无悔忠诚奉献报销祖国，争做合格核酸采样员，筑牢“防护网”，严格按照防护措施，穿戴防护装备、防护服、护目镜、乳胶手套、一次性靴套、N95口罩等物品，我们身处前沿，是发现敌情的“侦察兵”，无言无悔，只为打赢疫情防控攻坚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近期，我通过培训进一步提高了对采样人员理论知识的掌握，在一次次的穿脱防护服中，更加熟练及严格按照要求完成穿脱，核酸采样人员在进入岗位前，接受个人防护用品穿脱，标本的采集和保存，医疗废物处置流程，职业暴露处置流程等方面的培训和指导确保采集人员个人防护、手卫生等措施符合要求。通过培训提升了防控意识和能力，增强了“人人有责，人人过关”的防控理念。</w:t>
      </w:r>
      <w:r>
        <w:rPr>
          <w:lang w:eastAsia="zh-CN"/>
        </w:rPr>
        <w:br/>
      </w:r>
      <w:r>
        <w:rPr>
          <w:lang w:eastAsia="zh-CN"/>
        </w:rPr>
        <w:t>　　人人争当合格“采样员”，人人能当合格“采样员”，直面病毒，守护大家安全，我经历过全民核酸，超负荷运转，但我都毫无怨言，我争当合格核酸采样员，不惧疫情，坚守责任职责，不负时光，不负青春，愿山河无恙，人间皆安。</w:t>
      </w:r>
      <w:r>
        <w:rPr>
          <w:lang w:eastAsia="zh-CN"/>
        </w:rPr>
        <w:br/>
      </w:r>
      <w:r>
        <w:rPr>
          <w:lang w:eastAsia="zh-CN"/>
        </w:rPr>
        <w:t xml:space="preserve">    采样员年度工作总结 篇8 </w:t>
      </w:r>
      <w:r>
        <w:rPr>
          <w:lang w:eastAsia="zh-CN"/>
        </w:rPr>
        <w:br/>
      </w:r>
      <w:r>
        <w:rPr>
          <w:lang w:eastAsia="zh-CN"/>
        </w:rPr>
        <w:t>　　为有效应对可能出现的疫情，对防控区域人员实施“应检尽检”，根据__市疫情防控指挥办关于做好大规模核酸检测筹备工作的通知要求，我镇于_月__日晚上在、__村委会开展了大规模核酸检测工作。现将有关工作总结如下：</w:t>
      </w:r>
      <w:r>
        <w:rPr>
          <w:lang w:eastAsia="zh-CN"/>
        </w:rPr>
        <w:br/>
      </w:r>
      <w:r>
        <w:rPr>
          <w:lang w:eastAsia="zh-CN"/>
        </w:rPr>
        <w:t>　　一、高度重视，做好核酸检测准备工作</w:t>
      </w:r>
      <w:r>
        <w:rPr>
          <w:lang w:eastAsia="zh-CN"/>
        </w:rPr>
        <w:br/>
      </w:r>
      <w:r>
        <w:rPr>
          <w:lang w:eastAsia="zh-CN"/>
        </w:rPr>
        <w:t>　　我镇接到__市疫情防控指挥办关于做好大规模核酸检测筹备工作的通知要求后，镇高度重视，立即召开班子会议专题研讨，卫健办立即制定我镇区域大规模核酸检测的工作，成立以镇书记为组长的核酸检测指挥中心，同时将工作方案人员职责具体落实到镇村领导职工。同时，卫健办依方案要求购买核酸检测物资清单，保证核酸检测顺利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二、做好区域大规模核酸检测宣传发动工作</w:t>
      </w:r>
      <w:r>
        <w:rPr>
          <w:lang w:eastAsia="zh-CN"/>
        </w:rPr>
        <w:br/>
      </w:r>
      <w:r>
        <w:rPr>
          <w:lang w:eastAsia="zh-CN"/>
        </w:rPr>
        <w:t>　　_月__日上午，_镇、宣传发动组工作人员通过入户通知的方式全方位开展核酸检测工作的发动工作，务求使更多的居民参与检测。宣传组入户的同时，还带上葵花码，指导村民提前扫码截图。</w:t>
      </w:r>
      <w:r>
        <w:rPr>
          <w:lang w:eastAsia="zh-CN"/>
        </w:rPr>
        <w:br/>
      </w:r>
      <w:r>
        <w:rPr>
          <w:lang w:eastAsia="zh-CN"/>
        </w:rPr>
        <w:t>　　三、大规模核酸检测工作有序开展</w:t>
      </w:r>
      <w:r>
        <w:rPr>
          <w:lang w:eastAsia="zh-CN"/>
        </w:rPr>
        <w:br/>
      </w:r>
      <w:r>
        <w:rPr>
          <w:lang w:eastAsia="zh-CN"/>
        </w:rPr>
        <w:t>　　_月__日晚上:，全体工作人员行动起来，按岗就位。晚上:，_镇、__大规模核酸检测工作有序开展，收到通知的居民群众早早戴好口罩排队参加核酸检测，在工作人员的指引下经过测温，亮码后进入等候区，按指引进行核酸扫码登记。现场群众严格按照一米间隔轮候，有序进入到核酸采样区，配合医护人员进行采样工作。为照顾老人、小孩及行动不便的人员，核酸检测点特设一条快速通道，体现了人性关怀。</w:t>
      </w:r>
      <w:r>
        <w:rPr>
          <w:lang w:eastAsia="zh-CN"/>
        </w:rPr>
        <w:br/>
      </w:r>
      <w:r>
        <w:rPr>
          <w:lang w:eastAsia="zh-CN"/>
        </w:rPr>
        <w:t>　　本次演练截止时间为晚上:分，_镇采样点采集样本份，采样点采集样本份，全镇总共采样份。我们这次演练取得了不错的成绩，但也存在以下几个问题：一是工作的人员安排不够合理。有一部分干部职工没有利用到位；宣传发动组的人员一部分也是后勤保障组人员，导致布置场地时缺乏人手，速度慢；二是场地的利用有待提高。布置场地时未能充分利用场地，缓冲区的设置与人流量不相匹配，人流量过多时人员密集，达不到一米间隔；三是基础设施薄弱。采集现场无安装加强信号器，采集人员用手机录入信息，无配备平板电脑，录入速度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在今后的工作中，我们要做好方案，调动全体镇村干部积极参与并合理安排，同时做好合理规划、充分利用场地，并提前安装信号加强器，采购平板电脑，为必要时实施全镇全人群筛查做好准备。</w:t>
      </w:r>
      <w:r>
        <w:rPr>
          <w:lang w:eastAsia="zh-CN"/>
        </w:rPr>
        <w:br/>
      </w:r>
      <w:r>
        <w:rPr>
          <w:lang w:eastAsia="zh-CN"/>
        </w:rPr>
        <w:t xml:space="preserve">    采样员年度工作总结 篇9 </w:t>
      </w:r>
      <w:r>
        <w:rPr>
          <w:lang w:eastAsia="zh-CN"/>
        </w:rPr>
        <w:br/>
      </w:r>
      <w:r>
        <w:rPr>
          <w:lang w:eastAsia="zh-CN"/>
        </w:rPr>
        <w:t>　　20__年3月2日晚上，我接到需要抽调医护人员参加支援清河县采集核酸工作的通知后，毫不迟疑即刻报名：“疫情当前，抗疫有我，哪里有需要，我就去哪里！”当晚我和队友们就星夜兼程，驰援清河，一路上我的心情是既紧张又激动。</w:t>
      </w:r>
      <w:r>
        <w:rPr>
          <w:lang w:eastAsia="zh-CN"/>
        </w:rPr>
        <w:br/>
      </w:r>
      <w:r>
        <w:rPr>
          <w:lang w:eastAsia="zh-CN"/>
        </w:rPr>
        <w:t>　　当到达任务采集点清河县徐阁村时，我迅速行动，做好防护，准备就绪后，立即投入工作。消毒、登记、采样、封装采样标本、整理医疗垃圾，我和村里的工作人员分工明确，有条不紊，认真地为每位居民采集核酸。采集结束后，手掌被防护手套勒得都麻木了。徐阁村是我采集的第一个点位，我们从夜里十一点穿着防护服一直干到第二天中午。后半夜里没人了就坐在凳子上休息一下，一直持续到第二天中午才把整个村子的村民全部采集完成。</w:t>
      </w:r>
      <w:r>
        <w:rPr>
          <w:lang w:eastAsia="zh-CN"/>
        </w:rPr>
        <w:br/>
      </w:r>
      <w:r>
        <w:rPr>
          <w:lang w:eastAsia="zh-CN"/>
        </w:rPr>
        <w:t>　　第二天我负责的徐阁村变成了管控村，我开始和程文莉共同负责前杜林村。以后的日子里，我们每天都是凌晨三点多出发，一直到中午12点以后才能完成一天的采集任务。很多时候，为了节省一套防护服，我们医护人员在高温中忍着饥饿、口渴坚守着，没有一句怨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地居民们看到我们忙碌的工作，深深地被感动了：“谢谢！”“孩子，你们辛苦了，我给你们送点热水吧！”“你们要注意身体，太心疼你们了！”一句句温暖人心的话语，流入我们的心间，也感动了我们。虽然累，虽然辛苦，但再苦再累也不会改变我们医护人员服务人民的志向和初衷。</w:t>
      </w:r>
      <w:r>
        <w:rPr>
          <w:lang w:eastAsia="zh-CN"/>
        </w:rPr>
        <w:br/>
      </w:r>
      <w:r>
        <w:rPr>
          <w:lang w:eastAsia="zh-CN"/>
        </w:rPr>
        <w:t>　　能够参加支援清河抗击疫情工作，尽自己的一份力量，使我深感荣幸，也使我深刻体会到人生的价值和职业精神的内涵，我为自己是隆尧县医院的一名护士而骄傲自豪。我们相信疫情终将过去，我们将与清河县人民群众一道，携手共渡难关。</w:t>
      </w:r>
      <w:r>
        <w:rPr>
          <w:lang w:eastAsia="zh-CN"/>
        </w:rPr>
        <w:br/>
      </w:r>
      <w:r>
        <w:rPr>
          <w:lang w:eastAsia="zh-CN"/>
        </w:rPr>
        <w:t xml:space="preserve">    采样员年度工作总结 篇10 </w:t>
      </w:r>
      <w:r>
        <w:rPr>
          <w:lang w:eastAsia="zh-CN"/>
        </w:rPr>
        <w:br/>
      </w:r>
      <w:r>
        <w:rPr>
          <w:lang w:eastAsia="zh-CN"/>
        </w:rPr>
        <w:t>　　岁末临近，新春将至，不知不觉20__年的工作即将告一段落。回顾一年来的工作，采样部在公司总经理的正确领导、各部门的积极配合以及各位同事的支持协助下，完成既定采样任务。这里离不开大家的支持，众人拾柴火焰高。希望新的一年大家齐头并进，再创新高！20__年环境采样部的工作分下面几点概括：</w:t>
      </w:r>
      <w:r>
        <w:rPr>
          <w:lang w:eastAsia="zh-CN"/>
        </w:rPr>
        <w:br/>
      </w:r>
      <w:r>
        <w:rPr>
          <w:lang w:eastAsia="zh-CN"/>
        </w:rPr>
        <w:t>　　一、检验检测工作</w:t>
      </w:r>
      <w:r>
        <w:rPr>
          <w:lang w:eastAsia="zh-CN"/>
        </w:rPr>
        <w:br/>
      </w:r>
      <w:r>
        <w:rPr>
          <w:lang w:eastAsia="zh-CN"/>
        </w:rPr>
        <w:t>　　1.日常采样工作合理推进，保质保量、根据客户需求及时完成采样，本年度无违规现象发生。积极配合各部门工作，加班加点完成铜陵义安区土壤检测和开发区长桥污水管网水质检测入河排污口等大批量加急任务，获得了公司的认可，同事的肯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本年度增添了一套挥发性气体采样器，完善了挥发性气体采样的专业保障性。保障了挥发性气体检测的真实有效性；相关设备定期维护保养校准完善仪器使用制度。加强对仪器设备管理，每日填写相应的出入库使用记录以及校准记录，以保证检测报告的真实有效性。让报告具有可溯源性。积极配合质管部，参与Lims系统的问题反馈、维护与优化。</w:t>
      </w:r>
      <w:r>
        <w:rPr>
          <w:lang w:eastAsia="zh-CN"/>
        </w:rPr>
        <w:br/>
      </w:r>
      <w:r>
        <w:rPr>
          <w:lang w:eastAsia="zh-CN"/>
        </w:rPr>
        <w:t>　　3.应急检测的管理，对于应急性检测合理安排检测人员对于工作量大的情况实施周日轮休或周日不休制度，确保采样任务的顺利进行，快速推进采样任务。完成公司既定目标。</w:t>
      </w:r>
      <w:r>
        <w:rPr>
          <w:lang w:eastAsia="zh-CN"/>
        </w:rPr>
        <w:br/>
      </w:r>
      <w:r>
        <w:rPr>
          <w:lang w:eastAsia="zh-CN"/>
        </w:rPr>
        <w:t>　　4.日常车辆的管理，定期查询车辆违章，精确到个人，及时处理车辆违章。定期车辆维护保养整理整顿。做到合理用车安全用车。</w:t>
      </w:r>
      <w:r>
        <w:rPr>
          <w:lang w:eastAsia="zh-CN"/>
        </w:rPr>
        <w:br/>
      </w:r>
      <w:r>
        <w:rPr>
          <w:lang w:eastAsia="zh-CN"/>
        </w:rPr>
        <w:t>　　二、采样部管理</w:t>
      </w:r>
      <w:r>
        <w:rPr>
          <w:lang w:eastAsia="zh-CN"/>
        </w:rPr>
        <w:br/>
      </w:r>
      <w:r>
        <w:rPr>
          <w:lang w:eastAsia="zh-CN"/>
        </w:rPr>
        <w:t>　　1.在公司搬迁至新大楼后，对新的仪器室和耗材室进行整理规划，并进行有效的仪器区域划分，张贴仪器存放铭牌，有效提高使用效率。对采样部在进行精细化管理的同时，对现有人员进行分组，划分为采样小组，每组配备一名小组长提高采样效率。加强采样人员现场采样操作，以老带新，以强带弱。整个部门共同提高。保证采样任务有序进行，提高采样效率。规范采样部人员到场检测时间，在提高采样效率的同时给客户带来良好的体验，树立公司准时精确的形象。</w:t>
      </w:r>
      <w:r>
        <w:rPr>
          <w:lang w:eastAsia="zh-CN"/>
        </w:rPr>
        <w:br/>
      </w:r>
      <w:r>
        <w:rPr>
          <w:lang w:eastAsia="zh-CN"/>
        </w:rPr>
        <w:t>　　三、不足之处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本年度能力验证工作中，出现一些不满意结果，采样员对现场检测情况的判断有待提高，根据现场实际情况选择合适的采样标准是必须的。这不仅是我们个人能力的体现，也是公司专业性的体现。采样细节方便也需要注意，我们是检测公司，是专业的！对于其他部门的指正要虚心学习，不再犯同样的错误。由于20__年是不太平的一年，年初疫情肆虐，年中到现在任务量剧增，采样人员错过多次外出培训机会，再有就是采样员能力不足，任务量过大的.压力下，采样效率不高。通过这些警醒，在20__年，必须提高每个采样员的能力，实现均衡能力，让每个采样员都能适合任何采样任务，而不是看任务挑人。积极组织参加能够提升采样人员技术能力的内外部培训，向一流检测公司看齐。对于新进员工的加强管理学习，让部门每个人都是精兵强将。对于不适合的人员进行调岗，保证部门每个人都能独当一面。我们的目标每个员工的能力都是一比一或一比二提高个人能力势在必行。对于采样人员的积极性也有待提高加强员工归属感正能量的树立。实现快乐工作的目标</w:t>
      </w:r>
      <w:r>
        <w:rPr>
          <w:lang w:eastAsia="zh-CN"/>
        </w:rPr>
        <w:br/>
      </w:r>
      <w:r>
        <w:rPr>
          <w:lang w:eastAsia="zh-CN"/>
        </w:rPr>
        <w:t>　　四、20__年规划</w:t>
      </w:r>
      <w:r>
        <w:rPr>
          <w:lang w:eastAsia="zh-CN"/>
        </w:rPr>
        <w:br/>
      </w:r>
      <w:r>
        <w:rPr>
          <w:lang w:eastAsia="zh-CN"/>
        </w:rPr>
        <w:t>　　1.从目前公司所开展的检测项目来看，合同检测单位和公家单位合作还有很多上升的空间。针对这部分采样部合理安排采样任务积极收集客户信息在方便采样的同时加强与客户的联系将有效的信息反馈给销售经理给公司带来新的`效益从采样延伸到设备从设备再延伸到采样实现一条龙服务，别人没有的我有，别人有的我们做的更好。给客户带来良好体验的同时再创业绩新高！</w:t>
      </w:r>
      <w:r>
        <w:rPr>
          <w:lang w:eastAsia="zh-CN"/>
        </w:rPr>
        <w:br/>
      </w:r>
      <w:r>
        <w:rPr>
          <w:lang w:eastAsia="zh-CN"/>
        </w:rPr>
        <w:t>　　2.20__年加强采样质控，从其他途径来看，双随机抽查到的问题大多来自采样我们在改正之前错误的同时继续发现新的问题继续改正做到举一反三让采样部无懈可击。</w:t>
      </w:r>
      <w:r>
        <w:rPr>
          <w:lang w:eastAsia="zh-CN"/>
        </w:rPr>
        <w:br/>
      </w:r>
      <w:r>
        <w:rPr>
          <w:lang w:eastAsia="zh-CN"/>
        </w:rPr>
        <w:t>　　3.加强采样人员的培训，安排外出培训。增强外作业安全方面的培训，确保采样人员的人身安全。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4.对于仪器设备在去年一年的使用中得到反馈。新的一年根据采样任务需求报买适合的采样仪器做到专业性和准确性。</w:t>
      </w:r>
      <w:r>
        <w:rPr>
          <w:lang w:eastAsia="zh-CN"/>
        </w:rPr>
        <w:br/>
      </w:r>
      <w:r>
        <w:rPr>
          <w:lang w:eastAsia="zh-CN"/>
        </w:rPr>
        <w:t xml:space="preserve">    采样员年度工作总结 篇11 </w:t>
      </w:r>
      <w:r>
        <w:rPr>
          <w:lang w:eastAsia="zh-CN"/>
        </w:rPr>
        <w:br/>
      </w:r>
      <w:r>
        <w:rPr>
          <w:lang w:eastAsia="zh-CN"/>
        </w:rPr>
        <w:t>　　为全面、系统、准确地掌握全国土壤环境总体质量，查明重点地区土壤污染状况及成因，评估土壤污染风险，确定土壤环境安全级别，筛选修复技术，构建适合我国国情的土壤污染防治法律法规及标准体系，以保证资源的可持续情，保证人民身体健康，国家环保总局牵头开展全国土壤污染状况调查。我玉溪市环境监测站采样小组于20__年8月中旬按有关要求圆满完成了《云南省重点区域土壤污染风险评估与安全性划分》中八个子项目中的子项目二——《曲靖、玉溪烤烟生产基地》与子项目六——《九大高原湖泊流域》的土壤样品采集工作，共采集土壤样194个，农作物57个，地表水10个，地下水5个。土壤样品采集工作内容包括土壤样品的采集、采样单元的成土条件、生产设施条件、耕地利用及管理等田间情况实地调查、样品采集后的处理、送样等环节。下面就我们组的采样情况做一个简短的总结。</w:t>
      </w:r>
      <w:r>
        <w:rPr>
          <w:lang w:eastAsia="zh-CN"/>
        </w:rPr>
        <w:br/>
      </w:r>
      <w:r>
        <w:rPr>
          <w:lang w:eastAsia="zh-CN"/>
        </w:rPr>
        <w:t>　　一、认真做好采样准备工作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要做好采样工作，采样前的精心准备是必不可少的。土壤采集实际从20__年6月15日开始，但实际上，我们组从5月16日就开始做准备，包括采样物品的准备及对采样方案的仔细研读等。在采样的过程中也要做准备，这部分的工作是采样规划及标签、基本表可填写的先填写。采样规划原则是布点分散均匀，同一种土壤类型，两个样之间的距离至少在100米，尽量布在汽车能进得去的地方，能去的地方就布点，我们组就是按此原则规划每个村采多少样，在何地采等这些问题的。更重要的是，我们在每次出发前都先规划好了行程路线，尽量使得采样点们顺路，因为高质高效是我们的原则。</w:t>
      </w:r>
      <w:r>
        <w:rPr>
          <w:lang w:eastAsia="zh-CN"/>
        </w:rPr>
        <w:br/>
      </w:r>
      <w:r>
        <w:rPr>
          <w:lang w:eastAsia="zh-CN"/>
        </w:rPr>
        <w:t>　　二、采样分工明确，做事认真、负责</w:t>
      </w:r>
      <w:r>
        <w:rPr>
          <w:lang w:eastAsia="zh-CN"/>
        </w:rPr>
        <w:br/>
      </w:r>
      <w:r>
        <w:rPr>
          <w:lang w:eastAsia="zh-CN"/>
        </w:rPr>
        <w:t>　　我小组有五名采样人员组成，其中照相员一名，记录员一名，gps存点一名，实地采样两名，大家各思其职，干完手中的活又协同完成其他的活，这使得采样工作进展非常的得快，且使得每一张照片再现真景，每一份记录真实反映，每一个采点经纬重现，每一个样品勘称典型。</w:t>
      </w:r>
      <w:r>
        <w:rPr>
          <w:lang w:eastAsia="zh-CN"/>
        </w:rPr>
        <w:br/>
      </w:r>
      <w:r>
        <w:rPr>
          <w:lang w:eastAsia="zh-CN"/>
        </w:rPr>
        <w:t>　　三、统一标准，确保土壤污染调查工作及成果质量</w:t>
      </w:r>
      <w:r>
        <w:rPr>
          <w:lang w:eastAsia="zh-CN"/>
        </w:rPr>
        <w:br/>
      </w:r>
      <w:r>
        <w:rPr>
          <w:lang w:eastAsia="zh-CN"/>
        </w:rPr>
        <w:t>　　在调查工作中，我小组严格执行《全国土壤污染状况调查技术规定》和我省关于质量控制的要求，对调查点位布设、现场采样、样品保存运输、数据记录等环节进行全过程质量保证和质量控制，确保点位和样品的代表性以保障数据和结果的准确性。</w:t>
      </w:r>
      <w:r>
        <w:rPr>
          <w:lang w:eastAsia="zh-CN"/>
        </w:rPr>
        <w:br/>
      </w:r>
      <w:r>
        <w:rPr>
          <w:lang w:eastAsia="zh-CN"/>
        </w:rPr>
        <w:t xml:space="preserve">    采样员年度工作总结 篇12 </w:t>
      </w:r>
      <w:r>
        <w:rPr>
          <w:lang w:eastAsia="zh-CN"/>
        </w:rPr>
        <w:br/>
      </w:r>
      <w:r>
        <w:rPr>
          <w:lang w:eastAsia="zh-CN"/>
        </w:rPr>
        <w:t>　　20__年_月_日，__镇召开全民核酸检测工作总结会议，对近两日老大房镇检测工作进行总结，并部署下一步疫情防控工作，各包村镇领导、各村书记、负责人、镇派出所，镇卫生院参加会议。</w:t>
      </w:r>
      <w:r>
        <w:rPr>
          <w:lang w:eastAsia="zh-CN"/>
        </w:rPr>
        <w:br/>
      </w:r>
      <w:r>
        <w:rPr>
          <w:lang w:eastAsia="zh-CN"/>
        </w:rPr>
        <w:t>　　会议总结了__镇的核酸检测工作，对镇村干部、志愿者、派出所、医护工作者等坚守岗位的工作人员肯定。截止_月_日，老大房镇核酸检测工作全部完成，全镇__个点位，__个检测组，_天内共检测__人，做到了应检尽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会议强调，一是全镇上下要严格落实和__市统筹推进疫情防控和经济社会发展工作，坚持疫情防控常态化；二是做好重点地区人员排查、居家隔离和健康检测；避免人员聚集，超市、企业等场所做好人员登记、测温消毒等防控措施；三是镇纪委要逐村进行督查防控措施落实情况，为应对未来可能发生的疫情变化做好充足的准备，严防疫情蔓延扩散，坚决打赢这场抗疫持久战。</w:t>
      </w:r>
      <w:r>
        <w:rPr>
          <w:lang w:eastAsia="zh-CN"/>
        </w:rPr>
        <w:br/>
      </w:r>
      <w:r>
        <w:rPr>
          <w:lang w:eastAsia="zh-CN"/>
        </w:rPr>
        <w:t xml:space="preserve">    采样员年度工作总结 篇13 </w:t>
      </w:r>
      <w:r>
        <w:rPr>
          <w:lang w:eastAsia="zh-CN"/>
        </w:rPr>
        <w:br/>
      </w:r>
      <w:r>
        <w:rPr>
          <w:lang w:eastAsia="zh-CN"/>
        </w:rPr>
        <w:t>　　，女，现年__岁，现任站站长。</w:t>
      </w:r>
      <w:r>
        <w:rPr>
          <w:lang w:eastAsia="zh-CN"/>
        </w:rPr>
        <w:br/>
      </w:r>
      <w:r>
        <w:rPr>
          <w:lang w:eastAsia="zh-CN"/>
        </w:rPr>
        <w:t>　　虽然是一名女站长，但是她作为全站的带头人，在这场“战役”中，始终发扬了共产党员的先锋模范作用，说在前面，更做在前面，带领全站干部职工，誓与疫情抗争到底。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接到防范疫情的通知后，面对疫情传播的严峻形势，李雪站长意识到此次疫情来势汹汹，特别是收费站又属于服务型单位，收费人员每天接触天南海北的司乘人员，危险系数较高，防控工作迫在眉睫。于是，李雪站长立即召开班子会议，传达贯彻上级指示，现场成立南皮站防控新型冠状病毒引发的肺炎疫情工作专班领导小组，她担任组长，并结合南皮站实际情况对疫情防控措施进行分析、研究，制定防控应急处置方案，从人员防控、各部位消毒、应急值守等各方面全面做好准备。事关每一名职工的人身安全，达成一致制定方案后，她安排各部门负责人立即行动起来，按照职责分工落实防控措施，安排办公室抢购84消毒液4箱，喷壶10个，保洁人员每天对宿办区消毒2次；针对收费人员每天与司机打交道，每天都接触钱的实际情况，在为收费人员配发口罩的基础上，要求办公室为收费人员购买橡胶手套，收费人员上岗期间一律配备口罩、手套，切断一切传播途径。同时，她要求在站职工每天测量体温2次，休班人员在家也要测量体温并上报，做到无缝监控。她不但每天严格做到自己测量体温2次，同时还每天到办公室查看职工体温测量情况，有一次，她发现一名职工的体温登记表上没有记录，立即拨打电话询问。经询问，原来，这名职工正在家休班，已经测量体温，但是忘记上报。李雪站长对这名职工的体温进行了记录，并教育她一定要高度重视，每天按时测量、按时上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各部门、各班组，接上级紧急通知，南皮站防范新型冠状病毒引发的肺炎疫情物资已经采购，请各部门、班组负责人立即到办公室领取！”“各部门、各班组，目前新型冠状病毒引发的肺炎疫情形势非常严峻，所有人员在岗期间必须佩戴好口罩、手套等防护用品，每天到办公室测量体温，在家休息人员务必做到尽量不出门，不出行，做好个人防护。”“各部门、各班组：接上级指示，每个人都要需要填写个人近期情况报告表，各部门、班组负责人立即组织落实，不得迟报、漏报。”……这些天以来，站内的政务微信群可以说是最忙碌的微信群，而群里最忙碌的人就是李雪站长。只要上级有最新指示，她就会第一时间推送到站政务微信群，并根据站内实际情况提出落实要求，有的时候，晚上十一点、十二点接到急文和指示，她同样会第一时间将文件传达到群内，做到随时接收、随时传达，让每一名职工都第一时间了解到上级的最新指示。每天半夜醒来，她也会习惯性地看看手机，看看上级有没有下发新的指示，用她自己的话来说，“每天都要查看手机微信群有没有新信息，这已经成了本能，成了生活的一部分。”</w:t>
      </w:r>
      <w:r>
        <w:rPr>
          <w:lang w:eastAsia="zh-CN"/>
        </w:rPr>
        <w:br/>
      </w:r>
      <w:r>
        <w:rPr>
          <w:lang w:eastAsia="zh-CN"/>
        </w:rPr>
        <w:t>　　从年前在站值班以来，李雪站长已经在站上待了七天了，每天忙忙碌碌，一直在忙着收费保畅和疫情防控的工作。年幼的女儿无人照顾，年迈的母亲也没有去探望。母亲已经快七十岁了，身体一直不太好，这也是她最放心不下的。大年三十晚上，她给母亲打电话拜年，听着母亲熟悉的声音，心里特别不是滋味儿，眼泪不自主地流了下来，母亲听出了她的不对劲，忙安慰她说不要担心自己，安心工作，工作干好了就是对她最好的回报。作为女儿，她对母亲是万分的愧疚，作为母亲，她对自己的女儿同样是愧疚，女儿今年才11岁，但是因为工作，她同样没有时间照看女儿，听话的女儿自己做作业，自己玩。她将对家人的愧疚化为工作的动力，继续坚守在工作岗位上，坚决打赢这场没有硝烟的硬仗！</w:t>
      </w:r>
      <w:r>
        <w:rPr>
          <w:lang w:eastAsia="zh-CN"/>
        </w:rPr>
        <w:br/>
      </w:r>
      <w:r>
        <w:rPr>
          <w:lang w:eastAsia="zh-CN"/>
        </w:rPr>
        <w:t>　　疫情仍在继续，坚守仍在继续，作为全站的带头人，作为一名党员干部，李雪坚定了誓与疫情抗争到底的信念，不断给广大职工打气，带领大家与新型冠状病毒引发的肺炎疫情抗争到底。</w:t>
      </w:r>
      <w:r>
        <w:rPr>
          <w:lang w:eastAsia="zh-CN"/>
        </w:rPr>
        <w:br/>
      </w:r>
      <w:r>
        <w:rPr>
          <w:lang w:eastAsia="zh-CN"/>
        </w:rPr>
        <w:t xml:space="preserve">    采样员年度工作总结 篇14 </w:t>
      </w:r>
      <w:r>
        <w:rPr>
          <w:lang w:eastAsia="zh-CN"/>
        </w:rPr>
        <w:br/>
      </w:r>
      <w:r>
        <w:rPr>
          <w:lang w:eastAsia="zh-CN"/>
        </w:rPr>
        <w:t>　　一、采样管理：</w:t>
      </w:r>
      <w:r>
        <w:rPr>
          <w:lang w:eastAsia="zh-CN"/>
        </w:rPr>
        <w:br/>
      </w:r>
      <w:r>
        <w:rPr>
          <w:lang w:eastAsia="zh-CN"/>
        </w:rPr>
        <w:t>　　1、严格执行国标和公司下发的各项规章制度，对每批煤样的真实性和准确性负责。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2、针对采样班现行采样工作重新编制了《入厂统配煤采样实施细则》，并在原基础上增加了《入厂统配煤存查煤样的管理制度》。</w:t>
      </w:r>
      <w:r>
        <w:rPr>
          <w:lang w:eastAsia="zh-CN"/>
        </w:rPr>
        <w:br/>
      </w:r>
      <w:r>
        <w:rPr>
          <w:lang w:eastAsia="zh-CN"/>
        </w:rPr>
        <w:t>　　二、技术培训：</w:t>
      </w:r>
      <w:r>
        <w:rPr>
          <w:lang w:eastAsia="zh-CN"/>
        </w:rPr>
        <w:br/>
      </w:r>
      <w:r>
        <w:rPr>
          <w:lang w:eastAsia="zh-CN"/>
        </w:rPr>
        <w:t>　　20__年初人资部下发了举办公司第五届技术比武运动会的通知。采样班抓住这个契机，积极组织对采样员的理论培训和实际操作的培训，大幅提高采样员的理论水平和实际操作能力，最终在本届技术比武运动会中获得个人第一名、第四名和第五名的好成绩。</w:t>
      </w:r>
      <w:r>
        <w:rPr>
          <w:lang w:eastAsia="zh-CN"/>
        </w:rPr>
        <w:br/>
      </w:r>
      <w:r>
        <w:rPr>
          <w:lang w:eastAsia="zh-CN"/>
        </w:rPr>
        <w:t>　　三、廉政教育：</w:t>
      </w:r>
      <w:r>
        <w:rPr>
          <w:lang w:eastAsia="zh-CN"/>
        </w:rPr>
        <w:br/>
      </w:r>
      <w:r>
        <w:rPr>
          <w:lang w:eastAsia="zh-CN"/>
        </w:rPr>
        <w:t>　　1、认真贯彻学习集团公司和公司下发的各项廉政规章制度。</w:t>
      </w:r>
      <w:r>
        <w:rPr>
          <w:lang w:eastAsia="zh-CN"/>
        </w:rPr>
        <w:br/>
      </w:r>
      <w:r>
        <w:rPr>
          <w:lang w:eastAsia="zh-CN"/>
        </w:rPr>
        <w:t>　　2、组织每名采样员签订了20__年《廉洁从业承诺书》，做到防微杜渐，警钟长鸣。</w:t>
      </w:r>
      <w:r>
        <w:rPr>
          <w:lang w:eastAsia="zh-CN"/>
        </w:rPr>
        <w:br/>
      </w:r>
      <w:r>
        <w:rPr>
          <w:lang w:eastAsia="zh-CN"/>
        </w:rPr>
        <w:t>　　四、打击掺杂使假常抓不懈：</w:t>
      </w:r>
      <w:r>
        <w:rPr>
          <w:lang w:eastAsia="zh-CN"/>
        </w:rPr>
        <w:br/>
      </w:r>
      <w:r>
        <w:rPr>
          <w:lang w:eastAsia="zh-CN"/>
        </w:rPr>
        <w:t>　　采样班负责火车统配煤的采样工作，可是每名采样员并没有放松警惕，忽略自己的职责。于20__年4月22日和23日在采取煤样时发现上下煤质不同，经抽样化验该两批煤上下两种煤质热值相差较大，为公司挽回经济损失。截至20__年4月末，共发现煤质不一的情况十余次，为公司挽回经济损失四十余万元，真正履行了采样员的职责，维护了公司的经济利益。</w:t>
      </w:r>
      <w:r>
        <w:rPr>
          <w:lang w:eastAsia="zh-CN"/>
        </w:rPr>
        <w:br/>
      </w:r>
      <w:r>
        <w:rPr>
          <w:lang w:eastAsia="zh-CN"/>
        </w:rPr>
        <w:t>　　五、存在的不足和困难：</w:t>
      </w:r>
      <w:r>
        <w:rPr>
          <w:lang w:eastAsia="zh-CN"/>
        </w:rPr>
        <w:br/>
      </w:r>
      <w:r>
        <w:rPr>
          <w:lang w:eastAsia="zh-CN"/>
        </w:rPr>
        <w:t>　　1、由于我公司火车统配煤未安装机械化采样机，因此会存在对个别批次的热值存有异议的情况。</w:t>
      </w:r>
      <w:r>
        <w:rPr>
          <w:lang w:eastAsia="zh-CN"/>
        </w:rPr>
        <w:br/>
      </w:r>
      <w:r>
        <w:rPr>
          <w:lang w:eastAsia="zh-CN"/>
        </w:rPr>
        <w:t>　　2、一二期卸煤间为安装采样平台，采样过程中上下攀爬火车，存在一定的安全隐患。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六、20__年下半年工作计划：</w:t>
      </w:r>
      <w:r>
        <w:rPr>
          <w:lang w:eastAsia="zh-CN"/>
        </w:rPr>
        <w:br/>
      </w:r>
      <w:r>
        <w:rPr>
          <w:lang w:eastAsia="zh-CN"/>
        </w:rPr>
        <w:t>　　1、继续加强采样员的业务培训。</w:t>
      </w:r>
      <w:r>
        <w:rPr>
          <w:lang w:eastAsia="zh-CN"/>
        </w:rPr>
        <w:br/>
      </w:r>
      <w:r>
        <w:rPr>
          <w:lang w:eastAsia="zh-CN"/>
        </w:rPr>
        <w:t>　　2、继续加强廉政教育，真正做到防微杜渐，警钟长鸣。</w:t>
      </w:r>
      <w:r>
        <w:rPr>
          <w:lang w:eastAsia="zh-CN"/>
        </w:rPr>
        <w:br/>
      </w:r>
      <w:r>
        <w:rPr>
          <w:lang w:eastAsia="zh-CN"/>
        </w:rPr>
        <w:t>　　3、定期进行煤质辨别培训，提高煤质辨别能力。</w:t>
      </w:r>
      <w:r>
        <w:rPr>
          <w:lang w:eastAsia="zh-CN"/>
        </w:rPr>
        <w:br/>
      </w:r>
      <w:r>
        <w:rPr>
          <w:lang w:eastAsia="zh-CN"/>
        </w:rPr>
        <w:t>　　4、执行“公平、公正、公开”的采样原则，做到入厂统配煤百分百检验，发现煤质异常及时汇报分场领导及各相关部门。</w:t>
      </w:r>
      <w:r>
        <w:rPr>
          <w:lang w:eastAsia="zh-CN"/>
        </w:rPr>
        <w:br/>
      </w:r>
      <w:r>
        <w:rPr>
          <w:lang w:eastAsia="zh-CN"/>
        </w:rPr>
        <w:t xml:space="preserve">    采样员年度工作总结 篇15 </w:t>
      </w:r>
      <w:r>
        <w:rPr>
          <w:lang w:eastAsia="zh-CN"/>
        </w:rPr>
        <w:br/>
      </w:r>
      <w:r>
        <w:rPr>
          <w:lang w:eastAsia="zh-CN"/>
        </w:rPr>
        <w:t>　　新一轮突如其来的新冠肺炎疫情，让全市人民猝手不及。市新冠肺炎疫情防控指挥部为有效控制传播风险，确保人民群众生命安全和身体健康，开展了全员核酸检测。当接到组织医护人员到社区支援一线疫情防控工作的通知时，作为一名刚刚加入开封市志愿者协会的新兵，我没有丝毫犹豫就报了名，火线支援社区防控一线，打响了我的防控阻击战“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20__年3月24日，清晨6点40分，我们医护人员、社区人员、派出所等各岗工作人员就集合完毕。我们全副武装，穿上白色防护服、摆好防护物品站在了核酸检测的地点，为早到的居民开始了进行扫码登记、采样工作。汗水浸湿了衣服、帽子以及手套，雾气打湿了防护面罩。虽然累，虽然辛苦，但是能够为疫情防控付出自己的绵薄之力，内心却是满满的充实与自豪，尤其是在听到居民们一声声“谢谢”以及“你们辛苦了”的话语时，内心是受到了极大的触动的。也有因排队插队，没有采样码等问题而情绪焦躁的居民，社区工作人员也是及时排忧解难，我也是在深入一线防疫工作后，才真正的知道参与抗疫的志愿者和医护人员有多么不易，没有时间休息，没时间喝水，一直都在说话讲解，为检测场所不停消毒来回穿梭的身影。抗疫不易，希望我们可以早日打败病毒！</w:t>
      </w:r>
      <w:r>
        <w:rPr>
          <w:lang w:eastAsia="zh-CN"/>
        </w:rPr>
        <w:br/>
      </w:r>
      <w:r>
        <w:rPr>
          <w:lang w:eastAsia="zh-CN"/>
        </w:rPr>
        <w:t>　　为了提高采样速度，节约防护用品，我们医护人员，在穿上防护服之前不敢喝水，怕上厕所。累是真的累，因为防护服不透气，核酸检测没多久衣服就湿透了，防护面具上挂满了雾气，一直不停的扫码采样双手、双腿一直在干活，也感受到了酸痛，平时根本感觉不到手机的重量，可在连续几个小时不停歇的状态下，感到了手机怎么那么重，可是看到现场维持秩序、引导居民工作的社区人员忙碌的身影时，我也坚持下来了。之前只是在视频上看到过‘大白’的辛苦，当真正深入时才知核酸检测的工作人员和医护人员的不易。</w:t>
      </w:r>
      <w:r>
        <w:rPr>
          <w:lang w:eastAsia="zh-CN"/>
        </w:rPr>
        <w:br/>
      </w:r>
      <w:r>
        <w:rPr>
          <w:lang w:eastAsia="zh-CN"/>
        </w:rPr>
        <w:t>　　特别是老年人来检测，因为不会使用智能手机不能第一时间出示‘采样码’，对于年轻人来说很简单的事到了他们那里可能会变得困难，所以我不厌其烦地为大家申请注册、扫描采样码、采样。现场有的身患残疾的居民我们就到身边采集，不让居民为难。年龄较小的小朋友不配合时，我们还化身成为萌宝引逗员，我们医护人员当中有三位50岁左右年龄大点的医生，也是不怕苦不怕累一连几个小时都在不停的扫码采样，真的很让我敬佩。中午有一个小时的吃饭休息时间，当大家脱掉防护服时，看到的都是被汗水打湿，口罩勒出的印痕，呼吸受影响造成的红彤彤的脸庞。直到深夜结束工作时，收拾完检测用品，医疗垃圾，进行环境消杀后，双手双腿像断了一样疼痛，虽然辛苦，但内心却感到无比的自豪与荣耀。</w:t>
      </w:r>
      <w:r>
        <w:rPr>
          <w:lang w:eastAsia="zh-CN"/>
        </w:rPr>
        <w:br/>
      </w:r>
    </w:p>
    <w:p w:rsidR="001B1F19" w14:textId="27C3F48A">
      <w:pPr>
        <w:rPr>
          <w:rFonts w:hint="eastAsia"/>
          <w:lang w:eastAsia="zh-CN"/>
        </w:rPr>
      </w:pPr>
      <w:r>
        <w:rPr>
          <w:lang w:eastAsia="zh-CN"/>
        </w:rPr>
        <w:t>　　参加此次全员核酸检测工作，我受益良多。最重要的是深刻体会了“奉献、友爱、互助、进步”的志愿精神。当疲惫的时候，想想没有硝烟战场上的白衣战士，冲锋陷阵的公安卫士，临危不惧的社区勇士，内心又充满了爱的光亮。付吾辈之韶华，耀吾辈之中华。病魔终将溃散，待到花开燕来时，让我们走出来，看乾坤依旧，山河不改，在我们共同捍卫的土地上，互道一声：岁月静好——别来无恙!</w:t>
      </w:r>
      <w:r>
        <w:rPr>
          <w:lang w:eastAsia="zh-CN"/>
        </w:rPr>
        <w:br/>
      </w:r>
      <w:r>
        <w:rPr>
          <w:lang w:eastAsia="zh-CN"/>
        </w:rPr>
        <w:t xml:space="preserve">    采样员年度工作总结 篇16 </w:t>
      </w:r>
      <w:r>
        <w:rPr>
          <w:lang w:eastAsia="zh-CN"/>
        </w:rPr>
        <w:br/>
      </w:r>
      <w:r>
        <w:rPr>
          <w:lang w:eastAsia="zh-CN"/>
        </w:rPr>
        <w:t>　　一年以来，我认真学习《医务人员医德规范及实施办法》、《卫生行业纪律“八不准”》、《医务人员医德考评实施办法（试行）》等内容，使我从思想上充分认识到加强医德医风建设的重要性和必要性，牢固树立全心全意为人民服务的思想，一切以病人为中心，一切为病人服务，为现代化建设事业贡献白衣天使的智慧和力量。医德医风建设是精神文明建设的重要组成部分，是建设有中国特色社会主义必不可少的精神支柱。医务人员是人民健康的卫士，又是党和政府联系群众的窗口。医德医风好与不好，与广大人民群众密切相关，是关系到党和政府威信的大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https://d.book118.com/616051232110010101</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6051232110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