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教学质量分析报告</w:t>
      </w:r>
    </w:p>
    <w:p>
      <w:pPr>
        <w:spacing w:before="100" w:after="200" w:line="360" w:lineRule="auto"/>
        <w:jc w:val="left"/>
      </w:pPr>
      <w:r>
        <w:rPr>
          <w:rFonts w:ascii="宋体 (中文正文)" w:eastAsia="宋体" w:hAnsi="宋体 (中文正文)"/>
          <w:b/>
          <w:sz w:val="28"/>
        </w:rPr>
        <w:t>一、从六个年级整体看</w:t>
      </w:r>
    </w:p>
    <w:p>
      <w:pPr>
        <w:spacing w:before="100" w:after="200" w:line="360" w:lineRule="auto"/>
        <w:ind w:firstLine="576"/>
        <w:jc w:val="left"/>
      </w:pPr>
      <w:r>
        <w:rPr>
          <w:rFonts w:ascii="宋体" w:eastAsia="宋体" w:hAnsi="宋体"/>
          <w:sz w:val="28"/>
        </w:rPr>
        <w:t>除一、三年级为片区第九名外，其余年级均为片区第十名，学校教学质量整体堪忧。6个年级中语文学科平均分、及格率、优生率共18个指标，为六年级语文优生率位居片区第6位；三年级语文及格率位居片区第7位；六年级语文平均分位居片区第8位；二年级语文优生率、三级语文平均分、四年级语文优生率等3个指标位居片区第9位，一年级语文及格率，二年级语文平均分、及格率，三年级语文优生率，四年级语文平均分、及格率，五年级语文平均分、及格率、优生率等9个指标位居片区末尾（第10位）；语文学科位居片区末尾的指标比例为50%。（20xx年秋期9个指标位居片区末尾；20xx年春期3个指标位居片区末尾）。</w:t>
      </w:r>
    </w:p>
    <w:p>
      <w:pPr>
        <w:spacing w:before="100" w:after="200" w:line="360" w:lineRule="auto"/>
        <w:ind w:firstLine="576"/>
        <w:jc w:val="left"/>
      </w:pPr>
      <w:r>
        <w:rPr>
          <w:rFonts w:ascii="宋体" w:eastAsia="宋体" w:hAnsi="宋体"/>
          <w:sz w:val="28"/>
        </w:rPr>
        <w:t>6个年级中数学平均分、及格率、优生率共18个指标，的是三年级及格率位居片区第5位；一、三年级数学平均分、优生率等4个指标均位居片区第7位；一年级数学及格率、六年级数学优生率等2个指标位居片区第8位；二年级数学平均分、及格率，四年级数学优生率，五年级数学及格率，六年级数学平均分、及格率等6个指标均位居片区第9位；二年级数学优生率、四年级数学平均分、及格率、五年级数学平均分、优生率等5个指标位居片区第10位；数学学科位居末尾的指标占比为27.8%（20xx年秋期数学有4个指标位居片区末尾；20xx年春期数学有6个指标位居片区末尾）。20xx年秋期6个年级语文数学共36项指标，14个指标位居片区末尾，占比为38.9%。（20xx年春期9项指标位居片区末尾，占比为25%；20xx年秋期12项指标位居片区末，占比为33.3%）。</w:t>
      </w:r>
    </w:p>
    <w:p>
      <w:pPr>
        <w:spacing w:before="100" w:after="200" w:line="360" w:lineRule="auto"/>
        <w:jc w:val="left"/>
        <w:sectPr w:rsidSect="00034616">
          <w:pgSz w:w="11906" w:h="16838"/>
          <w:pgMar w:top="1440" w:right="1440" w:bottom="1440" w:left="1440" w:header="720" w:footer="720" w:gutter="0"/>
          <w:cols w:space="720"/>
          <w:docGrid w:linePitch="360"/>
        </w:sectPr>
      </w:pPr>
      <w:r>
        <w:rPr>
          <w:rFonts w:ascii="宋体 (中文正文)" w:eastAsia="宋体" w:hAnsi="宋体 (中文正文)"/>
          <w:b/>
          <w:sz w:val="28"/>
        </w:rPr>
        <w:t>二、从二十个教学班级看</w:t>
      </w:r>
    </w:p>
    <w:p>
      <w:pPr>
        <w:spacing w:before="100" w:after="200" w:line="360" w:lineRule="auto"/>
        <w:ind w:firstLine="576"/>
        <w:jc w:val="left"/>
      </w:pPr>
      <w:r>
        <w:rPr>
          <w:rFonts w:ascii="宋体" w:eastAsia="宋体" w:hAnsi="宋体"/>
          <w:sz w:val="28"/>
        </w:rPr>
        <w:t>三年级四班、四年级三班、五年级二班、六年级一班位居片区末尾，占比为20%。三，六年级除四年级四班外，均位居片区最后几位（其中三年级分别为第20/21/22/24位；四年级分别为第25/26/27/17位；五年级分别为第22/25/24/23位；六年级分别为第22/21/20位）。语文、数学学科均衡发展的班级有一年级2班、四年级4班。</w:t>
      </w:r>
    </w:p>
    <w:p>
      <w:pPr>
        <w:spacing w:before="100" w:after="200" w:line="360" w:lineRule="auto"/>
        <w:jc w:val="left"/>
      </w:pPr>
      <w:r>
        <w:rPr>
          <w:rFonts w:ascii="宋体 (中文正文)" w:eastAsia="宋体" w:hAnsi="宋体 (中文正文)"/>
          <w:b/>
          <w:sz w:val="28"/>
        </w:rPr>
        <w:t>三、从语文学科看</w:t>
      </w:r>
    </w:p>
    <w:p>
      <w:pPr>
        <w:spacing w:before="100" w:after="200" w:line="360" w:lineRule="auto"/>
        <w:ind w:firstLine="576"/>
        <w:jc w:val="left"/>
      </w:pPr>
      <w:r>
        <w:rPr>
          <w:rFonts w:ascii="宋体" w:eastAsia="宋体" w:hAnsi="宋体"/>
          <w:sz w:val="28"/>
        </w:rPr>
        <w:t>20个教学班级平均分、及格率、优生率等60项指标，位居末尾的有9项（一1班平均分第20位；三1班优生率第24位；三3班平均分、及格率均位居第24位；四3班平均分、及格率第27位；五3班平均分、及格率、优生率均为第25位），占比为15%；二年级和六年级语文全部走出末尾。六3班优生率位居片区第10名，四1班优生率位居片区第11名，四4班平均分、及格率、优生率分别位居片区第13/16/15位；三4班平均分、及格率分别位居片区第15/15位；其余指标均为片区同年级后四分之一位次。</w:t>
      </w:r>
    </w:p>
    <w:p>
      <w:pPr>
        <w:spacing w:before="100" w:after="200" w:line="360" w:lineRule="auto"/>
        <w:jc w:val="left"/>
      </w:pPr>
      <w:r>
        <w:rPr>
          <w:rFonts w:ascii="宋体 (中文正文)" w:eastAsia="宋体" w:hAnsi="宋体 (中文正文)"/>
          <w:b/>
          <w:sz w:val="28"/>
        </w:rPr>
        <w:t>四、从数学学科看</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p>
    <w:p>
      <w:pPr>
        <w:spacing w:before="100" w:after="200" w:line="360" w:lineRule="auto"/>
        <w:ind w:firstLine="576"/>
        <w:jc w:val="left"/>
      </w:pPr>
      <w:r>
        <w:rPr>
          <w:rFonts w:ascii="宋体" w:eastAsia="宋体" w:hAnsi="宋体"/>
          <w:sz w:val="28"/>
        </w:rPr>
        <w:t>20个教学班级平均分、及格率、优生率等60项指标，位居末尾的有5项（三4班优生率第24位；四2班平均分、四3班及格率第27位；五4班及格率第25位；六1班及格率第22位），占比为8.3%；有8项指标位居片区前10名，占比为13.3%。的为四4班及格率达100%、位居片区第1位，平均分位居片区第8位；三2班平均分及格率均为片区第5位；三3班优生率位居片区第2位；平均分、及格率位居片区第6位；六2班平均分、及格率都位居片区第10位；一二年级数学各项指标均走出片区末尾。三项指标都进入片区前10名的有：三三班平均分、及格率、优生率分别位居片区第6位，第6位，第2位；六二班数学平均分、及格率、优生率分别位居片区第10位、第10位、第9位）两项指标进入片区前10名的有：三二班平均分、及格率均位居片区第5位；四四班平均分、及格率分别位居片区第8位、第1位。</w:t>
      </w:r>
    </w:p>
    <w:p>
      <w:pPr>
        <w:spacing w:before="100" w:after="200" w:line="360" w:lineRule="auto"/>
        <w:jc w:val="left"/>
      </w:pPr>
      <w:r>
        <w:rPr>
          <w:rFonts w:ascii="宋体 (中文正文)" w:eastAsia="宋体" w:hAnsi="宋体 (中文正文)"/>
          <w:b/>
          <w:sz w:val="28"/>
        </w:rPr>
        <w:t>五、从语文、数学平均分、及格率、优生率等120个指标看</w:t>
      </w:r>
    </w:p>
    <w:p>
      <w:pPr>
        <w:spacing w:before="100" w:after="200" w:line="360" w:lineRule="auto"/>
        <w:ind w:firstLine="576"/>
        <w:jc w:val="left"/>
      </w:pPr>
      <w:r>
        <w:rPr>
          <w:rFonts w:ascii="宋体" w:eastAsia="宋体" w:hAnsi="宋体"/>
          <w:sz w:val="28"/>
        </w:rPr>
        <w:t>位居片区末尾的有14项，占比为11.7%。进入前10名的指标有9项，占比为7.5%。</w:t>
      </w:r>
    </w:p>
    <w:p>
      <w:pPr>
        <w:spacing w:before="100" w:after="200" w:line="360" w:lineRule="auto"/>
        <w:jc w:val="left"/>
      </w:pPr>
      <w:r>
        <w:rPr>
          <w:rFonts w:ascii="宋体 (中文正文)" w:eastAsia="宋体" w:hAnsi="宋体 (中文正文)"/>
          <w:b/>
          <w:sz w:val="28"/>
        </w:rPr>
        <w:t>六、从英语学科看</w:t>
      </w:r>
    </w:p>
    <w:p>
      <w:pPr>
        <w:spacing w:before="100" w:after="200" w:line="360" w:lineRule="auto"/>
        <w:ind w:firstLine="576"/>
        <w:jc w:val="left"/>
      </w:pPr>
      <w:r>
        <w:rPr>
          <w:rFonts w:ascii="宋体" w:eastAsia="宋体" w:hAnsi="宋体"/>
          <w:sz w:val="28"/>
        </w:rPr>
        <w:t>三，六年级15个教学班，平均分、及格率优生率等45个指标，16项指标位居片区末尾，占比为35.6%。其中四年级一班、三班优生率为0；五年级2班、4班及格率为0，全年级优生率为0；六年级2班、3班及格率、优生率均为0。为四年级四班，平均分、及格率均位居片区第15位（全年级27个教学班），优生率第18位</w:t>
      </w:r>
    </w:p>
    <w:p>
      <w:pPr>
        <w:spacing w:before="100" w:after="200" w:line="360" w:lineRule="auto"/>
        <w:jc w:val="left"/>
      </w:pPr>
      <w:r>
        <w:rPr>
          <w:rFonts w:ascii="宋体 (中文正文)" w:eastAsia="宋体" w:hAnsi="宋体 (中文正文)"/>
          <w:b/>
          <w:sz w:val="28"/>
        </w:rPr>
        <w:t>七、从20xx年春期与秋期语文学科对比看</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p>
    <w:p>
      <w:pPr>
        <w:spacing w:before="100" w:after="200" w:line="360" w:lineRule="auto"/>
        <w:ind w:firstLine="576"/>
        <w:jc w:val="left"/>
      </w:pPr>
      <w:r>
        <w:rPr>
          <w:rFonts w:ascii="宋体" w:eastAsia="宋体" w:hAnsi="宋体"/>
          <w:sz w:val="28"/>
        </w:rPr>
        <w:t>语文18个教学班，平均分、及格率、优生率等54个指标，有进步的13个指标，占比为24.1%；平均分、及格率、优生率三个指标都进步的是六2班杨书维老师（平均分由第19位变成第17位，及格率由第16位变成第15位，优生率由第20位变成第16位）；两个指标进步的有：六三班沈国友老师（平均分第20位升至第18位；优生率由第19位升至第10位）；三4班吴建国老师（平均分由第19位升至第15位，及格率由第17位升至第15位）；二二班徐华老师（优生率由第23位升至第22位）；一项指标进步的：二三班吴晓波老师（优生率由第24位升至23位）；三三班田应生老师（优生率由第26位升至第22位）；四一班董林老师（优生率由第19位升至第18位）；四三班朱亚飞老师（优生率由第27位升至第25位）；四四班汪兰老师（平均分由第14位升至第13位）。保持的有8个指标，占比为14.8%；连续两期位居片区末尾的有：三1班语文优生率；五三班语文平均分、及格率、优生率；连续三期均位居片区同年级倒数第一的是四三班语文平均分、及格率、优生率，值得警醒。</w:t>
      </w:r>
    </w:p>
    <w:p>
      <w:pPr>
        <w:spacing w:before="100" w:after="200" w:line="360" w:lineRule="auto"/>
        <w:jc w:val="left"/>
      </w:pPr>
      <w:r>
        <w:rPr>
          <w:rFonts w:ascii="宋体 (中文正文)" w:eastAsia="宋体" w:hAnsi="宋体 (中文正文)"/>
          <w:b/>
          <w:sz w:val="28"/>
        </w:rPr>
        <w:t>八、从20xx年春期与秋期数学学科对比看</w:t>
      </w:r>
    </w:p>
    <w:p>
      <w:pPr>
        <w:spacing w:before="100" w:after="200" w:line="360" w:lineRule="auto"/>
        <w:ind w:firstLine="576"/>
        <w:jc w:val="left"/>
      </w:pPr>
      <w:r>
        <w:rPr>
          <w:rFonts w:ascii="宋体" w:eastAsia="宋体" w:hAnsi="宋体"/>
          <w:sz w:val="28"/>
        </w:rPr>
        <w:t>18个教学班，平均分、及格率、优生率等54个指标，有进步的16个指标，占比为29.6%。三个指标都进步的有：二二班任泰老师（平均分由第24位升至第21位，及格率由第24位升至第22位，优生率由第22位升至第21位）；三一班王老师（平均分由第23位升至第19位，及格率由第23位升至第18位，优生率由第22位升至第20位）；两项指标进步的有：三二班王志忠老师（平均分由第10位升至第5位，及格率由第6位升至第5位）；六三班李世禄老师（平均分由第21位升至第19位，及格率由第22位升至第20位，优生率保持第19位）；有一项指标进步的是：六二班张启平老师数学及格率由第12位升至第10位，平均分保持第10位，优生率保持第9位）；六一班数学优生率由第21位升至第16位；（六年级数学总体呈上升趋势）；四四班数学及格率由第5位升至第1位，达100%，四三班优生率由第26位升至第25位；四一班及格率由第27位升至第24位；三三班优生率由第3位升至第2位；三年级的数学总体位次靠前。</w:t>
      </w:r>
    </w:p>
    <w:p>
      <w:pPr>
        <w:spacing w:before="100" w:after="200" w:line="360" w:lineRule="auto"/>
        <w:jc w:val="left"/>
      </w:pPr>
      <w:r>
        <w:rPr>
          <w:rFonts w:ascii="宋体 (中文正文)" w:eastAsia="宋体" w:hAnsi="宋体 (中文正文)"/>
          <w:b/>
          <w:sz w:val="28"/>
        </w:rPr>
        <w:t>九、从学校年级语文学科与片区平均水平的差距看</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p>
    <w:p>
      <w:pPr>
        <w:spacing w:before="100" w:after="200" w:line="360" w:lineRule="auto"/>
        <w:ind w:firstLine="576"/>
        <w:jc w:val="left"/>
      </w:pPr>
      <w:r>
        <w:rPr>
          <w:rFonts w:ascii="宋体" w:eastAsia="宋体" w:hAnsi="宋体"/>
          <w:sz w:val="28"/>
        </w:rPr>
        <w:t>全校六个年级语文学科没有一个年级超过片区平均水平。差距在10以内（10分或10个百分点）的有6个指标：一年级平均分相差5.5、及格率相差9.1；三年级平均分相差7.8,；四年级平均分相差9.9；六年级平均分相差5.5、及格率相差8.9；差距在10以上（10分或10个百分点）的有6个指标：二年级平均分相差16.8、及格率相差12.9；三年级及格率相差14.2；四年级及格率相差15.9；五年级平均分相差11.4、及格率相差19.8。</w:t>
      </w:r>
    </w:p>
    <w:p>
      <w:pPr>
        <w:spacing w:before="100" w:after="200" w:line="360" w:lineRule="auto"/>
        <w:jc w:val="left"/>
      </w:pPr>
      <w:r>
        <w:rPr>
          <w:rFonts w:ascii="宋体 (中文正文)" w:eastAsia="宋体" w:hAnsi="宋体 (中文正文)"/>
          <w:b/>
          <w:sz w:val="28"/>
        </w:rPr>
        <w:t>十、从学校年级数学学科与片区平均水平的差距看</w:t>
      </w:r>
    </w:p>
    <w:p>
      <w:pPr>
        <w:spacing w:before="100" w:after="200" w:line="360" w:lineRule="auto"/>
        <w:ind w:firstLine="576"/>
        <w:jc w:val="left"/>
      </w:pPr>
      <w:r>
        <w:rPr>
          <w:rFonts w:ascii="宋体" w:eastAsia="宋体" w:hAnsi="宋体"/>
          <w:sz w:val="28"/>
        </w:rPr>
        <w:t>全校六个年级数学学科没有一个年级超过片区平均水平。差距在10以内（10分或10个百分点）的有9个指标：最接近片区平均水平的是三年级，平均分相差2.1、及格率相差1.6。一年级平均分相差6.2；二年级平均分相差7.8、及格率相差6.9；四年级平均分相差5.6、及格率相差9.2；五年级平均分相差6.7；六年级平均分相差6.2。差距在10以上（10分或10个百分点）的有3个指标：一年级及格率相差12.3；五年级及格率相差10.7；六年级及格率相差11.7。</w:t>
      </w:r>
    </w:p>
    <w:p>
      <w:pPr>
        <w:spacing w:before="100" w:after="200" w:line="360" w:lineRule="auto"/>
        <w:jc w:val="left"/>
      </w:pPr>
      <w:r>
        <w:rPr>
          <w:rFonts w:ascii="宋体 (中文正文)" w:eastAsia="宋体" w:hAnsi="宋体 (中文正文)"/>
          <w:b/>
          <w:sz w:val="28"/>
        </w:rPr>
        <w:t>一、试卷简析</w:t>
      </w:r>
    </w:p>
    <w:p>
      <w:pPr>
        <w:spacing w:before="100" w:after="200" w:line="360" w:lineRule="auto"/>
        <w:ind w:firstLine="576"/>
        <w:jc w:val="left"/>
      </w:pPr>
      <w:r>
        <w:rPr>
          <w:rFonts w:ascii="宋体" w:eastAsia="宋体" w:hAnsi="宋体"/>
          <w:sz w:val="28"/>
        </w:rPr>
        <w:t>1、命题依据。本次试卷依据《义务教育语文课程标准》（20xx年版）理念精神及第一学段教学目标，紧扣教材具体要求，立足我市学生学习的实际情况。</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p>
    <w:p>
      <w:pPr>
        <w:spacing w:before="100" w:after="200" w:line="360" w:lineRule="auto"/>
        <w:ind w:firstLine="576"/>
        <w:jc w:val="left"/>
      </w:pPr>
      <w:r>
        <w:rPr>
          <w:rFonts w:ascii="宋体" w:eastAsia="宋体" w:hAnsi="宋体"/>
          <w:sz w:val="28"/>
        </w:rPr>
        <w:t>2、试卷特点。试卷中的题目对应或参照教材内容、课后练习及语文百花园出现过的内容形式，或将教材基础知识题进行适度综合或拓展延伸，难易梯度控制在8：1：1，力求做到难易适度，既面向全体学生，又兼顾个体差异，比较客观地反映学生学习语文的真实水平。同时，命题在题型及内容设计上渗透了本学期教材里出现的几种主要识字的方法，如除了借助拼音识字外，还有看图识字、按书写顺序归类识字、加笔画归类识字、形近字辨析识字等，突出了本学期“识字写字”的教学重点。此外，命题还渗透了提示学生平时注意对课文中优美词句、典型句式的积累运用的意图。如第十大题中“小小的、闪闪的、蓝蓝的”等叠词，“高兴、喜欢”两个意思相近的词在具体语言环境中的运用等。</w:t>
      </w:r>
    </w:p>
    <w:p>
      <w:pPr>
        <w:spacing w:before="100" w:after="200" w:line="360" w:lineRule="auto"/>
        <w:ind w:firstLine="576"/>
        <w:jc w:val="left"/>
      </w:pPr>
      <w:r>
        <w:rPr>
          <w:rFonts w:ascii="宋体" w:eastAsia="宋体" w:hAnsi="宋体"/>
          <w:sz w:val="28"/>
        </w:rPr>
        <w:t>3、试卷呈现方式。整张试卷共有十二大题，大致可分为“拼音识字”、“词语句子”、“阅读写话”三个版块。试卷呈现的方式力求图文结合、形象清晰，符合一年级学生的认知特点，重在激发学生学习语文的兴趣和学习语文的信心，使每一位学生都能体验到成功的喜悦，能通过此次考试都有所收获。</w:t>
      </w:r>
    </w:p>
    <w:p>
      <w:pPr>
        <w:spacing w:before="100" w:after="200" w:line="360" w:lineRule="auto"/>
        <w:jc w:val="left"/>
      </w:pPr>
      <w:r>
        <w:rPr>
          <w:rFonts w:ascii="宋体 (中文正文)" w:eastAsia="宋体" w:hAnsi="宋体 (中文正文)"/>
          <w:b/>
          <w:sz w:val="28"/>
        </w:rPr>
        <w:t>二、检测情况分析</w:t>
      </w:r>
    </w:p>
    <w:p>
      <w:pPr>
        <w:spacing w:before="100" w:after="200" w:line="360" w:lineRule="auto"/>
        <w:ind w:firstLine="576"/>
        <w:jc w:val="left"/>
      </w:pPr>
      <w:r>
        <w:rPr>
          <w:rFonts w:ascii="宋体" w:eastAsia="宋体" w:hAnsi="宋体"/>
          <w:sz w:val="28"/>
        </w:rPr>
        <w:t>参考人数</w:t>
      </w:r>
    </w:p>
    <w:p>
      <w:pPr>
        <w:spacing w:before="100" w:after="200" w:line="360" w:lineRule="auto"/>
        <w:ind w:firstLine="576"/>
        <w:jc w:val="left"/>
      </w:pPr>
      <w:r>
        <w:rPr>
          <w:rFonts w:ascii="宋体" w:eastAsia="宋体" w:hAnsi="宋体"/>
          <w:sz w:val="28"/>
        </w:rPr>
        <w:t>平均分</w:t>
      </w:r>
    </w:p>
    <w:p>
      <w:pPr>
        <w:spacing w:before="100" w:after="200" w:line="360" w:lineRule="auto"/>
        <w:ind w:firstLine="576"/>
        <w:jc w:val="left"/>
      </w:pPr>
      <w:r>
        <w:rPr>
          <w:rFonts w:ascii="宋体" w:eastAsia="宋体" w:hAnsi="宋体"/>
          <w:sz w:val="28"/>
        </w:rPr>
        <w:t>及格人数</w:t>
      </w:r>
    </w:p>
    <w:p>
      <w:pPr>
        <w:spacing w:before="100" w:after="200" w:line="360" w:lineRule="auto"/>
        <w:ind w:firstLine="576"/>
        <w:jc w:val="left"/>
      </w:pPr>
      <w:r>
        <w:rPr>
          <w:rFonts w:ascii="宋体" w:eastAsia="宋体" w:hAnsi="宋体"/>
          <w:sz w:val="28"/>
        </w:rPr>
        <w:t>60分以下</w:t>
      </w:r>
    </w:p>
    <w:p>
      <w:pPr>
        <w:spacing w:before="100" w:after="200" w:line="360" w:lineRule="auto"/>
        <w:ind w:firstLine="576"/>
        <w:jc w:val="left"/>
      </w:pPr>
      <w:r>
        <w:rPr>
          <w:rFonts w:ascii="宋体" w:eastAsia="宋体" w:hAnsi="宋体"/>
          <w:sz w:val="28"/>
        </w:rPr>
        <w:t>60—79分</w:t>
      </w:r>
    </w:p>
    <w:p>
      <w:pPr>
        <w:spacing w:before="100" w:after="200" w:line="360" w:lineRule="auto"/>
        <w:ind w:firstLine="576"/>
        <w:jc w:val="left"/>
      </w:pPr>
      <w:r>
        <w:rPr>
          <w:rFonts w:ascii="宋体" w:eastAsia="宋体" w:hAnsi="宋体"/>
          <w:sz w:val="28"/>
        </w:rPr>
        <w:t>80—90分</w:t>
      </w:r>
    </w:p>
    <w:p>
      <w:pPr>
        <w:spacing w:before="100" w:after="200" w:line="360" w:lineRule="auto"/>
        <w:ind w:firstLine="576"/>
        <w:jc w:val="left"/>
      </w:pPr>
      <w:r>
        <w:rPr>
          <w:rFonts w:ascii="宋体" w:eastAsia="宋体" w:hAnsi="宋体"/>
          <w:sz w:val="28"/>
        </w:rPr>
        <w:t>90分以上</w:t>
      </w:r>
    </w:p>
    <w:p>
      <w:pPr>
        <w:spacing w:before="100" w:after="200" w:line="360" w:lineRule="auto"/>
        <w:jc w:val="left"/>
      </w:pPr>
      <w:r>
        <w:rPr>
          <w:rFonts w:ascii="宋体 (中文正文)" w:eastAsia="宋体" w:hAnsi="宋体 (中文正文)"/>
          <w:b/>
          <w:sz w:val="28"/>
        </w:rPr>
        <w:t>三、答题情况分析</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r>
        <w:rPr>
          <w:rFonts w:ascii="宋体" w:eastAsia="宋体" w:hAnsi="宋体"/>
          <w:sz w:val="28"/>
        </w:rPr>
        <w:t>本班实有学生58人，参试58人，平均分81.64分，及格人数52，及格率89.66%，优秀率37.9%。通过本次测试可以看出：大部分学生对汉语拼音、生字、词语等掌握不牢，基础不扎实，灵活运用能力较差。少部分学生对要求背诵的课文、片断掌握不到位，观察能力和表达能能力有待提高。主要表现在：</w:t>
      </w:r>
    </w:p>
    <w:p>
      <w:pPr>
        <w:spacing w:before="100" w:after="200" w:line="360" w:lineRule="auto"/>
        <w:ind w:firstLine="576"/>
        <w:jc w:val="left"/>
      </w:pPr>
      <w:r>
        <w:rPr>
          <w:rFonts w:ascii="宋体" w:eastAsia="宋体" w:hAnsi="宋体"/>
          <w:sz w:val="28"/>
        </w:rPr>
        <w:t>第一大题：看拼音写词语中“岩石、功课”的拼写错误较多：究其原因，一是平时我的监督、指导不到位，二是学生没有用心注意同音字的用法。</w:t>
      </w:r>
    </w:p>
    <w:p>
      <w:pPr>
        <w:spacing w:before="100" w:after="200" w:line="360" w:lineRule="auto"/>
        <w:ind w:firstLine="576"/>
        <w:jc w:val="left"/>
      </w:pPr>
      <w:r>
        <w:rPr>
          <w:rFonts w:ascii="宋体" w:eastAsia="宋体" w:hAnsi="宋体"/>
          <w:sz w:val="28"/>
        </w:rPr>
        <w:t>第二大题：给加点字标读音丢分也多，主要原因是学生对多音字的记忆不牢固。</w:t>
      </w:r>
    </w:p>
    <w:p>
      <w:pPr>
        <w:spacing w:before="100" w:after="200" w:line="360" w:lineRule="auto"/>
        <w:ind w:firstLine="576"/>
        <w:jc w:val="left"/>
      </w:pPr>
      <w:r>
        <w:rPr>
          <w:rFonts w:ascii="宋体" w:eastAsia="宋体" w:hAnsi="宋体"/>
          <w:sz w:val="28"/>
        </w:rPr>
        <w:t>第三大题：写出带偏旁的字，主要考察学生的识字量，基础较差的学生都失分了，其原因是对很多字都是只记大概不记细节。</w:t>
      </w:r>
    </w:p>
    <w:p>
      <w:pPr>
        <w:spacing w:before="100" w:after="200" w:line="360" w:lineRule="auto"/>
        <w:ind w:firstLine="576"/>
        <w:jc w:val="left"/>
      </w:pPr>
      <w:r>
        <w:rPr>
          <w:rFonts w:ascii="宋体" w:eastAsia="宋体" w:hAnsi="宋体"/>
          <w:sz w:val="28"/>
        </w:rPr>
        <w:t>第四大题：笔画及组词，主要考察笔画、笔顺及汉字的运用，学生笔顺的写法错误较多，在今后的学习中要加强学生注意力和观察力的培养。</w:t>
      </w:r>
    </w:p>
    <w:p>
      <w:pPr>
        <w:spacing w:before="100" w:after="200" w:line="360" w:lineRule="auto"/>
        <w:ind w:firstLine="576"/>
        <w:jc w:val="left"/>
      </w:pPr>
      <w:r>
        <w:rPr>
          <w:rFonts w:ascii="宋体" w:eastAsia="宋体" w:hAnsi="宋体"/>
          <w:sz w:val="28"/>
        </w:rPr>
        <w:t>第五大题：照样子，我会填。主要考察学生通过加加减减换换的方式积累汉字的方法。少部分学生不会看样子导致出错，今后要加强引导。</w:t>
      </w:r>
    </w:p>
    <w:p>
      <w:pPr>
        <w:spacing w:before="100" w:after="200" w:line="360" w:lineRule="auto"/>
        <w:ind w:firstLine="576"/>
        <w:jc w:val="left"/>
      </w:pPr>
      <w:r>
        <w:rPr>
          <w:rFonts w:ascii="宋体" w:eastAsia="宋体" w:hAnsi="宋体"/>
          <w:sz w:val="28"/>
        </w:rPr>
        <w:t>第六大题：我会选，主要考察量词的运用，大部分学生能根据要求完成，但少部分学生因写字不认真而丢分，今后要加强细节方面的训练。</w:t>
      </w:r>
    </w:p>
    <w:p>
      <w:pPr>
        <w:spacing w:before="100" w:after="200" w:line="360" w:lineRule="auto"/>
        <w:ind w:firstLine="576"/>
        <w:jc w:val="left"/>
      </w:pPr>
      <w:r>
        <w:rPr>
          <w:rFonts w:ascii="宋体" w:eastAsia="宋体" w:hAnsi="宋体"/>
          <w:sz w:val="28"/>
        </w:rPr>
        <w:t>第七大题：我会连，主要考察学生的词语搭配能力，很多学生都会做，但划线不规范，需要加强训练。</w:t>
      </w:r>
    </w:p>
    <w:p>
      <w:pPr>
        <w:spacing w:before="100" w:after="200" w:line="360" w:lineRule="auto"/>
        <w:ind w:firstLine="576"/>
        <w:jc w:val="left"/>
      </w:pPr>
      <w:r>
        <w:rPr>
          <w:rFonts w:ascii="宋体" w:eastAsia="宋体" w:hAnsi="宋体"/>
          <w:sz w:val="28"/>
        </w:rPr>
        <w:t>第八大题：照样子填反义词，属于超级模仿范畴的题目，大部分学生因不认真看例子和写错字而丢分，需要加强记忆，加大训练力度。</w:t>
      </w:r>
    </w:p>
    <w:p>
      <w:pPr>
        <w:spacing w:before="100" w:after="200" w:line="360" w:lineRule="auto"/>
        <w:ind w:firstLine="576"/>
        <w:jc w:val="left"/>
      </w:pPr>
      <w:r>
        <w:rPr>
          <w:rFonts w:ascii="宋体" w:eastAsia="宋体" w:hAnsi="宋体"/>
          <w:sz w:val="28"/>
        </w:rPr>
        <w:t>第九大题：填标点符号，主要考察“.，？”的用法，学生基本能够做对。</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r>
        <w:rPr>
          <w:rFonts w:ascii="宋体" w:eastAsia="宋体" w:hAnsi="宋体"/>
          <w:sz w:val="28"/>
        </w:rPr>
        <w:t>第十大题：照样子，用加点的词语写句子。属于词语的运用范畴，少部分学生所写句子有头无尾或有尾无头，需要加强训练。</w:t>
      </w:r>
    </w:p>
    <w:p>
      <w:pPr>
        <w:spacing w:before="100" w:after="200" w:line="360" w:lineRule="auto"/>
        <w:ind w:firstLine="576"/>
        <w:jc w:val="left"/>
      </w:pPr>
      <w:r>
        <w:rPr>
          <w:rFonts w:ascii="宋体" w:eastAsia="宋体" w:hAnsi="宋体"/>
          <w:sz w:val="28"/>
        </w:rPr>
        <w:t>第十一大题：照课文内容填空。本题主要考察学生对课文内容的熟悉程度，特别是经典名句。今后要鼓励学生多度多记。</w:t>
      </w:r>
    </w:p>
    <w:p>
      <w:pPr>
        <w:spacing w:before="100" w:after="200" w:line="360" w:lineRule="auto"/>
        <w:ind w:firstLine="576"/>
        <w:jc w:val="left"/>
      </w:pPr>
      <w:r>
        <w:rPr>
          <w:rFonts w:ascii="宋体" w:eastAsia="宋体" w:hAnsi="宋体"/>
          <w:sz w:val="28"/>
        </w:rPr>
        <w:t>第十二大题：阅读理解，大部分学生因不认识字和不会看要求而丢分较多，今后的教学中需要对孩子的阅读理解能力加强训练，培养孩子的细心、耐心。</w:t>
      </w:r>
    </w:p>
    <w:p>
      <w:pPr>
        <w:spacing w:before="100" w:after="200" w:line="360" w:lineRule="auto"/>
        <w:ind w:firstLine="576"/>
        <w:jc w:val="left"/>
      </w:pPr>
      <w:r>
        <w:rPr>
          <w:rFonts w:ascii="宋体" w:eastAsia="宋体" w:hAnsi="宋体"/>
          <w:sz w:val="28"/>
        </w:rPr>
        <w:t>第十三大题：看图写话。大部分学生能根据要求写出相应的内容，但少部分学生只写了一两句话，个别格式不对、语句不通顺，有的错字较多，有的标点符号不正确，有的不符合主题。可见学生的综合运用能力十分欠缺，因此失分较多。这将成为我在今后教学中的一个训练重点。</w:t>
      </w:r>
    </w:p>
    <w:p>
      <w:pPr>
        <w:spacing w:before="100" w:after="200" w:line="360" w:lineRule="auto"/>
        <w:ind w:firstLine="576"/>
        <w:jc w:val="left"/>
      </w:pPr>
      <w:r>
        <w:rPr>
          <w:rFonts w:ascii="宋体" w:eastAsia="宋体" w:hAnsi="宋体"/>
          <w:sz w:val="28"/>
        </w:rPr>
        <w:t>从以上做题情况看：学生的拼音、字词句、口语交际、阅读理解、看图写话等都存在很多问题。究其原因：</w:t>
      </w:r>
    </w:p>
    <w:p>
      <w:pPr>
        <w:spacing w:before="100" w:after="200" w:line="360" w:lineRule="auto"/>
        <w:ind w:firstLine="576"/>
        <w:jc w:val="left"/>
      </w:pPr>
      <w:r>
        <w:rPr>
          <w:rFonts w:ascii="宋体" w:eastAsia="宋体" w:hAnsi="宋体"/>
          <w:sz w:val="28"/>
        </w:rPr>
        <w:t>1、学生在幼儿教育阶段的学习习惯较差，没有进行必要的常规训练，造成了幼小衔接严重脱节的现象（有的学生学习常规教育用了一个学期都还不会）;</w:t>
      </w:r>
    </w:p>
    <w:p>
      <w:pPr>
        <w:spacing w:before="100" w:after="200" w:line="360" w:lineRule="auto"/>
        <w:ind w:firstLine="576"/>
        <w:jc w:val="left"/>
      </w:pPr>
      <w:r>
        <w:rPr>
          <w:rFonts w:ascii="宋体" w:eastAsia="宋体" w:hAnsi="宋体"/>
          <w:sz w:val="28"/>
        </w:rPr>
        <w:t>2、家长文化水平较低，有的甚至一字不识，导致家庭教育跟不上需要;</w:t>
      </w:r>
    </w:p>
    <w:p>
      <w:pPr>
        <w:spacing w:before="100" w:after="200" w:line="360" w:lineRule="auto"/>
        <w:ind w:firstLine="576"/>
        <w:jc w:val="left"/>
      </w:pPr>
      <w:r>
        <w:rPr>
          <w:rFonts w:ascii="宋体" w:eastAsia="宋体" w:hAnsi="宋体"/>
          <w:sz w:val="28"/>
        </w:rPr>
        <w:t>3、我的外出培训较多（一个多月没上课），耽误了很多课程，导致时间紧迫，学生训练不扎实。</w:t>
      </w:r>
    </w:p>
    <w:p>
      <w:pPr>
        <w:spacing w:before="100" w:after="200" w:line="360" w:lineRule="auto"/>
        <w:jc w:val="left"/>
      </w:pPr>
      <w:r>
        <w:rPr>
          <w:rFonts w:ascii="宋体 (中文正文)" w:eastAsia="宋体" w:hAnsi="宋体 (中文正文)"/>
          <w:b/>
          <w:sz w:val="28"/>
        </w:rPr>
        <w:t>四、改进措施</w:t>
      </w:r>
    </w:p>
    <w:p>
      <w:pPr>
        <w:spacing w:before="100" w:after="200" w:line="360" w:lineRule="auto"/>
        <w:ind w:firstLine="576"/>
        <w:jc w:val="left"/>
      </w:pPr>
      <w:r>
        <w:rPr>
          <w:rFonts w:ascii="宋体" w:eastAsia="宋体" w:hAnsi="宋体"/>
          <w:sz w:val="28"/>
        </w:rPr>
        <w:t>1、进一步强化课本知识，要求人人过关;</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r>
        <w:rPr>
          <w:rFonts w:ascii="宋体" w:eastAsia="宋体" w:hAnsi="宋体"/>
          <w:sz w:val="28"/>
        </w:rPr>
        <w:t>2、注重学生学习习惯的培养和能力的提高，注重方法的引领，真正做到“授人以渔”，使学生能举一反三，学以致用;</w:t>
      </w:r>
    </w:p>
    <w:p>
      <w:pPr>
        <w:spacing w:before="100" w:after="200" w:line="360" w:lineRule="auto"/>
        <w:ind w:firstLine="576"/>
        <w:jc w:val="left"/>
      </w:pPr>
      <w:r>
        <w:rPr>
          <w:rFonts w:ascii="宋体" w:eastAsia="宋体" w:hAnsi="宋体"/>
          <w:sz w:val="28"/>
        </w:rPr>
        <w:t>3、重视提优补差工作，继续采取“一帮一”、“多帮一”的学习形式，加大监督和训练力度，以改变班内学生参差不齐的现状;</w:t>
      </w:r>
    </w:p>
    <w:p>
      <w:pPr>
        <w:spacing w:before="100" w:after="200" w:line="360" w:lineRule="auto"/>
        <w:ind w:firstLine="576"/>
        <w:jc w:val="left"/>
      </w:pPr>
      <w:r>
        <w:rPr>
          <w:rFonts w:ascii="宋体" w:eastAsia="宋体" w:hAnsi="宋体"/>
          <w:sz w:val="28"/>
        </w:rPr>
        <w:t>4、重视平时的识字、写字、交际、阅读和看图写话的训练及讲评，教给学生写话的技巧与方法，使学生轻松地提高写话能力和语文综合素养;</w:t>
      </w:r>
    </w:p>
    <w:p>
      <w:pPr>
        <w:spacing w:before="100" w:after="200" w:line="360" w:lineRule="auto"/>
        <w:ind w:firstLine="576"/>
        <w:jc w:val="left"/>
      </w:pPr>
      <w:r>
        <w:rPr>
          <w:rFonts w:ascii="宋体" w:eastAsia="宋体" w:hAnsi="宋体"/>
          <w:sz w:val="28"/>
        </w:rPr>
        <w:t>5、教育学生养成处事认真、负责、踏实的学习态度，争取把字写工整、规范;</w:t>
      </w:r>
    </w:p>
    <w:p>
      <w:pPr>
        <w:spacing w:before="100" w:after="200" w:line="360" w:lineRule="auto"/>
        <w:ind w:firstLine="576"/>
        <w:jc w:val="left"/>
      </w:pPr>
      <w:r>
        <w:rPr>
          <w:rFonts w:ascii="宋体" w:eastAsia="宋体" w:hAnsi="宋体"/>
          <w:sz w:val="28"/>
        </w:rPr>
        <w:t>6、利用课外阅读与课内阅读相结合的方式，扩大学生的阅读面，加大学生语文知识的积累量，教给学生阅读的方法和技巧，进一步提高学生的阅读能力。</w:t>
      </w:r>
    </w:p>
    <w:p>
      <w:pPr>
        <w:spacing w:before="100" w:after="200" w:line="360" w:lineRule="auto"/>
        <w:ind w:firstLine="576"/>
        <w:jc w:val="left"/>
      </w:pPr>
      <w:r>
        <w:rPr>
          <w:rFonts w:ascii="宋体" w:eastAsia="宋体" w:hAnsi="宋体"/>
          <w:sz w:val="28"/>
        </w:rPr>
        <w:t>总之，经过一学期的努力，收获很多，遗憾也不少。下学期，将尽量减少外出时间，并在本学期的基础上加强训练，充分重视学生的课外阅读、口语交际和看图写话训练，以争取更好的成绩。</w:t>
      </w:r>
    </w:p>
    <w:p>
      <w:pPr>
        <w:spacing w:before="100" w:after="200" w:line="360" w:lineRule="auto"/>
        <w:ind w:firstLine="576"/>
        <w:jc w:val="left"/>
      </w:pPr>
      <w:r>
        <w:rPr>
          <w:rFonts w:ascii="宋体" w:eastAsia="宋体" w:hAnsi="宋体"/>
          <w:sz w:val="28"/>
        </w:rPr>
        <w:t>小学语文一年级期末教学质量分析报告二</w:t>
      </w:r>
    </w:p>
    <w:p>
      <w:pPr>
        <w:spacing w:before="100" w:after="200" w:line="360" w:lineRule="auto"/>
        <w:ind w:firstLine="576"/>
        <w:jc w:val="left"/>
      </w:pPr>
      <w:r>
        <w:rPr>
          <w:rFonts w:ascii="宋体" w:eastAsia="宋体" w:hAnsi="宋体"/>
          <w:sz w:val="28"/>
        </w:rPr>
        <w:t>教学质量是学校发展的生命线，是教师教育教学价值的直接体现。今天召开教学工作质量分析会，目的就是认真总结上学期教学工作的成绩以及好的做法，以便继续沿用和推广;客观分析存在的问题，研究对策，促进教学工作稳中有升。现就20xx学年第一学期期末教学质量分析如下：</w:t>
      </w:r>
    </w:p>
    <w:p>
      <w:pPr>
        <w:spacing w:before="100" w:after="200" w:line="360" w:lineRule="auto"/>
        <w:jc w:val="left"/>
      </w:pPr>
      <w:r>
        <w:rPr>
          <w:rFonts w:ascii="宋体 (中文正文)" w:eastAsia="宋体" w:hAnsi="宋体 (中文正文)"/>
          <w:b/>
          <w:sz w:val="28"/>
        </w:rPr>
        <w:t>一、出题意图</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r>
        <w:rPr>
          <w:rFonts w:ascii="宋体" w:eastAsia="宋体" w:hAnsi="宋体"/>
          <w:sz w:val="28"/>
        </w:rPr>
        <w:t>除四年级统考外，二年级由毛校长出题，一、三、五、六年级由我出题。我们本着以教材为载体的思想，立足基础、适当增加难度、增大容量、体现出试题的灵活性、综合性，考核学生综合运用知识的基本技能，注重培养学生的语文素养。</w:t>
      </w:r>
    </w:p>
    <w:p>
      <w:pPr>
        <w:spacing w:before="100" w:after="200" w:line="360" w:lineRule="auto"/>
        <w:ind w:firstLine="576"/>
        <w:jc w:val="left"/>
      </w:pPr>
      <w:r>
        <w:rPr>
          <w:rFonts w:ascii="宋体" w:eastAsia="宋体" w:hAnsi="宋体"/>
          <w:sz w:val="28"/>
        </w:rPr>
        <w:t>另外我们在出题时，还考虑到试题要让学困生百分之七十左右会做，中等生百分之80—90会做，优等生鼓励考满分，同时也有一到两道题有一定难度，让优等生尝到挑战自己的喜悦。</w:t>
      </w:r>
    </w:p>
    <w:p>
      <w:pPr>
        <w:spacing w:before="100" w:after="200" w:line="360" w:lineRule="auto"/>
        <w:ind w:firstLine="576"/>
        <w:jc w:val="left"/>
      </w:pPr>
      <w:r>
        <w:rPr>
          <w:rFonts w:ascii="宋体" w:eastAsia="宋体" w:hAnsi="宋体"/>
          <w:sz w:val="28"/>
        </w:rPr>
        <w:t>还有，在出题的类型上除了以往的阅读积累，阅读运用，习作外，还加了写字的检测，目的是让教师重视指导写字，学生重视练好汉字，人人能写一手好字。</w:t>
      </w:r>
    </w:p>
    <w:p>
      <w:pPr>
        <w:spacing w:before="100" w:after="200" w:line="360" w:lineRule="auto"/>
        <w:ind w:firstLine="576"/>
        <w:jc w:val="left"/>
      </w:pPr>
      <w:r>
        <w:rPr>
          <w:rFonts w:ascii="宋体" w:eastAsia="宋体" w:hAnsi="宋体"/>
          <w:sz w:val="28"/>
        </w:rPr>
        <w:t>设想是美好的，但由于经验不足，能力有限，试题难免会存在一些问题，我们非常欢迎大家诚恳地提意见，我们会虚心接受，力求今后的试题能更科学，能对我们的学科起到更好的引领作用。</w:t>
      </w:r>
    </w:p>
    <w:p>
      <w:pPr>
        <w:spacing w:before="100" w:after="200" w:line="360" w:lineRule="auto"/>
        <w:jc w:val="left"/>
      </w:pPr>
      <w:r>
        <w:rPr>
          <w:rFonts w:ascii="宋体 (中文正文)" w:eastAsia="宋体" w:hAnsi="宋体 (中文正文)"/>
          <w:b/>
          <w:sz w:val="28"/>
        </w:rPr>
        <w:t>二、阅卷标准</w:t>
      </w:r>
    </w:p>
    <w:p>
      <w:pPr>
        <w:spacing w:before="100" w:after="200" w:line="360" w:lineRule="auto"/>
        <w:jc w:val="left"/>
      </w:pPr>
      <w:r>
        <w:rPr>
          <w:rFonts w:ascii="宋体 (中文正文)" w:eastAsia="宋体" w:hAnsi="宋体 (中文正文)"/>
          <w:sz w:val="28"/>
        </w:rPr>
        <w:t>学校的阅卷标准：</w:t>
      </w:r>
    </w:p>
    <w:p>
      <w:pPr>
        <w:spacing w:before="100" w:after="200" w:line="360" w:lineRule="auto"/>
        <w:ind w:firstLine="576"/>
        <w:jc w:val="left"/>
      </w:pPr>
      <w:r>
        <w:rPr>
          <w:rFonts w:ascii="宋体" w:eastAsia="宋体" w:hAnsi="宋体"/>
          <w:sz w:val="28"/>
        </w:rPr>
        <w:t>1、写字只要字大体写在田字格中间即给满分，没有细致强调笔画和间架结构是否合理。</w:t>
      </w:r>
    </w:p>
    <w:p>
      <w:pPr>
        <w:spacing w:before="100" w:after="200" w:line="360" w:lineRule="auto"/>
        <w:ind w:firstLine="576"/>
        <w:jc w:val="left"/>
      </w:pPr>
      <w:r>
        <w:rPr>
          <w:rFonts w:ascii="宋体" w:eastAsia="宋体" w:hAnsi="宋体"/>
          <w:sz w:val="28"/>
        </w:rPr>
        <w:t>2、生字只要是写正确即给分，没有细究每个笔画是否写得规范。</w:t>
      </w:r>
    </w:p>
    <w:p>
      <w:pPr>
        <w:spacing w:before="100" w:after="200" w:line="360" w:lineRule="auto"/>
        <w:ind w:firstLine="576"/>
        <w:jc w:val="left"/>
      </w:pPr>
      <w:r>
        <w:rPr>
          <w:rFonts w:ascii="宋体" w:eastAsia="宋体" w:hAnsi="宋体"/>
          <w:sz w:val="28"/>
        </w:rPr>
        <w:t>3、阅读积累和阅读运用中，词语填空或组词是错一个字本空全扣分。其余的填句子，无论是课内还是课外，三个错字扣一分，不累计。</w:t>
      </w:r>
    </w:p>
    <w:p>
      <w:pPr>
        <w:spacing w:before="100" w:after="200" w:line="360" w:lineRule="auto"/>
        <w:jc w:val="left"/>
      </w:pPr>
      <w:r>
        <w:rPr>
          <w:rFonts w:ascii="宋体 (中文正文)" w:eastAsia="宋体" w:hAnsi="宋体 (中文正文)"/>
          <w:sz w:val="28"/>
        </w:rPr>
        <w:t>统考的阅卷标准：</w:t>
      </w:r>
    </w:p>
    <w:p>
      <w:pPr>
        <w:spacing w:before="100" w:after="200" w:line="360" w:lineRule="auto"/>
        <w:ind w:firstLine="576"/>
        <w:jc w:val="left"/>
      </w:pPr>
      <w:r>
        <w:rPr>
          <w:rFonts w:ascii="宋体" w:eastAsia="宋体" w:hAnsi="宋体"/>
          <w:sz w:val="28"/>
        </w:rPr>
        <w:t>1、生字扣分很严格，比如：该封口没封口，该勾没勾，斜勾写成弯钩等等诸如此类的情况，就按照错字扣分。</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r>
        <w:rPr>
          <w:rFonts w:ascii="宋体" w:eastAsia="宋体" w:hAnsi="宋体"/>
          <w:sz w:val="28"/>
        </w:rPr>
        <w:t>2、积累和运用中，不管是词语还是句子，课内的题只要有一个错字，本空全扣分;课内的句子，只要标点错误也扣分。如果是课外的，三个错字扣0。5分。</w:t>
      </w:r>
    </w:p>
    <w:p>
      <w:pPr>
        <w:spacing w:before="100" w:after="200" w:line="360" w:lineRule="auto"/>
        <w:ind w:firstLine="576"/>
        <w:jc w:val="left"/>
      </w:pPr>
      <w:r>
        <w:rPr>
          <w:rFonts w:ascii="宋体" w:eastAsia="宋体" w:hAnsi="宋体"/>
          <w:sz w:val="28"/>
        </w:rPr>
        <w:t>3、作文方面，</w:t>
      </w:r>
    </w:p>
    <w:p>
      <w:pPr>
        <w:spacing w:before="100" w:after="200" w:line="360" w:lineRule="auto"/>
        <w:jc w:val="left"/>
      </w:pPr>
      <w:r>
        <w:rPr>
          <w:rFonts w:ascii="宋体 (中文正文)" w:eastAsia="宋体" w:hAnsi="宋体 (中文正文)"/>
          <w:b/>
          <w:sz w:val="28"/>
        </w:rPr>
        <w:t>三、今后考题</w:t>
      </w:r>
    </w:p>
    <w:p>
      <w:pPr>
        <w:spacing w:before="100" w:after="200" w:line="360" w:lineRule="auto"/>
        <w:ind w:firstLine="576"/>
        <w:jc w:val="left"/>
      </w:pPr>
      <w:r>
        <w:rPr>
          <w:rFonts w:ascii="宋体" w:eastAsia="宋体" w:hAnsi="宋体"/>
          <w:sz w:val="28"/>
        </w:rPr>
        <w:t>期中或期末，除统考年级外，我们可能参加连片考试。倡导平时练的内容就是考的内容。</w:t>
      </w:r>
    </w:p>
    <w:p>
      <w:pPr>
        <w:spacing w:before="100" w:after="200" w:line="360" w:lineRule="auto"/>
        <w:jc w:val="left"/>
      </w:pPr>
      <w:r>
        <w:rPr>
          <w:rFonts w:ascii="宋体 (中文正文)" w:eastAsia="宋体" w:hAnsi="宋体 (中文正文)"/>
          <w:b/>
          <w:sz w:val="28"/>
        </w:rPr>
        <w:t>四、教学建议</w:t>
      </w:r>
    </w:p>
    <w:p>
      <w:pPr>
        <w:spacing w:before="100" w:after="200" w:line="360" w:lineRule="auto"/>
        <w:ind w:firstLine="576"/>
        <w:jc w:val="left"/>
      </w:pPr>
      <w:r>
        <w:rPr>
          <w:rFonts w:ascii="宋体" w:eastAsia="宋体" w:hAnsi="宋体"/>
          <w:sz w:val="28"/>
        </w:rPr>
        <w:t>（一）多种方式解决混读问题</w:t>
      </w:r>
    </w:p>
    <w:p>
      <w:pPr>
        <w:spacing w:before="100" w:after="200" w:line="360" w:lineRule="auto"/>
        <w:ind w:firstLine="576"/>
        <w:jc w:val="left"/>
      </w:pPr>
      <w:r>
        <w:rPr>
          <w:rFonts w:ascii="宋体" w:eastAsia="宋体" w:hAnsi="宋体"/>
          <w:sz w:val="28"/>
        </w:rPr>
        <w:t>我区大部分学生自小讲粤语，往往平舌音与翘舌音混读、n和l混读、前后鼻韵母混读。为此，我们在教学生字时可用多种方式解决混读问题，为让学生讲标准的普通话打下坚实的基础。在课堂上，重点指导学生读准容易混读的生字，请学生按声母给生字分类，让学生做做辨音练习，还可以把生字编成绕口令，举行读绕口令比赛。</w:t>
      </w:r>
    </w:p>
    <w:p>
      <w:pPr>
        <w:spacing w:before="100" w:after="200" w:line="360" w:lineRule="auto"/>
        <w:ind w:firstLine="576"/>
        <w:jc w:val="left"/>
      </w:pPr>
      <w:r>
        <w:rPr>
          <w:rFonts w:ascii="宋体" w:eastAsia="宋体" w:hAnsi="宋体"/>
          <w:sz w:val="28"/>
        </w:rPr>
        <w:t>（二）利用自制卡片巩固二会字</w:t>
      </w:r>
    </w:p>
    <w:p>
      <w:pPr>
        <w:spacing w:before="100" w:after="200" w:line="360" w:lineRule="auto"/>
        <w:ind w:firstLine="576"/>
        <w:jc w:val="left"/>
      </w:pPr>
      <w:r>
        <w:rPr>
          <w:rFonts w:ascii="宋体" w:eastAsia="宋体" w:hAnsi="宋体"/>
          <w:sz w:val="28"/>
        </w:rPr>
        <w:t>虽然考查二会字的题目不多，但二会字字形较四会字复杂，学生往往掌握不牢固而影响阅读，因此，应落实二会字教学。为让学生很好地掌握二会字，可在课堂教学中启发他们思考总结记字的方法，另外还可以邀请家长协助制作生字卡片，学生四人小组内比赛认读，通过让字词多呈现的方式去帮助巩固二会字。</w:t>
      </w:r>
    </w:p>
    <w:p>
      <w:pPr>
        <w:spacing w:before="100" w:after="200" w:line="360" w:lineRule="auto"/>
        <w:ind w:firstLine="576"/>
        <w:jc w:val="left"/>
      </w:pPr>
      <w:r>
        <w:rPr>
          <w:rFonts w:ascii="宋体" w:eastAsia="宋体" w:hAnsi="宋体"/>
          <w:sz w:val="28"/>
        </w:rPr>
        <w:t>（三）立足于课堂培养阅读能力</w:t>
      </w:r>
    </w:p>
    <w:p>
      <w:pPr>
        <w:spacing w:before="100" w:after="200" w:line="360" w:lineRule="auto"/>
        <w:ind w:firstLine="576"/>
        <w:jc w:val="left"/>
      </w:pPr>
      <w:r>
        <w:rPr>
          <w:rFonts w:ascii="宋体" w:eastAsia="宋体" w:hAnsi="宋体"/>
          <w:sz w:val="28"/>
        </w:rPr>
        <w:t>提高学生的阅读能力必须立足课堂，立足课本。在平时的教学中，应注意引导一年级学生在读句子时准确把握“四要素”。</w:t>
      </w:r>
    </w:p>
    <w:p>
      <w:pPr>
        <w:spacing w:before="100" w:after="200" w:line="360" w:lineRule="auto"/>
        <w:jc w:val="left"/>
        <w:sectPr w:rsidSect="00034616">
          <w:type w:val="nextPage"/>
          <w:pgSz w:w="11906" w:h="16838"/>
          <w:pgMar w:top="1440" w:right="1440" w:bottom="1440" w:left="1440" w:header="720" w:footer="720" w:gutter="0"/>
          <w:pgNumType w:start="11"/>
          <w:cols w:space="720"/>
          <w:titlePg w:val="0"/>
          <w:docGrid w:linePitch="360"/>
        </w:sectPr>
      </w:pPr>
      <w:r>
        <w:rPr>
          <w:rFonts w:ascii="宋体 (中文正文)" w:eastAsia="宋体" w:hAnsi="宋体 (中文正文)"/>
          <w:b/>
          <w:sz w:val="28"/>
        </w:rPr>
        <w:t>一、参考学生的基本情况分析</w:t>
      </w:r>
    </w:p>
    <w:p>
      <w:pPr>
        <w:spacing w:before="100" w:after="200" w:line="360" w:lineRule="auto"/>
        <w:ind w:firstLine="576"/>
        <w:jc w:val="left"/>
      </w:pPr>
      <w:r>
        <w:rPr>
          <w:rFonts w:ascii="宋体" w:eastAsia="宋体" w:hAnsi="宋体"/>
          <w:sz w:val="28"/>
        </w:rPr>
        <w:t>全班参加考试的学生为23人。平均分74.32，及格人数为20人，及格率为87.0％。优秀人数为10人，优秀率43.5％。</w:t>
      </w:r>
    </w:p>
    <w:p>
      <w:pPr>
        <w:spacing w:before="100" w:after="200" w:line="360" w:lineRule="auto"/>
        <w:jc w:val="left"/>
      </w:pPr>
      <w:r>
        <w:rPr>
          <w:rFonts w:ascii="宋体 (中文正文)" w:eastAsia="宋体" w:hAnsi="宋体 (中文正文)"/>
          <w:b/>
          <w:sz w:val="28"/>
        </w:rPr>
        <w:t>二、对试卷的分析</w:t>
      </w:r>
    </w:p>
    <w:p>
      <w:pPr>
        <w:spacing w:before="100" w:after="200" w:line="360" w:lineRule="auto"/>
        <w:ind w:firstLine="576"/>
        <w:jc w:val="left"/>
      </w:pPr>
      <w:r>
        <w:rPr>
          <w:rFonts w:ascii="宋体" w:eastAsia="宋体" w:hAnsi="宋体"/>
          <w:sz w:val="28"/>
        </w:rPr>
        <w:t>本次检测的内容依托于冀教版第八册教材一到八单元内容。依据语文课程标准对本学段的目标要求，本次试卷共设计了三大板块，分别是：第一部分，基础训练。基本上是七个题型。有看拼音写词语；给加点的字选正确的读音；形近字组词；选词填空；补充成语并选择合适的填入句子中；根据提示，把内容写具体；主动积累。第二部分是快乐阅读，分课内阅读和课外阅读。第三部分，自由习作。题目从写人的作文以及想象作文中二选一、</w:t>
      </w:r>
    </w:p>
    <w:p>
      <w:pPr>
        <w:spacing w:before="100" w:after="200" w:line="360" w:lineRule="auto"/>
        <w:ind w:firstLine="576"/>
        <w:jc w:val="left"/>
      </w:pPr>
      <w:r>
        <w:rPr>
          <w:rFonts w:ascii="宋体" w:eastAsia="宋体" w:hAnsi="宋体"/>
          <w:sz w:val="28"/>
        </w:rPr>
        <w:t>命题的形式多样，并体现了新颖性和灵活性。能够照顾大多数学生，题目容量适中，难度不大，无怪题偏题。它符合新课改的要求。大多数题型都是课文中或平时训练中所接触过的，为学生应知应会的，如：看拼音写词语、把诗句补充完整、选词填空、把诗句补充完整等。</w:t>
      </w:r>
    </w:p>
    <w:p>
      <w:pPr>
        <w:spacing w:before="100" w:after="200" w:line="360" w:lineRule="auto"/>
        <w:ind w:firstLine="576"/>
        <w:jc w:val="left"/>
      </w:pPr>
      <w:r>
        <w:rPr>
          <w:rFonts w:ascii="宋体" w:eastAsia="宋体" w:hAnsi="宋体"/>
          <w:sz w:val="28"/>
        </w:rPr>
        <w:t>第一部分前六道题是检测学生对本册课本中汉语拼音的拼读能力和字词的掌握运用情况，第七题检测学生对课文诗词的背诵与理解以及综合学习能力的考察。第二部分是快乐阅读，这主要是考查学生阅读能力和理解能力，及课外阅读的积累。第三部分，自由习作主要是考查学生通过具体事例描写人物特点以及培养学生的想象力。</w:t>
      </w:r>
    </w:p>
    <w:p>
      <w:pPr>
        <w:spacing w:before="100" w:after="200" w:line="360" w:lineRule="auto"/>
        <w:jc w:val="left"/>
      </w:pPr>
      <w:r>
        <w:rPr>
          <w:rFonts w:ascii="宋体 (中文正文)" w:eastAsia="宋体" w:hAnsi="宋体 (中文正文)"/>
          <w:b/>
          <w:sz w:val="28"/>
        </w:rPr>
        <w:t>三、失分情况及存在的问题</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p>
    <w:p>
      <w:pPr>
        <w:spacing w:before="100" w:after="200" w:line="360" w:lineRule="auto"/>
        <w:ind w:firstLine="576"/>
        <w:jc w:val="left"/>
      </w:pPr>
      <w:r>
        <w:rPr>
          <w:rFonts w:ascii="宋体" w:eastAsia="宋体" w:hAnsi="宋体"/>
          <w:sz w:val="28"/>
        </w:rPr>
        <w:t>1、选词填空失分较多。主要表现在理论知识掌握住了，但实际应用不会运用。例如学生都知道“纸老虎”其实指的是表面上强壮其实内心空虚的人，但一换成“困难”就不知道其实也是“纸老虎”而不少学生选填了“活雷锋”，证明他们并不理解“活雷锋”的含义。虽然课本中没有涉及到，但也是常识性问题。由此可以看出学生们的知识面狭窄。虽然书本中的知识掌握了，但还是差距很大。说明语文的知识是很宽泛的。学习应该是无止境的。</w:t>
      </w:r>
    </w:p>
    <w:p>
      <w:pPr>
        <w:spacing w:before="100" w:after="200" w:line="360" w:lineRule="auto"/>
        <w:ind w:firstLine="576"/>
        <w:jc w:val="left"/>
      </w:pPr>
      <w:r>
        <w:rPr>
          <w:rFonts w:ascii="宋体" w:eastAsia="宋体" w:hAnsi="宋体"/>
          <w:sz w:val="28"/>
        </w:rPr>
        <w:t>2、根据提示，把句子写具体，写生动丢分严重。这样的题型其实是学生根据平时教师讲解课文内容时的概括。学生在平时对课文内容理解不够深刻，所以回答起来比较吃力。</w:t>
      </w:r>
    </w:p>
    <w:p>
      <w:pPr>
        <w:spacing w:before="100" w:after="200" w:line="360" w:lineRule="auto"/>
        <w:ind w:firstLine="576"/>
        <w:jc w:val="left"/>
      </w:pPr>
      <w:r>
        <w:rPr>
          <w:rFonts w:ascii="宋体" w:eastAsia="宋体" w:hAnsi="宋体"/>
          <w:sz w:val="28"/>
        </w:rPr>
        <w:t>3、作文的主要问题是内容写得不具体，事例选择不生动，对人物的特点体现的不突出。</w:t>
      </w:r>
    </w:p>
    <w:p>
      <w:pPr>
        <w:spacing w:before="100" w:after="200" w:line="360" w:lineRule="auto"/>
        <w:jc w:val="left"/>
      </w:pPr>
      <w:r>
        <w:rPr>
          <w:rFonts w:ascii="宋体 (中文正文)" w:eastAsia="宋体" w:hAnsi="宋体 (中文正文)"/>
          <w:b/>
          <w:sz w:val="28"/>
        </w:rPr>
        <w:t>四、存在的问题</w:t>
      </w:r>
    </w:p>
    <w:p>
      <w:pPr>
        <w:spacing w:before="100" w:after="200" w:line="360" w:lineRule="auto"/>
        <w:ind w:firstLine="576"/>
        <w:jc w:val="left"/>
      </w:pPr>
      <w:r>
        <w:rPr>
          <w:rFonts w:ascii="宋体" w:eastAsia="宋体" w:hAnsi="宋体"/>
          <w:sz w:val="28"/>
        </w:rPr>
        <w:t>1、学生语文基础知识不扎实。</w:t>
      </w:r>
    </w:p>
    <w:p>
      <w:pPr>
        <w:spacing w:before="100" w:after="200" w:line="360" w:lineRule="auto"/>
        <w:ind w:firstLine="576"/>
        <w:jc w:val="left"/>
      </w:pPr>
      <w:r>
        <w:rPr>
          <w:rFonts w:ascii="宋体" w:eastAsia="宋体" w:hAnsi="宋体"/>
          <w:sz w:val="28"/>
        </w:rPr>
        <w:t>2、教学方法不够灵活。</w:t>
      </w:r>
    </w:p>
    <w:p>
      <w:pPr>
        <w:spacing w:before="100" w:after="200" w:line="360" w:lineRule="auto"/>
        <w:ind w:firstLine="576"/>
        <w:jc w:val="left"/>
      </w:pPr>
      <w:r>
        <w:rPr>
          <w:rFonts w:ascii="宋体" w:eastAsia="宋体" w:hAnsi="宋体"/>
          <w:sz w:val="28"/>
        </w:rPr>
        <w:t>3、学生平时书写不过关，不重视积累优美词句，不注意观察，习作要求不明确，没仔细读题目的要求，作文无话可说，主要是教师平时要求不严格，指导不到位。语言表达不清晰，语句不够通顺，有明显的语病。</w:t>
      </w:r>
    </w:p>
    <w:p>
      <w:pPr>
        <w:spacing w:before="100" w:after="200" w:line="360" w:lineRule="auto"/>
        <w:ind w:firstLine="576"/>
        <w:jc w:val="left"/>
      </w:pPr>
      <w:r>
        <w:rPr>
          <w:rFonts w:ascii="宋体" w:eastAsia="宋体" w:hAnsi="宋体"/>
          <w:sz w:val="28"/>
        </w:rPr>
        <w:t>4、阅读不认真，盲目乱作不认真的思考，阅读形式单一，只注重课内训练，课外阅读由于训练较少，达不到本年级段阅读的基本要求：</w:t>
      </w:r>
    </w:p>
    <w:p>
      <w:pPr>
        <w:spacing w:before="100" w:after="200" w:line="360" w:lineRule="auto"/>
        <w:ind w:firstLine="576"/>
        <w:jc w:val="left"/>
      </w:pPr>
      <w:r>
        <w:rPr>
          <w:rFonts w:ascii="宋体" w:eastAsia="宋体" w:hAnsi="宋体"/>
          <w:sz w:val="28"/>
        </w:rPr>
        <w:t>5、教师对课改理念渗透不够。对教科版理解、钻研不够。</w:t>
      </w:r>
    </w:p>
    <w:p>
      <w:pPr>
        <w:spacing w:before="100" w:after="200" w:line="360" w:lineRule="auto"/>
        <w:jc w:val="left"/>
      </w:pPr>
      <w:r>
        <w:rPr>
          <w:rFonts w:ascii="宋体 (中文正文)" w:eastAsia="宋体" w:hAnsi="宋体 (中文正文)"/>
          <w:b/>
          <w:sz w:val="28"/>
        </w:rPr>
        <w:t>五、努力方向及措施</w:t>
      </w:r>
    </w:p>
    <w:p>
      <w:pPr>
        <w:spacing w:before="100" w:after="200" w:line="360" w:lineRule="auto"/>
        <w:ind w:firstLine="576"/>
        <w:jc w:val="left"/>
        <w:sectPr w:rsidSect="00034616">
          <w:type w:val="nextPage"/>
          <w:pgSz w:w="11906" w:h="16838"/>
          <w:pgMar w:top="1440" w:right="1440" w:bottom="1440" w:left="1440" w:header="720" w:footer="720" w:gutter="0"/>
          <w:pgNumType w:start="13"/>
          <w:cols w:space="720"/>
          <w:titlePg w:val="0"/>
          <w:docGrid w:linePitch="360"/>
        </w:sectPr>
      </w:pPr>
      <w:r>
        <w:rPr>
          <w:rFonts w:ascii="宋体" w:eastAsia="宋体" w:hAnsi="宋体"/>
          <w:sz w:val="28"/>
        </w:rPr>
        <w:t>1、加强写字教学，严格要求，扎实训练坚持不懈，要让学生把字写正确、工整和规范。</w:t>
      </w:r>
    </w:p>
    <w:p>
      <w:pPr>
        <w:spacing w:before="100" w:after="200" w:line="360" w:lineRule="auto"/>
        <w:ind w:firstLine="576"/>
        <w:jc w:val="left"/>
      </w:pPr>
      <w:r>
        <w:rPr>
          <w:rFonts w:ascii="宋体" w:eastAsia="宋体" w:hAnsi="宋体"/>
          <w:sz w:val="28"/>
        </w:rPr>
        <w:t>2、继续加强基础知识、基本技能训练，为了学生的今后发展，必须夯实基础</w:t>
      </w:r>
    </w:p>
    <w:p>
      <w:pPr>
        <w:spacing w:before="100" w:after="200" w:line="360" w:lineRule="auto"/>
        <w:ind w:firstLine="576"/>
        <w:jc w:val="left"/>
      </w:pPr>
      <w:r>
        <w:rPr>
          <w:rFonts w:ascii="宋体" w:eastAsia="宋体" w:hAnsi="宋体"/>
          <w:sz w:val="28"/>
        </w:rPr>
        <w:t>3、重视语言积累，重视过程评价。强调平时对“优美词句”“成语”“名言警句”“优秀诗文”等汉语言精华的积累，并激励学生在广泛的课外阅读中积累。</w:t>
      </w:r>
    </w:p>
    <w:p>
      <w:pPr>
        <w:spacing w:before="100" w:after="200" w:line="360" w:lineRule="auto"/>
        <w:ind w:firstLine="576"/>
        <w:jc w:val="left"/>
      </w:pPr>
      <w:r>
        <w:rPr>
          <w:rFonts w:ascii="宋体" w:eastAsia="宋体" w:hAnsi="宋体"/>
          <w:sz w:val="28"/>
        </w:rPr>
        <w:t>4、作文教学是今后长期努力抓的工作。平时加大写作能力及写作兴趣的培养。教会他们观察事物，创设写作氛围，提供写作素材。针对个别学生表达方式单一，相似的问题，鼓励学生进行个性化的表达，写出真情实感。平时还要多练习审题。作文书写要规范、整齐。</w:t>
      </w:r>
    </w:p>
    <w:p>
      <w:pPr>
        <w:spacing w:before="100" w:after="200" w:line="360" w:lineRule="auto"/>
        <w:jc w:val="left"/>
      </w:pPr>
      <w:r>
        <w:rPr>
          <w:rFonts w:ascii="宋体 (中文正文)" w:eastAsia="宋体" w:hAnsi="宋体 (中文正文)"/>
          <w:b/>
          <w:sz w:val="28"/>
        </w:rPr>
        <w:t>一、校情分析</w:t>
      </w:r>
    </w:p>
    <w:p>
      <w:pPr>
        <w:spacing w:before="100" w:after="200" w:line="360" w:lineRule="auto"/>
        <w:ind w:firstLine="576"/>
        <w:jc w:val="left"/>
      </w:pPr>
      <w:r>
        <w:rPr>
          <w:rFonts w:ascii="宋体" w:eastAsia="宋体" w:hAnsi="宋体"/>
          <w:sz w:val="28"/>
        </w:rPr>
        <w:t>我校是初级中学，现有教学班8个，教职工31人，学生396人。教师以青年教师居多，且大多是本科生，应该说对提高教育教学质量有很大的优势，但由于受大环境的影响，教师的敬业精神较差，加之现有教育体制缺乏企业的竞争机制，干多干少一个样，干与不干一个样，严重影响教师教书育人的积极性；从学生方面来说，农村学校“留守学生较多”，家长不在身边，缺少有效的家庭教育，学生教养差，学习成绩差，这些学生大多是“双差生”，而一些成绩好，家长又重视的也大多转到私立学校去读书，从而造成学校普遍成绩上不去的通病，致使近年中考成绩位于全县中下游。</w:t>
      </w:r>
    </w:p>
    <w:p>
      <w:pPr>
        <w:spacing w:before="100" w:after="200" w:line="360" w:lineRule="auto"/>
        <w:jc w:val="left"/>
      </w:pPr>
      <w:r>
        <w:rPr>
          <w:rFonts w:ascii="宋体 (中文正文)" w:eastAsia="宋体" w:hAnsi="宋体 (中文正文)"/>
          <w:b/>
          <w:sz w:val="28"/>
        </w:rPr>
        <w:t>二、存在问题</w:t>
      </w:r>
    </w:p>
    <w:p>
      <w:pPr>
        <w:spacing w:before="100" w:after="200" w:line="360" w:lineRule="auto"/>
        <w:ind w:firstLine="576"/>
        <w:jc w:val="left"/>
      </w:pPr>
      <w:r>
        <w:rPr>
          <w:rFonts w:ascii="宋体" w:eastAsia="宋体" w:hAnsi="宋体"/>
          <w:sz w:val="28"/>
        </w:rPr>
        <w:t>1、教学管理，存在备课不规范，甚至出现先教后写的现象，备教不一致，应付月检查现象时有发生。</w:t>
      </w:r>
    </w:p>
    <w:p>
      <w:pPr>
        <w:spacing w:before="100" w:after="200" w:line="360" w:lineRule="auto"/>
        <w:ind w:firstLine="576"/>
        <w:jc w:val="left"/>
        <w:sectPr w:rsidSect="00034616">
          <w:type w:val="nextPage"/>
          <w:pgSz w:w="11906" w:h="16838"/>
          <w:pgMar w:top="1440" w:right="1440" w:bottom="1440" w:left="1440" w:header="720" w:footer="720" w:gutter="0"/>
          <w:pgNumType w:start="14"/>
          <w:cols w:space="720"/>
          <w:titlePg w:val="0"/>
          <w:docGrid w:linePitch="360"/>
        </w:sectPr>
      </w:pPr>
      <w:r>
        <w:rPr>
          <w:rFonts w:ascii="宋体" w:eastAsia="宋体" w:hAnsi="宋体"/>
          <w:sz w:val="28"/>
        </w:rPr>
        <w:t>2、跨年级跨学科备课教案不齐全.</w:t>
      </w:r>
    </w:p>
    <w:p>
      <w:pPr>
        <w:spacing w:before="100" w:after="200" w:line="360" w:lineRule="auto"/>
        <w:ind w:firstLine="576"/>
        <w:jc w:val="left"/>
      </w:pPr>
      <w:r>
        <w:rPr>
          <w:rFonts w:ascii="宋体" w:eastAsia="宋体" w:hAnsi="宋体"/>
          <w:sz w:val="28"/>
        </w:rPr>
        <w:t>3、传统教学模式严重影响学校教育教学质量的提升，教师平时教学研究不够，课改意识不强，教学手段落后，教学效果不理想，学生参与度不高。</w:t>
      </w:r>
    </w:p>
    <w:p>
      <w:pPr>
        <w:spacing w:before="100" w:after="200" w:line="360" w:lineRule="auto"/>
        <w:ind w:firstLine="576"/>
        <w:jc w:val="left"/>
      </w:pPr>
      <w:r>
        <w:rPr>
          <w:rFonts w:ascii="宋体" w:eastAsia="宋体" w:hAnsi="宋体"/>
          <w:sz w:val="28"/>
        </w:rPr>
        <w:t>4、教学资源没有充分利用，图书阅览室开放不够，实验教学不够重视。</w:t>
      </w:r>
    </w:p>
    <w:p>
      <w:pPr>
        <w:spacing w:before="100" w:after="200" w:line="360" w:lineRule="auto"/>
        <w:ind w:firstLine="576"/>
        <w:jc w:val="left"/>
      </w:pPr>
      <w:r>
        <w:rPr>
          <w:rFonts w:ascii="宋体" w:eastAsia="宋体" w:hAnsi="宋体"/>
          <w:sz w:val="28"/>
        </w:rPr>
        <w:t>5、我校教师学科配备不齐全，到目前为止，学校无音乐和美术教师。</w:t>
      </w:r>
    </w:p>
    <w:p>
      <w:pPr>
        <w:spacing w:before="100" w:after="200" w:line="360" w:lineRule="auto"/>
        <w:jc w:val="left"/>
      </w:pPr>
      <w:r>
        <w:rPr>
          <w:rFonts w:ascii="宋体 (中文正文)" w:eastAsia="宋体" w:hAnsi="宋体 (中文正文)"/>
          <w:b/>
          <w:sz w:val="28"/>
        </w:rPr>
        <w:t>三、整改措施</w:t>
      </w:r>
    </w:p>
    <w:p>
      <w:pPr>
        <w:spacing w:before="100" w:after="200" w:line="360" w:lineRule="auto"/>
        <w:ind w:firstLine="576"/>
        <w:jc w:val="left"/>
      </w:pPr>
      <w:r>
        <w:rPr>
          <w:rFonts w:ascii="宋体" w:eastAsia="宋体" w:hAnsi="宋体"/>
          <w:sz w:val="28"/>
        </w:rPr>
        <w:t>为了提高教育教学质量，保证教学任务圆满完成。根据肥教字【20xx】94号文件精神和20xx肥西“教学质量提高年”的要求，结合学校的具体实际，根据初中教学工作会议精神，制定下列整改措施。</w:t>
      </w:r>
    </w:p>
    <w:p>
      <w:pPr>
        <w:spacing w:before="100" w:after="200" w:line="360" w:lineRule="auto"/>
        <w:ind w:firstLine="576"/>
        <w:jc w:val="left"/>
      </w:pPr>
      <w:r>
        <w:rPr>
          <w:rFonts w:ascii="宋体" w:eastAsia="宋体" w:hAnsi="宋体"/>
          <w:sz w:val="28"/>
        </w:rPr>
        <w:t>（一）切实加强课程管理</w:t>
      </w:r>
    </w:p>
    <w:p>
      <w:pPr>
        <w:spacing w:before="100" w:after="200" w:line="360" w:lineRule="auto"/>
        <w:ind w:firstLine="576"/>
        <w:jc w:val="left"/>
      </w:pPr>
      <w:r>
        <w:rPr>
          <w:rFonts w:ascii="宋体" w:eastAsia="宋体" w:hAnsi="宋体"/>
          <w:sz w:val="28"/>
        </w:rPr>
        <w:t>严格按照上级教育主管部门规定的课程、课时计划，把各种课程开齐开足，绝不随意增减。把教师在课程计划执行中有无违规现象作为评选先进的依据，并与奖惩挂钩。</w:t>
      </w:r>
    </w:p>
    <w:p>
      <w:pPr>
        <w:spacing w:before="100" w:after="200" w:line="360" w:lineRule="auto"/>
        <w:ind w:firstLine="576"/>
        <w:jc w:val="left"/>
      </w:pPr>
      <w:r>
        <w:rPr>
          <w:rFonts w:ascii="宋体" w:eastAsia="宋体" w:hAnsi="宋体"/>
          <w:sz w:val="28"/>
        </w:rPr>
        <w:t>学校每天的教学活动实行全天候管理，值日领导每天从早读开始到晚自习下后一小时进行巡视检查，如发现私自调课、不按教学常规上课、课堂环节脱节，不完整，随意上自习进行或未按规定时间放学等现象都作为教学事故记录，并根据学校奖惩制度进行处理。</w:t>
      </w:r>
    </w:p>
    <w:p>
      <w:pPr>
        <w:spacing w:before="100" w:after="200" w:line="360" w:lineRule="auto"/>
        <w:ind w:firstLine="576"/>
        <w:jc w:val="left"/>
      </w:pPr>
      <w:r>
        <w:rPr>
          <w:rFonts w:ascii="宋体" w:eastAsia="宋体" w:hAnsi="宋体"/>
          <w:sz w:val="28"/>
        </w:rPr>
        <w:t>（二）切实加强课堂管理</w:t>
      </w:r>
    </w:p>
    <w:p>
      <w:pPr>
        <w:spacing w:before="100" w:after="200" w:line="360" w:lineRule="auto"/>
        <w:ind w:firstLine="576"/>
        <w:jc w:val="left"/>
        <w:sectPr w:rsidSect="00034616">
          <w:type w:val="nextPage"/>
          <w:pgSz w:w="11906" w:h="16838"/>
          <w:pgMar w:top="1440" w:right="1440" w:bottom="1440" w:left="1440" w:header="720" w:footer="720" w:gutter="0"/>
          <w:pgNumType w:start="15"/>
          <w:cols w:space="720"/>
          <w:titlePg w:val="0"/>
          <w:docGrid w:linePitch="360"/>
        </w:sectPr>
      </w:pPr>
    </w:p>
    <w:p>
      <w:pPr>
        <w:spacing w:before="100" w:after="200" w:line="360" w:lineRule="auto"/>
        <w:ind w:firstLine="576"/>
        <w:jc w:val="left"/>
      </w:pPr>
      <w:r>
        <w:rPr>
          <w:rFonts w:ascii="宋体" w:eastAsia="宋体" w:hAnsi="宋体"/>
          <w:sz w:val="28"/>
        </w:rPr>
        <w:t>1、把功夫下在课前认真贯彻落实教育局94号文件精神，抓好备课，做到“三全”：一是类型全所有课堂都必须有教学设计，包括新课、复习课、作文课、试卷分析课；二是内容全备课标、备教材、备教法；三是格式全备课必须有目标、教学重点、教学难点、教学方法、教学程序、教学反思。</w:t>
      </w:r>
    </w:p>
    <w:p>
      <w:pPr>
        <w:spacing w:before="100" w:after="200" w:line="360" w:lineRule="auto"/>
        <w:ind w:firstLine="576"/>
        <w:jc w:val="left"/>
      </w:pPr>
      <w:r>
        <w:rPr>
          <w:rFonts w:ascii="宋体" w:eastAsia="宋体" w:hAnsi="宋体"/>
          <w:sz w:val="28"/>
        </w:rPr>
        <w:t>2、把力量放在课内教师每堂课尽可能做到优质高效，必须遵循以下原则：（1）必须明确教学目标；（2）必须让学生参与教学活动；（3）必须当堂检查、反馈和巩固。</w:t>
      </w:r>
    </w:p>
    <w:p>
      <w:pPr>
        <w:spacing w:before="100" w:after="200" w:line="360" w:lineRule="auto"/>
        <w:ind w:firstLine="576"/>
        <w:jc w:val="left"/>
      </w:pPr>
      <w:r>
        <w:rPr>
          <w:rFonts w:ascii="宋体" w:eastAsia="宋体" w:hAnsi="宋体"/>
          <w:sz w:val="28"/>
        </w:rPr>
        <w:t>学校对课堂教学质量的管理方法是：推门观课、不打招呼，听后个别交流意见，提出要求和建议。学校领导组成员每学期听课不少于30节，教师每学期不少于20节。每位教师每学期公开课不少于两节。且听课要有评议，共同研究讨论教学的经验和做法。</w:t>
      </w:r>
    </w:p>
    <w:p>
      <w:pPr>
        <w:spacing w:before="100" w:after="200" w:line="360" w:lineRule="auto"/>
        <w:ind w:firstLine="576"/>
        <w:jc w:val="left"/>
      </w:pPr>
      <w:r>
        <w:rPr>
          <w:rFonts w:ascii="宋体" w:eastAsia="宋体" w:hAnsi="宋体"/>
          <w:sz w:val="28"/>
        </w:rPr>
        <w:t>3、把补困加在课后在教学过程中，要求所有学生完全掌握所学知识是不现实的，要求教师不放弃任何一个学生。不仅要帮助学生解决学习上的疑难问题，而且更要帮助学生解决思想问题。具体采取以下措施：</w:t>
      </w:r>
    </w:p>
    <w:p>
      <w:pPr>
        <w:spacing w:before="100" w:after="200" w:line="360" w:lineRule="auto"/>
        <w:ind w:firstLine="576"/>
        <w:jc w:val="left"/>
      </w:pPr>
      <w:r>
        <w:rPr>
          <w:rFonts w:ascii="宋体" w:eastAsia="宋体" w:hAnsi="宋体"/>
          <w:sz w:val="28"/>
        </w:rPr>
        <w:t>（1）建立后进生成长档案；</w:t>
      </w:r>
    </w:p>
    <w:p>
      <w:pPr>
        <w:spacing w:before="100" w:after="200" w:line="360" w:lineRule="auto"/>
        <w:ind w:firstLine="576"/>
        <w:jc w:val="left"/>
      </w:pPr>
      <w:r>
        <w:rPr>
          <w:rFonts w:ascii="宋体" w:eastAsia="宋体" w:hAnsi="宋体"/>
          <w:sz w:val="28"/>
        </w:rPr>
        <w:t>（2）任课教师必须对后进生做到心中有数，教学时分层教学，调动后进生学习积极性；</w:t>
      </w:r>
    </w:p>
    <w:p>
      <w:pPr>
        <w:spacing w:before="100" w:after="200" w:line="360" w:lineRule="auto"/>
        <w:ind w:firstLine="576"/>
        <w:jc w:val="left"/>
      </w:pPr>
      <w:r>
        <w:rPr>
          <w:rFonts w:ascii="宋体" w:eastAsia="宋体" w:hAnsi="宋体"/>
          <w:sz w:val="28"/>
        </w:rPr>
        <w:t>（3）教师利用课余时间对后进生进行个别指导，填写辅导纪录；</w:t>
      </w:r>
    </w:p>
    <w:p>
      <w:pPr>
        <w:spacing w:before="100" w:after="200" w:line="360" w:lineRule="auto"/>
        <w:ind w:firstLine="576"/>
        <w:jc w:val="left"/>
      </w:pPr>
      <w:r>
        <w:rPr>
          <w:rFonts w:ascii="宋体" w:eastAsia="宋体" w:hAnsi="宋体"/>
          <w:sz w:val="28"/>
        </w:rPr>
        <w:t>4、精选课堂教学例题、习题、作业题教师要关注“双基”，认真吃透教材与课标，确保教学有目标、有重点、有方法、有效果。习题和作业题做到精选精改，注重效率。</w:t>
      </w:r>
    </w:p>
    <w:p>
      <w:pPr>
        <w:spacing w:before="100" w:after="200" w:line="360" w:lineRule="auto"/>
        <w:ind w:firstLine="576"/>
        <w:jc w:val="left"/>
        <w:sectPr w:rsidSect="00034616">
          <w:type w:val="nextPage"/>
          <w:pgSz w:w="11906" w:h="16838"/>
          <w:pgMar w:top="1440" w:right="1440" w:bottom="1440" w:left="1440" w:header="720" w:footer="720" w:gutter="0"/>
          <w:pgNumType w:start="16"/>
          <w:cols w:space="720"/>
          <w:titlePg w:val="0"/>
          <w:docGrid w:linePitch="360"/>
        </w:sectPr>
      </w:pPr>
    </w:p>
    <w:p>
      <w:pPr>
        <w:spacing w:before="100" w:after="200" w:line="360" w:lineRule="auto"/>
        <w:ind w:firstLine="576"/>
        <w:jc w:val="left"/>
      </w:pPr>
      <w:r>
        <w:rPr>
          <w:rFonts w:ascii="宋体" w:eastAsia="宋体" w:hAnsi="宋体"/>
          <w:sz w:val="28"/>
        </w:rPr>
        <w:t>5、加强过程管理对教师的教育教学除了月检查外，加强对个别青年教师不安心教学的管理，采取分阶段、有重点有针对性地转变思想，提高其业务能力。方法为：一听（听课堂教学）二看（看教学设计、作业批改）三座谈问卷（开座谈会、满意度测评）四总结提高（在上述基础上，指导其总结成功经验，指出其教学中存在的问题并提出改进措施和意见）。全面解决“教”和“学”之间存在的实际问题，保证学校教学秩序正常，有培养全体学生严谨、认真、一丝不苟的教学作风，加强课堂教学管理。</w:t>
      </w:r>
    </w:p>
    <w:p>
      <w:pPr>
        <w:spacing w:before="100" w:after="200" w:line="360" w:lineRule="auto"/>
        <w:ind w:firstLine="576"/>
        <w:jc w:val="left"/>
      </w:pPr>
      <w:r>
        <w:rPr>
          <w:rFonts w:ascii="宋体" w:eastAsia="宋体" w:hAnsi="宋体"/>
          <w:sz w:val="28"/>
        </w:rPr>
        <w:t>（三）加大对后进生的转化力度，提高整体成绩</w:t>
      </w:r>
    </w:p>
    <w:p>
      <w:pPr>
        <w:spacing w:before="100" w:after="200" w:line="360" w:lineRule="auto"/>
        <w:ind w:firstLine="576"/>
        <w:jc w:val="left"/>
      </w:pPr>
      <w:r>
        <w:rPr>
          <w:rFonts w:ascii="宋体" w:eastAsia="宋体" w:hAnsi="宋体"/>
          <w:sz w:val="28"/>
        </w:rPr>
        <w:t>后进生是影响我校教学质量的主要因素，农村初中大多是留守儿童，缺乏家庭教育，成绩普遍较差，因此在后进生的转化方面作具体安排：</w:t>
      </w:r>
    </w:p>
    <w:p>
      <w:pPr>
        <w:spacing w:before="100" w:after="200" w:line="360" w:lineRule="auto"/>
        <w:ind w:firstLine="576"/>
        <w:jc w:val="left"/>
      </w:pPr>
      <w:r>
        <w:rPr>
          <w:rFonts w:ascii="宋体" w:eastAsia="宋体" w:hAnsi="宋体"/>
          <w:sz w:val="28"/>
        </w:rPr>
        <w:t>第一，建立档案根据考试分数和任课教师的平时观察，确定后进生名单，建立档案。</w:t>
      </w:r>
    </w:p>
    <w:p>
      <w:pPr>
        <w:spacing w:before="100" w:after="200" w:line="360" w:lineRule="auto"/>
        <w:ind w:firstLine="576"/>
        <w:jc w:val="left"/>
      </w:pPr>
      <w:r>
        <w:rPr>
          <w:rFonts w:ascii="宋体" w:eastAsia="宋体" w:hAnsi="宋体"/>
          <w:sz w:val="28"/>
        </w:rPr>
        <w:t>第二，抓两头保中间，全面提高教育教学整体水平。</w:t>
      </w:r>
    </w:p>
    <w:p>
      <w:pPr>
        <w:spacing w:before="100" w:after="200" w:line="360" w:lineRule="auto"/>
        <w:ind w:firstLine="576"/>
        <w:jc w:val="left"/>
      </w:pPr>
      <w:r>
        <w:rPr>
          <w:rFonts w:ascii="宋体" w:eastAsia="宋体" w:hAnsi="宋体"/>
          <w:sz w:val="28"/>
        </w:rPr>
        <w:t>（四）加强班主任工作</w:t>
      </w:r>
    </w:p>
    <w:p>
      <w:pPr>
        <w:spacing w:before="100" w:after="200" w:line="360" w:lineRule="auto"/>
        <w:ind w:firstLine="576"/>
        <w:jc w:val="left"/>
      </w:pPr>
      <w:r>
        <w:rPr>
          <w:rFonts w:ascii="宋体" w:eastAsia="宋体" w:hAnsi="宋体"/>
          <w:sz w:val="28"/>
        </w:rPr>
        <w:t>班主任工作的好坏直接影响教育教学质量，班主任要加强学生的养成教育，加大监督力度，强化管理措施，形成良好的班风、学风。</w:t>
      </w:r>
    </w:p>
    <w:p>
      <w:pPr>
        <w:spacing w:before="100" w:after="200" w:line="360" w:lineRule="auto"/>
        <w:ind w:firstLine="576"/>
        <w:jc w:val="left"/>
      </w:pPr>
      <w:r>
        <w:rPr>
          <w:rFonts w:ascii="宋体" w:eastAsia="宋体" w:hAnsi="宋体"/>
          <w:sz w:val="28"/>
        </w:rPr>
        <w:t>（五）加强对教师队伍的管理</w:t>
      </w:r>
    </w:p>
    <w:p>
      <w:pPr>
        <w:spacing w:before="100" w:after="200" w:line="360" w:lineRule="auto"/>
        <w:ind w:firstLine="576"/>
        <w:jc w:val="left"/>
      </w:pPr>
      <w:r>
        <w:rPr>
          <w:rFonts w:ascii="宋体" w:eastAsia="宋体" w:hAnsi="宋体"/>
          <w:sz w:val="28"/>
        </w:rPr>
        <w:t>教师是学校提高教学质量的根本力量，要提高教育教学质量，首先必须提高教师的思想道德素质和文化素养。因此，加强对教师队伍的管理，有效进行校本培训，学习理论，明确责任，从而提高教师的责任感和危机意识。</w:t>
      </w:r>
    </w:p>
    <w:p>
      <w:pPr>
        <w:spacing w:before="100" w:after="200" w:line="360" w:lineRule="auto"/>
        <w:ind w:firstLine="576"/>
        <w:jc w:val="left"/>
      </w:pPr>
      <w:r>
        <w:rPr>
          <w:rFonts w:ascii="宋体" w:eastAsia="宋体" w:hAnsi="宋体"/>
          <w:sz w:val="28"/>
        </w:rPr>
        <w:t>所有教师必须高度重视并认真服从学校管理，学校严格按照相关制度，每月进行考核，每学期对每位教师进行量化打分，并同绩效工资挂钩，切实提高教师工资积极性，从而提高教学质量。</w:t>
      </w:r>
    </w:p>
    <w:p>
      <w:pPr>
        <w:spacing w:before="100" w:after="200" w:line="360" w:lineRule="auto"/>
        <w:jc w:val="left"/>
        <w:sectPr w:rsidSect="00034616">
          <w:type w:val="nextPage"/>
          <w:pgSz w:w="11906" w:h="16838"/>
          <w:pgMar w:top="1440" w:right="1440" w:bottom="1440" w:left="1440" w:header="720" w:footer="720" w:gutter="0"/>
          <w:pgNumType w:start="17"/>
          <w:cols w:space="720"/>
          <w:titlePg w:val="0"/>
          <w:docGrid w:linePitch="360"/>
        </w:sectPr>
      </w:pPr>
      <w:r>
        <w:rPr>
          <w:rFonts w:ascii="宋体 (中文正文)" w:eastAsia="宋体" w:hAnsi="宋体 (中文正文)"/>
          <w:b/>
          <w:sz w:val="28"/>
        </w:rPr>
        <w:t>一、基础检测题</w:t>
      </w:r>
    </w:p>
    <w:p>
      <w:pPr>
        <w:spacing w:before="100" w:after="200" w:line="360" w:lineRule="auto"/>
        <w:ind w:firstLine="576"/>
        <w:jc w:val="left"/>
      </w:pPr>
      <w:r>
        <w:rPr>
          <w:rFonts w:ascii="宋体" w:eastAsia="宋体" w:hAnsi="宋体"/>
          <w:sz w:val="28"/>
        </w:rPr>
        <w:t>1、“真君撞进门，大圣见了，现出本相道：‘郎君不小嚷，庙宇已醒孙了’。”</w:t>
      </w:r>
    </w:p>
    <w:p>
      <w:pPr>
        <w:spacing w:before="100" w:after="200" w:line="360" w:lineRule="auto"/>
        <w:ind w:firstLine="576"/>
        <w:jc w:val="left"/>
      </w:pPr>
      <w:r>
        <w:rPr>
          <w:rFonts w:ascii="宋体" w:eastAsia="宋体" w:hAnsi="宋体"/>
          <w:sz w:val="28"/>
        </w:rPr>
        <w:t>仔细分析这句话运用那一种人物描写方法，刻画了孙悟空什么性格？你觉得这句话写得好吗？好在哪里？请说一说。</w:t>
      </w:r>
    </w:p>
    <w:p>
      <w:pPr>
        <w:spacing w:before="100" w:after="200" w:line="360" w:lineRule="auto"/>
        <w:ind w:firstLine="576"/>
        <w:jc w:val="left"/>
      </w:pPr>
      <w:r>
        <w:rPr>
          <w:rFonts w:ascii="宋体" w:eastAsia="宋体" w:hAnsi="宋体"/>
          <w:sz w:val="28"/>
        </w:rPr>
        <w:t>2、写实文与想象文，你更喜欢哪一样？为什么？</w:t>
      </w:r>
    </w:p>
    <w:p>
      <w:pPr>
        <w:spacing w:before="100" w:after="200" w:line="360" w:lineRule="auto"/>
        <w:ind w:firstLine="576"/>
        <w:jc w:val="left"/>
      </w:pPr>
      <w:r>
        <w:rPr>
          <w:rFonts w:ascii="宋体" w:eastAsia="宋体" w:hAnsi="宋体"/>
          <w:sz w:val="28"/>
        </w:rPr>
        <w:t>3、初中生该不该读《西游记》，为什么？</w:t>
      </w:r>
    </w:p>
    <w:p>
      <w:pPr>
        <w:spacing w:before="100" w:after="200" w:line="360" w:lineRule="auto"/>
        <w:jc w:val="left"/>
      </w:pPr>
      <w:r>
        <w:rPr>
          <w:rFonts w:ascii="宋体 (中文正文)" w:eastAsia="宋体" w:hAnsi="宋体 (中文正文)"/>
          <w:b/>
          <w:sz w:val="28"/>
        </w:rPr>
        <w:t>二、课题质量监控检测质量分析：</w:t>
      </w:r>
    </w:p>
    <w:p>
      <w:pPr>
        <w:spacing w:before="100" w:after="200" w:line="360" w:lineRule="auto"/>
        <w:ind w:firstLine="576"/>
        <w:jc w:val="left"/>
      </w:pPr>
      <w:r>
        <w:rPr>
          <w:rFonts w:ascii="宋体" w:eastAsia="宋体" w:hAnsi="宋体"/>
          <w:sz w:val="28"/>
        </w:rPr>
        <w:t>初一（2）班到位上课的人数是52人。</w:t>
      </w:r>
    </w:p>
    <w:p>
      <w:pPr>
        <w:spacing w:before="100" w:after="200" w:line="360" w:lineRule="auto"/>
        <w:ind w:firstLine="576"/>
        <w:jc w:val="left"/>
      </w:pPr>
      <w:r>
        <w:rPr>
          <w:rFonts w:ascii="宋体" w:eastAsia="宋体" w:hAnsi="宋体"/>
          <w:sz w:val="28"/>
        </w:rPr>
        <w:t>第1题，做得完整的人数不超13人，全部放空的有5人。多数同学能分析“生动地写出了孙悟空的性格风趣幽默”，却漏掉了分析这一句属于什么类型的描写方法，更难见到分析孙悟空纯心戏弄二郎君、想凌驾于他的本质了。</w:t>
      </w:r>
    </w:p>
    <w:p>
      <w:pPr>
        <w:spacing w:before="100" w:after="200" w:line="360" w:lineRule="auto"/>
        <w:ind w:firstLine="576"/>
        <w:jc w:val="left"/>
      </w:pPr>
      <w:r>
        <w:rPr>
          <w:rFonts w:ascii="宋体" w:eastAsia="宋体" w:hAnsi="宋体"/>
          <w:sz w:val="28"/>
        </w:rPr>
        <w:t>第2题，普遍喜欢想象文，理由是想象出来的内容新鲜有趣。喜欢写实文的同学不超过15人，理由是描写细致，耐人寻味，更真实，具有很强的感染力。</w:t>
      </w:r>
    </w:p>
    <w:p>
      <w:pPr>
        <w:spacing w:before="100" w:after="200" w:line="360" w:lineRule="auto"/>
        <w:ind w:firstLine="576"/>
        <w:jc w:val="left"/>
      </w:pPr>
      <w:r>
        <w:rPr>
          <w:rFonts w:ascii="宋体" w:eastAsia="宋体" w:hAnsi="宋体"/>
          <w:sz w:val="28"/>
        </w:rPr>
        <w:t>第3题全部赞成该读《西游记》，这跟课堂反响基本保持一致。问题是后续能不能落实在行动上，才是真关键。</w:t>
      </w:r>
    </w:p>
    <w:p>
      <w:pPr>
        <w:spacing w:before="100" w:after="200" w:line="360" w:lineRule="auto"/>
        <w:jc w:val="left"/>
      </w:pPr>
      <w:r>
        <w:rPr>
          <w:rFonts w:ascii="宋体 (中文正文)" w:eastAsia="宋体" w:hAnsi="宋体 (中文正文)"/>
          <w:sz w:val="28"/>
        </w:rPr>
        <w:t>三、教学反思：</w:t>
      </w:r>
    </w:p>
    <w:p>
      <w:pPr>
        <w:spacing w:before="100" w:after="200" w:line="360" w:lineRule="auto"/>
        <w:jc w:val="left"/>
      </w:pPr>
      <w:r>
        <w:rPr>
          <w:rFonts w:ascii="宋体 (中文正文)" w:eastAsia="宋体" w:hAnsi="宋体 (中文正文)"/>
          <w:sz w:val="28"/>
        </w:rPr>
        <w:t>1、关于第一题的反思：</w:t>
      </w:r>
    </w:p>
    <w:p>
      <w:pPr>
        <w:spacing w:before="100" w:after="200" w:line="360" w:lineRule="auto"/>
        <w:ind w:firstLine="576"/>
        <w:jc w:val="left"/>
        <w:sectPr w:rsidSect="00034616">
          <w:type w:val="nextPage"/>
          <w:pgSz w:w="11906" w:h="16838"/>
          <w:pgMar w:top="1440" w:right="1440" w:bottom="1440" w:left="1440" w:header="720" w:footer="720" w:gutter="0"/>
          <w:pgNumType w:start="18"/>
          <w:cols w:space="720"/>
          <w:titlePg w:val="0"/>
          <w:docGrid w:linePitch="360"/>
        </w:sectPr>
      </w:pPr>
    </w:p>
    <w:p>
      <w:pPr>
        <w:spacing w:before="100" w:after="200" w:line="360" w:lineRule="auto"/>
        <w:ind w:firstLine="576"/>
        <w:jc w:val="left"/>
      </w:pPr>
      <w:r>
        <w:rPr>
          <w:rFonts w:ascii="宋体" w:eastAsia="宋体" w:hAnsi="宋体"/>
          <w:sz w:val="28"/>
        </w:rPr>
        <w:t>在第一节的课堂上，老师除了布置标音、通读课理清情节之外，还把一部分时间交给学生找出课文刻画孙悟空的各种描写方法，在此基础上归纳孙悟空的性格特点，写完已经让四人小组交流了缩写内容和人物描写要点。在第二课时里，将三分之一的时间用于分析孙悟空形象个性以及运用的描写方法。加上，孩子们看电视剧早就很喜欢孙悟空了，所以，对他的性格把握得比较好。而描写方法呢？教学第一、第二单元学过了，教师也讲得很多了，可学生依然没把握住。或许在解题思路、步骤上没得到老师的再次指导，或许这节课因容量太大，品味语言这一块没深层次展开，所以，学生在时间仓促之下，把必备的步骤给漏掉了。这，也是期中考试出现的通病，也是初三中考失分率最高的题型。</w:t>
      </w:r>
    </w:p>
    <w:p>
      <w:pPr>
        <w:spacing w:before="100" w:after="200" w:line="360" w:lineRule="auto"/>
        <w:jc w:val="left"/>
      </w:pPr>
      <w:r>
        <w:rPr>
          <w:rFonts w:ascii="宋体 (中文正文)" w:eastAsia="宋体" w:hAnsi="宋体 (中文正文)"/>
          <w:sz w:val="28"/>
        </w:rPr>
        <w:t>2、关于第二题的反思：</w:t>
      </w:r>
    </w:p>
    <w:p>
      <w:pPr>
        <w:spacing w:before="100" w:after="200" w:line="360" w:lineRule="auto"/>
        <w:ind w:firstLine="576"/>
        <w:jc w:val="left"/>
      </w:pPr>
      <w:r>
        <w:rPr>
          <w:rFonts w:ascii="宋体" w:eastAsia="宋体" w:hAnsi="宋体"/>
          <w:sz w:val="28"/>
        </w:rPr>
        <w:t>初一学生形象思维发达，当然比较喜欢想象文，这也是老师预料之中的结果。不过，从平时写作情况反映来看，真正写想象文的习作很少见。希望通过这个单元的教学，学生能放开手脚大胆说自己爱说的话。与此同时，老师更要注重引导，让孩子们看清生活的本色，生活不是无趣的。想象文也要合理，也必须以活生生的现实为根基。</w:t>
      </w:r>
    </w:p>
    <w:p>
      <w:pPr>
        <w:spacing w:before="100" w:after="200" w:line="360" w:lineRule="auto"/>
        <w:jc w:val="left"/>
      </w:pPr>
      <w:r>
        <w:rPr>
          <w:rFonts w:ascii="宋体 (中文正文)" w:eastAsia="宋体" w:hAnsi="宋体 (中文正文)"/>
          <w:sz w:val="28"/>
        </w:rPr>
        <w:t>3、关于第三题的反思：</w:t>
      </w:r>
    </w:p>
    <w:p>
      <w:pPr>
        <w:spacing w:before="100" w:after="200" w:line="360" w:lineRule="auto"/>
        <w:ind w:firstLine="576"/>
        <w:jc w:val="left"/>
        <w:sectPr w:rsidSect="00034616">
          <w:type w:val="nextPage"/>
          <w:pgSz w:w="11906" w:h="16838"/>
          <w:pgMar w:top="1440" w:right="1440" w:bottom="1440" w:left="1440" w:header="720" w:footer="720" w:gutter="0"/>
          <w:pgNumType w:start="19"/>
          <w:cols w:space="720"/>
          <w:titlePg w:val="0"/>
          <w:docGrid w:linePitch="360"/>
        </w:sectPr>
      </w:pPr>
      <w:r>
        <w:rPr>
          <w:rFonts w:ascii="宋体" w:eastAsia="宋体" w:hAnsi="宋体"/>
          <w:sz w:val="28"/>
        </w:rPr>
        <w:t>据说，有人在网民中搞一个调查，内容是关于是否喜欢阅读四大古典名著的专题。结果呢，有85%以上的网民不喜欢读《西游记》等经典小说，让人大跌眼镜。实不相瞒，在开教这一课的前一天，我问这样的问题：“同样是《西游记》，更喜欢看六小龄童演绎的电视剧的同学请举手”，两个班几乎都举起了手。没错，今年11月17日，新闻传该剧因连续播放3000遍，准备申请吉尼斯世界纪录。紧接着，我再问：“更喜欢读原著一百回本的同学请举手”，结果，初一（1）只有3人，初一（2）班的只有5人。我见了大失所望。</w:t>
      </w:r>
    </w:p>
    <w:p>
      <w:pPr>
        <w:spacing w:before="100" w:after="200" w:line="360" w:lineRule="auto"/>
        <w:ind w:firstLine="576"/>
        <w:jc w:val="left"/>
      </w:pPr>
      <w:r>
        <w:rPr>
          <w:rFonts w:ascii="宋体" w:eastAsia="宋体" w:hAnsi="宋体"/>
          <w:sz w:val="28"/>
        </w:rPr>
        <w:t>尽管市中考每年将《西游记》列为必考篇目，但真正去读的农村学生有几人呢？大多数毕业班学生都是靠临时抱佛脚、死记硬背题目去应考的。很多老师出于条件所限，也不太重视读课外书，这不利于全面提高学生的语言综合运用能力。沉默的原著被影视演绎得轰轰烈烈，可惜，那只是供娱乐用的影像，不是能给人回味无穷、给人潜移默化的文字啊！经过本课的教学，我的学生能这样全面认识到原著对自己的重要意义，值了！我应该高兴！</w:t>
      </w:r>
    </w:p>
    <w:p>
      <w:pPr>
        <w:spacing w:before="100" w:after="200" w:line="360" w:lineRule="auto"/>
        <w:jc w:val="left"/>
      </w:pPr>
      <w:r>
        <w:rPr>
          <w:rFonts w:ascii="宋体 (中文正文)" w:eastAsia="宋体" w:hAnsi="宋体 (中文正文)"/>
          <w:b/>
          <w:sz w:val="28"/>
        </w:rPr>
        <w:t>四、改进办法</w:t>
      </w:r>
    </w:p>
    <w:p>
      <w:pPr>
        <w:spacing w:before="100" w:after="200" w:line="360" w:lineRule="auto"/>
        <w:ind w:firstLine="576"/>
        <w:jc w:val="left"/>
      </w:pPr>
      <w:r>
        <w:rPr>
          <w:rFonts w:ascii="宋体" w:eastAsia="宋体" w:hAnsi="宋体"/>
          <w:sz w:val="28"/>
        </w:rPr>
        <w:t>1、今后，通过课堂教学细致分析课文各种描写及其作用，要讲评更多的课外阅读练习题来补强，让学生既会读书，又会应试，努力争取两全其美，既提高语文素养，又提高语文学习成绩。同时，鼓励学生课外阅读，通过阅读来提高语言感受力和表达力。</w:t>
      </w:r>
    </w:p>
    <w:p>
      <w:pPr>
        <w:spacing w:before="100" w:after="200" w:line="360" w:lineRule="auto"/>
        <w:ind w:firstLine="576"/>
        <w:jc w:val="left"/>
      </w:pPr>
      <w:r>
        <w:rPr>
          <w:rFonts w:ascii="宋体" w:eastAsia="宋体" w:hAnsi="宋体"/>
          <w:sz w:val="28"/>
        </w:rPr>
        <w:t>2、通过第六单元的单元教学，学生必须提高区分写实文与想象文的相似点和不同点，老师要引导他们认识到二者同样重要，同样能反映生活的真谛，同样必须一样重视，不可偏废。特别应该关注的是，在书店里，写实文占各类读物的比例很大。老师应鼓励学生重视在品读中获取关于自然的、社会的、人生的各种启迪，写实文与想象文的阅读价值没太大区分。</w:t>
      </w:r>
    </w:p>
    <w:p>
      <w:pPr>
        <w:spacing w:before="100" w:after="200" w:line="360" w:lineRule="auto"/>
        <w:ind w:firstLine="576"/>
        <w:jc w:val="left"/>
      </w:pPr>
      <w:r>
        <w:rPr>
          <w:rFonts w:ascii="宋体" w:eastAsia="宋体" w:hAnsi="宋体"/>
          <w:sz w:val="28"/>
        </w:rPr>
        <w:t>3、认真敦促手下的徒儿好好读《西游记》，把这件事办好，需要开展读书笔记或故事会，或者是想象作文比赛等活动相配套。最好的途径是激发学生爱读好书，多读名著。</w:t>
      </w:r>
    </w:p>
    <w:p>
      <w:pPr>
        <w:spacing w:before="100" w:after="200" w:line="360" w:lineRule="auto"/>
        <w:ind w:firstLine="576"/>
        <w:jc w:val="left"/>
        <w:sectPr w:rsidSect="00034616">
          <w:type w:val="nextPage"/>
          <w:pgSz w:w="11906" w:h="16838"/>
          <w:pgMar w:top="1440" w:right="1440" w:bottom="1440" w:left="1440" w:header="720" w:footer="720" w:gutter="0"/>
          <w:pgNumType w:start="20"/>
          <w:cols w:space="720"/>
          <w:titlePg w:val="0"/>
          <w:docGrid w:linePitch="360"/>
        </w:sectPr>
      </w:pPr>
      <w:r>
        <w:rPr>
          <w:rFonts w:ascii="宋体" w:eastAsia="宋体" w:hAnsi="宋体"/>
          <w:sz w:val="28"/>
        </w:rPr>
        <w:t>为了取得质量检测真实的、可信的效果，为学校进行质量分析提供客观、全面、原始的理论数据，上学期期末质量检测我们以教研组为单位阅卷，做到了公正、公平，数据真实可信。</w:t>
      </w:r>
    </w:p>
    <w:p>
      <w:pPr>
        <w:spacing w:before="100" w:after="200" w:line="360" w:lineRule="auto"/>
        <w:ind w:firstLine="576"/>
        <w:jc w:val="left"/>
      </w:pPr>
      <w:r>
        <w:rPr>
          <w:rFonts w:ascii="宋体" w:eastAsia="宋体" w:hAnsi="宋体"/>
          <w:sz w:val="28"/>
        </w:rPr>
        <w:t>20xx年2月4日上午(上学期期末)，蓬街镇中心小学分语文组、数学组进行了期末教学质量分析会。会上，以年级组为单位发言，组长们总结了本学期的教学成功经验，分析了教学工作中的不足主处。最后形成共识:在小学期间，我们一定要想办法给学生一样属于自己一生有用的东西或特长，特色就是重点、增长点、闪光点、突破点，学校要争取有特色、教师有特点、学生有特长。同时要注意:学生全面发展是目标，优秀特色是手段;提高课堂教学效率要寓于学生的乐学、好学、会学之中。这次期末教学质量分析会，对第二学期的教学工作有很大的促进作用。</w:t>
      </w:r>
    </w:p>
    <w:p>
      <w:pPr>
        <w:spacing w:before="100" w:after="200" w:line="360" w:lineRule="auto"/>
        <w:ind w:firstLine="576"/>
        <w:jc w:val="left"/>
      </w:pPr>
      <w:r>
        <w:rPr>
          <w:rFonts w:ascii="宋体" w:eastAsia="宋体" w:hAnsi="宋体"/>
          <w:sz w:val="28"/>
        </w:rPr>
        <w:t>下面，就根据上学期期末质量检测的有关数据，结合平时教学调研、检查等情况，作如下分析:</w:t>
      </w:r>
    </w:p>
    <w:p>
      <w:pPr>
        <w:spacing w:before="100" w:after="200" w:line="360" w:lineRule="auto"/>
        <w:ind w:firstLine="576"/>
        <w:jc w:val="left"/>
      </w:pPr>
      <w:r>
        <w:rPr>
          <w:rFonts w:ascii="宋体" w:eastAsia="宋体" w:hAnsi="宋体"/>
          <w:sz w:val="28"/>
        </w:rPr>
        <w:t>自z20xxxx月实施课程以来，经过全体教师的共同努力，学校教学管理工作已逐渐步入正规化轨道，质量意识已逐步深入人心，新的教学理念也已逐渐形成，教师的课堂教学方法和学生的学习方式也在悄悄发生变化，课堂教学效率也在不断提高，保持了教育教学质量的稳步上升。</w:t>
      </w:r>
    </w:p>
    <w:p>
      <w:pPr>
        <w:spacing w:before="100" w:after="200" w:line="360" w:lineRule="auto"/>
        <w:ind w:firstLine="576"/>
        <w:jc w:val="left"/>
      </w:pPr>
      <w:r>
        <w:rPr>
          <w:rFonts w:ascii="宋体" w:eastAsia="宋体" w:hAnsi="宋体"/>
          <w:sz w:val="28"/>
        </w:rPr>
        <w:t>1、以各年级平均分为例(略)</w:t>
      </w:r>
    </w:p>
    <w:p>
      <w:pPr>
        <w:spacing w:before="100" w:after="200" w:line="360" w:lineRule="auto"/>
        <w:ind w:firstLine="576"/>
        <w:jc w:val="left"/>
      </w:pPr>
      <w:r>
        <w:rPr>
          <w:rFonts w:ascii="宋体" w:eastAsia="宋体" w:hAnsi="宋体"/>
          <w:sz w:val="28"/>
        </w:rPr>
        <w:t>2、以各年级及格率为例(略)</w:t>
      </w:r>
    </w:p>
    <w:p>
      <w:pPr>
        <w:spacing w:before="100" w:after="200" w:line="360" w:lineRule="auto"/>
        <w:ind w:firstLine="576"/>
        <w:jc w:val="left"/>
      </w:pPr>
      <w:r>
        <w:rPr>
          <w:rFonts w:ascii="宋体" w:eastAsia="宋体" w:hAnsi="宋体"/>
          <w:sz w:val="28"/>
        </w:rPr>
        <w:t>3、以各年级优秀率为例(略)</w:t>
      </w:r>
    </w:p>
    <w:p>
      <w:pPr>
        <w:spacing w:before="100" w:after="200" w:line="360" w:lineRule="auto"/>
        <w:ind w:firstLine="576"/>
        <w:jc w:val="left"/>
      </w:pPr>
      <w:r>
        <w:rPr>
          <w:rFonts w:ascii="宋体" w:eastAsia="宋体" w:hAnsi="宋体"/>
          <w:sz w:val="28"/>
        </w:rPr>
        <w:t>成绩是有目共睹的，学科教学也取得了一定的成功经验:</w:t>
      </w:r>
    </w:p>
    <w:p>
      <w:pPr>
        <w:spacing w:before="100" w:after="200" w:line="360" w:lineRule="auto"/>
        <w:ind w:firstLine="576"/>
        <w:jc w:val="left"/>
      </w:pPr>
      <w:r>
        <w:rPr>
          <w:rFonts w:ascii="宋体" w:eastAsia="宋体" w:hAnsi="宋体"/>
          <w:sz w:val="28"/>
        </w:rPr>
        <w:t>1、提高课堂效率</w:t>
      </w:r>
    </w:p>
    <w:p>
      <w:pPr>
        <w:spacing w:before="100" w:after="200" w:line="360" w:lineRule="auto"/>
        <w:ind w:firstLine="576"/>
        <w:jc w:val="left"/>
        <w:sectPr w:rsidSect="00034616">
          <w:type w:val="nextPage"/>
          <w:pgSz w:w="11906" w:h="16838"/>
          <w:pgMar w:top="1440" w:right="1440" w:bottom="1440" w:left="1440" w:header="720" w:footer="720" w:gutter="0"/>
          <w:pgNumType w:start="21"/>
          <w:cols w:space="720"/>
          <w:titlePg w:val="0"/>
          <w:docGrid w:linePitch="360"/>
        </w:sectPr>
      </w:pPr>
    </w:p>
    <w:p>
      <w:pPr>
        <w:spacing w:before="100" w:after="200" w:line="360" w:lineRule="auto"/>
        <w:ind w:firstLine="576"/>
        <w:jc w:val="left"/>
      </w:pPr>
      <w:r>
        <w:rPr>
          <w:rFonts w:ascii="宋体" w:eastAsia="宋体" w:hAnsi="宋体"/>
          <w:sz w:val="28"/>
        </w:rPr>
        <w:t>上学期虽然教学时间较长，但学校开展的各项活动也是很多的，所以利用课外时间提优补差的机会不多，在这种情况下，我们只能向四十分钟要质量。加强学习，提高自身素质;认真备课，让课堂充满活力;加强纪律教育，实现全员参与。注重班级学习氛围的建设，使每个学生对语文、数学学习各有明确的目标。</w:t>
      </w:r>
    </w:p>
    <w:p>
      <w:pPr>
        <w:spacing w:before="100" w:after="200" w:line="360" w:lineRule="auto"/>
        <w:ind w:firstLine="576"/>
        <w:jc w:val="left"/>
      </w:pPr>
      <w:r>
        <w:rPr>
          <w:rFonts w:ascii="宋体" w:eastAsia="宋体" w:hAnsi="宋体"/>
          <w:sz w:val="28"/>
        </w:rPr>
        <w:t>从语文期末测试来看，学生基础知识掌握得比较好，无论是字词的积累，还是基本句式的运用，学生大多已掌握。具体表现为看拼音写词语、选词填空、照样子写句子、修改病句、扩句等正确率高。对课文内容也较为熟知，按课文内容填空、课内阅读等题正确率也较高，课外积累总体表现也不错。</w:t>
      </w:r>
    </w:p>
    <w:p>
      <w:pPr>
        <w:spacing w:before="100" w:after="200" w:line="360" w:lineRule="auto"/>
        <w:ind w:firstLine="576"/>
        <w:jc w:val="left"/>
      </w:pPr>
      <w:r>
        <w:rPr>
          <w:rFonts w:ascii="宋体" w:eastAsia="宋体" w:hAnsi="宋体"/>
          <w:sz w:val="28"/>
        </w:rPr>
        <w:t>从数学期末测试来看，大多数学生已掌握的知识达到的能力:a、运算的意义和算理掌握得较好，口算、笔算的能力较强;b、对基本的概念、关系、性质已基本理解和掌握，并具有应用这些概念、性质、关系解决相关问题;c、能用学到的知识解决一些简单的实际问题;d、具有简单的统计能力和简单的几何作图能力。</w:t>
      </w:r>
    </w:p>
    <w:p>
      <w:pPr>
        <w:spacing w:before="100" w:after="200" w:line="360" w:lineRule="auto"/>
        <w:ind w:firstLine="576"/>
        <w:jc w:val="left"/>
      </w:pPr>
      <w:r>
        <w:rPr>
          <w:rFonts w:ascii="宋体" w:eastAsia="宋体" w:hAnsi="宋体"/>
          <w:sz w:val="28"/>
        </w:rPr>
        <w:t>2、实现资源共享</w:t>
      </w:r>
    </w:p>
    <w:p>
      <w:pPr>
        <w:spacing w:before="100" w:after="200" w:line="360" w:lineRule="auto"/>
        <w:ind w:firstLine="576"/>
        <w:jc w:val="left"/>
      </w:pPr>
      <w:r>
        <w:rPr>
          <w:rFonts w:ascii="宋体" w:eastAsia="宋体" w:hAnsi="宋体"/>
          <w:sz w:val="28"/>
        </w:rPr>
        <w:t>上学期，我们改变备课方式，注重年级组内的集体备课。因为各年级组内的老师都在同一个办公室，学校又特意安排每周三下午为教研时间，同年级段老师间互相合作交流教育资源互相共亨，教学方法互相探讨，这种开放共享的模式既节约时间，又提高了课堂效率，最终使全体学生受益。</w:t>
      </w:r>
    </w:p>
    <w:p>
      <w:pPr>
        <w:spacing w:before="100" w:after="200" w:line="360" w:lineRule="auto"/>
        <w:ind w:firstLine="576"/>
        <w:jc w:val="left"/>
      </w:pPr>
      <w:r>
        <w:rPr>
          <w:rFonts w:ascii="宋体" w:eastAsia="宋体" w:hAnsi="宋体"/>
          <w:sz w:val="28"/>
        </w:rPr>
        <w:t>3、改变学习方式</w:t>
      </w:r>
    </w:p>
    <w:p>
      <w:pPr>
        <w:spacing w:before="100" w:after="200" w:line="360" w:lineRule="auto"/>
        <w:ind w:firstLine="576"/>
        <w:jc w:val="left"/>
      </w:pPr>
      <w:r>
        <w:rPr>
          <w:rFonts w:ascii="宋体" w:eastAsia="宋体" w:hAnsi="宋体"/>
          <w:sz w:val="28"/>
        </w:rPr>
        <w:t>4、开展课外阅读</w:t>
      </w:r>
    </w:p>
    <w:p>
      <w:pPr>
        <w:spacing w:before="100" w:after="200" w:line="360" w:lineRule="auto"/>
        <w:ind w:firstLine="576"/>
        <w:jc w:val="left"/>
        <w:sectPr w:rsidSect="00034616">
          <w:type w:val="nextPage"/>
          <w:pgSz w:w="11906" w:h="16838"/>
          <w:pgMar w:top="1440" w:right="1440" w:bottom="1440" w:left="1440" w:header="720" w:footer="720" w:gutter="0"/>
          <w:pgNumType w:start="22"/>
          <w:cols w:space="720"/>
          <w:titlePg w:val="0"/>
          <w:docGrid w:linePitch="360"/>
        </w:sectPr>
      </w:pPr>
    </w:p>
    <w:p>
      <w:pPr>
        <w:spacing w:before="100" w:after="200" w:line="360" w:lineRule="auto"/>
        <w:ind w:firstLine="576"/>
        <w:jc w:val="left"/>
      </w:pPr>
      <w:r>
        <w:rPr>
          <w:rFonts w:ascii="宋体" w:eastAsia="宋体" w:hAnsi="宋体"/>
          <w:sz w:val="28"/>
        </w:rPr>
        <w:t>上学期，学校大张旗鼓地开展课外阅读活动。每周开设一节课外阅读课，向各年级段推荐课外阅读参考书目，期末组织考查，使学生阅读的热情高涨，大量的阅读不仅扩大了视野，开阔了眼界，促进了课外知识的积累，更为重要的是营造了良好的学习氛围，促进了学风的转变。</w:t>
      </w:r>
    </w:p>
    <w:p>
      <w:pPr>
        <w:spacing w:before="100" w:after="200" w:line="360" w:lineRule="auto"/>
        <w:ind w:firstLine="576"/>
        <w:jc w:val="left"/>
      </w:pPr>
      <w:r>
        <w:rPr>
          <w:rFonts w:ascii="宋体" w:eastAsia="宋体" w:hAnsi="宋体"/>
          <w:sz w:val="28"/>
        </w:rPr>
        <w:t>5、系统有效的复习</w:t>
      </w:r>
    </w:p>
    <w:p>
      <w:pPr>
        <w:spacing w:before="100" w:after="200" w:line="360" w:lineRule="auto"/>
        <w:ind w:firstLine="576"/>
        <w:jc w:val="left"/>
      </w:pPr>
      <w:r>
        <w:rPr>
          <w:rFonts w:ascii="宋体" w:eastAsia="宋体" w:hAnsi="宋体"/>
          <w:sz w:val="28"/>
        </w:rPr>
        <w:t>在教学中，注意培养学生的学习兴趣和学习习惯，加强基础知识的教学，作业布置注意层次性。期末拟订好学科复习计划，有条理地对所学知识点进行反思、梳理、归类，达到温故而知新，最终形成一定的学习能力。</w:t>
      </w:r>
    </w:p>
    <w:p>
      <w:pPr>
        <w:spacing w:before="100" w:after="200" w:line="360" w:lineRule="auto"/>
        <w:ind w:firstLine="576"/>
        <w:jc w:val="left"/>
      </w:pPr>
      <w:r>
        <w:rPr>
          <w:rFonts w:ascii="宋体" w:eastAsia="宋体" w:hAnsi="宋体"/>
          <w:sz w:val="28"/>
        </w:rPr>
        <w:t>但是，我们应该清醒的认识到教学工作仍然存在些问题，用办好人民满意的教育、打造精品学校的目标来衡量，仍有不小差距。比如，教师素质有待进一步提高，教学评价滞后，不能有效地促进教师的专业成长和学生素质的全面提高等等，这些都会影响着教学质量的提高。</w:t>
      </w:r>
    </w:p>
    <w:p>
      <w:pPr>
        <w:spacing w:before="100" w:after="200" w:line="360" w:lineRule="auto"/>
        <w:jc w:val="left"/>
      </w:pPr>
      <w:r>
        <w:rPr>
          <w:rFonts w:ascii="宋体 (中文正文)" w:eastAsia="宋体" w:hAnsi="宋体 (中文正文)"/>
          <w:b/>
          <w:sz w:val="28"/>
        </w:rPr>
        <w:t>一、试卷分析</w:t>
      </w:r>
    </w:p>
    <w:p>
      <w:pPr>
        <w:spacing w:before="100" w:after="200" w:line="360" w:lineRule="auto"/>
        <w:ind w:firstLine="576"/>
        <w:jc w:val="left"/>
      </w:pPr>
      <w:r>
        <w:rPr>
          <w:rFonts w:ascii="宋体" w:eastAsia="宋体" w:hAnsi="宋体"/>
          <w:sz w:val="28"/>
        </w:rPr>
        <w:t>本套试卷知识覆盖面广，重点、难点突出，基础知识考察全面，难易程度适当，着重考察学生对知识的积累和灵活运用能力，充分体现了“以学生发展为本”的课改理念，有利于学生语文综合能力的培养，也为今后的语文教学指明了方向。本套试卷共分为积累与运用、阅读、写作三大部分。从试卷来看，本套试题更注重对学生语言积累和知识运用能力的考核体现了学以致用，注重积累，题型合理、丰富，适合学生发展特点，有利于学生读写、理解等语文综合能力的训练和培养。</w:t>
      </w:r>
    </w:p>
    <w:p>
      <w:pPr>
        <w:spacing w:before="100" w:after="200" w:line="360" w:lineRule="auto"/>
        <w:ind w:firstLine="576"/>
        <w:jc w:val="left"/>
        <w:sectPr w:rsidSect="00034616">
          <w:type w:val="nextPage"/>
          <w:pgSz w:w="11906" w:h="16838"/>
          <w:pgMar w:top="1440" w:right="1440" w:bottom="1440" w:left="1440" w:header="720" w:footer="720" w:gutter="0"/>
          <w:pgNumType w:start="23"/>
          <w:cols w:space="720"/>
          <w:titlePg w:val="0"/>
          <w:docGrid w:linePitch="360"/>
        </w:sectPr>
      </w:pPr>
    </w:p>
    <w:p>
      <w:pPr>
        <w:spacing w:before="100" w:after="200" w:line="360" w:lineRule="auto"/>
        <w:ind w:firstLine="576"/>
        <w:jc w:val="left"/>
      </w:pPr>
      <w:r>
        <w:rPr>
          <w:rFonts w:ascii="宋体" w:eastAsia="宋体" w:hAnsi="宋体"/>
          <w:sz w:val="28"/>
        </w:rPr>
        <w:t>(四)作文，贴近生活。本次的作文试题是半命题作文，这样的半命题作文可减少考生的审题时间。这种形式有开放性、选择性，又有限定性。思想内容，考生可根据自己的生活积累、认知水平来确定;今年的作文以“让我陶醉”为关键词构题作文，内容应该写自己熟悉的景观，其意图就是引导这一代孩子们要热爱自然，做一个情感丰富的人。有助于学生树立正确的世界观、人生观、价值观。尤其对大多为独生子女的考生来说，其意义是现实的，也是深远的。这样，作文内容贴近考生生活，每人都有景可写，有话可说，有情可抒。避免了以往作文内容过于凝重、过于成人化的倾向，可尽情写童真，写欢乐，写温暖，写幸福等等。</w:t>
      </w:r>
    </w:p>
    <w:p>
      <w:pPr>
        <w:spacing w:before="100" w:after="200" w:line="360" w:lineRule="auto"/>
        <w:jc w:val="left"/>
      </w:pPr>
      <w:r>
        <w:rPr>
          <w:rFonts w:ascii="宋体 (中文正文)" w:eastAsia="宋体" w:hAnsi="宋体 (中文正文)"/>
          <w:b/>
          <w:sz w:val="28"/>
        </w:rPr>
        <w:t>二、答题分析</w:t>
      </w:r>
    </w:p>
    <w:p>
      <w:pPr>
        <w:spacing w:before="100" w:after="200" w:line="360" w:lineRule="auto"/>
        <w:ind w:firstLine="576"/>
        <w:jc w:val="left"/>
      </w:pPr>
      <w:r>
        <w:rPr>
          <w:rFonts w:ascii="宋体" w:eastAsia="宋体" w:hAnsi="宋体"/>
          <w:sz w:val="28"/>
        </w:rPr>
        <w:t>(一)各大题得分率分析：</w:t>
      </w:r>
    </w:p>
    <w:p>
      <w:pPr>
        <w:spacing w:before="100" w:after="200" w:line="360" w:lineRule="auto"/>
        <w:ind w:firstLine="576"/>
        <w:jc w:val="left"/>
      </w:pPr>
      <w:r>
        <w:rPr>
          <w:rFonts w:ascii="宋体" w:eastAsia="宋体" w:hAnsi="宋体"/>
          <w:sz w:val="28"/>
        </w:rPr>
        <w:t>(二)答题情况分析(抽样调查表)：</w:t>
      </w:r>
    </w:p>
    <w:p>
      <w:pPr>
        <w:spacing w:before="100" w:after="200" w:line="360" w:lineRule="auto"/>
        <w:ind w:firstLine="576"/>
        <w:jc w:val="left"/>
      </w:pPr>
      <w:r>
        <w:rPr>
          <w:rFonts w:ascii="宋体" w:eastAsia="宋体" w:hAnsi="宋体"/>
          <w:sz w:val="28"/>
        </w:rPr>
        <w:t>(三)班级总体学生情况分析：</w:t>
      </w:r>
    </w:p>
    <w:p>
      <w:pPr>
        <w:spacing w:before="100" w:after="200" w:line="360" w:lineRule="auto"/>
        <w:ind w:firstLine="576"/>
        <w:jc w:val="left"/>
        <w:sectPr w:rsidSect="00034616">
          <w:type w:val="nextPage"/>
          <w:pgSz w:w="11906" w:h="16838"/>
          <w:pgMar w:top="1440" w:right="1440" w:bottom="1440" w:left="1440" w:header="720" w:footer="720" w:gutter="0"/>
          <w:pgNumType w:start="24"/>
          <w:cols w:space="720"/>
          <w:titlePg w:val="0"/>
          <w:docGrid w:linePitch="360"/>
        </w:sectPr>
      </w:pPr>
    </w:p>
    <w:p>
      <w:pPr>
        <w:spacing w:before="100" w:after="200" w:line="360" w:lineRule="auto"/>
        <w:ind w:firstLine="576"/>
        <w:jc w:val="left"/>
      </w:pPr>
      <w:r>
        <w:rPr>
          <w:rFonts w:ascii="宋体" w:eastAsia="宋体" w:hAnsi="宋体"/>
          <w:sz w:val="28"/>
        </w:rPr>
        <w:t>第一部分包括了字词和文学常识，是以选择题的形式出现的，分值很高共六分，失分率比较高。接下来是修改病句，题目要求是提出修改意见，但有的同学写的是正确的句子，导致失分，即使按要求写了，第一题失分的多，第二题答的好。默写题只要用心的就不会失分，但错别字现象还是严重，要引起注意。第六小题是名著导读题结合名著写赠言而有的同学则脱离了题目要求导致失分。总之基础知识方面考察的知识很全面，而且也是难简兼有。四个阅读中前三个能够准确答题，失分较少。第四个阅读大体情况不好，没有把握中心，缺少答题方向的指引。个别学生读题不认真，致使扭曲题意。学生的分析能力、理解能力、概括能力、鉴赏评价能力还需加强锻炼。学生的作文的优点是内容充实，充满了真情实感，生活气息浓厚，关注了人与自然的和谐与美妙，有真情实感，个别学生构思立意新颖，没有矫揉造作、无病呻吟，行文上的宿够和套写现象。不足的是少数学生书写潦草，卷面不整洁，有的字迹太小，这样影响成绩。整体作文的成绩居中。发现了几篇情文并茂的文章，究其原因是学生擅长写写景散文，而且有些学生的课外阅读量很大。但是也有很大一部分学生作文不及格，原因是平时不练笔，其课外阅读量为零，以后作文课应加强有效指导、作文讲评，扩大学生课外阅读量。</w:t>
      </w:r>
    </w:p>
    <w:p>
      <w:pPr>
        <w:spacing w:before="100" w:after="200" w:line="360" w:lineRule="auto"/>
        <w:jc w:val="left"/>
      </w:pPr>
      <w:r>
        <w:rPr>
          <w:rFonts w:ascii="宋体 (中文正文)" w:eastAsia="宋体" w:hAnsi="宋体 (中文正文)"/>
          <w:sz w:val="28"/>
        </w:rPr>
        <w:t>(四)各班情况分析：</w:t>
      </w:r>
    </w:p>
    <w:p>
      <w:pPr>
        <w:spacing w:before="100" w:after="200" w:line="360" w:lineRule="auto"/>
        <w:ind w:firstLine="576"/>
        <w:jc w:val="left"/>
      </w:pPr>
      <w:r>
        <w:rPr>
          <w:rFonts w:ascii="宋体" w:eastAsia="宋体" w:hAnsi="宋体"/>
          <w:sz w:val="28"/>
        </w:rPr>
        <w:t>十一班学生参考人数为48人，从参考人情况来看，没有差生，这是令人可喜的，平均成绩有进步，但也有不足之处，如优秀生人数少，仍有四个是三十分至四十分的。今后对于70分以上的同学在学法指导，答题技巧等方面应加强，50-60分的同学注重考点的指导，50分以下的同学注重字词、课内阅读的练习。加强作文训练。</w:t>
      </w:r>
    </w:p>
    <w:p>
      <w:pPr>
        <w:spacing w:before="100" w:after="200" w:line="360" w:lineRule="auto"/>
        <w:ind w:firstLine="576"/>
        <w:jc w:val="left"/>
      </w:pPr>
      <w:r>
        <w:rPr>
          <w:rFonts w:ascii="宋体" w:eastAsia="宋体" w:hAnsi="宋体"/>
          <w:sz w:val="28"/>
        </w:rPr>
        <w:t>十二班学生总体来说语文素养较高，表达能力较强，平均分高。但还是有不尽如人意的地方，看着成绩不难看出有的同学还没有适应初中阶段的语文学习方式，老师要在课堂和课下及时给他们做好辅导，更主要的是给他们更多的学习语文的兴趣和信心。还有一小部分同学语文出现了给总分拉分的现象，这是不容忽视的。也一定要及时的让他们赶上来。总揽全班而看，还要让他们加大课外阅读量，尽快的开阔他们的视野。在语文教学上作为老师还是任重而道远的，不懈的努力是唯一的选择。今后在答题技巧等方面应加强，加强作文训练，提高学生的口头表达能力，提高课堂的教学效果。同时课下让学生多做题，掌握答题技巧，争取下一学期有更大的进步。加强指导检查力度。</w:t>
      </w:r>
    </w:p>
    <w:p>
      <w:pPr>
        <w:spacing w:before="100" w:after="200" w:line="360" w:lineRule="auto"/>
        <w:ind w:firstLine="576"/>
        <w:jc w:val="left"/>
        <w:sectPr w:rsidSect="00034616">
          <w:type w:val="nextPage"/>
          <w:pgSz w:w="11906" w:h="16838"/>
          <w:pgMar w:top="1440" w:right="1440" w:bottom="1440" w:left="1440" w:header="720" w:footer="720" w:gutter="0"/>
          <w:pgNumType w:start="25"/>
          <w:cols w:space="720"/>
          <w:titlePg w:val="0"/>
          <w:docGrid w:linePitch="360"/>
        </w:sectPr>
      </w:pPr>
    </w:p>
    <w:p>
      <w:pPr>
        <w:spacing w:before="100" w:after="200" w:line="360" w:lineRule="auto"/>
        <w:ind w:firstLine="576"/>
        <w:jc w:val="left"/>
      </w:pPr>
      <w:r>
        <w:rPr>
          <w:rFonts w:ascii="宋体" w:eastAsia="宋体" w:hAnsi="宋体"/>
          <w:sz w:val="28"/>
        </w:rPr>
        <w:t>(五)收获和进步：第一次月考时发现学生的主动学习能力不强，针对这种情况我们在课堂上纠正学生的不良学习习惯，让学生们向课堂45分钟要质量。当然课下在适宜的情况下会找到需要老师沟通学习情况的学生，耐性的解决他们学习上遇到的大大小小的困难，让他们更加清楚的知道该学什么，如何学什么。而通过期中考试验证了这样的教学过程还是有意义的，学生们也收获了他们的进步与希望。以后我们还要更加耐心的去走进学生，让他们在更轻松的学习氛围里更有兴趣的学习着语文。</w:t>
      </w:r>
    </w:p>
    <w:p>
      <w:pPr>
        <w:spacing w:before="100" w:after="200" w:line="360" w:lineRule="auto"/>
        <w:ind w:firstLine="576"/>
        <w:jc w:val="left"/>
      </w:pPr>
      <w:r>
        <w:rPr>
          <w:rFonts w:ascii="宋体" w:eastAsia="宋体" w:hAnsi="宋体"/>
          <w:sz w:val="28"/>
        </w:rPr>
        <w:t>(六)存在问题：优秀生人数少太少，及格人数还不太理想。</w:t>
      </w:r>
    </w:p>
    <w:p>
      <w:pPr>
        <w:spacing w:before="100" w:after="200" w:line="360" w:lineRule="auto"/>
        <w:ind w:firstLine="576"/>
        <w:jc w:val="left"/>
      </w:pPr>
      <w:r>
        <w:rPr>
          <w:rFonts w:ascii="宋体" w:eastAsia="宋体" w:hAnsi="宋体"/>
          <w:sz w:val="28"/>
        </w:rPr>
        <w:t>1.有些学生的卷面不够美观，影响了评卷时的印象分。</w:t>
      </w:r>
    </w:p>
    <w:p>
      <w:pPr>
        <w:spacing w:before="100" w:after="200" w:line="360" w:lineRule="auto"/>
        <w:ind w:firstLine="576"/>
        <w:jc w:val="left"/>
      </w:pPr>
      <w:r>
        <w:rPr>
          <w:rFonts w:ascii="宋体" w:eastAsia="宋体" w:hAnsi="宋体"/>
          <w:sz w:val="28"/>
        </w:rPr>
        <w:t>2.学生对于基础知识掌握得不扎实。默写题本应是送分题，但是学生由于多字、漏字、错字现象招致失分。(如“齐”与“其”不分等)</w:t>
      </w:r>
    </w:p>
    <w:p>
      <w:pPr>
        <w:spacing w:before="100" w:after="200" w:line="360" w:lineRule="auto"/>
        <w:ind w:firstLine="576"/>
        <w:jc w:val="left"/>
      </w:pPr>
      <w:r>
        <w:rPr>
          <w:rFonts w:ascii="宋体" w:eastAsia="宋体" w:hAnsi="宋体"/>
          <w:sz w:val="28"/>
        </w:rPr>
        <w:t>3.不会学以致用。阅读题做的练习量不够，学生拿到题束手无策。稍微灵活一点的题目，他们就只能望题兴叹了。(阅读)</w:t>
      </w:r>
    </w:p>
    <w:p>
      <w:pPr>
        <w:spacing w:before="100" w:after="200" w:line="360" w:lineRule="auto"/>
        <w:ind w:firstLine="576"/>
        <w:jc w:val="left"/>
      </w:pPr>
      <w:r>
        <w:rPr>
          <w:rFonts w:ascii="宋体" w:eastAsia="宋体" w:hAnsi="宋体"/>
          <w:sz w:val="28"/>
        </w:rPr>
        <w:t>4.作文有偏题现象，不会审题，事情写得不具体，缺乏真情实感，泛泛而谈之作很多。甚至有的才写一二百个字或不写。</w:t>
      </w:r>
    </w:p>
    <w:p>
      <w:pPr>
        <w:spacing w:before="100" w:after="200" w:line="360" w:lineRule="auto"/>
        <w:jc w:val="left"/>
      </w:pPr>
      <w:r>
        <w:rPr>
          <w:rFonts w:ascii="宋体 (中文正文)" w:eastAsia="宋体" w:hAnsi="宋体 (中文正文)"/>
          <w:b/>
          <w:sz w:val="28"/>
        </w:rPr>
        <w:t>三、改进措施</w:t>
      </w:r>
    </w:p>
    <w:p>
      <w:pPr>
        <w:spacing w:before="100" w:after="200" w:line="360" w:lineRule="auto"/>
        <w:ind w:firstLine="576"/>
        <w:jc w:val="left"/>
      </w:pPr>
      <w:r>
        <w:rPr>
          <w:rFonts w:ascii="宋体" w:eastAsia="宋体" w:hAnsi="宋体"/>
          <w:sz w:val="28"/>
        </w:rPr>
        <w:t>在这次考试里虽然看到了许多学生的进步，但是不可避免的还是有些许的遗憾，有的学生在老师平时教学的时候感觉很努力很听话，可是成绩出来了，成绩确实很糟糕，究其原因还是学习时遇到了困难，这样的学生要及时与其沟通，不要让他们产生厌学情绪，及时调整他们的学习方向和学习习惯。在这次考试当中自己所带两个班级只有二十多个人优秀，这说明我们在平时教学的时候在抓所有同学的基础上还要照顾拔尖，把真正的优秀的学生挖掘出来。总之，我们的工作努力方向就是消灭差生拔高尖子生提升及格率，而这一切的实现，靠的就是我们教师的努力与人性化的教学模式。所以我们在教学的空闲时间里一定要学习先进的科学教学理念，让学生乐于学习，勇于学习，形成一种教师乐教学生乐学的学习氛围。</w:t>
      </w:r>
    </w:p>
    <w:p>
      <w:pPr>
        <w:spacing w:before="100" w:after="200" w:line="360" w:lineRule="auto"/>
        <w:ind w:firstLine="576"/>
        <w:jc w:val="left"/>
      </w:pPr>
      <w:r>
        <w:rPr>
          <w:rFonts w:ascii="宋体" w:eastAsia="宋体" w:hAnsi="宋体"/>
          <w:sz w:val="28"/>
        </w:rPr>
        <w:t>1.加强对基础知识的巩固，做到温故而知新，而且要及时复习。</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https://d.book118.com/616142225202010102</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26"/>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16142225202010102"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