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p w:rsidR="001B1F19" w14:paraId="7F7A67AA" w14:textId="0AE8485B">
      <w:pPr>
        <w:pStyle w:val="Heading1"/>
        <w:jc w:val="center"/>
        <w:rPr>
          <w:rFonts w:hint="eastAsia"/>
          <w:lang w:eastAsia="zh-CN"/>
        </w:rPr>
      </w:pPr>
      <w:r>
        <w:rPr>
          <w:sz w:val="44"/>
          <w:lang w:eastAsia="zh-CN"/>
        </w:rPr>
        <w:t>2024年检修工工作总结范文（34篇）</w:t>
      </w:r>
    </w:p>
    <w:p w:rsidR="001B1F19" w14:paraId="15E7D7A0" w14:textId="27C3F48A">
      <w:pPr>
        <w:rPr>
          <w:rFonts w:hint="eastAsia"/>
          <w:lang w:eastAsia="zh-CN"/>
        </w:rPr>
        <w:sectPr>
          <w:pgSz w:w="11906" w:h="16838"/>
          <w:pgMar w:top="1440" w:right="1800" w:bottom="1440" w:left="1800" w:header="851" w:footer="992" w:gutter="0"/>
          <w:cols w:space="425"/>
          <w:docGrid w:type="lines" w:linePitch="312"/>
        </w:sectPr>
      </w:pPr>
      <w:r>
        <w:rPr>
          <w:lang w:eastAsia="zh-CN"/>
        </w:rPr>
        <w:br/>
      </w:r>
      <w:r>
        <w:rPr>
          <w:lang w:eastAsia="zh-CN"/>
        </w:rPr>
        <w:br/>
      </w:r>
      <w:r>
        <w:rPr>
          <w:lang w:eastAsia="zh-CN"/>
        </w:rPr>
        <w:t>2024年检修工工作总结范文（精选34篇）</w:t>
      </w:r>
      <w:r>
        <w:rPr>
          <w:lang w:eastAsia="zh-CN"/>
        </w:rPr>
        <w:br/>
      </w:r>
      <w:r>
        <w:rPr>
          <w:lang w:eastAsia="zh-CN"/>
        </w:rPr>
        <w:t xml:space="preserve">    2024年检修工工作总结范文 篇1 </w:t>
      </w:r>
      <w:r>
        <w:rPr>
          <w:lang w:eastAsia="zh-CN"/>
        </w:rPr>
        <w:br/>
      </w:r>
      <w:r>
        <w:rPr>
          <w:lang w:eastAsia="zh-CN"/>
        </w:rPr>
        <w:t>　　时间流逝，转眼间20__年即将过去。回顾一年来走过的历程，在项目部的正确领导下、在与检修分厂电气车间的紧密配合下，电气专业安全、优质、高效的完成了全年的检修维护工作。主要完成工作：拜尔一分厂电气春检，原磨4#棒磨机大修，蒸发、溶出低压水泵节能改造，各片区电机二级保养及日常检修维护。一年来各项检修工作都能做到合理安排，有条不紊的开展，没有发生人身伤害和设备损坏事故，实现了全年安全生产零事故的目标。现将具体工作总结如下：</w:t>
      </w:r>
      <w:r>
        <w:rPr>
          <w:lang w:eastAsia="zh-CN"/>
        </w:rPr>
        <w:br/>
      </w:r>
      <w:r>
        <w:rPr>
          <w:lang w:eastAsia="zh-CN"/>
        </w:rPr>
        <w:t>　　一、 遵章守纪，按规操作，实现了全年安全生产良好态势</w:t>
      </w:r>
      <w:r>
        <w:rPr>
          <w:lang w:eastAsia="zh-CN"/>
        </w:rPr>
        <w:br/>
      </w:r>
      <w:r>
        <w:rPr>
          <w:lang w:eastAsia="zh-CN"/>
        </w:rPr>
        <w:t>　　兵马未动，安全先行。一年来，全体电气检修人员在“安全第一，预防为主，综合治理”方针的指引下，严格遵守《电业安全工作规程》、严格执行“一对一”安全监护，很好的保证了自身的安全，为优质、高效的完成检修维护工作打下了坚实的基础。每周进行两次不少于1小时的安全学习活动，每月进行一次安全技术交底，明确告知工作中的危险点及发生事故的防范措施，让每位员工在思想上时刻保持高度的警惕性。</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
          <w:cols w:space="425"/>
          <w:titlePg w:val="0"/>
          <w:docGrid w:type="lines" w:linePitch="312"/>
        </w:sectPr>
      </w:pPr>
      <w:r>
        <w:rPr>
          <w:lang w:eastAsia="zh-CN"/>
        </w:rPr>
        <w:t>　　此外，借助“安全活动月”的东风，进一步加强安全知识的宣传普及。在二季度安全生产分析会上，集团公司卞总从安全管理的高度、深度及广度上，提出进一步统一安全管理工作的“三个认识”，即：进一步统一“关于安全责任”的认识、进一步统一“违章就是事故，对待违章要像对待事故一样处理”的认识、进一步统一“所有事故都可以预防”的认识。“三个认识”的提出，使我们对安全工作的认识提高到了一个全新的高度，从而进一步反省了自己、统一了思想、规范了作业行为，对如何预防事故，确保自身安全，杜绝违章操作指明了方向。一年来的安全工作来之不易，我们一定要戒骄戒躁，把好的工作习惯继续延续下去。</w:t>
      </w:r>
      <w:r>
        <w:rPr>
          <w:lang w:eastAsia="zh-CN"/>
        </w:rPr>
        <w:br/>
      </w:r>
      <w:r>
        <w:rPr>
          <w:lang w:eastAsia="zh-CN"/>
        </w:rPr>
        <w:t>　　二、 精心组织、严把质量关，大小修技改任务圆满完成</w:t>
      </w:r>
      <w:r>
        <w:rPr>
          <w:lang w:eastAsia="zh-CN"/>
        </w:rPr>
        <w:br/>
      </w:r>
      <w:r>
        <w:rPr>
          <w:lang w:eastAsia="zh-CN"/>
        </w:rPr>
        <w:t>　　1、拜耳一分厂电气春检</w:t>
      </w:r>
      <w:r>
        <w:rPr>
          <w:lang w:eastAsia="zh-CN"/>
        </w:rPr>
        <w:br/>
      </w:r>
      <w:r>
        <w:rPr>
          <w:lang w:eastAsia="zh-CN"/>
        </w:rPr>
        <w:t>　　春检包括：原磨、蒸发、溶出、沉降四个片区和3个800KV高压配电室及设备、7个400V低压配电室及设备、22台变压器，以及各片区所有的电缆桥架、电动机、控制箱、检修箱的卫生清理、螺丝紧固、防雷设施和接地装置试验、缺陷消除和预防性实验等。今年春检共办理电气专业向检修移交书大票8份、一种工作票61份、二种工作票66份。变压器5台油面低补油，消除隐患抽屉开关2处，消除渗油变压器3台，消除高配—接地刀闸机构故障3处，更换空气开关7套，更换按扭开关5套。PD5高配高压泵房变压器综合保护合闸指示无显示处理，空压站干式变压器温控仪操作失灵及一组冷却风扇线圈坏处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
          <w:cols w:space="425"/>
          <w:titlePg w:val="0"/>
          <w:docGrid w:type="lines" w:linePitch="312"/>
        </w:sectPr>
      </w:pPr>
      <w:r>
        <w:rPr>
          <w:lang w:eastAsia="zh-CN"/>
        </w:rPr>
        <w:t>　　2、棒磨机大修</w:t>
      </w:r>
      <w:r>
        <w:rPr>
          <w:lang w:eastAsia="zh-CN"/>
        </w:rPr>
        <w:br/>
      </w:r>
      <w:r>
        <w:rPr>
          <w:lang w:eastAsia="zh-CN"/>
        </w:rPr>
        <w:t>　　成立了大修工作小组，以电气负责人为总指挥，电气技术员为技术指导，安全员全面负责大修过程中安全工作。从安全、管理、质量等方面进行合理分工、相互配合、严格把关，保证了大修工作的顺利进行。另外，提前做好了备品备件的统计与提报工作，确保大修正常使用，没有因为缺少备件而影响大修进度。</w:t>
      </w:r>
      <w:r>
        <w:rPr>
          <w:lang w:eastAsia="zh-CN"/>
        </w:rPr>
        <w:br/>
      </w:r>
      <w:r>
        <w:rPr>
          <w:lang w:eastAsia="zh-CN"/>
        </w:rPr>
        <w:t>　　大修包括内容：定转子各部分及电机端盖检查，电机解体前测量定子绕组绝缘电阻、直流电阻，电机转子抽芯，电机内外各部位卫生清扫，电机轴承清洗检查，电动机检修后的回装，电机检修后测量定子绕组泄露电流及直流耐压、交流耐压试验、绝缘电阻及吸收比、直流电阻，液体启动器一、二次接线进行检查，大修后电机的空载、负载试车。此外，完成32台辅助电机的保养工作。螺旋风机更换前后轴承、球磨机进料端高压油站,电机更换风叶、泥浆泵电机更换接线板。</w:t>
      </w:r>
      <w:r>
        <w:rPr>
          <w:lang w:eastAsia="zh-CN"/>
        </w:rPr>
        <w:br/>
      </w:r>
      <w:r>
        <w:rPr>
          <w:lang w:eastAsia="zh-CN"/>
        </w:rPr>
        <w:t>　　通过对棒磨机的大修工作，保证了该系统的良好运行，很好的满足了生产的要求。但是，在验收签字过程当中电气车间和生产技术部对我们提出许多宝贵建议，我们一定会参考、总结经验教训把今后的大修工作做得更好。</w:t>
      </w:r>
      <w:r>
        <w:rPr>
          <w:lang w:eastAsia="zh-CN"/>
        </w:rPr>
        <w:br/>
      </w:r>
      <w:r>
        <w:rPr>
          <w:lang w:eastAsia="zh-CN"/>
        </w:rPr>
        <w:t>　　3、蒸发、溶出低压水泵节能改造工作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
          <w:cols w:space="425"/>
          <w:titlePg w:val="0"/>
          <w:docGrid w:type="lines" w:linePitch="312"/>
        </w:sectPr>
      </w:pPr>
      <w:r>
        <w:rPr>
          <w:lang w:eastAsia="zh-CN"/>
        </w:rPr>
        <w:t>　　为了实现节能环保的要求，特进行此次改造工作，该项目计划从7月15日开始至9月3日结束共用时50天，原本计划的工期在备品备件未及时来到的情况下进行了拖延，全部工作于9月20日结束。进行此次改造的电机有蒸发片区S134过料泵电机2台、二次冷凝水泵4台电机、溶出片区EDS冷凝水泵4台，共计台。此次改造所涉及的内容有：电缆沟制作、盘柜底座制作、盘柜安装、控制电缆敷设及动力电缆1778米敷设、接线、变频器调试、电机试转、防火封堵。</w:t>
      </w:r>
      <w:r>
        <w:rPr>
          <w:lang w:eastAsia="zh-CN"/>
        </w:rPr>
        <w:t xml:space="preserve"> 改造完成后，电机均能实现远方启停，并且运行良好，按要求完成了此次技改任务。通过此次改造，增强了全体电气检修人员对变频器工作原理的认识，同时也加强了实际操作能力，为今后更好的完成类似工作打下了坚实的基础。</w:t>
      </w:r>
      <w:r>
        <w:rPr>
          <w:lang w:eastAsia="zh-CN"/>
        </w:rPr>
        <w:br/>
      </w:r>
      <w:r>
        <w:rPr>
          <w:lang w:eastAsia="zh-CN"/>
        </w:rPr>
        <w:t>　　4、日常维护检修工作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5"/>
          <w:cols w:space="425"/>
          <w:titlePg w:val="0"/>
          <w:docGrid w:type="lines" w:linePitch="312"/>
        </w:sectPr>
      </w:pPr>
      <w:r>
        <w:rPr>
          <w:lang w:eastAsia="zh-CN"/>
        </w:rPr>
        <w:t>　　面对氧化铝厂强酸、强碱的环境和设备的不断老化，给生产流程的正常运行带来了许多隐患，也给我们的日常维护工作带来了诸多不便。8月25日，蒸发PC111电机运行电流已经远远超过额定电流但仍未跳闸，经检查发现电机温度已经相当高，随后联系相关人员对电机进行解体检查，发现定子绕组渗油严重，再不更换将烧坏电机，于是全体检修人员加班加点在晚上11点多电机终于更换完成，并且试转正常。蒸发片区主控室通知电气检修：“蒸发PC1电机开不起来”，检修人员立即赶往现场检查处理。检查低配室抽屉部分，未见有任何报警，仅主开关跳闸。现场测试发现电机三相对地绝缘为零，随后通知机务人员对电机进行拆除和更换，下午15时20分电机更换完毕，空载试转正常运行。经分析轴承与轴之间配合过松导致轴承内圈转动产生高温，至使转子轴径磨损，从而使轴承内部的润滑脂摔至定子线圈上，导致定子线圈绝缘降低造成线圈击穿。通过对问题的及时发现与处理，没有影响蒸发系统的正常生产，并且短时高效的完成检修任务受到了业主的一致好评。同时，我们对今后更好的做好检修维护工作也充满了信心。</w:t>
      </w:r>
      <w:r>
        <w:rPr>
          <w:lang w:eastAsia="zh-CN"/>
        </w:rPr>
        <w:br/>
      </w:r>
      <w:r>
        <w:rPr>
          <w:lang w:eastAsia="zh-CN"/>
        </w:rPr>
        <w:t>　　5、电机二级保养</w:t>
      </w:r>
      <w:r>
        <w:rPr>
          <w:lang w:eastAsia="zh-CN"/>
        </w:rPr>
        <w:br/>
      </w:r>
      <w:r>
        <w:rPr>
          <w:lang w:eastAsia="zh-CN"/>
        </w:rPr>
        <w:t>　　20__年电机的保养工作我们一直作为重点来抓，并且取得了显著的成效。蒸发片区保养电机55台，沉降片区保养电机42台，溶出片区保养电机28台，原磨片区保养电机49台，与其他维护单位比较，我们做的最好并且受到了业主的好评和奖励。通过对电机的保养，可以及时发现一些平时巡检发现不了的问题并且能够进行处理，避免了不必要的设备损坏。通过对保养后的电机进行观察，发现运行稳定性大大提高，能够很好的满足生产的需要。</w:t>
      </w:r>
      <w:r>
        <w:rPr>
          <w:lang w:eastAsia="zh-CN"/>
        </w:rPr>
        <w:br/>
      </w:r>
      <w:r>
        <w:rPr>
          <w:lang w:eastAsia="zh-CN"/>
        </w:rPr>
        <w:t>　　三、 面对人员紧张状况，众志成城、渡过难关</w:t>
      </w:r>
      <w:r>
        <w:rPr>
          <w:lang w:eastAsia="zh-CN"/>
        </w:rPr>
        <w:br/>
      </w:r>
      <w:r>
        <w:rPr>
          <w:lang w:eastAsia="zh-CN"/>
        </w:rPr>
        <w:t>　　今年6月份，由于二期工程的投入生产，一部分主力人员被抽调过去，这大大降低了我们的实力，先前的两个班组也只能合二为一，无形之中工作量加大了许多，但是这样的情况并没有好转反而是雪上加霜。由于执行两班倒制度，导致部分劳务人员辞职，面对人数和实力大大减弱的情况，全体电气人员并没有退缩，而是凝成一股劲，埋头苦干，加班加点，渡过了最艰难的时刻。后来，在几次申请之下，人员总算配齐，但力量远远达不到先前水平，还需要我们进一步努力，做好以老带新，通过最短的时间来培养一支技术过硬的检修队伍。</w:t>
      </w:r>
      <w:r>
        <w:rPr>
          <w:lang w:eastAsia="zh-CN"/>
        </w:rPr>
        <w:br/>
      </w:r>
      <w:r>
        <w:rPr>
          <w:lang w:eastAsia="zh-CN"/>
        </w:rPr>
        <w:t>　　四、 需要进一步加强和改进的方面</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6"/>
          <w:cols w:space="425"/>
          <w:titlePg w:val="0"/>
          <w:docGrid w:type="lines" w:linePitch="312"/>
        </w:sectPr>
      </w:pPr>
      <w:r>
        <w:rPr>
          <w:lang w:eastAsia="zh-CN"/>
        </w:rPr>
        <w:t>　　1、继续加强班组管理水平，不定期开展班组交流会，了解班内成员的思想状况，让全体电气人员树立服务意识、忧患意识、全局意识，以丰汇事业为己任，不已丰汇利益为己有。</w:t>
      </w:r>
      <w:r>
        <w:rPr>
          <w:lang w:eastAsia="zh-CN"/>
        </w:rPr>
        <w:br/>
      </w:r>
      <w:r>
        <w:rPr>
          <w:lang w:eastAsia="zh-CN"/>
        </w:rPr>
        <w:t>　　2、组织全体电气人员，进行专业知识和技能的学习培训，提高自身水平，让每个人都能独当一面。</w:t>
      </w:r>
      <w:r>
        <w:rPr>
          <w:lang w:eastAsia="zh-CN"/>
        </w:rPr>
        <w:br/>
      </w:r>
      <w:r>
        <w:rPr>
          <w:lang w:eastAsia="zh-CN"/>
        </w:rPr>
        <w:t>　　3、进一步提高检修质量，严把质量这道生命关卡，让丰汇检修品牌在市场经济的浪潮下立于不败之地。</w:t>
      </w:r>
      <w:r>
        <w:rPr>
          <w:lang w:eastAsia="zh-CN"/>
        </w:rPr>
        <w:br/>
      </w:r>
      <w:r>
        <w:rPr>
          <w:lang w:eastAsia="zh-CN"/>
        </w:rPr>
        <w:t>　　20__年在全体电气检修人员的共同努力下，克服了重重困难，并且取得了骄人的成绩，受到了业主的充分肯定，全年的检修维护工作划上了圆满的句号。但是，成绩是属于过去的，要想把检修维护工作的做得更好，我们还任重而道远。在接下来的一年里，我们会继续已“服务业主、精心维护”思想为指导，强化管理，本着“安全本质化和检修标准化”的要求来展开工作。回顾过去、总结经验，面向未来、开拓创新，在今后的工作中我们会以更高的标准来要求自己 ，让“电建铁军”的精神在晋北铝业这片土地上焕发光茫。</w:t>
      </w:r>
      <w:r>
        <w:rPr>
          <w:lang w:eastAsia="zh-CN"/>
        </w:rPr>
        <w:br/>
      </w:r>
      <w:r>
        <w:rPr>
          <w:lang w:eastAsia="zh-CN"/>
        </w:rPr>
        <w:t xml:space="preserve">    2024年检修工工作总结范文 篇2 </w:t>
      </w:r>
      <w:r>
        <w:rPr>
          <w:lang w:eastAsia="zh-CN"/>
        </w:rPr>
        <w:br/>
      </w:r>
      <w:r>
        <w:rPr>
          <w:lang w:eastAsia="zh-CN"/>
        </w:rPr>
        <w:t>　　20__年在公司安生部的领导下，顺利组织开展内蒙区域所属项目的脱硝装置的日常维护、等级检修、生产物资需求、零星工程、技改工程、技术监督等管理工作。</w:t>
      </w:r>
      <w:r>
        <w:rPr>
          <w:lang w:eastAsia="zh-CN"/>
        </w:rPr>
        <w:br/>
      </w:r>
      <w:r>
        <w:rPr>
          <w:lang w:eastAsia="zh-CN"/>
        </w:rPr>
        <w:t>　　一、20__年主要工作完成情况</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7"/>
          <w:cols w:space="425"/>
          <w:titlePg w:val="0"/>
          <w:docGrid w:type="lines" w:linePitch="312"/>
        </w:sectPr>
      </w:pPr>
      <w:r>
        <w:rPr>
          <w:lang w:eastAsia="zh-CN"/>
        </w:rPr>
        <w:t>　　1、跟踪区域所属项目日常维护工作开展情况，完成日常维护物资报审、维护验收。</w:t>
      </w:r>
      <w:r>
        <w:rPr>
          <w:lang w:eastAsia="zh-CN"/>
        </w:rPr>
        <w:br/>
      </w:r>
      <w:r>
        <w:rPr>
          <w:lang w:eastAsia="zh-CN"/>
        </w:rPr>
        <w:t>　　2、完成区域所属项目八台次等级检修的修前分析、物资报审、立项审批、非标方案修编报审和检修全过程跟踪以及修后的检修总结及验收结算。</w:t>
      </w:r>
      <w:r>
        <w:rPr>
          <w:lang w:eastAsia="zh-CN"/>
        </w:rPr>
        <w:br/>
      </w:r>
      <w:r>
        <w:rPr>
          <w:lang w:eastAsia="zh-CN"/>
        </w:rPr>
        <w:t>　　3、完成区域所属项目零星工程报审6项，分别是新丰项目氨区北侧围墙增加安全出口、硝区CEMS机柜UPS电源修理及硝区稀释风机平台加装护栏及操作平台、金山项目氨区院内积水治理、乌斯太项目,硝区增加防爆监控设备、锡林项目搭建库房工程。截至年底零星工程完成3项工程的施工、验收及结算。</w:t>
      </w:r>
      <w:r>
        <w:rPr>
          <w:lang w:eastAsia="zh-CN"/>
        </w:rPr>
        <w:br/>
      </w:r>
      <w:r>
        <w:rPr>
          <w:lang w:eastAsia="zh-CN"/>
        </w:rPr>
        <w:t>　　4、完成区域所属项目脱硝装置8层催化剂换装工程，金山项目脱硝装置共四层催化剂换装工作全部完成，新丰项目脱硝装置共四层催化剂换装工作完成三层，遗留脱硝第二层催化剂换装未完成。乌斯太项目脱硝装置第二层催化剂换装工作已完成。</w:t>
      </w:r>
      <w:r>
        <w:rPr>
          <w:lang w:eastAsia="zh-CN"/>
        </w:rPr>
        <w:br/>
      </w:r>
      <w:r>
        <w:rPr>
          <w:lang w:eastAsia="zh-CN"/>
        </w:rPr>
        <w:t>　　5、协助审核项目日常维护合同、零星工程及非标项目合同，协同完成20__年度的检修、维护、和技改的年度生产计划编审。</w:t>
      </w:r>
      <w:r>
        <w:rPr>
          <w:lang w:eastAsia="zh-CN"/>
        </w:rPr>
        <w:br/>
      </w:r>
      <w:r>
        <w:rPr>
          <w:lang w:eastAsia="zh-CN"/>
        </w:rPr>
        <w:t>　　6、组织开展区域生产技能培训工作，积极协调和处理本项目重大技术难题，组织开展区域维护班组标准化管理。</w:t>
      </w:r>
      <w:r>
        <w:rPr>
          <w:lang w:eastAsia="zh-CN"/>
        </w:rPr>
        <w:br/>
      </w:r>
      <w:r>
        <w:rPr>
          <w:lang w:eastAsia="zh-CN"/>
        </w:rPr>
        <w:t>　　二、存在的问题及原因分析：</w:t>
      </w:r>
      <w:r>
        <w:rPr>
          <w:lang w:eastAsia="zh-CN"/>
        </w:rPr>
        <w:br/>
      </w:r>
      <w:r>
        <w:rPr>
          <w:lang w:eastAsia="zh-CN"/>
        </w:rPr>
        <w:t>　　1、日常维护工作做得不够深入，由于日常维护单位人员不稳定，对设备系统的熟悉程度不够和本身技能不高，导致处理缺陷主要以更换设备为主，没有以主人翁的态度分析原因、修理设备和预防缺陷。</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8"/>
          <w:cols w:space="425"/>
          <w:titlePg w:val="0"/>
          <w:docGrid w:type="lines" w:linePitch="312"/>
        </w:sectPr>
      </w:pPr>
      <w:r>
        <w:rPr>
          <w:lang w:eastAsia="zh-CN"/>
        </w:rPr>
        <w:t>　　2、检修管理流程不熟悉，检修队伍人员不足，导致检修工作应急能力差，部分检修工作开展不够及时。</w:t>
      </w:r>
      <w:r>
        <w:rPr>
          <w:lang w:eastAsia="zh-CN"/>
        </w:rPr>
        <w:br/>
      </w:r>
      <w:r>
        <w:rPr>
          <w:lang w:eastAsia="zh-CN"/>
        </w:rPr>
        <w:t>　　3、项目人员合作意识需增强。</w:t>
      </w:r>
      <w:r>
        <w:rPr>
          <w:lang w:eastAsia="zh-CN"/>
        </w:rPr>
        <w:br/>
      </w:r>
      <w:r>
        <w:rPr>
          <w:lang w:eastAsia="zh-CN"/>
        </w:rPr>
        <w:t>　　三、面临的形势和困难</w:t>
      </w:r>
      <w:r>
        <w:rPr>
          <w:lang w:eastAsia="zh-CN"/>
        </w:rPr>
        <w:br/>
      </w:r>
      <w:r>
        <w:rPr>
          <w:lang w:eastAsia="zh-CN"/>
        </w:rPr>
        <w:t>　　随着设备运行时间的增长，设备的老化问题就会越来越突出，设备维护和改造的费用会有所增高，目前所属项目的催化剂磨损问题需要根本性的原因分析，检测不合格氨管道整改需要的资金较高。</w:t>
      </w:r>
      <w:r>
        <w:rPr>
          <w:lang w:eastAsia="zh-CN"/>
        </w:rPr>
        <w:br/>
      </w:r>
      <w:r>
        <w:rPr>
          <w:lang w:eastAsia="zh-CN"/>
        </w:rPr>
        <w:t>　　四、20__年工作计划</w:t>
      </w:r>
      <w:r>
        <w:rPr>
          <w:lang w:eastAsia="zh-CN"/>
        </w:rPr>
        <w:br/>
      </w:r>
      <w:r>
        <w:rPr>
          <w:lang w:eastAsia="zh-CN"/>
        </w:rPr>
        <w:t>　　日常维护方面：加强缺陷管理，强化分析诊断，随着维护队伍人员的稳定和技能的提升，加强落实设备责任制和维护质量，在日常巡检、定期工作以及充分结合春、秋季安全大检查的时机和加强设备隐患排查，做到防治并举，提升现场设备管理水平。</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9"/>
          <w:cols w:space="425"/>
          <w:titlePg w:val="0"/>
          <w:docGrid w:type="lines" w:linePitch="312"/>
        </w:sectPr>
      </w:pPr>
      <w:r>
        <w:rPr>
          <w:lang w:eastAsia="zh-CN"/>
        </w:rPr>
        <w:t>　　等级检修方面：熟悉检修管理流程，严格按照公司要求进行合规施工。深入检修现场，加强检修过程监控，实行全过程的安全、质量、进度跟踪监督。修编检修规程、作业指导书及检修文件包等指导文件落地现场实际工作，严抓检修工艺，提升检修质量。技术监督方面：按照公司技术监督导则和年度计划在日常和等级检修过程中，按要求开展各专业的技术监督。技术改造方面：激励现场工作人员和日常维护人员的创新意识，增加小改小造的项目。工作制度方面：组织学习特许颁发的检修文件包管理办法、检修管理办法、技改项目管理办法、设备缺陷管理办法、设备维修管理办法、技术监督管理标准等16部检修维护管理制度，并针对实际情况完成区域制度的修编。</w:t>
      </w:r>
      <w:r>
        <w:rPr>
          <w:lang w:eastAsia="zh-CN"/>
        </w:rPr>
        <w:br/>
      </w:r>
      <w:r>
        <w:rPr>
          <w:lang w:eastAsia="zh-CN"/>
        </w:rPr>
        <w:t xml:space="preserve">    2024年检修工工作总结范文 篇3 </w:t>
      </w:r>
      <w:r>
        <w:rPr>
          <w:lang w:eastAsia="zh-CN"/>
        </w:rPr>
        <w:br/>
      </w:r>
      <w:r>
        <w:rPr>
          <w:lang w:eastAsia="zh-CN"/>
        </w:rPr>
        <w:t>　　公用工程仪表班全体员工经过半个多月的辛勤付出，在检修中坚持“用心做事，追求卓越”的企业作风，严把安全关、质量关，于1月31号之前全面完成了本班所属常规仪表的检修和技改工作，现将有关情况总结如下：</w:t>
      </w:r>
      <w:r>
        <w:rPr>
          <w:lang w:eastAsia="zh-CN"/>
        </w:rPr>
        <w:br/>
      </w:r>
      <w:r>
        <w:rPr>
          <w:lang w:eastAsia="zh-CN"/>
        </w:rPr>
        <w:t>　　一、检修任务：</w:t>
      </w:r>
      <w:r>
        <w:rPr>
          <w:lang w:eastAsia="zh-CN"/>
        </w:rPr>
        <w:br/>
      </w:r>
      <w:r>
        <w:rPr>
          <w:lang w:eastAsia="zh-CN"/>
        </w:rPr>
        <w:t>　　本次检修工作的重点是处理开车时不能解决的问题，如锅炉床温套管烧坏太多，为了保证开车后床温显示正常，本班组织人员进入炉膛内部切割烧坏套管并一一更换新热电偶；过热蒸汽流量正负导压管截止阀内漏，切割并焊接新截止阀；空分损坏仪表的重新安装调试及气源管的配制工作等。除此之外本班加大了伴热保温的巡检力度，如发现伴热空开跳，立即查明原因必要时重新敷设伴热丝。</w:t>
      </w:r>
      <w:r>
        <w:rPr>
          <w:lang w:eastAsia="zh-CN"/>
        </w:rPr>
        <w:br/>
      </w:r>
      <w:r>
        <w:rPr>
          <w:lang w:eastAsia="zh-CN"/>
        </w:rPr>
        <w:t>　　二、技改工作：</w:t>
      </w:r>
      <w:r>
        <w:rPr>
          <w:lang w:eastAsia="zh-CN"/>
        </w:rPr>
        <w:br/>
      </w:r>
      <w:r>
        <w:rPr>
          <w:lang w:eastAsia="zh-CN"/>
        </w:rPr>
        <w:t>　　1、本班在恢复空分损坏的仪表过程中发现，附近仪表气源网无手动截止阀，给恢复检修工作带来了很大不便，于是组织人员重新配制气源管并安装了截止阀。</w:t>
      </w:r>
      <w:r>
        <w:rPr>
          <w:lang w:eastAsia="zh-CN"/>
        </w:rPr>
        <w:br/>
      </w:r>
      <w:r>
        <w:rPr>
          <w:lang w:eastAsia="zh-CN"/>
        </w:rPr>
        <w:t>　　2、热电锅炉主/旁路给水、一级减温水和二级减温水调节阀的定位器使用的均是吴忠仪表机械式定位器，为了保证调节阀的长期稳定精确调节，本班已将A炉主给水调节阀定位器更换成山武智能阀门定位器。</w:t>
      </w:r>
      <w:r>
        <w:rPr>
          <w:lang w:eastAsia="zh-CN"/>
        </w:rPr>
        <w:br/>
      </w:r>
      <w:r>
        <w:rPr>
          <w:lang w:eastAsia="zh-CN"/>
        </w:rPr>
        <w:t>　　三、学习总结：</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0"/>
          <w:cols w:space="425"/>
          <w:titlePg w:val="0"/>
          <w:docGrid w:type="lines" w:linePitch="312"/>
        </w:sectPr>
      </w:pPr>
      <w:r>
        <w:rPr>
          <w:lang w:eastAsia="zh-CN"/>
        </w:rPr>
        <w:t>　　本班员工在检修期间，对所发现的问题进行了积极地思考和激烈地讨论，并对所检修的项目进行了记录总结，极大地提高了本班人员的工作热情和技术水平。</w:t>
      </w:r>
      <w:r>
        <w:rPr>
          <w:lang w:eastAsia="zh-CN"/>
        </w:rPr>
        <w:br/>
      </w:r>
      <w:r>
        <w:rPr>
          <w:lang w:eastAsia="zh-CN"/>
        </w:rPr>
        <w:t>　　本班的这次检修工作能顺利提前完成，与领导的悉心指导及大力支持是分不开的，本班人员将一如既往把本职工作做好，保证生产的顺利进行。</w:t>
      </w:r>
      <w:r>
        <w:rPr>
          <w:lang w:eastAsia="zh-CN"/>
        </w:rPr>
        <w:br/>
      </w:r>
      <w:r>
        <w:rPr>
          <w:lang w:eastAsia="zh-CN"/>
        </w:rPr>
        <w:t xml:space="preserve">    2024年检修工工作总结范文 篇4 </w:t>
      </w:r>
      <w:r>
        <w:rPr>
          <w:lang w:eastAsia="zh-CN"/>
        </w:rPr>
        <w:br/>
      </w:r>
      <w:r>
        <w:rPr>
          <w:lang w:eastAsia="zh-CN"/>
        </w:rPr>
        <w:t>　　对于工作这个词，是潜移默化的接受的，自20__年9月份从学校毕业，带着一身稚气来到公司参加工作。从开始的对工作环境的茫然，到后来把工作这个概念强加到自己的观念中，从检修工到专责工，从一个眼光狭小的中专毕业生，到慢慢的树立起全局的系统观念，我在一步步成长起来；在过去四年的时间里我深刻体会到了做检修工的艰辛和快乐，我把自己的青春倾注于我所钟爱的事业上，倾注于每一位同事身上。在这里，只要你有能力，总会给你搭建一个没有边界的舞台。四年的工作已经结束，收获不少，下面我对过去四年及未来的工作确立新的目标。</w:t>
      </w:r>
      <w:r>
        <w:rPr>
          <w:lang w:eastAsia="zh-CN"/>
        </w:rPr>
        <w:br/>
      </w:r>
      <w:r>
        <w:rPr>
          <w:lang w:eastAsia="zh-CN"/>
        </w:rPr>
        <w:t>　　一、思想认识。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1"/>
          <w:cols w:space="425"/>
          <w:titlePg w:val="0"/>
          <w:docGrid w:type="lines" w:linePitch="312"/>
        </w:sectPr>
      </w:pPr>
      <w:r>
        <w:rPr>
          <w:lang w:eastAsia="zh-CN"/>
        </w:rPr>
        <w:t>　　在过去的四年里，作为一名专责工，我在思想上严于律己，热爱自己的事业，以技术员的`要求严格要求自己，时刻鞭策自己，力争思想上和工作上在同事心目中都树立起榜样的作用。积极参加分厂及公司组织的各项活动，如分厂的值长讲课。过去的四年来，我服从和配合领导做好生产部门各项工作。我相信在以后的工作中，我会在领导的关怀下，在同事们的帮助下，通过自己的努力，克服缺点，取得更大的进步。在未来的时间来，我将更加努力工作，勤学苦练，使自己真正成为一个经受得起任何考验的优秀专责工。</w:t>
      </w:r>
      <w:r>
        <w:rPr>
          <w:lang w:eastAsia="zh-CN"/>
        </w:rPr>
        <w:br/>
      </w:r>
      <w:r>
        <w:rPr>
          <w:lang w:eastAsia="zh-CN"/>
        </w:rPr>
        <w:t>　　二、维修工作。</w:t>
      </w:r>
      <w:r>
        <w:rPr>
          <w:lang w:eastAsia="zh-CN"/>
        </w:rPr>
        <w:br/>
      </w:r>
      <w:r>
        <w:rPr>
          <w:lang w:eastAsia="zh-CN"/>
        </w:rPr>
        <w:t>　　在维修工作方面，设备检修任务都非常重，但不管怎样，我坚信一句话：“经验就是技术”。为了把自己的维修水平提高，我坚持经常看一些相关的书籍，还经常网上找一些机械维修资料，还争取机会多与同事们聊天，从中学习别人的长处。平时还虚心请教有经验的老师傅。在工作闲暇时，自己也经常去车间巡视，发现问题，及时与当值运行人员沟通，组织人员即刻处理；在巡视时，挖掘他们对设备操作存在的缺陷，掌握生产当中的易出问题的地方，加强检查，自己做好笔记统一处理，处理不了的，上报生产技术部，要求他们的技术支持。</w:t>
      </w:r>
      <w:r>
        <w:rPr>
          <w:lang w:eastAsia="zh-CN"/>
        </w:rPr>
        <w:br/>
      </w:r>
      <w:r>
        <w:rPr>
          <w:lang w:eastAsia="zh-CN"/>
        </w:rPr>
        <w:t>　　三、专责工工作。</w:t>
      </w:r>
      <w:r>
        <w:rPr>
          <w:lang w:eastAsia="zh-CN"/>
        </w:rPr>
        <w:br/>
      </w:r>
      <w:r>
        <w:rPr>
          <w:lang w:eastAsia="zh-CN"/>
        </w:rPr>
        <w:t>　　我严格要求自己，工作实干，并能完成领导给予的各项任务。由于我们是检修工，这个特殊的职业决定了我们必须还有很多的工作要做，我服从领导的安排，兢兢业业，主要的完成每月的设备保养计划工作和日常维修工作的处理，还处理一些突发性事故。并很好的完成了领导安排的所有任务。在以后的工作，我将一如既往，脚踏实地，我会更加积极地配合领导完成各项任务，为公司的美好明天更加努力。</w:t>
      </w:r>
      <w:r>
        <w:rPr>
          <w:lang w:eastAsia="zh-CN"/>
        </w:rPr>
        <w:br/>
      </w:r>
      <w:r>
        <w:rPr>
          <w:lang w:eastAsia="zh-CN"/>
        </w:rPr>
        <w:t>　　四、考勤方面。</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2"/>
          <w:cols w:space="425"/>
          <w:titlePg w:val="0"/>
          <w:docGrid w:type="lines" w:linePitch="312"/>
        </w:sectPr>
      </w:pPr>
      <w:r>
        <w:rPr>
          <w:lang w:eastAsia="zh-CN"/>
        </w:rPr>
        <w:t>　　我在做好各项工作的同时，严格遵守公司的各项规章制度。处理好公司工作与个人之间的关系，到目前为止，考勤制度我还在制定当中，以机修以前的制度为版本再增加一些工作的实际情况。我将会用最少的时间逐步完善考勤制度。在未来的时间里，我将更加勤恳，为自己作更多的事，自己更加努力学习专业知识，使自己的业务水平更上一层楼。</w:t>
      </w:r>
      <w:r>
        <w:rPr>
          <w:lang w:eastAsia="zh-CN"/>
        </w:rPr>
        <w:br/>
      </w:r>
      <w:r>
        <w:rPr>
          <w:lang w:eastAsia="zh-CN"/>
        </w:rPr>
        <w:t>　　综合以上几点，其中还有不足之处，主要是在学习的系统性和深度还不够，工作创新意识不强，创造性开展不够，在今后的工作当中，我将发扬成绩、克服不足，以对工作的高度负责态度、脚踏实地、尽职尽责地做好各项工作，同时，用更多的时间“携”全体同事发挥他们自己的专业技能，为自己和他们去寻找更大的发展舞台，不辜负领导和同事对我的期望。</w:t>
      </w:r>
      <w:r>
        <w:rPr>
          <w:lang w:eastAsia="zh-CN"/>
        </w:rPr>
        <w:br/>
      </w:r>
      <w:r>
        <w:rPr>
          <w:lang w:eastAsia="zh-CN"/>
        </w:rPr>
        <w:t xml:space="preserve">    2024年检修工工作总结范文 篇5 </w:t>
      </w:r>
      <w:r>
        <w:rPr>
          <w:lang w:eastAsia="zh-CN"/>
        </w:rPr>
        <w:br/>
      </w:r>
      <w:r>
        <w:rPr>
          <w:lang w:eastAsia="zh-CN"/>
        </w:rPr>
        <w:t>　　20__年检修一班工作总结—抓管理严考核搞好班组建设实现安全生产，一年来，我们班组以“安全第一预防为主”的工作方针为指引，在中心的正确领导下，全体职工齐心协力，紧紧围绕我中心整体战略目标开展工作，狠抓班级各项管理，落实分级管理责任，推行绩效考核，较好的完成了全年各项工作任务。主要工作如下：</w:t>
      </w:r>
      <w:r>
        <w:rPr>
          <w:lang w:eastAsia="zh-CN"/>
        </w:rPr>
        <w:br/>
      </w:r>
      <w:r>
        <w:rPr>
          <w:lang w:eastAsia="zh-CN"/>
        </w:rPr>
        <w:t>　　一、用安全保证生产，以安全创造效益。</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3"/>
          <w:cols w:space="425"/>
          <w:titlePg w:val="0"/>
          <w:docGrid w:type="lines" w:linePitch="312"/>
        </w:sectPr>
      </w:pPr>
      <w:r>
        <w:rPr>
          <w:lang w:eastAsia="zh-CN"/>
        </w:rPr>
        <w:t>　　班组作为中心生产任务的最终实施者，班组安全的稳定是确保整体安全的基础。一年来，班组坚持“关爱生命、以人为本”的原则，切实抓好人身安全控制，组织职工认真学习各种规章制度和安全业务知识，认真落实《安规》、《作业指导书》及《两票实施细则》等电力规章制度，并在施工现场中严格执行，把安全生产置于可控制状态。全年共查处纠正违章违纪3起，从而有力地保证了安全生产。</w:t>
      </w:r>
      <w:r>
        <w:rPr>
          <w:lang w:eastAsia="zh-CN"/>
        </w:rPr>
        <w:br/>
      </w:r>
      <w:r>
        <w:rPr>
          <w:lang w:eastAsia="zh-CN"/>
        </w:rPr>
        <w:t>　　为确保人身安全，我们建立健全了安全保障体系，以班长、安全员为中心，全员参与，班组每周坚持开展一次安全学习日活动，每月坚持召开不少于一次的安全分析会，对每次施工作业中出现的不安全因素和上级下发的事故通报召开分析会，及时总结施工中的不安全因素和教训，结合我们班的具体情况制定整改措施。例如：</w:t>
      </w:r>
      <w:r>
        <w:rPr>
          <w:lang w:eastAsia="zh-CN"/>
        </w:rPr>
        <w:br/>
      </w:r>
      <w:r>
        <w:rPr>
          <w:lang w:eastAsia="zh-CN"/>
        </w:rPr>
        <w:t>　　“安全为天”、“安全大于一切”、“安全是职工最好的福利”等安全理念在我们班组职工心中时常在回响。特别是在春、秋检活动中，我们时刻牢牢绷紧安全这根弦，制定了一系列的活动计划、措施、方案，做到了人员、时间、内容、记录四落实。共发现并整改隐患_处，同时对无法整改的y处隐患向上级部门进行了汇报处理，扎扎实实地完成并实现了春、秋检活动的目的。</w:t>
      </w:r>
      <w:r>
        <w:rPr>
          <w:lang w:eastAsia="zh-CN"/>
        </w:rPr>
        <w:br/>
      </w:r>
      <w:r>
        <w:rPr>
          <w:lang w:eastAsia="zh-CN"/>
        </w:rPr>
        <w:t>　　二、加强学习，认清形势，适应工作岗位新要求。</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4"/>
          <w:cols w:space="425"/>
          <w:titlePg w:val="0"/>
          <w:docGrid w:type="lines" w:linePitch="312"/>
        </w:sectPr>
      </w:pPr>
      <w:r>
        <w:rPr>
          <w:lang w:eastAsia="zh-CN"/>
        </w:rPr>
        <w:t>　　今年三月份，通过班组重组，检修一班由综合型班组转变为线路维护专业型班组以来，由于工作任务和工作重点的转移，在新的形势下，迫使我们在日常工作中更加注重职工的学习教育工作。利用周一安全学习活动日等时间，学习各级会议精神，学习理论知识，学习岗位操作技能，努力提高自已思想政治觉悟，理论文化水平，及业务操作技能。在今年的通信理论知识竞赛中，我们班优秀率达到了50%，及格率达到了87。5%。</w:t>
      </w:r>
      <w:r>
        <w:rPr>
          <w:lang w:eastAsia="zh-CN"/>
        </w:rPr>
        <w:br/>
      </w:r>
      <w:r>
        <w:rPr>
          <w:lang w:eastAsia="zh-CN"/>
        </w:rPr>
        <w:t>　　三、加强自我修炼，提高自身素质，努力打造一支高效精干的一流班组队伍。</w:t>
      </w:r>
      <w:r>
        <w:rPr>
          <w:lang w:eastAsia="zh-CN"/>
        </w:rPr>
        <w:br/>
      </w:r>
      <w:r>
        <w:rPr>
          <w:lang w:eastAsia="zh-CN"/>
        </w:rPr>
        <w:t>　　今年是我们班一流班组复牌年，为了能顺利完成复牌工作，我们班除了在安全管理方面下了重功夫外，在文明生产、精神文明建设、专业管理和基础管理方面也做了很多工作。根据中心分级管理精神，制定了班组奖金考核分配制度，明确的岗位责任制、设备及专业管理制度和标准，大大提高了班员的工作积极性和工作质量，通过对办公室墙面的重新粉刷，办公设施的重新定置使室内面貌有了很大改观。硬性指标也达到了：交换系统≥99、99%，光缆≥99、99%，音频电缆≥99、85%，高频电缆≥99、85%。我们还实行军事化管理，积极参加野外生存训练营的活动，努力提高自身素质，高标准，严要求，精心打造一支高效精干、纪律严明、作风过硬的一流班组队伍。同时，我们还大力开展创建学习型班组企业文化活动，深入开展精细化管理，把先进的企业文化理念渗透到职工的日常工作中，以先进的文化引导职工思想，规范职工行为。</w:t>
      </w:r>
      <w:r>
        <w:rPr>
          <w:lang w:eastAsia="zh-CN"/>
        </w:rPr>
        <w:br/>
      </w:r>
      <w:r>
        <w:rPr>
          <w:lang w:eastAsia="zh-CN"/>
        </w:rPr>
        <w:t>　　四、搞好班组民主管理和队伍建设。</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5"/>
          <w:cols w:space="425"/>
          <w:titlePg w:val="0"/>
          <w:docGrid w:type="lines" w:linePitch="312"/>
        </w:sectPr>
      </w:pPr>
      <w:r>
        <w:rPr>
          <w:lang w:eastAsia="zh-CN"/>
        </w:rPr>
        <w:t>　　在我们班组，民主管理是一直以来养成的好习惯。无论是工资奖金分配、工休假的安排，还是先进职工的评选，我们全部按照中心的要求，做到公平、公正、公开。还在班组成员中广泛开展提合理化建议、开展创先争优、讲评互评等活动，极大地提高了职工的工作积极性、主观能动性，在我们班组形成了一股带头，人人争先进，个个当模范，一心为工作的良好氛围。</w:t>
      </w:r>
      <w:r>
        <w:rPr>
          <w:lang w:eastAsia="zh-CN"/>
        </w:rPr>
        <w:br/>
      </w:r>
      <w:r>
        <w:rPr>
          <w:lang w:eastAsia="zh-CN"/>
        </w:rPr>
        <w:t>　　20__年的工作快要结束了，我们虽然取得了一些成绩，但是还有很多不足之处。在20__年，我们将在调通中心领导的带领下，克服以往工作的不足，更加努力地工作，确保通信线路的安全，为我中心整体工作做出自己应有的贡献。</w:t>
      </w:r>
      <w:r>
        <w:rPr>
          <w:lang w:eastAsia="zh-CN"/>
        </w:rPr>
        <w:br/>
      </w:r>
      <w:r>
        <w:rPr>
          <w:lang w:eastAsia="zh-CN"/>
        </w:rPr>
        <w:t xml:space="preserve">    2024年检修工工作总结范文 篇6 </w:t>
      </w:r>
      <w:r>
        <w:rPr>
          <w:lang w:eastAsia="zh-CN"/>
        </w:rPr>
        <w:br/>
      </w:r>
      <w:r>
        <w:rPr>
          <w:lang w:eastAsia="zh-CN"/>
        </w:rPr>
        <w:t>　　转眼20__年将要过去，从我进入公司参与开发、宣传到现在供暖一个月以来接电话等，无论做什么样的工作都坚持执行公司安排的任务。虽是短短的三个月，但是工作感受很多，收获很多。其中包含了各级领导的培养，教育和同事的帮助，关心，也包含了自己的辛勤耕耘和不懈努力，自己始终坚持勤恳做事，诚恳做人的原则，认真履行自己的本职工作。</w:t>
      </w:r>
      <w:r>
        <w:rPr>
          <w:lang w:eastAsia="zh-CN"/>
        </w:rPr>
        <w:br/>
      </w:r>
      <w:r>
        <w:rPr>
          <w:lang w:eastAsia="zh-CN"/>
        </w:rPr>
        <w:t>　　今年是公司拓展市场，持续发展的关键年，虽然取得了一定的成绩，但是在工作中也存在着好多的问题和不足。只有善于从主观方面分析原因，勇于改进，才能够拾遗补缺，持续进步。</w:t>
      </w:r>
      <w:r>
        <w:rPr>
          <w:lang w:eastAsia="zh-CN"/>
        </w:rPr>
        <w:br/>
      </w:r>
      <w:r>
        <w:rPr>
          <w:lang w:eastAsia="zh-CN"/>
        </w:rPr>
        <w:t>　　供热工作存在的主要问题：</w:t>
      </w:r>
      <w:r>
        <w:rPr>
          <w:lang w:eastAsia="zh-CN"/>
        </w:rPr>
        <w:br/>
      </w:r>
      <w:r>
        <w:rPr>
          <w:lang w:eastAsia="zh-CN"/>
        </w:rPr>
        <w:t>　　(一)开发热用户不合理，平房用户普遍存在。没有统一合理的布局与规划，散热量大、保温设施不好，后续供热温度若不达标将会导致公司名誉受损。</w:t>
      </w:r>
      <w:r>
        <w:rPr>
          <w:lang w:eastAsia="zh-CN"/>
        </w:rPr>
        <w:br/>
      </w:r>
      <w:r>
        <w:rPr>
          <w:lang w:eastAsia="zh-CN"/>
        </w:rPr>
        <w:t>　　(二)供热管理方面。打击盗热行为的力度还不够，检查涉及到居民难度更大，特别是私接现象，供暖设施在其居室内，不好查处。</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6"/>
          <w:cols w:space="425"/>
          <w:titlePg w:val="0"/>
          <w:docGrid w:type="lines" w:linePitch="312"/>
        </w:sectPr>
      </w:pPr>
      <w:r>
        <w:rPr>
          <w:lang w:eastAsia="zh-CN"/>
        </w:rPr>
        <w:t>　　(三)与物业合作方面。各小区物业与其业主沟通密切，物业对业主的情况掌握比较详细，而我们毕竟人少，直接与各小区业主联系工作量与工作难度相对较大，比如张贴通知被物业清洁人员撕掉等还需各物业配合。依托物业，与物业之间的合作还需进一步加强。</w:t>
      </w:r>
      <w:r>
        <w:rPr>
          <w:lang w:eastAsia="zh-CN"/>
        </w:rPr>
        <w:br/>
      </w:r>
      <w:r>
        <w:rPr>
          <w:lang w:eastAsia="zh-CN"/>
        </w:rPr>
        <w:t>　　回顾这三个月，完成了一些工作，取得了一些成绩。</w:t>
      </w:r>
      <w:r>
        <w:rPr>
          <w:lang w:eastAsia="zh-CN"/>
        </w:rPr>
        <w:br/>
      </w:r>
      <w:r>
        <w:rPr>
          <w:lang w:eastAsia="zh-CN"/>
        </w:rPr>
        <w:t>　　总结下来有以下几方面的收获。</w:t>
      </w:r>
      <w:r>
        <w:rPr>
          <w:lang w:eastAsia="zh-CN"/>
        </w:rPr>
        <w:br/>
      </w:r>
      <w:r>
        <w:rPr>
          <w:lang w:eastAsia="zh-CN"/>
        </w:rPr>
        <w:t>　　(一)只有摆正自己的位置，下功夫熟悉基本业务，才能更好适应工作岗位。</w:t>
      </w:r>
      <w:r>
        <w:rPr>
          <w:lang w:eastAsia="zh-CN"/>
        </w:rPr>
        <w:br/>
      </w:r>
      <w:r>
        <w:rPr>
          <w:lang w:eastAsia="zh-CN"/>
        </w:rPr>
        <w:t>　　(二)只有主动融入集体，处理好各方面的关系，才能在新的环境中保持好的工作状态。</w:t>
      </w:r>
      <w:r>
        <w:rPr>
          <w:lang w:eastAsia="zh-CN"/>
        </w:rPr>
        <w:br/>
      </w:r>
      <w:r>
        <w:rPr>
          <w:lang w:eastAsia="zh-CN"/>
        </w:rPr>
        <w:t>　　(三)只有树立服务意识，加强沟通协调，才能把分内的工作做好。</w:t>
      </w:r>
      <w:r>
        <w:rPr>
          <w:lang w:eastAsia="zh-CN"/>
        </w:rPr>
        <w:br/>
      </w:r>
      <w:r>
        <w:rPr>
          <w:lang w:eastAsia="zh-CN"/>
        </w:rPr>
        <w:t>　　(四)要加强与同事的交流，要与同事做好沟通，解决同事工作上的情绪问题，要与同事进行思想交流。</w:t>
      </w:r>
      <w:r>
        <w:rPr>
          <w:lang w:eastAsia="zh-CN"/>
        </w:rPr>
        <w:br/>
      </w:r>
      <w:r>
        <w:rPr>
          <w:lang w:eastAsia="zh-CN"/>
        </w:rPr>
        <w:t xml:space="preserve">    2024年检修工工作总结范文 篇7 </w:t>
      </w:r>
      <w:r>
        <w:rPr>
          <w:lang w:eastAsia="zh-CN"/>
        </w:rPr>
        <w:br/>
      </w:r>
      <w:r>
        <w:rPr>
          <w:lang w:eastAsia="zh-CN"/>
        </w:rPr>
        <w:t>　　范文1：</w:t>
      </w:r>
      <w:r>
        <w:rPr>
          <w:lang w:eastAsia="zh-CN"/>
        </w:rPr>
        <w:br/>
      </w:r>
      <w:r>
        <w:rPr>
          <w:lang w:eastAsia="zh-CN"/>
        </w:rPr>
        <w:t>　　_年7月参加工作后，在班长及各位师傅的帮助下，通过一年的学习努力，逐步熟悉了高压试验的接线，操作工作，对试验原理有了一定了解，初步具备一定的判断分析能力。在学习专业知识的同时，积极参与队内安全活动，深刻体会“安全生产”的重要性，确保现场试验安全进行，做到“三不伤害”。</w:t>
      </w:r>
      <w:r>
        <w:rPr>
          <w:lang w:eastAsia="zh-CN"/>
        </w:rPr>
        <w:br/>
      </w:r>
      <w:r>
        <w:rPr>
          <w:lang w:eastAsia="zh-CN"/>
        </w:rPr>
        <w:t>　　回顾一年来的工作，我主要做了以下几个方面的工作:</w:t>
      </w:r>
      <w:r>
        <w:rPr>
          <w:lang w:eastAsia="zh-CN"/>
        </w:rPr>
        <w:br/>
      </w:r>
      <w:r>
        <w:rPr>
          <w:lang w:eastAsia="zh-CN"/>
        </w:rPr>
        <w:t>　　1、爱岗敬业，积极向班内师傅学习。</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7"/>
          <w:cols w:space="425"/>
          <w:titlePg w:val="0"/>
          <w:docGrid w:type="lines" w:linePitch="312"/>
        </w:sectPr>
      </w:pPr>
      <w:r>
        <w:rPr>
          <w:lang w:eastAsia="zh-CN"/>
        </w:rPr>
        <w:t>　　作为一个刚参加工作的新员工，无论在专业知识，还是在业务技能方面，都深深地感觉到自己的不足，都需要虚心向师傅请教，多看多想多问多学。在一年多的的时间里，学习《高压电气设备试验方法》《电气试验初级工》《带电作业工具、装置和设备预防性试验规程贯读本》等专业书籍，争取尽快熟悉试验原理，设备原理，操作规程。在工作中对不明白的问题及时提问，事后继续查资料，深入了解。慢慢熟悉试验工作后，我越来越深刻地认识到高压试验工作的重要性，变电站大部分一次设备的安危都需要细致耐心的试验来保证，试验数据精益求精，做试验不怕麻烦，胆大心细。在工作中我受到班内师傅的影响，操作中注意安全，试验后仔细检查，一根保险丝都不能拉下。</w:t>
      </w:r>
      <w:r>
        <w:rPr>
          <w:lang w:eastAsia="zh-CN"/>
        </w:rPr>
        <w:br/>
      </w:r>
      <w:r>
        <w:rPr>
          <w:lang w:eastAsia="zh-CN"/>
        </w:rPr>
        <w:t>　　2、跟随班组成员参加全市多个变电站检修试验工作。</w:t>
      </w:r>
      <w:r>
        <w:rPr>
          <w:lang w:eastAsia="zh-CN"/>
        </w:rPr>
        <w:br/>
      </w:r>
      <w:r>
        <w:rPr>
          <w:lang w:eastAsia="zh-CN"/>
        </w:rPr>
        <w:t>　　20__年9月秋检，转遍全市十几个站，初步熟悉试验操作。参与变电站扩建工程，20__年11月随队吃住在邹平肖镇，在书记的鼓励下同诸位同仁抓安全，赶进度。20__年10月无棣大杨站新上间隔，公司组织劳动竞赛，随队陆续完成了220KVⅠ段PT，避雷器，220KV鲁大线CVT，鲁大线-1刀闸，220KV滨大线-1刀闸，CVT，220KV大双线刀闸等设备的交接性试验，为检修班安装的设备把好质量关，确保新上设备合格无恙。</w:t>
      </w:r>
      <w:r>
        <w:rPr>
          <w:lang w:eastAsia="zh-CN"/>
        </w:rPr>
        <w:br/>
      </w:r>
      <w:r>
        <w:rPr>
          <w:lang w:eastAsia="zh-CN"/>
        </w:rPr>
        <w:t>　　3、在完成自身本职工作的同时，还积极参与班组布置的各项工作。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8"/>
          <w:cols w:space="425"/>
          <w:titlePg w:val="0"/>
          <w:docGrid w:type="lines" w:linePitch="312"/>
        </w:sectPr>
      </w:pPr>
      <w:r>
        <w:rPr>
          <w:lang w:eastAsia="zh-CN"/>
        </w:rPr>
        <w:t>　　20__年10月观摩QC小组成果发布会，了解QC小组课题的制作规程，选题，论述，组织，原因分析，等等。参加总公司举办的“反腐倡廉”书法美术作品征集，原创五张漫画，一张海报。参加公司举办的安全生产漫画赛，所作漫画被录入宣传册。</w:t>
      </w:r>
      <w:r>
        <w:rPr>
          <w:lang w:eastAsia="zh-CN"/>
        </w:rPr>
        <w:br/>
      </w:r>
      <w:r>
        <w:rPr>
          <w:lang w:eastAsia="zh-CN"/>
        </w:rPr>
        <w:t>　　一年来在队领导和班长正确领导下，虽然我做了上述工作，取得了一定的成绩，但作为一名刚新员工，与上级领导的要求相比，与其它班组成员所取得的成绩相比还存在一定的差距。主要有以下几个方面:</w:t>
      </w:r>
      <w:r>
        <w:rPr>
          <w:lang w:eastAsia="zh-CN"/>
        </w:rPr>
        <w:br/>
      </w:r>
      <w:r>
        <w:rPr>
          <w:lang w:eastAsia="zh-CN"/>
        </w:rPr>
        <w:t>　　1、自身的专业业务水平不高，高压试验工作难在后期的数据分析判断，有些时候需要经验判断，而这些是我最为缺乏的，所以在今后的工作中需要多加学习，在遇到特殊故障情况下更需要注意，学习班内师傅找问题，分析问题，解决问题的方法。</w:t>
      </w:r>
      <w:r>
        <w:rPr>
          <w:lang w:eastAsia="zh-CN"/>
        </w:rPr>
        <w:br/>
      </w:r>
      <w:r>
        <w:rPr>
          <w:lang w:eastAsia="zh-CN"/>
        </w:rPr>
        <w:t>　　2、角色转变不够，仅仅以为做完试验就可以，做好本职工作就可以，缺乏对组织协调工作的学习。另外，对安全问题存在一定惰性心理，以为负责人确认了便可以放心大胆工作，缺乏对自身的保护。</w:t>
      </w:r>
      <w:r>
        <w:rPr>
          <w:lang w:eastAsia="zh-CN"/>
        </w:rPr>
        <w:br/>
      </w:r>
      <w:r>
        <w:rPr>
          <w:lang w:eastAsia="zh-CN"/>
        </w:rPr>
        <w:t>　　对于上述不足之处，在20__年的工作中，我要总结经验教训，找出差距，克服不足之处，特别的安全生产工作方面。在成绩面前我要保持清醒的头脑，充分认识到不安全的因素还可能存在，只有通过坚持“安全第一，预防为主”的方针，周密细致的工作，才能防患于未然。</w:t>
      </w:r>
      <w:r>
        <w:rPr>
          <w:lang w:eastAsia="zh-CN"/>
        </w:rPr>
        <w:br/>
      </w:r>
      <w:r>
        <w:rPr>
          <w:lang w:eastAsia="zh-CN"/>
        </w:rPr>
        <w:t>　　范文2：</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19"/>
          <w:cols w:space="425"/>
          <w:titlePg w:val="0"/>
          <w:docGrid w:type="lines" w:linePitch="312"/>
        </w:sectPr>
      </w:pPr>
      <w:r>
        <w:rPr>
          <w:lang w:eastAsia="zh-CN"/>
        </w:rPr>
        <w:t>　　_年毕业于技校，同年9月底分配至热电厂除尘脱硫车间工作。在此期间，在各位领导和班长的指导及全车间人员的帮助下，我认真学习除尘脱硫运行和设备维修技术的理论知识，并很快熟悉和掌握对一次、二次设备的现场实际操作，运行设备的.异常、事故的判断和处理，以及作为一名检修值班人员应知应会的一些基本常识、常规和各种规章规程，为干好检修工作打下了扎实的基础。在几年的工作生涯中，上级领导的亲切关怀和工作同事的热情帮助，让我的工作能力迅速成长、成熟起来，成为一名合格的检修人员。以工作为圆心，以勤奋刻苦、不断学习、尽职尽责的工作态度为半径是我对个人事业的认识，在事业上，我用心追求着自己的梦想，挥洒青春的汗水。</w:t>
      </w:r>
      <w:r>
        <w:rPr>
          <w:lang w:eastAsia="zh-CN"/>
        </w:rPr>
        <w:br/>
      </w:r>
      <w:r>
        <w:rPr>
          <w:lang w:eastAsia="zh-CN"/>
        </w:rPr>
        <w:t>　　作为新时代的一名共青团员，我时刻严格要求自己，自觉遵守国家法律和团的纪律，自觉交纳团费，认真完成团组织交给的任务，积极配合团支部工作，参加团委组织的各项活动;在日常生活和工作中处处体现共青团员先进性，能够把批评和自我批评相联系，关心同事，经常交流、沟通，肯吃苦，敢创新，勇于应对挑战，始终站在时代的发展的前列。而且个人素质也得到进一步提高。总结起来主要有以下几点:</w:t>
      </w:r>
      <w:r>
        <w:rPr>
          <w:lang w:eastAsia="zh-CN"/>
        </w:rPr>
        <w:br/>
      </w:r>
      <w:r>
        <w:rPr>
          <w:lang w:eastAsia="zh-CN"/>
        </w:rPr>
        <w:t>　　一、正确的工作态度</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0"/>
          <w:cols w:space="425"/>
          <w:titlePg w:val="0"/>
          <w:docGrid w:type="lines" w:linePitch="312"/>
        </w:sectPr>
      </w:pPr>
      <w:r>
        <w:rPr>
          <w:lang w:eastAsia="zh-CN"/>
        </w:rPr>
        <w:t>　　近年来，随着电力科技的飞速发展，要求员工全面发展，各方面都具备较高的素质。为适应在全新形势下做好本职工作的需要，加强自身的理论学习，不断增强爱岗敬业的意识是我长期以来对自己的要求。始终把不断学习、全面学习作为人生的一大乐趣，利用业余时间学习相关专业知识，并通过在企业网的网上的学习来完善自己的知识储备，力把自己培养成适应企业需要的一专多能的复合型人才。LOcAlHoST积极参加厂里组织的各种专业技能及业务培训，在此过程中不断提升个人技能，自我完善、发展。</w:t>
      </w:r>
      <w:r>
        <w:rPr>
          <w:lang w:eastAsia="zh-CN"/>
        </w:rPr>
        <w:br/>
      </w:r>
      <w:r>
        <w:rPr>
          <w:lang w:eastAsia="zh-CN"/>
        </w:rPr>
        <w:t>　　参加工作以来，不论是在运行上还是在检修上，我首先找对自己的正确位置，为自己制定工作目标、工作计划。要求自己怎样做能掌握全面的业务知识，怎样做能发挥好自己掌握的技能知识，一系列的怎样做时常会督促我去树立正确的工作态度，做好自己的每一项工作。在自己不断努力下终于换来了领导的一致好评，曾被车间评‘‘亚席员工奖’’、‘‘先进个人奖’’、‘‘精神文明奖’’荣誉称号。</w:t>
      </w:r>
      <w:r>
        <w:rPr>
          <w:lang w:eastAsia="zh-CN"/>
        </w:rPr>
        <w:br/>
      </w:r>
      <w:r>
        <w:rPr>
          <w:lang w:eastAsia="zh-CN"/>
        </w:rPr>
        <w:t>　　二、良好地工作作风及娴熟的维修技能</w:t>
      </w:r>
      <w:r>
        <w:rPr>
          <w:lang w:eastAsia="zh-CN"/>
        </w:rPr>
        <w:br/>
      </w:r>
      <w:r>
        <w:rPr>
          <w:lang w:eastAsia="zh-CN"/>
        </w:rPr>
        <w:t>　　20__年，我被指派到检修班工作，负责除尘脱硫检修管理工作。面对繁重而琐碎的日常工作、艰苦的工作环境我迎难而上，利用一切可以利用的时间，全面细致地学习车间各项规程和检修知识，谨慎、合理地安排好每一项工作、每一个细节。</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1"/>
          <w:cols w:space="425"/>
          <w:titlePg w:val="0"/>
          <w:docGrid w:type="lines" w:linePitch="312"/>
        </w:sectPr>
      </w:pPr>
      <w:r>
        <w:rPr>
          <w:lang w:eastAsia="zh-CN"/>
        </w:rPr>
        <w:t>　　那时候，我主要负责维修任务，为了能使设备正常运行，工作中，我尽职尽责，努力钻研业务知识，认真填写报修记录和维修任务单，仔细统计班组各种维修报表，并及时上报。工作之余，我积极与车间负责人沟通，虚心向他们学习维修组的管理办法。功夫不负苦心人，经过努力，在同事们的共同努力下，终于总结出了一套比较适应设备正常运行的检修流程。在自己不断学习下，曾参加集团公司焊工技能比武大赛，获得六等奖。</w:t>
      </w:r>
      <w:r>
        <w:rPr>
          <w:lang w:eastAsia="zh-CN"/>
        </w:rPr>
        <w:br/>
      </w:r>
      <w:r>
        <w:rPr>
          <w:lang w:eastAsia="zh-CN"/>
        </w:rPr>
        <w:t>　　三、良好的团队合作精神</w:t>
      </w:r>
      <w:r>
        <w:rPr>
          <w:lang w:eastAsia="zh-CN"/>
        </w:rPr>
        <w:br/>
      </w:r>
      <w:r>
        <w:rPr>
          <w:lang w:eastAsia="zh-CN"/>
        </w:rPr>
        <w:t>　　在现代的工作环境中具有团队意识是非常重要的。有效的团队工作可以提高工作效率。为此，在工作中我不光自己努力工作，同时也和同事之间处理的非常好。在工作中除了互相学习外，生活中我也经常和同事谈心，了解各自内心的想法，相互出主意、想办法。</w:t>
      </w:r>
      <w:r>
        <w:rPr>
          <w:lang w:eastAsia="zh-CN"/>
        </w:rPr>
        <w:br/>
      </w:r>
      <w:r>
        <w:rPr>
          <w:lang w:eastAsia="zh-CN"/>
        </w:rPr>
        <w:t>　　作为一名普通的检修工人，不经意间我融入电厂这个大家庭已经4年有余。回眸来时的路，那不远处闪现的依然是蓝色的火焰，升腾起的又分明是姹紫嫣红。驻足长望，凝神静思，伴随着电厂匆匆的步履，守望中国煤气化集团公司鲜明的旗帜，这一刻，我为你自豪，为你骄傲，我的全部激情在为你燃烧。</w:t>
      </w:r>
      <w:r>
        <w:rPr>
          <w:lang w:eastAsia="zh-CN"/>
        </w:rPr>
        <w:br/>
      </w:r>
      <w:r>
        <w:rPr>
          <w:lang w:eastAsia="zh-CN"/>
        </w:rPr>
        <w:t>　　还记得第一次穿起电厂蓝色的职业装时，那种无法掩饰的内心的喜悦，我梦寐以求的愿望实现了，沐浴着清晨的朝阳我自豪的向工作岗位走去。</w:t>
      </w:r>
      <w:r>
        <w:rPr>
          <w:lang w:eastAsia="zh-CN"/>
        </w:rPr>
        <w:br/>
      </w:r>
      <w:r>
        <w:rPr>
          <w:lang w:eastAsia="zh-CN"/>
        </w:rPr>
        <w:t>　　工作之余，静静地感受奉献的喜悦，默默地享受着工作的快乐，我的心灵在净化。忙碌是我工作的主旋律，用爱岗敬业中蕴涵的快乐塑造着我，一名普通检修员无悔的人生。</w:t>
      </w:r>
      <w:r>
        <w:rPr>
          <w:lang w:eastAsia="zh-CN"/>
        </w:rPr>
        <w:br/>
      </w:r>
      <w:r>
        <w:rPr>
          <w:lang w:eastAsia="zh-CN"/>
        </w:rPr>
        <w:t xml:space="preserve">    2024年检修工工作总结范文 篇8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2"/>
          <w:cols w:space="425"/>
          <w:titlePg w:val="0"/>
          <w:docGrid w:type="lines" w:linePitch="312"/>
        </w:sectPr>
      </w:pPr>
      <w:r>
        <w:rPr>
          <w:lang w:eastAsia="zh-CN"/>
        </w:rPr>
        <w:t>　　一年以来，在总公司分公司的领导下，在所长的组织带领下，我所员工团结协作，积极进取。充分发扬“辛苦我一人，温暖千万家”的宗旨，以“供好热，让群众满意”为目标，强化服务意识，克服供热工作中诸多困难，圆满完成的了本年度的`各项工作任务，使我所各项生产管理工作又达到一个新的高度。为了总结经验，找准问题，更好的开展下一年度的供热工作，现将20__—20__年度供热工作情况总结如下：</w:t>
      </w:r>
      <w:r>
        <w:rPr>
          <w:lang w:eastAsia="zh-CN"/>
        </w:rPr>
        <w:br/>
      </w:r>
      <w:r>
        <w:rPr>
          <w:lang w:eastAsia="zh-CN"/>
        </w:rPr>
        <w:t>　　一、高质量完成供暖前的各项准备工作</w:t>
      </w:r>
      <w:r>
        <w:rPr>
          <w:lang w:eastAsia="zh-CN"/>
        </w:rPr>
        <w:br/>
      </w:r>
      <w:r>
        <w:rPr>
          <w:lang w:eastAsia="zh-CN"/>
        </w:rPr>
        <w:t>　　为了保证本年度供暖安全|、保质、保量，我所于20__年4月中旬即开始安排夏季检修工作，力求早部署，早落实。抽调业务骨干组成检修队，检修保养各站内外供暖设备及管网，重点对上季度供暖期间发生故障的设备进行检查维修，对每台设备做到心中有数，力求不留隐患，为今冬高效优质的供暖打下良好的基础。</w:t>
      </w:r>
      <w:r>
        <w:rPr>
          <w:lang w:eastAsia="zh-CN"/>
        </w:rPr>
        <w:br/>
      </w:r>
      <w:r>
        <w:rPr>
          <w:lang w:eastAsia="zh-CN"/>
        </w:rPr>
        <w:t>　　二、制定突发事件应急处理预案</w:t>
      </w:r>
      <w:r>
        <w:rPr>
          <w:lang w:eastAsia="zh-CN"/>
        </w:rPr>
        <w:br/>
      </w:r>
      <w:r>
        <w:rPr>
          <w:lang w:eastAsia="zh-CN"/>
        </w:rPr>
        <w:t>　　我所辖区内有大量的老旧小区，其地沟内情况复杂，各类管道交错，长期无人管理维护，供热二网管道老化腐蚀相当严重，造成供热期间管道事故时有发生。为了能及时解决各类供暖设备及管道的故障，提升应对意外事故的应急效率，我所制定了《供热事故应急抢修预案》，抽调技术骨干组成应急抢修队，明确各自职责，确保能在最短时间内恢复供热。本年度供热期间，我所先后发生供热管网爆管、跑水、漏水等事件二十余起，因及时启动应急预案，应急抢修队反应迅速，协同得力，均在最短时间内恢复了供热，将影响降到最小，得到了辖区用户的好评。</w:t>
      </w:r>
      <w:r>
        <w:rPr>
          <w:lang w:eastAsia="zh-CN"/>
        </w:rPr>
        <w:br/>
      </w:r>
      <w:r>
        <w:rPr>
          <w:lang w:eastAsia="zh-CN"/>
        </w:rPr>
        <w:t>　　三、加强安全生产教育及管理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3"/>
          <w:cols w:space="425"/>
          <w:titlePg w:val="0"/>
          <w:docGrid w:type="lines" w:linePitch="312"/>
        </w:sectPr>
      </w:pPr>
      <w:r>
        <w:rPr>
          <w:lang w:eastAsia="zh-CN"/>
        </w:rPr>
        <w:t>　　我所高度重视安全生产工作。为加强员工安全生产意识，保证人员及供暖设施的安全，我所狠抓全体员工的安全生产教育，加强安全检查，及时发现、消除各供热站的供热安全隐患，全力保障安全平稳供热。与此同时，通过在办公场所悬挂安全标语，定期举办安全生产黑板报等形式多样的安全主题活动，牢固树立员工“安全第一，预防为主”的安全生产意识。在供热设备操作过程中，严格执行相应的行业安全规则，相关人员必须持证上岗，规范操作，严禁酒后上岗。通过各方面对安全生产的重视和积极工作，本年度供热期内，我所未发生一起安全生产事故及人员受伤情况。</w:t>
      </w:r>
      <w:r>
        <w:rPr>
          <w:lang w:eastAsia="zh-CN"/>
        </w:rPr>
        <w:br/>
      </w:r>
      <w:r>
        <w:rPr>
          <w:lang w:eastAsia="zh-CN"/>
        </w:rPr>
        <w:t>　　四、强化服务质量，及时解决群众合理诉求</w:t>
      </w:r>
      <w:r>
        <w:rPr>
          <w:lang w:eastAsia="zh-CN"/>
        </w:rPr>
        <w:br/>
      </w:r>
      <w:r>
        <w:rPr>
          <w:lang w:eastAsia="zh-CN"/>
        </w:rPr>
        <w:t>　　为保证市民投诉渠道畅通，及时解决用户反应的问题，客服维修人员坚持24小时轮流值班。对于各站接到的投诉，所领导必须第一时间带领维修人员上门，摸清用户暖气不热情况，供热站能调节的及时在站内调节，如若是物业公司责任，则联系物业负责人，现场协商解决。建立用户投诉反馈回访机制，不定期的对投诉用户进行电话回访，了解客服投诉处理效果，改进客服服务质量。根据分公司相关指示，本年度供暖期间，我所加强了入户测温的频率与数量，全面准确的掌握了各小区的供暖情况。对室内温度不达标的原因，测温人员认真听取用户意见，并向用户进行耐心细致的分析解释，取得用户理解。通过大量的室内测温统计，所长组织业务骨干分析用户不热原因，相应调节各个小区的供回水流量，尽量争取使得各小区供暖温度平衡，保证群众的供暖质量。通过实实在在为用户服务，赢得了广大用户的信任与支持，树立了公司良好形象。</w:t>
      </w:r>
      <w:r>
        <w:rPr>
          <w:lang w:eastAsia="zh-CN"/>
        </w:rPr>
        <w:br/>
      </w:r>
      <w:r>
        <w:rPr>
          <w:lang w:eastAsia="zh-CN"/>
        </w:rPr>
        <w:t xml:space="preserve">    2024年检修工工作总结范文 篇9 </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4"/>
          <w:cols w:space="425"/>
          <w:titlePg w:val="0"/>
          <w:docGrid w:type="lines" w:linePitch="312"/>
        </w:sectPr>
      </w:pPr>
      <w:r>
        <w:rPr>
          <w:lang w:eastAsia="zh-CN"/>
        </w:rPr>
        <w:t>　　大家好！我叫，今年_岁，现就职于集团供热稽查处，担任稽查四科科长一职，负责处理朝一公司和宽城公司用热违章稽查工作。20__年在集团公司党委董事会的正确领导下，在稽查处领导班子的带领下，我与四科职员一道，做到了所辖供热区域“申请20%报停及强断用户”全面普查，并在力所能及情况下帮助其他科室联合检查其他区域，查处私增供热面积、窃水、窃热等违章用热行为件，为集团公司挽回经济损失_元，圆满（并超额）完成了领导交办的各项任务，现将20__年度的工作总结如下：</w:t>
      </w:r>
      <w:r>
        <w:rPr>
          <w:lang w:eastAsia="zh-CN"/>
        </w:rPr>
        <w:br/>
      </w:r>
      <w:r>
        <w:rPr>
          <w:lang w:eastAsia="zh-CN"/>
        </w:rPr>
        <w:t>　　一、政治理论、思想提升和团队建设</w:t>
      </w:r>
      <w:r>
        <w:rPr>
          <w:lang w:eastAsia="zh-CN"/>
        </w:rPr>
        <w:br/>
      </w:r>
      <w:r>
        <w:rPr>
          <w:lang w:eastAsia="zh-CN"/>
        </w:rPr>
        <w:t>　　20__年，我积极主动学习党中央的施政方针策略，提升自己的政治理论水平，并积极估计科员学习理论知识，主动向党组织递交入党申请书和思想汇报。在实际日常工作中，我始终以党员的标准要求自己，凡事冲在前面，始终坚持以身作则，这样的行为也带动了我身边的同事们，我们形成了一个和谐奋进的团队，在日常工作中配合默契，在生活中互相关心，可以说，取得今天的成绩，是与此分不开的。</w:t>
      </w:r>
      <w:r>
        <w:rPr>
          <w:lang w:eastAsia="zh-CN"/>
        </w:rPr>
        <w:br/>
      </w:r>
      <w:r>
        <w:rPr>
          <w:lang w:eastAsia="zh-CN"/>
        </w:rPr>
        <w:t>　　二、工作能力、协调能力</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5"/>
          <w:cols w:space="425"/>
          <w:titlePg w:val="0"/>
          <w:docGrid w:type="lines" w:linePitch="312"/>
        </w:sectPr>
      </w:pPr>
      <w:r>
        <w:rPr>
          <w:lang w:eastAsia="zh-CN"/>
        </w:rPr>
        <w:t>　　稽查工作说不复杂也不复杂，但一定不是个简单的工作，需要较强的沟通能力，协调能力。在面对违章用户时，既要耐心讲解，使其明白错在何处，又要耐心说服，杜绝违章用户再次出现同样的问题。和谐的处理好企业与热用户之间的关系，将的“长热品牌”以我们特有的“稽查模式”树立起来。在工作的开展过程中，要求我们帮助用户解答、解决各种实际问题，除了耐心外，我们需要熟练掌握供热相关法律法规，供热常识，供热基本技能。在实际工作中，我始终注意认真领会供热稽查工作的内涵与实质，做好领导班子的助手和参谋。同时树立全局意识，率先垂范，带领四科，深入工作第一线，掌握第一手材料，切实做好领导交办的各项工作。20__年稽查处的前身——稽查大队初组建，我就光荣的成为其中的一员，转眼间8年过去了，如今的我已经积累的丰富的稽查工作经验，接触过各种各样的稽查工作实际案例。</w:t>
      </w:r>
      <w:r>
        <w:rPr>
          <w:lang w:eastAsia="zh-CN"/>
        </w:rPr>
        <w:br/>
      </w:r>
      <w:r>
        <w:rPr>
          <w:lang w:eastAsia="zh-CN"/>
        </w:rPr>
        <w:t>　　三、勤奋工作，不谈回报</w:t>
      </w:r>
      <w:r>
        <w:rPr>
          <w:lang w:eastAsia="zh-CN"/>
        </w:rPr>
        <w:br/>
      </w:r>
      <w:r>
        <w:rPr>
          <w:lang w:eastAsia="zh-CN"/>
        </w:rPr>
        <w:t>　　谈到勤奋，也许我们每个人都不敢说自己是完美的，但是我自问能做到力求完美。除了基本的不迟到、不早退外，工作中我始终坚持冲在一线，断管普查中，把最不好查，最辛苦的工作留给自己，我觉得，都是同事，我多干点，别的兄弟就少干点，反正也累不坏，没啥。</w:t>
      </w:r>
      <w:r>
        <w:rPr>
          <w:lang w:eastAsia="zh-CN"/>
        </w:rPr>
        <w:br/>
      </w:r>
      <w:r>
        <w:rPr>
          <w:lang w:eastAsia="zh-CN"/>
        </w:rPr>
        <w:t>　　四、克服不足、发扬成绩</w:t>
      </w:r>
      <w:r>
        <w:rPr>
          <w:lang w:eastAsia="zh-CN"/>
        </w:rPr>
        <w:br/>
      </w:r>
      <w:r>
        <w:rPr>
          <w:lang w:eastAsia="zh-CN"/>
        </w:rPr>
        <w:t>　　五、廉洁奉公、恪尽职守</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6"/>
          <w:cols w:space="425"/>
          <w:titlePg w:val="0"/>
          <w:docGrid w:type="lines" w:linePitch="312"/>
        </w:sectPr>
      </w:pPr>
      <w:r>
        <w:rPr>
          <w:lang w:eastAsia="zh-CN"/>
        </w:rPr>
        <w:t>　　在稽查工作，坦诚的讲，我也曾面对“诱惑”，有的违章用户觉得拿点小钱，就能把我们“摆平”，就能堵住我们的嘴，但是我不这么认为。没有集团公司的大我，就没有个人的小我，今天我收你点好处，明天热力公司亏损甚至倒闭，这就是典型的抓了芝麻丢西瓜。其实这还不是最主要的，我觉得我的人格，我的尊严让我不能那么做，没办法那么做。工作中，我始终坚持做到约束自己和我身边的同事，扎扎实实做事，用自己的成绩证明自己的价值。</w:t>
      </w:r>
      <w:r>
        <w:rPr>
          <w:lang w:eastAsia="zh-CN"/>
        </w:rPr>
        <w:br/>
      </w:r>
      <w:r>
        <w:rPr>
          <w:lang w:eastAsia="zh-CN"/>
        </w:rPr>
        <w:t>　　一年来，因为有了各级领导和同志们的信任和支持，才有了我工作的点滴成绩，这一切都归功于各位同仁的不懈教诲，我还很年轻，未来的路还很长，在这里向你们表示衷心的感谢。在新的一年里，我会改掉自身的不足，带领本科人员紧密地团结在稽查处领导班子的周围，为建设供热事业明天做出应有的贡献！</w:t>
      </w:r>
      <w:r>
        <w:rPr>
          <w:lang w:eastAsia="zh-CN"/>
        </w:rPr>
        <w:br/>
      </w:r>
      <w:r>
        <w:rPr>
          <w:lang w:eastAsia="zh-CN"/>
        </w:rPr>
        <w:t xml:space="preserve">    2024年检修工工作总结范文 篇10 </w:t>
      </w:r>
      <w:r>
        <w:rPr>
          <w:lang w:eastAsia="zh-CN"/>
        </w:rPr>
        <w:br/>
      </w:r>
      <w:r>
        <w:rPr>
          <w:lang w:eastAsia="zh-CN"/>
        </w:rPr>
        <w:t>　　20__年在公司安生部的领导下，顺利组织开展内蒙区域所属项目的脱硝装置的日常维护、等级检修、生产物资需求、零星工程、技改工程、技术监督等管理工作。</w:t>
      </w:r>
      <w:r>
        <w:rPr>
          <w:lang w:eastAsia="zh-CN"/>
        </w:rPr>
        <w:br/>
      </w:r>
      <w:r>
        <w:rPr>
          <w:lang w:eastAsia="zh-CN"/>
        </w:rPr>
        <w:t>　　一、20__年主要工作完成情况</w:t>
      </w:r>
      <w:r>
        <w:rPr>
          <w:lang w:eastAsia="zh-CN"/>
        </w:rPr>
        <w:br/>
      </w:r>
      <w:r>
        <w:rPr>
          <w:lang w:eastAsia="zh-CN"/>
        </w:rPr>
        <w:t>　　1、跟踪区域所属项目日常维护工作开展情况，完成日常维护物资报审、维护验收。</w:t>
      </w:r>
      <w:r>
        <w:rPr>
          <w:lang w:eastAsia="zh-CN"/>
        </w:rPr>
        <w:br/>
      </w:r>
      <w:r>
        <w:rPr>
          <w:lang w:eastAsia="zh-CN"/>
        </w:rPr>
        <w:t>　　2、完成区域所属项目八台次等级检修的修前分析、物资报审、立项审批、非标方案修编报审和检修全过程跟踪以及修后的检修总结及验收结算。</w:t>
      </w:r>
      <w:r>
        <w:rPr>
          <w:lang w:eastAsia="zh-CN"/>
        </w:rPr>
        <w:br/>
      </w:r>
      <w:r>
        <w:rPr>
          <w:lang w:eastAsia="zh-CN"/>
        </w:rPr>
        <w:t>　　区域所属项目等级检修合计完成机务、电气、热控专业及其他标准项目378项；完成非标项目7项，分别是金山项目DCS深度维护、喷氨优化试验、电动葫芦安装，新丰项目两台空压机大修、DCS深度维护，锡林项目氨区加装摄像头。</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7"/>
          <w:cols w:space="425"/>
          <w:titlePg w:val="0"/>
          <w:docGrid w:type="lines" w:linePitch="312"/>
        </w:sectPr>
      </w:pPr>
      <w:r>
        <w:rPr>
          <w:lang w:eastAsia="zh-CN"/>
        </w:rPr>
        <w:t>　　结合等级检修完成热工、继保、金属、绝缘等专业的技术监督工作，其中热工专业完成表计校验779块，热工保护试验138套，调整试验模拟量控制系统16套，检查试验顺序控制系统16套；继保专业完成MCC配电柜进线电源自动切换装置检测12套，UPS检测4套，金属专业完成涉氨管道焊口的抽检，绝缘专业完成了氨区和硝区的防雷接地系统检测。完成项目设备逻辑保护异动4项。</w:t>
      </w:r>
      <w:r>
        <w:rPr>
          <w:lang w:eastAsia="zh-CN"/>
        </w:rPr>
        <w:br/>
      </w:r>
      <w:r>
        <w:rPr>
          <w:lang w:eastAsia="zh-CN"/>
        </w:rPr>
        <w:t>　　3、完成区域所属项目零星工程报审6项，分别是新丰项目氨区北侧围墙增加安全出口、#1硝区CEMS机柜UPS电源修理及硝区稀释风机平台加装护栏及操作平台、金山项目氨区院内积水治理、乌斯太项目#1、#2硝区增加防爆监控设备、锡林项目搭建库房工程。截至年底零星工程完成3项工程的施工、验收及结算。</w:t>
      </w:r>
      <w:r>
        <w:rPr>
          <w:lang w:eastAsia="zh-CN"/>
        </w:rPr>
        <w:br/>
      </w:r>
      <w:r>
        <w:rPr>
          <w:lang w:eastAsia="zh-CN"/>
        </w:rPr>
        <w:t>　　4、完成区域所属项目脱硝装置8层催化剂换装工程，金山项目#1、2脱硝装置共四层催化剂换装工作全部完成，新丰项目#1、2脱硝装置共四层催化剂换装工作完成三层，遗留#2脱硝第二层催化剂换装未完成。乌斯太项目#2脱硝装置第二层催化剂换装工作已完成。</w:t>
      </w:r>
      <w:r>
        <w:rPr>
          <w:lang w:eastAsia="zh-CN"/>
        </w:rPr>
        <w:br/>
      </w:r>
      <w:r>
        <w:rPr>
          <w:lang w:eastAsia="zh-CN"/>
        </w:rPr>
        <w:t>　　5、协助审核项目日常维护合同、零星工程及非标项目合同，协同完成20__年度的检修、维护、和技改的年度生产计划编审。</w:t>
      </w:r>
      <w:r>
        <w:rPr>
          <w:lang w:eastAsia="zh-CN"/>
        </w:rPr>
        <w:br/>
      </w:r>
      <w:r>
        <w:rPr>
          <w:lang w:eastAsia="zh-CN"/>
        </w:rPr>
        <w:t>　　6、组织开展区域生产技能培训工作，积极协调和处理本项目重大技术难题，组织开展区域维护班组标准化管理。</w:t>
      </w:r>
      <w:r>
        <w:rPr>
          <w:lang w:eastAsia="zh-CN"/>
        </w:rPr>
        <w:br/>
      </w:r>
      <w:r>
        <w:rPr>
          <w:lang w:eastAsia="zh-CN"/>
        </w:rPr>
        <w:t>　　二、存在的问题及原因分析：</w:t>
      </w:r>
      <w:r>
        <w:rPr>
          <w:lang w:eastAsia="zh-CN"/>
        </w:rPr>
        <w:br/>
      </w:r>
      <w:r>
        <w:rPr>
          <w:lang w:eastAsia="zh-CN"/>
        </w:rPr>
        <w:t>　　1、日常维护工作做得不够深入，由于日常维护单位人员不稳定，对设备系统的熟悉程度不够和本身技能不高，导致处理缺陷主要以更换设备为主，没有以主人翁的态度分析原因、修理设备和预防缺陷。</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8"/>
          <w:cols w:space="425"/>
          <w:titlePg w:val="0"/>
          <w:docGrid w:type="lines" w:linePitch="312"/>
        </w:sectPr>
      </w:pPr>
      <w:r>
        <w:rPr>
          <w:lang w:eastAsia="zh-CN"/>
        </w:rPr>
        <w:t>　　2、检修管理流程不熟悉，检修队伍人员不足，导致检修工作应急能力差，部分检修工作开展不够及时。</w:t>
      </w:r>
      <w:r>
        <w:rPr>
          <w:lang w:eastAsia="zh-CN"/>
        </w:rPr>
        <w:br/>
      </w:r>
      <w:r>
        <w:rPr>
          <w:lang w:eastAsia="zh-CN"/>
        </w:rPr>
        <w:t>　　3、项目人员合作意识需增强。</w:t>
      </w:r>
      <w:r>
        <w:rPr>
          <w:lang w:eastAsia="zh-CN"/>
        </w:rPr>
        <w:br/>
      </w:r>
      <w:r>
        <w:rPr>
          <w:lang w:eastAsia="zh-CN"/>
        </w:rPr>
        <w:t>　　三、面临的形势和困难</w:t>
      </w:r>
      <w:r>
        <w:rPr>
          <w:lang w:eastAsia="zh-CN"/>
        </w:rPr>
        <w:br/>
      </w:r>
      <w:r>
        <w:rPr>
          <w:lang w:eastAsia="zh-CN"/>
        </w:rPr>
        <w:t>　　随着设备运行时间的增长，设备的老化问题就会越来越突出，设备维护和改造的费用会有所增高，目前所属项目的催化剂磨损问题需要根本性的原因分析，检测不合格氨管道整改需要的资金较高。</w:t>
      </w:r>
      <w:r>
        <w:rPr>
          <w:lang w:eastAsia="zh-CN"/>
        </w:rPr>
        <w:br/>
      </w:r>
      <w:r>
        <w:rPr>
          <w:lang w:eastAsia="zh-CN"/>
        </w:rPr>
        <w:t>　　四、20__年工作计划</w:t>
      </w:r>
      <w:r>
        <w:rPr>
          <w:lang w:eastAsia="zh-CN"/>
        </w:rPr>
        <w:br/>
      </w:r>
      <w:r>
        <w:rPr>
          <w:lang w:eastAsia="zh-CN"/>
        </w:rPr>
        <w:t>　　日常维护方面：加强缺陷管理，强化分析诊断，随着维护队伍人员的稳定和技能的提升，加强落实设备责任制和维护质量，在日常巡检、定期工作以及充分结合春、秋季安全大检查的时机和加强设备隐患排查，做到防治并举，提升现场设备管理水平。</w:t>
      </w:r>
      <w:r>
        <w:rPr>
          <w:lang w:eastAsia="zh-CN"/>
        </w:rPr>
        <w:br/>
      </w:r>
      <w:r>
        <w:rPr>
          <w:lang w:eastAsia="zh-CN"/>
        </w:rPr>
        <w:t>　　等级检修方面：熟悉检修管理流程，严格按照公司要求进行合规施工。深入检修现场，加强检修过程监控，实行全过程的安全、质量、进度跟踪监督。修编检修规程、作业指导书及检修文件包等指导文件落地现场实际工作，严抓检修工艺，提升检修质量。</w:t>
      </w:r>
      <w:r>
        <w:rPr>
          <w:lang w:eastAsia="zh-CN"/>
        </w:rPr>
        <w:br/>
      </w:r>
      <w:r>
        <w:rPr>
          <w:lang w:eastAsia="zh-CN"/>
        </w:rPr>
        <w:t>　　技术监督方面：按照公司技术监督导则和年度计划在日常和等级检修过程中，按要求开展各专业的技术监督。</w:t>
      </w:r>
      <w:r>
        <w:rPr>
          <w:lang w:eastAsia="zh-CN"/>
        </w:rPr>
        <w:br/>
      </w:r>
      <w:r>
        <w:rPr>
          <w:lang w:eastAsia="zh-CN"/>
        </w:rPr>
        <w:t>　　技术改造方面：激励现场工作人员和日常维护人员的创新意识，增加小改小造的项目。</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29"/>
          <w:cols w:space="425"/>
          <w:titlePg w:val="0"/>
          <w:docGrid w:type="lines" w:linePitch="312"/>
        </w:sectPr>
      </w:pPr>
      <w:r>
        <w:rPr>
          <w:lang w:eastAsia="zh-CN"/>
        </w:rPr>
        <w:t>　　工作制度方面：组织学习特许颁发的检修文件包管理办法、检修管理办法、技改项目管理办法、设备缺陷管理办法、设备维修管理办法、技术监督管理标准等16部检修维护管理制度，并针对实际情况完成区域制度的修编。</w:t>
      </w:r>
      <w:r>
        <w:rPr>
          <w:lang w:eastAsia="zh-CN"/>
        </w:rPr>
        <w:br/>
      </w:r>
      <w:r>
        <w:rPr>
          <w:lang w:eastAsia="zh-CN"/>
        </w:rPr>
        <w:t xml:space="preserve">    2024年检修工工作总结范文 篇11 </w:t>
      </w:r>
      <w:r>
        <w:rPr>
          <w:lang w:eastAsia="zh-CN"/>
        </w:rPr>
        <w:br/>
      </w:r>
      <w:r>
        <w:rPr>
          <w:lang w:eastAsia="zh-CN"/>
        </w:rPr>
        <w:t>　　本人十分荣幸的加入了一个附有朝气蓬勃、欣欣向荣的团队，那就是v地产。期间在公司领导和同事的关心支持下，通过刻苦的专研学习完成了新公司，新环境，新工程，新角色的转变和适应。静心回顾这段工作，收获颇丰，现将我的工作情况总结如下：</w:t>
      </w:r>
      <w:r>
        <w:rPr>
          <w:lang w:eastAsia="zh-CN"/>
        </w:rPr>
        <w:br/>
      </w:r>
      <w:r>
        <w:rPr>
          <w:lang w:eastAsia="zh-CN"/>
        </w:rPr>
        <w:t>　　一、工作态度方面</w:t>
      </w:r>
      <w:r>
        <w:rPr>
          <w:lang w:eastAsia="zh-CN"/>
        </w:rPr>
        <w:br/>
      </w:r>
      <w:r>
        <w:rPr>
          <w:lang w:eastAsia="zh-CN"/>
        </w:rPr>
        <w:t>　　作为公司的员工，我本着以严格遵守公司的各项规章制度，维护公司的形象。平时注重理论学习，在思想上要求积极上进，提高自己的个人素质。向理论学习，向专业学习，向身边的同事学习，逐步提高自己的理论知识和业务能力，克服年轻气躁，做到脚踏实地。提高自己的主动性，不怕多做事，不怕做小事，踏实肯干，努力完成领导交办的各项任务，在点滴实践中完善自己。其次作为专业工程师一定要有责任心，严格按照工程部的专业岗位职责要求去做，努力完成公司开发目标计划。</w:t>
      </w:r>
      <w:r>
        <w:rPr>
          <w:lang w:eastAsia="zh-CN"/>
        </w:rPr>
        <w:br/>
      </w:r>
      <w:r>
        <w:rPr>
          <w:lang w:eastAsia="zh-CN"/>
        </w:rPr>
        <w:t>　　二、工程现场管理方面</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0"/>
          <w:cols w:space="425"/>
          <w:titlePg w:val="0"/>
          <w:docGrid w:type="lines" w:linePitch="312"/>
        </w:sectPr>
      </w:pPr>
      <w:r>
        <w:rPr>
          <w:lang w:eastAsia="zh-CN"/>
        </w:rPr>
        <w:t>　　1、作为甲方专业工程师这个角色，我认为应该是一个“协调管理大师”兼“技术人才”的角色，因此必须拥有比较全面的素质。在项目现场管理中需要认真学习工程部水暖工程师的岗位职责，熟悉各项工作的流程，在此基础上要有一定的过硬专业技术知识（包括各类规范要求和项目专业知识等），同时要了解相关行业的要求及一些基本做法，如新型设备，新型材料运用，并且精通于此方面，为公司树立品牌，也是非常重要的。</w:t>
      </w:r>
      <w:r>
        <w:rPr>
          <w:lang w:eastAsia="zh-CN"/>
        </w:rPr>
        <w:br/>
      </w:r>
      <w:r>
        <w:rPr>
          <w:lang w:eastAsia="zh-CN"/>
        </w:rPr>
        <w:t>　　2、作为专业工程师要处理好与施工单位的关系。除了监管与被监管的关系外，还有协作、配合的关系，可概括为监、帮、促的关系。除了依照工程合同、图纸、规范对施工活动认真严格监督管理之外，对其施工中的实际困难应尽其所能给予帮助解决；对施工技术上的问题要当好参谋，不能袖手旁观；对于施工单位的合法利益应给予保护。</w:t>
      </w:r>
      <w:r>
        <w:rPr>
          <w:lang w:eastAsia="zh-CN"/>
        </w:rPr>
        <w:br/>
      </w:r>
      <w:r>
        <w:rPr>
          <w:lang w:eastAsia="zh-CN"/>
        </w:rPr>
        <w:t>　　3、要处理好与设计单位的关系。设计单位是工程的主要技术部门，甲方工程师要尊重和依靠设计单位，若对设计的不足须提出修改与补充意见，使设计更实际，更完善，还须征得设计单位的同意，作出书面更改通知，施工单位方可执行施工。</w:t>
      </w:r>
      <w:r>
        <w:rPr>
          <w:lang w:eastAsia="zh-CN"/>
        </w:rPr>
        <w:br/>
      </w:r>
      <w:r>
        <w:rPr>
          <w:lang w:eastAsia="zh-CN"/>
        </w:rPr>
        <w:t>　　4、对工程从施工方案可行性研究、施工准备、施工实施到工程竣工的每一个过程、每一个环节都应有相应的技术管理措施和方法。做好图纸会审、技术交底等工作，尽最大可能减少因图纸失误造成的损失；把好材料进场关。作为专业工程师还应根据工程各分部、分项或各道工序的特点制定相应的检查及技术管理措施。如对隐蔽工程一定要跟踪管理；还要加强对施工队伍的管理，加强职业道德教育。落实责任制，做到每项工作有专人负责，定期召开质量管理现场会，及时解决施工中的有关问题。</w:t>
      </w:r>
      <w:r>
        <w:rPr>
          <w:lang w:eastAsia="zh-CN"/>
        </w:rPr>
        <w:br/>
      </w:r>
      <w:r>
        <w:rPr>
          <w:lang w:eastAsia="zh-CN"/>
        </w:rPr>
        <w:t>　　三、对监理方的管理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1"/>
          <w:cols w:space="425"/>
          <w:titlePg w:val="0"/>
          <w:docGrid w:type="lines" w:linePitch="312"/>
        </w:sectPr>
      </w:pPr>
      <w:r>
        <w:rPr>
          <w:lang w:eastAsia="zh-CN"/>
        </w:rPr>
        <w:t>　　由于目前的建筑市场很是不规范，监理所起的作用是微乎其微，根本没有办法与国外的监理相提并论，当然监理费低也是造成监理市场鱼目混珠的主要原因之一，另外在其工程中分包的项目过多，施工单位无法从工程中得到更多的利润，再加上国家对房产公司的要求越来越高，因此将工程做细、做精，这就要求我们加大成本的管理力度，否则将很有可能被现实的市场所淘汰。在此我谈几方面的问题。</w:t>
      </w:r>
      <w:r>
        <w:rPr>
          <w:lang w:eastAsia="zh-CN"/>
        </w:rPr>
        <w:br/>
      </w:r>
      <w:r>
        <w:rPr>
          <w:lang w:eastAsia="zh-CN"/>
        </w:rPr>
        <w:t>　　1、在施工的时候，甲方工程师不可能代替监理和施工单位的质检员来管理工程质量，工作重心应该以协调为主，但又不可以放松施工管理，所以要充分利用和管理好监理，所以要多看多学多问，不断提高自己的各方面能力，这样在管理工程时，会大大提高威信，也会赢得大家的尊重。</w:t>
      </w:r>
      <w:r>
        <w:rPr>
          <w:lang w:eastAsia="zh-CN"/>
        </w:rPr>
        <w:br/>
      </w:r>
      <w:r>
        <w:rPr>
          <w:lang w:eastAsia="zh-CN"/>
        </w:rPr>
        <w:t>　　2、作为甲方工程师我认为对工地日常小事不要轻易表态，可改可不改的问题尽量尊重监理的意见，只有你尊重别人别人才会尊重你，而且这样你可学习一下总监处理问题的好的方式方法，对自己在业务方面的`提高也会有好处。偶尔，在你有绝对把握的事情上你要大胆表达出你的看法，态度要坚决，不容置疑的坚决，这样别人恐怕即使有意见也不会表示反对了。如果监理方总是同施工方串通一气，对质量把关不严或是接受施工单位贿赂，作为工程师必须要有确凿证据好好给监理单位"上一课"，比如发函给监理公司或直接将监理公司老总叫过来将监理违规的事实摆给出他看，并要求他拿出处理意见。</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2"/>
          <w:cols w:space="425"/>
          <w:titlePg w:val="0"/>
          <w:docGrid w:type="lines" w:linePitch="312"/>
        </w:sectPr>
      </w:pPr>
      <w:r>
        <w:rPr>
          <w:lang w:eastAsia="zh-CN"/>
        </w:rPr>
        <w:t>　　总之，作为甲方水暖工程师，他所涉及到的部门多，行业多，项目多，繁琐的事情多，所以要想做一个合格的工程师应该不是一件容易的事，但我相信只要踏踏实实的做好每一项工作每一个步每一个道工序，我想离一名合格的工程师就不远了。</w:t>
      </w:r>
      <w:r>
        <w:rPr>
          <w:lang w:eastAsia="zh-CN"/>
        </w:rPr>
        <w:br/>
      </w:r>
      <w:r>
        <w:rPr>
          <w:lang w:eastAsia="zh-CN"/>
        </w:rPr>
        <w:t xml:space="preserve">    2024年检修工工作总结范文 篇12 </w:t>
      </w:r>
      <w:r>
        <w:rPr>
          <w:lang w:eastAsia="zh-CN"/>
        </w:rPr>
        <w:br/>
      </w:r>
      <w:r>
        <w:rPr>
          <w:lang w:eastAsia="zh-CN"/>
        </w:rPr>
        <w:t>　　20__年，水暖队在多年坚持环境建设基础上，今年又继续加大了队区的环境建设工作力度，把环境建设与创建文明单位有机统一起来。</w:t>
      </w:r>
      <w:r>
        <w:rPr>
          <w:lang w:eastAsia="zh-CN"/>
        </w:rPr>
        <w:br/>
      </w:r>
      <w:r>
        <w:rPr>
          <w:lang w:eastAsia="zh-CN"/>
        </w:rPr>
        <w:t>　　一、首先成立以队长赵忠堂为组长，副队长杨立军为副组长，各班组班长为成员的环境建设领导小组。制订了《水暖队环境建设制度》，明确了此项工作的目标、责任人及实施步骤，为环境建设活动的顺利开展提供了坚强的组织保障。</w:t>
      </w:r>
      <w:r>
        <w:rPr>
          <w:lang w:eastAsia="zh-CN"/>
        </w:rPr>
        <w:br/>
      </w:r>
      <w:r>
        <w:rPr>
          <w:lang w:eastAsia="zh-CN"/>
        </w:rPr>
        <w:t>　　二、水暖队年初制定了环境建设工作计划，把环境建设工作列入重要议事日程，对有关问题及时召开专题会议进行研究解决。今年计划每季度召开1次环境工作会议，切实保证此项工作的顺利开展。</w:t>
      </w:r>
      <w:r>
        <w:rPr>
          <w:lang w:eastAsia="zh-CN"/>
        </w:rPr>
        <w:br/>
      </w:r>
      <w:r>
        <w:rPr>
          <w:lang w:eastAsia="zh-CN"/>
        </w:rPr>
        <w:t>　　三、环境建设领导小组要坚持每月定期对各班组检查一次，今年计划开展环境建设大检查8次，对发现的问题，及时做出整改。</w:t>
      </w:r>
      <w:r>
        <w:rPr>
          <w:lang w:eastAsia="zh-CN"/>
        </w:rPr>
        <w:br/>
      </w:r>
      <w:r>
        <w:rPr>
          <w:lang w:eastAsia="zh-CN"/>
        </w:rPr>
        <w:t>　　四、进一步推行定置管理制度，做到文明办公制度化、标准化、规范化和常态化。从而推动办公及生产作业环境再上新的台阶。</w:t>
      </w:r>
      <w:r>
        <w:rPr>
          <w:lang w:eastAsia="zh-CN"/>
        </w:rPr>
        <w:br/>
      </w:r>
      <w:r>
        <w:rPr>
          <w:lang w:eastAsia="zh-CN"/>
        </w:rPr>
        <w:t>　　五、计划修整院内草坪500平方米，种植花草60平方米，种植沙果树8棵，对锅炉房墙面进行粉刷。</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3"/>
          <w:cols w:space="425"/>
          <w:titlePg w:val="0"/>
          <w:docGrid w:type="lines" w:linePitch="312"/>
        </w:sectPr>
      </w:pPr>
      <w:r>
        <w:rPr>
          <w:lang w:eastAsia="zh-CN"/>
        </w:rPr>
        <w:t>　　六、筒仓班组计划粉刷了引风机墙面360平方米和3间休息室，修整草坪300平方米，种植向日葵100棵，安装海洋王照明灯30盏。</w:t>
      </w:r>
      <w:r>
        <w:rPr>
          <w:lang w:eastAsia="zh-CN"/>
        </w:rPr>
        <w:br/>
      </w:r>
      <w:r>
        <w:rPr>
          <w:lang w:eastAsia="zh-CN"/>
        </w:rPr>
        <w:t>　　七、水源井计划粉刷围墙，对1、2号泵站管路刷油30米，修整草坪300平方米，种植10棵沙果树，对楼房和仓库进行粉刷，接草坪水管50米，安装旋转式喷头6个。</w:t>
      </w:r>
      <w:r>
        <w:rPr>
          <w:lang w:eastAsia="zh-CN"/>
        </w:rPr>
        <w:br/>
      </w:r>
      <w:r>
        <w:rPr>
          <w:lang w:eastAsia="zh-CN"/>
        </w:rPr>
        <w:t>　　八、污水厂计划种花75平方米，增设6块海洋王照明灯。1-8月份处理坑下污水60万吨，生活污水10万吨。</w:t>
      </w:r>
      <w:r>
        <w:rPr>
          <w:lang w:eastAsia="zh-CN"/>
        </w:rPr>
        <w:br/>
      </w:r>
      <w:r>
        <w:rPr>
          <w:lang w:eastAsia="zh-CN"/>
        </w:rPr>
        <w:t xml:space="preserve">    2024年检修工工作总结范文 篇13 </w:t>
      </w:r>
      <w:r>
        <w:rPr>
          <w:lang w:eastAsia="zh-CN"/>
        </w:rPr>
        <w:br/>
      </w:r>
      <w:r>
        <w:rPr>
          <w:lang w:eastAsia="zh-CN"/>
        </w:rPr>
        <w:t>　　本人95年7月毕业于，所学专业为电力系统及自动化。__年8月取得助理工程师资格。几年来在身边师傅同事及领导的帮助下做了一些专业技术工作，现做如下介绍：</w:t>
      </w:r>
      <w:r>
        <w:rPr>
          <w:lang w:eastAsia="zh-CN"/>
        </w:rPr>
        <w:br/>
      </w:r>
      <w:r>
        <w:rPr>
          <w:lang w:eastAsia="zh-CN"/>
        </w:rPr>
        <w:t>　　一、继电保护定值整定工作（10kV及以下）</w:t>
      </w:r>
      <w:r>
        <w:rPr>
          <w:lang w:eastAsia="zh-CN"/>
        </w:rPr>
        <w:br/>
      </w:r>
      <w:r>
        <w:rPr>
          <w:lang w:eastAsia="zh-CN"/>
        </w:rPr>
        <w:t>　　96年9月至97年担负分公司10kV配电线路（含电容器）、10kV用户站继电保护定值整定工作，由于分公司原来没有整定人员，但自从开展工作以来建立了继电保护整定档案资料，如系统阻抗表、分线路阻抗图、系统站定值单汇总（分线路）用户站定值单汇总（分线路），并将定值单用微机打印以规范管理，还包括各重新整定定值的计算依据和计算过程，形成较为完善的定值整定计算的管理资料。近两年时间内完成新建贯庄35kV变电站出线定值整定工作和审核工作。未出现误整定现象，且通过对系统短路容量的计算为配电线路开关等设备的选择提供了依据。97年底由于机构设置变化，指导初级技术人员开展定值整定工作并顺利完成工作交接。</w:t>
      </w:r>
      <w:r>
        <w:rPr>
          <w:lang w:eastAsia="zh-CN"/>
        </w:rPr>
        <w:br/>
      </w:r>
      <w:r>
        <w:rPr>
          <w:lang w:eastAsia="zh-CN"/>
        </w:rPr>
        <w:t>　　二、线损专业管理工作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4"/>
          <w:cols w:space="425"/>
          <w:titlePg w:val="0"/>
          <w:docGrid w:type="lines" w:linePitch="312"/>
        </w:sectPr>
      </w:pPr>
      <w:r>
        <w:rPr>
          <w:lang w:eastAsia="zh-CN"/>
        </w:rPr>
        <w:t>　　__年至98年9月，作为分公司线损专责人主要开展了以下工作：完成了线损统计计算的微机化工作，应用线损计算统计程序输入表码，自动生成线损报表，并对母线平衡加以分析，主持完成理论线损计算工作，利用理论线损计算程序，准备线损参数图，编制线损拓补网络节点，输入微机，完成35kV、10kV线路理论线损计算工作，为线损分析、降损技术措施的采用提供了理论依据，编制降损规划，96—98各年度降损实施计划，月度、季度、年度的线损分析，积极采取技术措施降低线损，完成贯庄、大毕庄等35kV站10kV电容器投入工作，完成迂回线路、过负荷、供电半径大、小导线等线路的切改、改造工作，98年关于无功降损节电的论文获市电力企协论文三等奖，荣获市电力公司线损管理工作第二名。参与华北电力集团在天津市电力公司试点，733#线路降损示范工程的改造工作并撰写论文。</w:t>
      </w:r>
      <w:r>
        <w:rPr>
          <w:lang w:eastAsia="zh-CN"/>
        </w:rPr>
        <w:br/>
      </w:r>
      <w:r>
        <w:rPr>
          <w:lang w:eastAsia="zh-CN"/>
        </w:rPr>
        <w:t>　　三、电网规划的编制工作</w:t>
      </w:r>
      <w:r>
        <w:rPr>
          <w:lang w:eastAsia="zh-CN"/>
        </w:rPr>
        <w:br/>
      </w:r>
      <w:r>
        <w:rPr>
          <w:lang w:eastAsia="zh-CN"/>
        </w:rPr>
        <w:t>　　98年3月至98年11月，作为专业负责人，参与编制《东丽区1998—20__年电网发展规划及20__年远景设想》工作，该规划涉及如下内容：电网规划编制原则、东丽区概况、东丽区经济发展论述、电网现状、电网存在问题、依据经济发展状况负荷预测、35kV及以上电网发展规划、10kV配网规划、投资估算、预期社会经济效益、20__年远景设想等几大部分。为电网的建设与改造提供了依据，较好地指导了电网的建设与改造工作，并将规划利用微机制成演示片加以演示，获得了市电力公司专业部室的'好评。</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5"/>
          <w:cols w:space="425"/>
          <w:titlePg w:val="0"/>
          <w:docGrid w:type="lines" w:linePitch="312"/>
        </w:sectPr>
      </w:pPr>
      <w:r>
        <w:rPr>
          <w:lang w:eastAsia="zh-CN"/>
        </w:rPr>
        <w:t>　　四、电网建设与改造工作</w:t>
      </w:r>
      <w:r>
        <w:rPr>
          <w:lang w:eastAsia="zh-CN"/>
        </w:rPr>
        <w:br/>
      </w:r>
      <w:r>
        <w:rPr>
          <w:lang w:eastAsia="zh-CN"/>
        </w:rPr>
        <w:t>　　96年3月至现在参加了军粮城、驯海路35kV变电站主变增容工作，军粮城、驯海路、小马场更换10kV真空开关工作，参加了贯庄35kV变电站（96年底送电）、东丽湖35kV变电站（98年12月送电）、小马场35kV变电站（99年11月送电），易地新建工作，新建大毕庄35kV变电站（99年12月送电、20__年4月带负荷）、先锋路35kV变电站（20__年8月送电）。目前作为专业负责开展么六桥110kV变电站全过程建设工作，参加了厂化线等5条35kV线路大修改造工作，主持了农网10kV线路改造工程，在工作中逐步熟悉设备和工作程序，完成工程项目的立项、编制变电站建设及输电线路改造的可行性报告，参与变电站委托设计，参加设计审核工作，参加工程质量验收及资料整理工作，制定工程网络计划图，工程流程图，所有建设改造工程均质量合格，提高了供电能力，满足经济运行的需要，降低线损，提高供电可靠性和电能质量，满足了经济发展对电力的要求，取得了较好的经济和社会效益。</w:t>
      </w:r>
      <w:r>
        <w:rPr>
          <w:lang w:eastAsia="zh-CN"/>
        </w:rPr>
        <w:br/>
      </w:r>
      <w:r>
        <w:rPr>
          <w:lang w:eastAsia="zh-CN"/>
        </w:rPr>
        <w:t>　　五、专业运行管理</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6"/>
          <w:cols w:space="425"/>
          <w:titlePg w:val="0"/>
          <w:docGrid w:type="lines" w:linePitch="312"/>
        </w:sectPr>
      </w:pPr>
      <w:r>
        <w:rPr>
          <w:lang w:eastAsia="zh-CN"/>
        </w:rPr>
        <w:t>　　参加制定专业管理制度，包括内容是：供电设备检修管理制度；技改、大修工程管理办法；固定资产管理办法实施细则；供电设备缺陷管理制度；运行分析制度；外委工程管理规定；生产例会制度；线路和变电站检修检查制度；技术进步管理及奖励办法；科技进步及合理化建议管理制度；计算机管理办法、计算机系统操作规程。技术监督管理与考核实施细则；主持制定供电营业所配电管理基本制度汇编。参加制定生产管理标准，内容是：电压和无功管理标准；线损管理标准；经济活动分析管理标准；设备全过程管理标准；主持制定专业管理责任制：线路运行专业工作管理网及各级人员责任制；变压器专业工作管理网及各级人员责任制；防污闪工作管理责任制；防雷工作管理责任制；电缆运行专业工作管理网及各级人员责任制；变压器反措实施细则。主持制定工程建设项目法人（经理）负责制实施细则及管理办法；城乡电网改造工程招投标管理办法（试行）；城乡电网改造工程质量管理暂行办法等。</w:t>
      </w:r>
      <w:r>
        <w:rPr>
          <w:lang w:eastAsia="zh-CN"/>
        </w:rPr>
        <w:br/>
      </w:r>
      <w:r>
        <w:rPr>
          <w:lang w:eastAsia="zh-CN"/>
        </w:rPr>
        <w:t>　　积极开展季节性工作，安排布置年度的重要节日保电工作、重大政治活动保电安排、防汛渡夏工作，各季节反污工作安排。这些工作的开展，有力地促进了电网安全稳定运行。</w:t>
      </w:r>
      <w:r>
        <w:rPr>
          <w:lang w:eastAsia="zh-CN"/>
        </w:rPr>
        <w:br/>
      </w:r>
      <w:r>
        <w:rPr>
          <w:lang w:eastAsia="zh-CN"/>
        </w:rPr>
        <w:t>　　六、科技管理工作</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7"/>
          <w:cols w:space="425"/>
          <w:titlePg w:val="0"/>
          <w:docGrid w:type="lines" w:linePitch="312"/>
        </w:sectPr>
      </w:pPr>
      <w:r>
        <w:rPr>
          <w:lang w:eastAsia="zh-CN"/>
        </w:rPr>
        <w:t>　　__年至今，在工作中尽可能采用计算机应用于管理工作之中，提高工作效率和管理水平。一是应用固定资产统计应用程序，完成全局固定资产输机工作，完成固定资产的新增、变更、报废、计提折旧等项工作。二是应用天津市技改统计程序完成技术改造（含重措、一般技措项目）的统计分析工作。三是作为专业负责完成分公司地理信息系统的开发应用工作，组织完成配电线路参数、运行数据的录入工作，形成线路数据库，并用AUTOCAD绘制分公司地理图，在地理图上标注线路的实际走向，所有线路参数信息都能够在地理图上的线路上查询的出，该项成果获天津市电力公司科技进步三等奖。五是完成配电线路加装自动重合器（112#线路）试点工作，形成故障的自动判断障离，提高了供电可靠性，为配电线路自动化进行了有益尝试。四是20__年9月主持完成分公司WEB网页浏览工作，制定分公司“十五”科技规划及年度科技计划，制定科技管理办法，发挥了青年科技人员应发挥的作用。</w:t>
      </w:r>
      <w:r>
        <w:rPr>
          <w:lang w:eastAsia="zh-CN"/>
        </w:rPr>
        <w:br/>
      </w:r>
      <w:r>
        <w:rPr>
          <w:lang w:eastAsia="zh-CN"/>
        </w:rPr>
        <w:t>　　另外，在96年7月至98年3月间利用定额进行分公司业扩工程、城网改造工程的电气施工预算的编制审核工作。</w:t>
      </w:r>
      <w:r>
        <w:rPr>
          <w:lang w:eastAsia="zh-CN"/>
        </w:rPr>
        <w:br/>
      </w:r>
      <w:r>
        <w:rPr>
          <w:lang w:eastAsia="zh-CN"/>
        </w:rPr>
        <w:t>　　总之，在这几年来的专业技术工作中，自己利用所学的专业技术知识在生产实践中做了一些实际工作，具备了一定的技术工作能力，但是仍存在着一些不足，在今后的工作中，自己要加强学习、克服缺点，力争自己专业技术水平能够不断提高。</w:t>
      </w:r>
      <w:r>
        <w:rPr>
          <w:lang w:eastAsia="zh-CN"/>
        </w:rPr>
        <w:br/>
      </w:r>
      <w:r>
        <w:rPr>
          <w:lang w:eastAsia="zh-CN"/>
        </w:rPr>
        <w:t xml:space="preserve">    2024年检修工工作总结范文 篇14 </w:t>
      </w:r>
      <w:r>
        <w:rPr>
          <w:lang w:eastAsia="zh-CN"/>
        </w:rPr>
        <w:br/>
      </w:r>
      <w:r>
        <w:rPr>
          <w:lang w:eastAsia="zh-CN"/>
        </w:rPr>
        <w:t>　　从20__年7月毕业到现在，我在__项目工作已经四个月了。这段时间里我凭着自己的努力和同事的教导逐渐从一名大学生成长为一名施工技术人员，能渐渐适应现在的工作节奏和强度。在这段时间里我深刻的体会到一名施工技术人员的职责所在，同时也在工作中认识到自己的不足。现在我将这段时间的工作做以下总结。</w:t>
      </w:r>
      <w:r>
        <w:rPr>
          <w:lang w:eastAsia="zh-CN"/>
        </w:rPr>
        <w:br/>
      </w:r>
      <w:r>
        <w:rPr>
          <w:lang w:eastAsia="zh-CN"/>
        </w:rPr>
        <w:t>　　一、主要工作</w:t>
      </w:r>
      <w:r>
        <w:rPr>
          <w:lang w:eastAsia="zh-CN"/>
        </w:rPr>
        <w:br/>
      </w:r>
      <w:r>
        <w:rPr>
          <w:lang w:eastAsia="zh-CN"/>
        </w:rPr>
        <w:t>　　1、在这四个月中，本人承担一区段3#、7#、9#、10#四栋高层住宅的水暖施工管理工作，总面积90894平方米，现3#施工到第7层，7#楼施工到第8层，9#施工到第8层，10#施工至第一层。</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8"/>
          <w:cols w:space="425"/>
          <w:titlePg w:val="0"/>
          <w:docGrid w:type="lines" w:linePitch="312"/>
        </w:sectPr>
      </w:pPr>
      <w:r>
        <w:rPr>
          <w:lang w:eastAsia="zh-CN"/>
        </w:rPr>
        <w:t>　　2、7月份来到项目部时现场的临时设施已搭设完毕，工人生活区、甲方监理板房及食堂、项目部办公板房及食堂等用水设施已安装完毕。</w:t>
      </w:r>
      <w:r>
        <w:rPr>
          <w:lang w:eastAsia="zh-CN"/>
        </w:rPr>
        <w:br/>
      </w:r>
      <w:r>
        <w:rPr>
          <w:lang w:eastAsia="zh-CN"/>
        </w:rPr>
        <w:t>　　3、来项目部前几天，主要进行了施工图阅读、图纸审查、图纸算量工作。协助水暖主管作好安装劳务队的招标工作。</w:t>
      </w:r>
      <w:r>
        <w:rPr>
          <w:lang w:eastAsia="zh-CN"/>
        </w:rPr>
        <w:br/>
      </w:r>
      <w:r>
        <w:rPr>
          <w:lang w:eastAsia="zh-CN"/>
        </w:rPr>
        <w:t>　　4、项目部实行分区段管理以来，承担一区段3#、7#、9#、10#四栋高层住宅的水暖施工管理工作，在工作中从进厂材料报验、施工技术指导、在施工过程中图纸中出现问题的解决，相应图纸会审记录以及变更洽商记录办理签认、施工成品的验收及报监理验收、施工技术资料及验收资料的签认整理存档工作，我都是从零开始，一步一步从头学起，到现在基本掌握了水暖施工的现场管理的基本流程。</w:t>
      </w:r>
      <w:r>
        <w:rPr>
          <w:lang w:eastAsia="zh-CN"/>
        </w:rPr>
        <w:br/>
      </w:r>
      <w:r>
        <w:rPr>
          <w:lang w:eastAsia="zh-CN"/>
        </w:rPr>
        <w:t>　　二、积累的经验及教训</w:t>
      </w:r>
      <w:r>
        <w:rPr>
          <w:lang w:eastAsia="zh-CN"/>
        </w:rPr>
        <w:br/>
      </w:r>
      <w:r>
        <w:rPr>
          <w:lang w:eastAsia="zh-CN"/>
        </w:rPr>
        <w:t>　　在施工现场管理过程中积累了不少经验当然也有教训。在三号楼地下一层排水管道穿墙刚性防水套管安装时，由于甲方要求设计变更造成了返工，在没有找甲方、监理、及甲方成本一起现场确认工程量的情况下，盲目相信甲方承诺，没有留下必要的证据，施工队便进行了施工作业，造成了事后签认工程量时扯皮。最终甲方不予以承认。还好工程量不大，但教训我牢牢的记住了，以后发生的任何由于变更造成的返工或工程量增加，都保留现场，与甲方工程、甲方成本及监理工程师一起现场确认工程量并拍照留做证据后才进行下一步施工。工地上是一个不相信口头承诺的地方，有任何东西一定要及时落实在纸上。</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39"/>
          <w:cols w:space="425"/>
          <w:titlePg w:val="0"/>
          <w:docGrid w:type="lines" w:linePitch="312"/>
        </w:sectPr>
      </w:pPr>
      <w:r>
        <w:rPr>
          <w:lang w:eastAsia="zh-CN"/>
        </w:rPr>
        <w:t>　　建筑行业不同于其他行业，它需要不断的在现场检查、监督，随时发现问题，解决问题，而这些工作都在现场比较恶劣的环境下进行，这要求我们不断培养吃苦耐劳的精神，要不怕苦不怕累，放下管理人员清高的姿态，从工程的实干中不断丰富自己所学才能，使自己的现场综合处理能力得到锻炼和提高。</w:t>
      </w:r>
      <w:r>
        <w:rPr>
          <w:lang w:eastAsia="zh-CN"/>
        </w:rPr>
        <w:br/>
      </w:r>
      <w:r>
        <w:rPr>
          <w:lang w:eastAsia="zh-CN"/>
        </w:rPr>
        <w:t>　　三、以后的工作安排</w:t>
      </w:r>
      <w:r>
        <w:rPr>
          <w:lang w:eastAsia="zh-CN"/>
        </w:rPr>
        <w:br/>
      </w:r>
      <w:r>
        <w:rPr>
          <w:lang w:eastAsia="zh-CN"/>
        </w:rPr>
        <w:t>　　到目前为止，水暖施工进行了筏板基础排水管的预埋，地下一层及地下二层给水干管、消防干管、自动喷淋干管、采暖干管和排水干管穿墙防水套管的安装，还有排水管道穿楼板孔洞的预留。</w:t>
      </w:r>
      <w:r>
        <w:rPr>
          <w:lang w:eastAsia="zh-CN"/>
        </w:rPr>
        <w:br/>
      </w:r>
      <w:r>
        <w:rPr>
          <w:lang w:eastAsia="zh-CN"/>
        </w:rPr>
        <w:t>　　明年主休结构完工后正式安装工程正式开展，为了这一阶段工作的顺利进行，下一步的任务：</w:t>
      </w:r>
      <w:r>
        <w:rPr>
          <w:lang w:eastAsia="zh-CN"/>
        </w:rPr>
        <w:br/>
      </w:r>
      <w:r>
        <w:rPr>
          <w:lang w:eastAsia="zh-CN"/>
        </w:rPr>
        <w:t>　　1、就是认真审图，并结合现场情况，排除图纸上矛盾错误的地方，并办好设计变更洽商，做好安装前的技术准备工作。</w:t>
      </w:r>
      <w:r>
        <w:rPr>
          <w:lang w:eastAsia="zh-CN"/>
        </w:rPr>
        <w:br/>
      </w:r>
      <w:r>
        <w:rPr>
          <w:lang w:eastAsia="zh-CN"/>
        </w:rPr>
        <w:t>　　2、作好材料计划，为正式安装阶段到来作好材料准备。</w:t>
      </w:r>
      <w:r>
        <w:rPr>
          <w:lang w:eastAsia="zh-CN"/>
        </w:rPr>
        <w:br/>
      </w:r>
      <w:r>
        <w:rPr>
          <w:lang w:eastAsia="zh-CN"/>
        </w:rPr>
        <w:t>　　身为建设集团分公司的一员，有机会能在山东如此大的规模市场中学习和锻炼，感到无比的自豪，这种环境和外部的条件给了我们一种自信和荣耀，但更多的是对我们的今后工作的鞭策，就要求我们在工作中时刻要以中铁建设的企业形象来约束自己，我们所有的言行要符合中铁建设企业的标准，逐步培养自身的个人素质和修养，才能无愧于领导的信任和培养。</w:t>
      </w:r>
      <w:r>
        <w:rPr>
          <w:lang w:eastAsia="zh-CN"/>
        </w:rPr>
        <w:br/>
      </w:r>
    </w:p>
    <w:p w:rsidR="001B1F19" w14:textId="27C3F48A">
      <w:pPr>
        <w:rPr>
          <w:rFonts w:hint="eastAsia"/>
          <w:lang w:eastAsia="zh-CN"/>
        </w:rPr>
        <w:sectPr>
          <w:type w:val="nextPage"/>
          <w:pgSz w:w="11906" w:h="16838"/>
          <w:pgMar w:top="1440" w:right="1800" w:bottom="1440" w:left="1800" w:header="851" w:footer="992" w:gutter="0"/>
          <w:pgNumType w:start="40"/>
          <w:cols w:space="425"/>
          <w:titlePg w:val="0"/>
          <w:docGrid w:type="lines" w:linePitch="312"/>
        </w:sectPr>
      </w:pPr>
      <w:r>
        <w:rPr>
          <w:lang w:eastAsia="zh-CN"/>
        </w:rPr>
        <w:t>　　以上是在项目施工中的简单总结，在接下来的时间里我会加倍努力，不断提高自身的综合素质，在公司及项目部的领导下，在施工中不断探索创新。最后我坚信在建设集团蓬勃发展的大潮中，在公司领导的精心培养下，我们技术人员会很快成长起来，为公司的发展作出应有的贡献。</w:t>
      </w:r>
      <w:r>
        <w:rPr>
          <w:lang w:eastAsia="zh-CN"/>
        </w:rPr>
        <w:br/>
      </w:r>
      <w:r>
        <w:rPr>
          <w:lang w:eastAsia="zh-CN"/>
        </w:rPr>
        <w:t xml:space="preserve">    2024年检修工工作总结范文 篇15 </w:t>
      </w:r>
      <w:r>
        <w:rPr>
          <w:lang w:eastAsia="zh-CN"/>
        </w:rPr>
        <w:br/>
      </w:r>
      <w:r>
        <w:rPr>
          <w:lang w:eastAsia="zh-CN"/>
        </w:rPr>
        <w:t>　　20__年我非常荣幸的加入了一个附有朝气蓬勃、欣欣向荣的团队，那就是_项目部。期间在领导和同事的关心支持下，通过刻苦的历练学习完成了由学生向职场人士新角色的转变和适应。静心回顾这一年多的工作，收获颇丰，现将我的工作情况总结如下：</w:t>
      </w:r>
      <w:r>
        <w:rPr>
          <w:lang w:eastAsia="zh-CN"/>
        </w:rPr>
        <w:br/>
      </w:r>
      <w:r>
        <w:rPr>
          <w:lang w:eastAsia="zh-CN"/>
        </w:rPr>
        <w:t>　　一、工作态度方面</w:t>
      </w:r>
      <w:r>
        <w:rPr>
          <w:lang w:eastAsia="zh-CN"/>
        </w:rPr>
        <w:br/>
      </w:r>
      <w:r>
        <w:rPr>
          <w:lang w:eastAsia="zh-CN"/>
        </w:rPr>
        <w:t>　　在学校项目部将近10个月的工作历程中我经历了资料员现场安全文明管理员到助理暖通工程师等一系列角色的转变，站在不同的角度得到的是不同的收获但得到也有想似的感悟。后来协助项目暖通工程工程师工作，向他学习的短短七八个月里我感觉学习效率比自己一个人自我学习提高了好几倍。</w:t>
      </w:r>
      <w:r>
        <w:rPr>
          <w:lang w:eastAsia="zh-CN"/>
        </w:rPr>
        <w:br/>
      </w:r>
      <w:r>
        <w:rPr>
          <w:lang w:eastAsia="zh-CN"/>
        </w:rPr>
        <w:t>　　在负责暖通助理工作时其主要负责各个单体楼内尾项工作的梳理及跟踪，以及监督风雨操场地下室各设备机房的安装。</w:t>
      </w:r>
      <w:r>
        <w:rPr>
          <w:lang w:eastAsia="zh-CN"/>
        </w:rPr>
        <w:br/>
      </w:r>
      <w:r>
        <w:rPr>
          <w:lang w:eastAsia="zh-CN"/>
        </w:rPr>
        <w:t>　　从开始踏入项目工作至今，我一方面注重理论学习，在思想上要求积极上进，以提高自己的个人素质，向理论学习，向专业学习，向身边的每一个同事学习，逐步提高自己的理论知识和业务能力，克服年轻气躁，做到脚踏实地。另一方面我不断提高自己的主动性，不怕多做事，不怕做小事，踏实肯干，努力完成领导交办的各项任务，在点滴实践中完善自己。</w:t>
      </w:r>
      <w:r>
        <w:rPr>
          <w:lang w:eastAsia="zh-CN"/>
        </w:rPr>
        <w:br/>
      </w:r>
      <w:r>
        <w:rPr>
          <w:lang w:eastAsia="zh-CN"/>
        </w:rPr>
        <w:t>　　二、工程现场管理方面</w:t>
      </w:r>
      <w:r>
        <w:rPr>
          <w:lang w:eastAsia="zh-CN"/>
        </w:rPr>
        <w:br/>
      </w:r>
    </w:p>
    <w:p w:rsidR="001B1F19" w14:textId="27C3F48A">
      <w:pPr>
        <w:rPr>
          <w:rFonts w:hint="eastAsia"/>
          <w:lang w:eastAsia="zh-CN"/>
        </w:rPr>
      </w:pPr>
      <w:r>
        <w:rPr>
          <w:lang w:eastAsia="zh-CN"/>
        </w:rPr>
        <w:t>　　作为甲方专业工程师这个角色，我认为应该是一个技术人才的角色，因此必须拥有比较全面的素质。在项目现场管理中需要认真学习甲方水暖工程师的岗位职责，熟悉各项工作的流程，在此基础上要有一定的过硬专业技术知识，同时要了解相关行业的要求及一些基本做法，如新型设备，新型材料运用。</w:t>
      </w:r>
      <w:r>
        <w:rPr>
          <w:lang w:eastAsia="zh-CN"/>
        </w:rPr>
        <w:br/>
      </w:r>
      <w:r>
        <w:rPr>
          <w:lang w:eastAsia="zh-CN"/>
        </w:rPr>
        <w:t>　　在现场管理期间我主要负责现场两个方面的业务：一方面我工作帮助相关单位协调现场技术性问题和现场计划管理，另一方面现场安全文明工作的管理工作，积极监督现场文明施工、安全操作。</w:t>
      </w:r>
      <w:r>
        <w:rPr>
          <w:lang w:eastAsia="zh-CN"/>
        </w:rPr>
        <w:br/>
      </w:r>
      <w:r>
        <w:rPr>
          <w:lang w:eastAsia="zh-CN"/>
        </w:rPr>
        <w:t xml:space="preserve">    2024年检修工工作总结范文 篇16 </w:t>
      </w:r>
      <w:r>
        <w:rPr>
          <w:lang w:eastAsia="zh-CN"/>
        </w:rPr>
        <w:br/>
      </w:r>
      <w:r>
        <w:rPr>
          <w:lang w:eastAsia="zh-CN"/>
        </w:rPr>
        <w:t>　　今年以来，我始终紧紧围绕行政和矿委工作，以保障、供给，服务员工为工作核心，以提升质量、精细管理为工作内容，以整治环境、亮化矿区为契机。明确工作思路、制定工作措施，落实工作内容，完善运营机制，使矿容矿貌呈现出崭新的变化。现就我一年来的工作总结如下：</w:t>
      </w:r>
      <w:r>
        <w:rPr>
          <w:lang w:eastAsia="zh-CN"/>
        </w:rPr>
        <w:br/>
      </w:r>
      <w:r>
        <w:rPr>
          <w:lang w:eastAsia="zh-CN"/>
        </w:rPr>
        <w:t>　　一、‘两堂一舍’的管理有所提高。</w:t>
      </w:r>
      <w:r>
        <w:rPr>
          <w:lang w:eastAsia="zh-CN"/>
        </w:rPr>
        <w:br/>
      </w:r>
      <w:r>
        <w:rPr>
          <w:lang w:eastAsia="zh-CN"/>
        </w:rPr>
        <w:t>　　注重了动态管理，强化检查和考核工作，坚持每周一次自检制度，发现问题及时解决。</w:t>
      </w:r>
      <w:r>
        <w:rPr>
          <w:lang w:eastAsia="zh-CN"/>
        </w:rPr>
        <w:br/>
      </w:r>
      <w:r>
        <w:rPr>
          <w:rFonts w:hint="eastAsia"/>
          <w:lang w:eastAsia="zh-CN"/>
        </w:rPr>
        <w:br/>
      </w:r>
      <w:r>
        <w:rPr>
          <w:rFonts w:hint="eastAsia"/>
          <w:lang w:eastAsia="zh-CN"/>
        </w:rPr>
        <w:br/>
      </w:r>
    </w:p>
    <w:p>
      <w:pPr>
        <w:spacing w:after="0" w:line="240" w:lineRule="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https://d.book118.com/617104150011006044</w:t>
        </w:r>
      </w:hyperlink>
    </w:p>
    <w:p w:rsidR="001B1F19">
      <w:pPr>
        <w:rPr>
          <w:rFonts w:hint="eastAsia"/>
          <w:lang w:eastAsia="zh-CN"/>
        </w:rPr>
      </w:pPr>
    </w:p>
    <w:sectPr>
      <w:type w:val="nextPage"/>
      <w:pgSz w:w="11906" w:h="16838"/>
      <w:pgMar w:top="1440" w:right="1800" w:bottom="1440" w:left="1800" w:header="851" w:footer="992" w:gutter="0"/>
      <w:pgNumType w:start="41"/>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9D07D03"/>
    <w:multiLevelType w:val="multilevel"/>
    <w:tmpl w:val="3AE4B26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20273113">
    <w:abstractNumId w:val="0"/>
  </w:num>
  <w:num w:numId="2" w16cid:durableId="14996911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22227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5000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8427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348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19"/>
    <w:rsid w:val="00012D24"/>
    <w:rsid w:val="000B76DB"/>
    <w:rsid w:val="001B1F19"/>
    <w:rsid w:val="002E2E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508D8A34"/>
  <w15:docId w15:val="{83B6B1C2-FF47-43CC-85A6-22B37870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仿宋" w:eastAsia="仿宋" w:hAnsi="仿宋"/>
      <w:sz w:val="28"/>
    </w:rPr>
  </w:style>
  <w:style w:type="paragraph" w:styleId="Heading1">
    <w:name w:val="heading 1"/>
    <w:basedOn w:val="Normal"/>
    <w:next w:val="Normal"/>
    <w:link w:val="1"/>
    <w:uiPriority w:val="9"/>
    <w:qFormat/>
    <w:rsid w:val="00FC693F"/>
    <w:pPr>
      <w:keepNext/>
      <w:keepLines/>
      <w:spacing w:before="480" w:after="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2"/>
    <w:uiPriority w:val="9"/>
    <w:unhideWhenUsed/>
    <w:qFormat/>
    <w:rsid w:val="00FC693F"/>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3"/>
    <w:uiPriority w:val="9"/>
    <w:unhideWhenUsed/>
    <w:qFormat/>
    <w:rsid w:val="00FC693F"/>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4"/>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5"/>
    <w:uiPriority w:val="9"/>
    <w:semiHidden/>
    <w:unhideWhenUsed/>
    <w:qFormat/>
    <w:rsid w:val="00FC693F"/>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6"/>
    <w:uiPriority w:val="9"/>
    <w:semiHidden/>
    <w:unhideWhenUsed/>
    <w:qFormat/>
    <w:rsid w:val="00FC693F"/>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7"/>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8"/>
    <w:uiPriority w:val="9"/>
    <w:semiHidden/>
    <w:unhideWhenUsed/>
    <w:qFormat/>
    <w:rsid w:val="00FC693F"/>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9"/>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E618BF"/>
    <w:pPr>
      <w:tabs>
        <w:tab w:val="center" w:pos="4680"/>
        <w:tab w:val="right" w:pos="9360"/>
      </w:tabs>
      <w:spacing w:after="0" w:line="240" w:lineRule="auto"/>
    </w:pPr>
  </w:style>
  <w:style w:type="character" w:customStyle="1" w:styleId="a">
    <w:name w:val="页眉 字符"/>
    <w:basedOn w:val="DefaultParagraphFont"/>
    <w:link w:val="Header"/>
    <w:uiPriority w:val="99"/>
    <w:rsid w:val="00E618BF"/>
  </w:style>
  <w:style w:type="paragraph" w:styleId="Footer">
    <w:name w:val="footer"/>
    <w:basedOn w:val="Normal"/>
    <w:link w:val="a0"/>
    <w:uiPriority w:val="99"/>
    <w:unhideWhenUsed/>
    <w:rsid w:val="00E618BF"/>
    <w:pPr>
      <w:tabs>
        <w:tab w:val="center" w:pos="4680"/>
        <w:tab w:val="right" w:pos="9360"/>
      </w:tabs>
      <w:spacing w:after="0" w:line="240" w:lineRule="auto"/>
    </w:pPr>
  </w:style>
  <w:style w:type="character" w:customStyle="1" w:styleId="a0">
    <w:name w:val="页脚 字符"/>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1">
    <w:name w:val="标题 1 字符"/>
    <w:basedOn w:val="DefaultParagraphFont"/>
    <w:link w:val="Heading1"/>
    <w:uiPriority w:val="9"/>
    <w:rsid w:val="00FC693F"/>
    <w:rPr>
      <w:rFonts w:asciiTheme="majorHAnsi" w:eastAsiaTheme="majorEastAsia" w:hAnsiTheme="majorHAnsi" w:cstheme="majorBidi"/>
      <w:b/>
      <w:bCs/>
      <w:color w:val="2F5496" w:themeColor="accent1" w:themeShade="BF"/>
      <w:sz w:val="28"/>
      <w:szCs w:val="28"/>
    </w:rPr>
  </w:style>
  <w:style w:type="character" w:customStyle="1" w:styleId="2">
    <w:name w:val="标题 2 字符"/>
    <w:basedOn w:val="DefaultParagraphFont"/>
    <w:link w:val="Heading2"/>
    <w:uiPriority w:val="9"/>
    <w:rsid w:val="00FC693F"/>
    <w:rPr>
      <w:rFonts w:asciiTheme="majorHAnsi" w:eastAsiaTheme="majorEastAsia" w:hAnsiTheme="majorHAnsi" w:cstheme="majorBidi"/>
      <w:b/>
      <w:bCs/>
      <w:color w:val="4472C4" w:themeColor="accent1"/>
      <w:sz w:val="26"/>
      <w:szCs w:val="26"/>
    </w:rPr>
  </w:style>
  <w:style w:type="character" w:customStyle="1" w:styleId="3">
    <w:name w:val="标题 3 字符"/>
    <w:basedOn w:val="DefaultParagraphFont"/>
    <w:link w:val="Heading3"/>
    <w:uiPriority w:val="9"/>
    <w:rsid w:val="00FC693F"/>
    <w:rPr>
      <w:rFonts w:asciiTheme="majorHAnsi" w:eastAsiaTheme="majorEastAsia" w:hAnsiTheme="majorHAnsi" w:cstheme="majorBidi"/>
      <w:b/>
      <w:bCs/>
      <w:color w:val="4472C4" w:themeColor="accent1"/>
    </w:rPr>
  </w:style>
  <w:style w:type="paragraph" w:styleId="Title">
    <w:name w:val="Title"/>
    <w:basedOn w:val="Normal"/>
    <w:next w:val="Normal"/>
    <w:link w:val="a1"/>
    <w:uiPriority w:val="10"/>
    <w:qFormat/>
    <w:rsid w:val="00FC693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1">
    <w:name w:val="标题 字符"/>
    <w:basedOn w:val="DefaultParagraphFont"/>
    <w:link w:val="Title"/>
    <w:uiPriority w:val="10"/>
    <w:rsid w:val="00FC693F"/>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a2"/>
    <w:uiPriority w:val="11"/>
    <w:qFormat/>
    <w:rsid w:val="00FC693F"/>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a2">
    <w:name w:val="副标题 字符"/>
    <w:basedOn w:val="DefaultParagraphFont"/>
    <w:link w:val="Subtitle"/>
    <w:uiPriority w:val="11"/>
    <w:rsid w:val="00FC693F"/>
    <w:rPr>
      <w:rFonts w:asciiTheme="majorHAnsi" w:eastAsiaTheme="majorEastAsia" w:hAnsiTheme="majorHAnsi" w:cstheme="majorBidi"/>
      <w:i/>
      <w:iCs/>
      <w:color w:val="4472C4"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a3"/>
    <w:uiPriority w:val="99"/>
    <w:unhideWhenUsed/>
    <w:rsid w:val="00AA1D8D"/>
    <w:pPr>
      <w:spacing w:after="120"/>
    </w:pPr>
  </w:style>
  <w:style w:type="character" w:customStyle="1" w:styleId="a3">
    <w:name w:val="正文文本 字符"/>
    <w:basedOn w:val="DefaultParagraphFont"/>
    <w:link w:val="BodyText"/>
    <w:uiPriority w:val="99"/>
    <w:rsid w:val="00AA1D8D"/>
  </w:style>
  <w:style w:type="paragraph" w:styleId="BodyText2">
    <w:name w:val="Body Text 2"/>
    <w:basedOn w:val="Normal"/>
    <w:link w:val="20"/>
    <w:uiPriority w:val="99"/>
    <w:unhideWhenUsed/>
    <w:rsid w:val="00AA1D8D"/>
    <w:pPr>
      <w:spacing w:after="120" w:line="480" w:lineRule="auto"/>
    </w:pPr>
  </w:style>
  <w:style w:type="character" w:customStyle="1" w:styleId="20">
    <w:name w:val="正文文本 2 字符"/>
    <w:basedOn w:val="DefaultParagraphFont"/>
    <w:link w:val="BodyText2"/>
    <w:uiPriority w:val="99"/>
    <w:rsid w:val="00AA1D8D"/>
  </w:style>
  <w:style w:type="paragraph" w:styleId="BodyText3">
    <w:name w:val="Body Text 3"/>
    <w:basedOn w:val="Normal"/>
    <w:link w:val="30"/>
    <w:uiPriority w:val="99"/>
    <w:unhideWhenUsed/>
    <w:rsid w:val="00AA1D8D"/>
    <w:pPr>
      <w:spacing w:after="120"/>
    </w:pPr>
    <w:rPr>
      <w:sz w:val="16"/>
      <w:szCs w:val="16"/>
    </w:rPr>
  </w:style>
  <w:style w:type="character" w:customStyle="1" w:styleId="30">
    <w:name w:val="正文文本 3 字符"/>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tabs>
        <w:tab w:val="num" w:pos="720"/>
      </w:tabs>
      <w:ind w:left="720" w:hanging="720"/>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
    <w:name w:val="macro"/>
    <w:link w:val="a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4">
    <w:name w:val="宏文本 字符"/>
    <w:basedOn w:val="DefaultParagraphFont"/>
    <w:link w:val="Macro"/>
    <w:uiPriority w:val="99"/>
    <w:rsid w:val="0029639D"/>
    <w:rPr>
      <w:rFonts w:ascii="Courier" w:hAnsi="Courier"/>
      <w:sz w:val="20"/>
      <w:szCs w:val="20"/>
    </w:rPr>
  </w:style>
  <w:style w:type="paragraph" w:styleId="Quote">
    <w:name w:val="Quote"/>
    <w:basedOn w:val="Normal"/>
    <w:next w:val="Normal"/>
    <w:link w:val="a5"/>
    <w:uiPriority w:val="29"/>
    <w:qFormat/>
    <w:rsid w:val="00FC693F"/>
    <w:rPr>
      <w:i/>
      <w:iCs/>
      <w:color w:val="000000" w:themeColor="text1"/>
    </w:rPr>
  </w:style>
  <w:style w:type="character" w:customStyle="1" w:styleId="a5">
    <w:name w:val="引用 字符"/>
    <w:basedOn w:val="DefaultParagraphFont"/>
    <w:link w:val="Quote"/>
    <w:uiPriority w:val="29"/>
    <w:rsid w:val="00FC693F"/>
    <w:rPr>
      <w:i/>
      <w:iCs/>
      <w:color w:val="000000" w:themeColor="text1"/>
    </w:rPr>
  </w:style>
  <w:style w:type="character" w:customStyle="1" w:styleId="4">
    <w:name w:val="标题 4 字符"/>
    <w:basedOn w:val="DefaultParagraphFont"/>
    <w:link w:val="Heading4"/>
    <w:uiPriority w:val="9"/>
    <w:semiHidden/>
    <w:rsid w:val="00FC693F"/>
    <w:rPr>
      <w:rFonts w:asciiTheme="majorHAnsi" w:eastAsiaTheme="majorEastAsia" w:hAnsiTheme="majorHAnsi" w:cstheme="majorBidi"/>
      <w:b/>
      <w:bCs/>
      <w:i/>
      <w:iCs/>
      <w:color w:val="4472C4" w:themeColor="accent1"/>
    </w:rPr>
  </w:style>
  <w:style w:type="character" w:customStyle="1" w:styleId="5">
    <w:name w:val="标题 5 字符"/>
    <w:basedOn w:val="DefaultParagraphFont"/>
    <w:link w:val="Heading5"/>
    <w:uiPriority w:val="9"/>
    <w:semiHidden/>
    <w:rsid w:val="00FC693F"/>
    <w:rPr>
      <w:rFonts w:asciiTheme="majorHAnsi" w:eastAsiaTheme="majorEastAsia" w:hAnsiTheme="majorHAnsi" w:cstheme="majorBidi"/>
      <w:color w:val="1F3763" w:themeColor="accent1" w:themeShade="7F"/>
    </w:rPr>
  </w:style>
  <w:style w:type="character" w:customStyle="1" w:styleId="6">
    <w:name w:val="标题 6 字符"/>
    <w:basedOn w:val="DefaultParagraphFont"/>
    <w:link w:val="Heading6"/>
    <w:uiPriority w:val="9"/>
    <w:semiHidden/>
    <w:rsid w:val="00FC693F"/>
    <w:rPr>
      <w:rFonts w:asciiTheme="majorHAnsi" w:eastAsiaTheme="majorEastAsia" w:hAnsiTheme="majorHAnsi" w:cstheme="majorBidi"/>
      <w:i/>
      <w:iCs/>
      <w:color w:val="1F3763" w:themeColor="accent1" w:themeShade="7F"/>
    </w:rPr>
  </w:style>
  <w:style w:type="character" w:customStyle="1" w:styleId="7">
    <w:name w:val="标题 7 字符"/>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8">
    <w:name w:val="标题 8 字符"/>
    <w:basedOn w:val="DefaultParagraphFont"/>
    <w:link w:val="Heading8"/>
    <w:uiPriority w:val="9"/>
    <w:semiHidden/>
    <w:rsid w:val="00FC693F"/>
    <w:rPr>
      <w:rFonts w:asciiTheme="majorHAnsi" w:eastAsiaTheme="majorEastAsia" w:hAnsiTheme="majorHAnsi" w:cstheme="majorBidi"/>
      <w:color w:val="4472C4" w:themeColor="accent1"/>
      <w:sz w:val="20"/>
      <w:szCs w:val="20"/>
    </w:rPr>
  </w:style>
  <w:style w:type="character" w:customStyle="1" w:styleId="9">
    <w:name w:val="标题 9 字符"/>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472C4"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a6"/>
    <w:uiPriority w:val="30"/>
    <w:qFormat/>
    <w:rsid w:val="00FC693F"/>
    <w:pPr>
      <w:pBdr>
        <w:bottom w:val="single" w:sz="4" w:space="4" w:color="4472C4" w:themeColor="accent1"/>
      </w:pBdr>
      <w:spacing w:before="200" w:after="280"/>
      <w:ind w:left="936" w:right="936"/>
    </w:pPr>
    <w:rPr>
      <w:b/>
      <w:bCs/>
      <w:i/>
      <w:iCs/>
      <w:color w:val="4472C4" w:themeColor="accent1"/>
    </w:rPr>
  </w:style>
  <w:style w:type="character" w:customStyle="1" w:styleId="a6">
    <w:name w:val="明显引用 字符"/>
    <w:basedOn w:val="DefaultParagraphFont"/>
    <w:link w:val="IntenseQuote"/>
    <w:uiPriority w:val="30"/>
    <w:rsid w:val="00FC693F"/>
    <w:rPr>
      <w:b/>
      <w:bCs/>
      <w:i/>
      <w:iCs/>
      <w:color w:val="4472C4"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472C4" w:themeColor="accent1"/>
    </w:rPr>
  </w:style>
  <w:style w:type="character" w:styleId="SubtleReference">
    <w:name w:val="Subtle Reference"/>
    <w:basedOn w:val="DefaultParagraphFont"/>
    <w:uiPriority w:val="31"/>
    <w:qFormat/>
    <w:rsid w:val="00FC693F"/>
    <w:rPr>
      <w:smallCaps/>
      <w:color w:val="ED7D31" w:themeColor="accent2"/>
      <w:u w:val="single"/>
    </w:rPr>
  </w:style>
  <w:style w:type="character" w:styleId="IntenseReference">
    <w:name w:val="Intense Reference"/>
    <w:basedOn w:val="DefaultParagraphFont"/>
    <w:uiPriority w:val="32"/>
    <w:qFormat/>
    <w:rsid w:val="00FC693F"/>
    <w:rPr>
      <w:b/>
      <w:bCs/>
      <w:smallCaps/>
      <w:color w:val="ED7D31"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FC693F"/>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FC693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FC693F"/>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FC693F"/>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ShadingAccent6">
    <w:name w:val="Light Shading Accent 6"/>
    <w:basedOn w:val="TableNormal"/>
    <w:uiPriority w:val="60"/>
    <w:rsid w:val="00FC69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1710415001100604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2</Words>
  <Characters>15</Characters>
  <Application>Microsoft Office Word</Application>
  <DocSecurity>0</DocSecurity>
  <Lines>1</Lines>
  <Paragraphs>1</Paragraphs>
  <ScaleCrop>false</ScaleCrop>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Leslie Kang</cp:lastModifiedBy>
  <cp:revision>5</cp:revision>
  <dcterms:created xsi:type="dcterms:W3CDTF">2024-01-11T00:28:00Z</dcterms:created>
  <dcterms:modified xsi:type="dcterms:W3CDTF">2024-01-11T07:22:00Z</dcterms:modified>
</cp:coreProperties>
</file>