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行政专员工作总结17篇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　　行政专员工作总结 1</w:t>
      </w:r>
      <w:r>
        <w:rPr>
          <w:lang w:eastAsia="zh-CN"/>
        </w:rPr>
        <w:br/>
      </w:r>
      <w:r>
        <w:rPr>
          <w:lang w:eastAsia="zh-CN"/>
        </w:rPr>
        <w:t>　　时间如梭，不知不觉20__即将过去，新的一年即将到来。进入公司已一年有余，回首过去的工作时间里虽说没有轰轰烈烈的战果，但也不失一段不平凡的考验和磨砺。以下是就入职以来的工作总结如下：</w:t>
      </w:r>
      <w:r>
        <w:rPr>
          <w:lang w:eastAsia="zh-CN"/>
        </w:rPr>
        <w:br/>
      </w:r>
      <w:r>
        <w:rPr>
          <w:lang w:eastAsia="zh-CN"/>
        </w:rPr>
        <w:t>　　第一部分：工作总结工作内容</w:t>
      </w:r>
      <w:r>
        <w:rPr>
          <w:lang w:eastAsia="zh-CN"/>
        </w:rPr>
        <w:br/>
      </w:r>
      <w:r>
        <w:rPr>
          <w:lang w:eastAsia="zh-CN"/>
        </w:rPr>
        <w:t>　　一、行政事务：</w:t>
      </w:r>
      <w:r>
        <w:rPr>
          <w:lang w:eastAsia="zh-CN"/>
        </w:rPr>
        <w:br/>
      </w:r>
      <w:r>
        <w:rPr>
          <w:lang w:eastAsia="zh-CN"/>
        </w:rPr>
        <w:t>　　优化员工膳食、车辆管理、油费控制、宿舍管理、办公物资采购及控制费用、固定资产维护盘点、公司绿化等。</w:t>
      </w:r>
      <w:r>
        <w:rPr>
          <w:lang w:eastAsia="zh-CN"/>
        </w:rPr>
        <w:br/>
      </w:r>
      <w:r>
        <w:rPr>
          <w:lang w:eastAsia="zh-CN"/>
        </w:rPr>
        <w:t>　　二、人事事务：</w:t>
      </w:r>
      <w:r>
        <w:rPr>
          <w:lang w:eastAsia="zh-CN"/>
        </w:rPr>
        <w:br/>
      </w:r>
      <w:r>
        <w:rPr>
          <w:lang w:eastAsia="zh-CN"/>
        </w:rPr>
        <w:t>　　绩效统计、归档，员工考勤抽查、汇总，简历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r>
        <w:rPr>
          <w:lang w:eastAsia="zh-CN"/>
        </w:rPr>
        <w:br/>
      </w:r>
      <w:r>
        <w:rPr>
          <w:lang w:eastAsia="zh-CN"/>
        </w:rPr>
        <w:t>　　1、由于行政部工作常常事无巨细，每项工作我们主观上都希望能完成得，但由于人力和精力有限，不能把每件事情都做到尽善尽美。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2、由于车辆管理专业知识方面的欠缺，车辆管理一直没有很好的提高。</w:t>
      </w:r>
      <w:r>
        <w:rPr>
          <w:lang w:eastAsia="zh-CN"/>
        </w:rPr>
        <w:br/>
      </w:r>
      <w:r>
        <w:rPr>
          <w:lang w:eastAsia="zh-CN"/>
        </w:rPr>
        <w:t>　　3、抓制度落实不够，由于公司事物繁杂，基本检查不到位，因而存在一定的重制度建设，轻制度落实现象。</w:t>
      </w:r>
      <w:r>
        <w:rPr>
          <w:lang w:eastAsia="zh-CN"/>
        </w:rPr>
        <w:br/>
      </w:r>
      <w:r>
        <w:rPr>
          <w:lang w:eastAsia="zh-CN"/>
        </w:rPr>
        <w:t>　　这些都需要我在今后的工作中切实加以解决。工作效率虽有所提高，但并非是最快的！接下来的个人工作计划中会根据以前工作中存在的不足，不断改进，提高自我工作意识及工作效率，努力做好工作中的每一件事情！总的来说20__年的工作是尽职尽责的，虽然亦存在着些许的不足，但这一切的`一切相信也会随着20__年的到来而逝去。非常感谢公司可以给我一个学习与进步的舞台，感谢各位领导，和同事对我指导和帮助！让我在工作中不断的学习和进步，慢慢的提升自己的能力！</w:t>
      </w:r>
      <w:r>
        <w:rPr>
          <w:lang w:eastAsia="zh-CN"/>
        </w:rPr>
        <w:br/>
      </w:r>
      <w:r>
        <w:rPr>
          <w:lang w:eastAsia="zh-CN"/>
        </w:rPr>
        <w:t>　　第二部分：20__工作计划</w:t>
      </w:r>
      <w:r>
        <w:rPr>
          <w:lang w:eastAsia="zh-CN"/>
        </w:rPr>
        <w:br/>
      </w:r>
      <w:r>
        <w:rPr>
          <w:lang w:eastAsia="zh-CN"/>
        </w:rPr>
        <w:t>　　加强专业学习，丰富自己，拓宽知识面；本着实事求是原则，做到上情下达、下情上报，及时了解部门员工的思想动态，正确引导，加强沟通，第一时间将相关情况上报上级领导；加强主动意识，提高办事的实效性；全面提高执行力度，抓决策落实；新的一年，新的挑战，我将以更好的姿态和更敬业的工作态度，投入到公司行政管理的各项工作当中，为公司整体目标实现，发挥行政应有的作用，力争20__年能独立担起行政管理的全面工作！最后，请公司领导给予我指导性意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20__年_月的时候我来到公司，经过了_月的工作之后，自己已经有了极大的转变。反观过去自己将近一年的工作时间，在这段时间里，自己从工作、本人，以及工作的方面入手。不断的了解工作，不断的更新自己，在生活中，更是不断的想办法挤出更多的学习时间。在这样的情况下，这_个月里，自己的能力在快速的上升！</w:t>
      </w:r>
      <w:r>
        <w:rPr>
          <w:lang w:eastAsia="zh-CN"/>
        </w:rPr>
        <w:br/>
      </w:r>
      <w:r>
        <w:rPr>
          <w:lang w:eastAsia="zh-CN"/>
        </w:rPr>
        <w:t xml:space="preserve">    　　行政专员工作总结 2 </w:t>
      </w:r>
      <w:r>
        <w:rPr>
          <w:lang w:eastAsia="zh-CN"/>
        </w:rPr>
        <w:br/>
      </w:r>
      <w:r>
        <w:rPr>
          <w:lang w:eastAsia="zh-CN"/>
        </w:rPr>
        <w:t>　　当然，仅仅是这么几个月的工作，并不能让我成为一名极为出色的行政专员，但是我会在今后努力的提升自己，让自己能在优秀的完成自己的工作的同时，进一步提升自己！现在，我将这一年的工作总结如下：</w:t>
      </w:r>
      <w:r>
        <w:rPr>
          <w:lang w:eastAsia="zh-CN"/>
        </w:rPr>
        <w:br/>
      </w:r>
      <w:r>
        <w:rPr>
          <w:lang w:eastAsia="zh-CN"/>
        </w:rPr>
        <w:t>　　一、个人情况</w:t>
      </w:r>
      <w:r>
        <w:rPr>
          <w:lang w:eastAsia="zh-CN"/>
        </w:rPr>
        <w:br/>
      </w:r>
      <w:r>
        <w:rPr>
          <w:lang w:eastAsia="zh-CN"/>
        </w:rPr>
        <w:t>　　思想方面：在来到工作岗位后，我严格的转变了自己过去的思想，工作中对自己严要求，对公司的思想和路线进行高度同步，热爱公司、热爱工作，工作中和同事们互相帮助，互相提高。努力提高自己作为行政人员的作用，团结同事，提高公司的运作效率。</w:t>
      </w:r>
      <w:r>
        <w:rPr>
          <w:lang w:eastAsia="zh-CN"/>
        </w:rPr>
        <w:br/>
      </w:r>
      <w:r>
        <w:rPr>
          <w:lang w:eastAsia="zh-CN"/>
        </w:rPr>
        <w:t>　　工作方面：工作中我严格的要求自己，严谨的面对工作。除了在自己的工作中严格的要求，我也在做好各部门的相关工作，协调好各位同事努力的前进。</w:t>
      </w:r>
      <w:r>
        <w:rPr>
          <w:lang w:eastAsia="zh-CN"/>
        </w:rPr>
        <w:br/>
      </w:r>
      <w:r>
        <w:rPr>
          <w:lang w:eastAsia="zh-CN"/>
        </w:rPr>
        <w:t>　　因为自己的'工作，我还认识到了不少不同部门的同事，认识到的人多了，自己的工作过也变得更加的方便有利。所以在日常的工作内外，我都在努力的熟识公司的同事，让自己能认识大家，也让大家能认识我，以便更好的完成行政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生活方面：通过工作的便利以及自己的性格问题，在工作中我交结到了很多朋友，他们在工作和生活中都给了我很多的帮助，也让我作为部门间枢纽的行政工作边的更加的顺利。</w:t>
      </w:r>
      <w:r>
        <w:rPr>
          <w:lang w:eastAsia="zh-CN"/>
        </w:rPr>
        <w:br/>
      </w:r>
      <w:r>
        <w:rPr>
          <w:lang w:eastAsia="zh-CN"/>
        </w:rPr>
        <w:t>　　二、工作情况</w:t>
      </w:r>
      <w:r>
        <w:rPr>
          <w:lang w:eastAsia="zh-CN"/>
        </w:rPr>
        <w:br/>
      </w:r>
      <w:r>
        <w:rPr>
          <w:lang w:eastAsia="zh-CN"/>
        </w:rPr>
        <w:t>　　在进入了公司之后，我努力的在各方面学习行政工作的知识，并努力的在工作中做好自己负责的工作。</w:t>
      </w:r>
      <w:r>
        <w:rPr>
          <w:lang w:eastAsia="zh-CN"/>
        </w:rPr>
        <w:br/>
      </w:r>
      <w:r>
        <w:rPr>
          <w:lang w:eastAsia="zh-CN"/>
        </w:rPr>
        <w:t>　　在一开始的时候，我知识负责学习已经进行一些简单的资料收集和整理。其中最主要的就是对员工的考勤，尽管在之后还有前辈确认，但是我总是认真负责的仔细检查，这让前辈很快就放心的将这份职责完全交给了我。</w:t>
      </w:r>
      <w:r>
        <w:rPr>
          <w:lang w:eastAsia="zh-CN"/>
        </w:rPr>
        <w:br/>
      </w:r>
      <w:r>
        <w:rPr>
          <w:lang w:eastAsia="zh-CN"/>
        </w:rPr>
        <w:t>　　而在熟悉了公司的情况之后，我也增长了很多经验。在行政工作中我还要整理好近期的工作资料，要在会议开始前布置好会议室，并做好记录等。其次，在日常的工作中，我还学会了要怎样去做好办公用品的发放，以及对办公器械的维护。</w:t>
      </w:r>
      <w:r>
        <w:rPr>
          <w:lang w:eastAsia="zh-CN"/>
        </w:rPr>
        <w:br/>
      </w:r>
      <w:r>
        <w:rPr>
          <w:lang w:eastAsia="zh-CN"/>
        </w:rPr>
        <w:t>　　三、总结</w:t>
      </w:r>
      <w:r>
        <w:rPr>
          <w:lang w:eastAsia="zh-CN"/>
        </w:rPr>
        <w:br/>
      </w:r>
      <w:r>
        <w:rPr>
          <w:lang w:eastAsia="zh-CN"/>
        </w:rPr>
        <w:t>　　一年的工作，其实自己学到的远比这些更多，但是很多的东西我都还没有深入的学习，只是有了一定的了解而已，作为行政专员，在今后的工作过中我还要努力的做好自己的工作，努力的提升自己，让自己成为一名合格的行政人员！</w:t>
      </w:r>
      <w:r>
        <w:rPr>
          <w:lang w:eastAsia="zh-CN"/>
        </w:rPr>
        <w:br/>
      </w:r>
      <w:r>
        <w:rPr>
          <w:lang w:eastAsia="zh-CN"/>
        </w:rPr>
        <w:t xml:space="preserve">    　　行政专员工作总结 3 </w:t>
      </w:r>
      <w:r>
        <w:rPr>
          <w:lang w:eastAsia="zh-CN"/>
        </w:rPr>
        <w:br/>
      </w:r>
      <w:r>
        <w:rPr>
          <w:lang w:eastAsia="zh-CN"/>
        </w:rPr>
        <w:t>　　20__年，我有幸进入公司独立优化部门负责人事行政工作，在这里感谢领导对我的精心培养，</w:t>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给予我工作上的支持。我将更加认真的对待20__年的工作。目前所负责工作范围涉及部门各份数据分析与新闻源外推效果跟踪。以下总结了工作的几个方面及以后的工作计划。</w:t>
      </w:r>
      <w:r>
        <w:rPr>
          <w:lang w:eastAsia="zh-CN"/>
        </w:rPr>
        <w:br/>
      </w:r>
      <w:r>
        <w:rPr>
          <w:lang w:eastAsia="zh-CN"/>
        </w:rPr>
        <w:t>　　人事行政工作复杂， 目前部门已配备了各种管理表，有员工纪律跟踪表、各组组员项目分配表、奖金分配表、月份就诊表、 转正试题表、员工面试、 入职、 转正、 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r>
        <w:rPr>
          <w:lang w:eastAsia="zh-CN"/>
        </w:rPr>
        <w:br/>
      </w:r>
      <w:r>
        <w:rPr>
          <w:lang w:eastAsia="zh-CN"/>
        </w:rPr>
        <w:t>　　对优化部门就诊各数据分析：</w:t>
      </w:r>
      <w:r>
        <w:rPr>
          <w:lang w:eastAsia="zh-CN"/>
        </w:rPr>
        <w:br/>
      </w:r>
      <w:r>
        <w:rPr>
          <w:lang w:eastAsia="zh-CN"/>
        </w:rPr>
        <w:t>　　在优化就诊表优化效果统计表进行跟踪发现问题进行周与周的对比和本月与上个月的对比从中找出原因，并进行跟优化工程师对接一起分析问题的所在处。</w:t>
      </w:r>
      <w:r>
        <w:rPr>
          <w:lang w:eastAsia="zh-CN"/>
        </w:rPr>
        <w:br/>
      </w:r>
      <w:r>
        <w:rPr>
          <w:lang w:eastAsia="zh-CN"/>
        </w:rPr>
        <w:t>　　做好每个周的新闻源外推效果跟踪的'统计以极新闻源的就诊对比，从中检查看那个平台就诊人数比较多，积极告诉他们作出改整。</w:t>
      </w:r>
      <w:r>
        <w:rPr>
          <w:lang w:eastAsia="zh-CN"/>
        </w:rPr>
        <w:br/>
      </w:r>
      <w:r>
        <w:rPr>
          <w:lang w:eastAsia="zh-CN"/>
        </w:rPr>
        <w:t>　　对于20__年需加强的方面：</w:t>
      </w:r>
      <w:r>
        <w:rPr>
          <w:lang w:eastAsia="zh-CN"/>
        </w:rPr>
        <w:br/>
      </w:r>
      <w:r>
        <w:rPr>
          <w:lang w:eastAsia="zh-CN"/>
        </w:rPr>
        <w:t>　　负责部门的人事行政工作、协调方面还有所的欠缺，对部门工作情况，人员纪律的检查力度待提高；积极对公司企业文化及工作氛围的建设；</w:t>
      </w:r>
      <w:r>
        <w:rPr>
          <w:lang w:eastAsia="zh-CN"/>
        </w:rPr>
        <w:br/>
      </w:r>
      <w:r>
        <w:rPr>
          <w:lang w:eastAsia="zh-CN"/>
        </w:rPr>
        <w:t>　　建议：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员工培训机制的待完善和加强；应从传统的劳动人事管理逐步向现代化人力资源管理方面过渡；我将在__年继续完善公司制度，特别是在日常行政管理和人事管理方面加大制度建设的力度，修订和完善奖惩规定，激励机制等制度；</w:t>
      </w:r>
      <w:r>
        <w:rPr>
          <w:lang w:eastAsia="zh-CN"/>
        </w:rPr>
        <w:br/>
      </w:r>
      <w:r>
        <w:rPr>
          <w:lang w:eastAsia="zh-CN"/>
        </w:rPr>
        <w:t>　　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r>
        <w:rPr>
          <w:lang w:eastAsia="zh-CN"/>
        </w:rPr>
        <w:br/>
      </w:r>
      <w:r>
        <w:rPr>
          <w:lang w:eastAsia="zh-CN"/>
        </w:rPr>
        <w:t>　　劳动人事管理工作实现规范化管理方面仍有待加强，提升管理水平，完善人事档案管理，从单纯的事务性工作向现代人力资源管理过渡；组织员工活动，加强企业文化建设工作，以员工对企业有良好的认同感和归属感。</w:t>
      </w:r>
      <w:r>
        <w:rPr>
          <w:lang w:eastAsia="zh-CN"/>
        </w:rPr>
        <w:br/>
      </w:r>
      <w:r>
        <w:rPr>
          <w:lang w:eastAsia="zh-CN"/>
        </w:rPr>
        <w:t>　　20__年人事行政工作虽不算太理想，但我们会继续努力，加强学习，积极配合公司管理好部门人事行政工作，尽最大的努力使工作水平上升到一个新的台阶。</w:t>
      </w:r>
      <w:r>
        <w:rPr>
          <w:lang w:eastAsia="zh-CN"/>
        </w:rPr>
        <w:br/>
      </w:r>
      <w:r>
        <w:rPr>
          <w:lang w:eastAsia="zh-CN"/>
        </w:rPr>
        <w:t xml:space="preserve">    　　行政专员工作总结 4 </w:t>
      </w:r>
      <w:r>
        <w:rPr>
          <w:lang w:eastAsia="zh-CN"/>
        </w:rPr>
        <w:br/>
      </w:r>
      <w:r>
        <w:rPr>
          <w:lang w:eastAsia="zh-CN"/>
        </w:rPr>
        <w:t>　　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一、人事管理</w:t>
      </w:r>
      <w:r>
        <w:rPr>
          <w:lang w:eastAsia="zh-CN"/>
        </w:rPr>
        <w:br/>
      </w:r>
      <w:r>
        <w:rPr>
          <w:lang w:eastAsia="zh-CN"/>
        </w:rPr>
        <w:t>　　1、彻底完成人事管理有关文件资料，并根据公司的发展逐步完善并下发各部门；对公司及各部门下发的文件资料进行修改完善，并进行会签下发；解释并监督各部门对已下发文件的执行情况，并做进一步指导实施。</w:t>
      </w:r>
      <w:r>
        <w:rPr>
          <w:lang w:eastAsia="zh-CN"/>
        </w:rPr>
        <w:br/>
      </w:r>
      <w:r>
        <w:rPr>
          <w:lang w:eastAsia="zh-CN"/>
        </w:rPr>
        <w:t>　　2、建立、建全、规范人事档案管理。</w:t>
      </w:r>
      <w:r>
        <w:rPr>
          <w:lang w:eastAsia="zh-CN"/>
        </w:rPr>
        <w:br/>
      </w:r>
      <w:r>
        <w:rPr>
          <w:lang w:eastAsia="zh-CN"/>
        </w:rPr>
        <w:t>　　3、人员招聘</w:t>
      </w:r>
      <w:r>
        <w:rPr>
          <w:lang w:eastAsia="zh-CN"/>
        </w:rPr>
        <w:br/>
      </w:r>
      <w:r>
        <w:rPr>
          <w:lang w:eastAsia="zh-CN"/>
        </w:rPr>
        <w:t>　　（1）部门传递人员增补单。</w:t>
      </w:r>
      <w:r>
        <w:rPr>
          <w:lang w:eastAsia="zh-CN"/>
        </w:rPr>
        <w:br/>
      </w:r>
      <w:r>
        <w:rPr>
          <w:lang w:eastAsia="zh-CN"/>
        </w:rPr>
        <w:t>　　（2）部门人员的实际需要有针对性、合理性招聘员工，以配备各岗位；通过采取一系列切实措施，如广发招聘信息、网上招聘、定点招聘等各种办法揽用工人才，卓有成效。</w:t>
      </w:r>
      <w:r>
        <w:rPr>
          <w:lang w:eastAsia="zh-CN"/>
        </w:rPr>
        <w:br/>
      </w:r>
      <w:r>
        <w:rPr>
          <w:lang w:eastAsia="zh-CN"/>
        </w:rPr>
        <w:t>　　4、员工住宿情况。每月对员工的住宿情况进行统计，并对外宿员工的名单进行上报财务部，按公司有关规章制度给予住房补贴的发放。</w:t>
      </w:r>
      <w:r>
        <w:rPr>
          <w:lang w:eastAsia="zh-CN"/>
        </w:rPr>
        <w:br/>
      </w:r>
      <w:r>
        <w:rPr>
          <w:lang w:eastAsia="zh-CN"/>
        </w:rPr>
        <w:t>　　5、严肃劳动纪律</w:t>
      </w:r>
      <w:r>
        <w:rPr>
          <w:lang w:eastAsia="zh-CN"/>
        </w:rPr>
        <w:br/>
      </w:r>
      <w:r>
        <w:rPr>
          <w:lang w:eastAsia="zh-CN"/>
        </w:rPr>
        <w:t>　　（1）强考勤管理，在全公司上下协助下抓按时上、下班时间，规范考勤制度。</w:t>
      </w:r>
      <w:r>
        <w:rPr>
          <w:lang w:eastAsia="zh-CN"/>
        </w:rPr>
        <w:br/>
      </w:r>
      <w:r>
        <w:rPr>
          <w:lang w:eastAsia="zh-CN"/>
        </w:rPr>
        <w:t>　　（2）强请（休）假制度、放行条管理，对不履行请（休）假手续或未开放行条者、擅自离岗者等，坚决予以查实并作出处理，这样即维护考勤制度的严肃性，又从另一方面激励了在岗员工的积极性，进而大大改善了公司的工作作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6、认真做好常规工作，包括：优秀员工、工资、晋升、调职和其它的核定审查工作；对工牌办理及补办进行核实查证办理等等各项工作。</w:t>
      </w:r>
      <w:r>
        <w:rPr>
          <w:lang w:eastAsia="zh-CN"/>
        </w:rPr>
        <w:br/>
      </w:r>
      <w:r>
        <w:rPr>
          <w:lang w:eastAsia="zh-CN"/>
        </w:rPr>
        <w:t>　　7、人事月统计工作。每月对公司全厂各部门人数进行汇总，对新进、离职、调动人员进行备注。</w:t>
      </w:r>
      <w:r>
        <w:rPr>
          <w:lang w:eastAsia="zh-CN"/>
        </w:rPr>
        <w:br/>
      </w:r>
      <w:r>
        <w:rPr>
          <w:lang w:eastAsia="zh-CN"/>
        </w:rPr>
        <w:t>　　8、收集信息，做好人力资源档案开发与储备，提高办公效率。</w:t>
      </w:r>
      <w:r>
        <w:rPr>
          <w:lang w:eastAsia="zh-CN"/>
        </w:rPr>
        <w:br/>
      </w:r>
      <w:r>
        <w:rPr>
          <w:lang w:eastAsia="zh-CN"/>
        </w:rPr>
        <w:t>　　二、行政、办公室、总务</w:t>
      </w:r>
      <w:r>
        <w:rPr>
          <w:lang w:eastAsia="zh-CN"/>
        </w:rPr>
        <w:br/>
      </w:r>
      <w:r>
        <w:rPr>
          <w:lang w:eastAsia="zh-CN"/>
        </w:rPr>
        <w:t>　　1、贯彻执行公司领导指示。做好上、下联络沟通工作，及时向领导反映情况，反馈信息；搞好各部门间相互配合，综合协调工作；对各项工作和计划的督办和检查。</w:t>
      </w:r>
      <w:r>
        <w:rPr>
          <w:lang w:eastAsia="zh-CN"/>
        </w:rPr>
        <w:br/>
      </w:r>
      <w:r>
        <w:rPr>
          <w:lang w:eastAsia="zh-CN"/>
        </w:rPr>
        <w:t>　　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r>
        <w:rPr>
          <w:lang w:eastAsia="zh-CN"/>
        </w:rPr>
        <w:br/>
      </w:r>
      <w:r>
        <w:rPr>
          <w:lang w:eastAsia="zh-CN"/>
        </w:rPr>
        <w:t>　　3、协助公司领导，完善、制定公司规章制度，并执行贯彻公司规章制度。</w:t>
      </w:r>
      <w:r>
        <w:rPr>
          <w:lang w:eastAsia="zh-CN"/>
        </w:rPr>
        <w:br/>
      </w:r>
      <w:r>
        <w:rPr>
          <w:lang w:eastAsia="zh-CN"/>
        </w:rPr>
        <w:t>　　4、加强沟通：与员工面对面解决问题，使员工工作有章可循，做到违纪有据可查，使他们了解、支持后勤工作，取得了良好的效果，并注重后勤质量的提高。</w:t>
      </w:r>
      <w:r>
        <w:rPr>
          <w:lang w:eastAsia="zh-CN"/>
        </w:rPr>
        <w:br/>
      </w:r>
      <w:r>
        <w:rPr>
          <w:lang w:eastAsia="zh-CN"/>
        </w:rPr>
        <w:t>　　5、能很好地履行岗位职责，办事效率的'提高。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r>
        <w:rPr>
          <w:lang w:eastAsia="zh-CN"/>
        </w:rPr>
        <w:br/>
      </w:r>
      <w:r>
        <w:rPr>
          <w:lang w:eastAsia="zh-CN"/>
        </w:rPr>
        <w:t>　　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r>
        <w:rPr>
          <w:lang w:eastAsia="zh-CN"/>
        </w:rPr>
        <w:br/>
      </w:r>
      <w:r>
        <w:rPr>
          <w:lang w:eastAsia="zh-CN"/>
        </w:rPr>
        <w:t>　　8、公司日常行政、人事、办公事务等管理工作，协助总经办处理日常工作。</w:t>
      </w:r>
      <w:r>
        <w:rPr>
          <w:lang w:eastAsia="zh-CN"/>
        </w:rPr>
        <w:br/>
      </w:r>
      <w:r>
        <w:rPr>
          <w:lang w:eastAsia="zh-CN"/>
        </w:rPr>
        <w:t>　　9、公司总务工作，做好后勤保障。</w:t>
      </w:r>
      <w:r>
        <w:rPr>
          <w:lang w:eastAsia="zh-CN"/>
        </w:rPr>
        <w:br/>
      </w:r>
      <w:r>
        <w:rPr>
          <w:lang w:eastAsia="zh-CN"/>
        </w:rPr>
        <w:t>　　10、公司办公、生产会议安排、记录和整理会议记要，根据需要按会议决定发文。</w:t>
      </w:r>
      <w:r>
        <w:rPr>
          <w:lang w:eastAsia="zh-CN"/>
        </w:rPr>
        <w:br/>
      </w:r>
      <w:r>
        <w:rPr>
          <w:lang w:eastAsia="zh-CN"/>
        </w:rPr>
        <w:t xml:space="preserve">    　　行政专员工作总结 5 </w:t>
      </w:r>
      <w:r>
        <w:rPr>
          <w:lang w:eastAsia="zh-CN"/>
        </w:rPr>
        <w:br/>
      </w:r>
      <w:r>
        <w:rPr>
          <w:lang w:eastAsia="zh-CN"/>
        </w:rPr>
        <w:t>　　时光如梭，转眼间已至20__年岁末，回首__年的工作表现，虽存在些许的不足之处，但总体的付出，还是获得了不少收益，现将20__年工作总结如下：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一、工作表现和收获：</w:t>
      </w:r>
      <w:r>
        <w:rPr>
          <w:lang w:eastAsia="zh-CN"/>
        </w:rPr>
        <w:br/>
      </w:r>
      <w:r>
        <w:rPr>
          <w:lang w:eastAsia="zh-CN"/>
        </w:rPr>
        <w:t>　　1、工作表现：</w:t>
      </w:r>
      <w:r>
        <w:rPr>
          <w:lang w:eastAsia="zh-CN"/>
        </w:rPr>
        <w:br/>
      </w:r>
      <w:r>
        <w:rPr>
          <w:lang w:eastAsia="zh-CN"/>
        </w:rPr>
        <w:t>　　A、能够较好地完成本职工作（如文件的录入、存档、打印、办公用品发放等）；</w:t>
      </w:r>
      <w:r>
        <w:rPr>
          <w:lang w:eastAsia="zh-CN"/>
        </w:rPr>
        <w:br/>
      </w:r>
      <w:r>
        <w:rPr>
          <w:lang w:eastAsia="zh-CN"/>
        </w:rPr>
        <w:t>　　B、懂得事情轻重缓急，做事较有条理；</w:t>
      </w:r>
      <w:r>
        <w:rPr>
          <w:lang w:eastAsia="zh-CN"/>
        </w:rPr>
        <w:br/>
      </w:r>
      <w:r>
        <w:rPr>
          <w:lang w:eastAsia="zh-CN"/>
        </w:rPr>
        <w:t>　　C、能够较好地完成上级安排的'任务；</w:t>
      </w:r>
      <w:r>
        <w:rPr>
          <w:lang w:eastAsia="zh-CN"/>
        </w:rPr>
        <w:br/>
      </w:r>
      <w:r>
        <w:rPr>
          <w:lang w:eastAsia="zh-CN"/>
        </w:rPr>
        <w:t>　　D、能够主动承担责任，积极改正错误，避免类似错误的再次发生（如邮件漏寄、业绩排行版没有极时更新等）；</w:t>
      </w:r>
      <w:r>
        <w:rPr>
          <w:lang w:eastAsia="zh-CN"/>
        </w:rPr>
        <w:br/>
      </w:r>
      <w:r>
        <w:rPr>
          <w:lang w:eastAsia="zh-CN"/>
        </w:rPr>
        <w:t>　　E、与同事相处融洽，能够积极配合及协助其他部门完成工作；</w:t>
      </w:r>
      <w:r>
        <w:rPr>
          <w:lang w:eastAsia="zh-CN"/>
        </w:rPr>
        <w:br/>
      </w:r>
      <w:r>
        <w:rPr>
          <w:lang w:eastAsia="zh-CN"/>
        </w:rPr>
        <w:t>　　2、工作收获：</w:t>
      </w:r>
      <w:r>
        <w:rPr>
          <w:lang w:eastAsia="zh-CN"/>
        </w:rPr>
        <w:br/>
      </w:r>
      <w:r>
        <w:rPr>
          <w:lang w:eastAsia="zh-CN"/>
        </w:rPr>
        <w:t>　　A、工作敏感度有所提高，能够较积极地向领导汇报工作进度与结果；</w:t>
      </w:r>
      <w:r>
        <w:rPr>
          <w:lang w:eastAsia="zh-CN"/>
        </w:rPr>
        <w:br/>
      </w:r>
      <w:r>
        <w:rPr>
          <w:lang w:eastAsia="zh-CN"/>
        </w:rPr>
        <w:t>　　B、工作适应力逐步增强，对后期安排的工作，现已得心应手；</w:t>
      </w:r>
      <w:r>
        <w:rPr>
          <w:lang w:eastAsia="zh-CN"/>
        </w:rPr>
        <w:br/>
      </w:r>
      <w:r>
        <w:rPr>
          <w:lang w:eastAsia="zh-CN"/>
        </w:rPr>
        <w:t>　　C、因近期工作表现较其他综合部人员略为突出，被同事推荐为本月综合部二名“优秀员工”中的一员。</w:t>
      </w:r>
      <w:r>
        <w:rPr>
          <w:lang w:eastAsia="zh-CN"/>
        </w:rPr>
        <w:br/>
      </w:r>
      <w:r>
        <w:rPr>
          <w:lang w:eastAsia="zh-CN"/>
        </w:rPr>
        <w:t>　　二、工作中存在的不足：</w:t>
      </w:r>
      <w:r>
        <w:rPr>
          <w:lang w:eastAsia="zh-CN"/>
        </w:rPr>
        <w:br/>
      </w:r>
      <w:r>
        <w:rPr>
          <w:lang w:eastAsia="zh-CN"/>
        </w:rPr>
        <w:t>　　1、工作细心度仍有所欠缺；</w:t>
      </w:r>
      <w:r>
        <w:rPr>
          <w:lang w:eastAsia="zh-CN"/>
        </w:rPr>
        <w:br/>
      </w:r>
      <w:r>
        <w:rPr>
          <w:lang w:eastAsia="zh-CN"/>
        </w:rPr>
        <w:t>　　2、在处理业务部成交客户工作流程时，工作效率虽有所提高，但感觉有时各部门之间的配合仍有所欠缺，工作效率并非是最快的！</w:t>
      </w:r>
      <w:r>
        <w:rPr>
          <w:lang w:eastAsia="zh-CN"/>
        </w:rPr>
        <w:br/>
      </w:r>
      <w:r>
        <w:rPr>
          <w:lang w:eastAsia="zh-CN"/>
        </w:rPr>
        <w:t>　　三、接下来的工作计划：</w:t>
      </w:r>
      <w:r>
        <w:rPr>
          <w:lang w:eastAsia="zh-CN"/>
        </w:rPr>
        <w:br/>
      </w:r>
      <w:r>
        <w:rPr>
          <w:lang w:eastAsia="zh-CN"/>
        </w:rPr>
        <w:t>　　会根据以上工作中存在的不足，不断改进，提高自我工作意识及工作效率，努力做好工作中的每一件事情！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三、下一年的计划</w:t>
      </w:r>
      <w:r>
        <w:rPr>
          <w:lang w:eastAsia="zh-CN"/>
        </w:rPr>
        <w:br/>
      </w:r>
      <w:r>
        <w:rPr>
          <w:lang w:eastAsia="zh-CN"/>
        </w:rPr>
        <w:t>　　总的来说20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行政文员这个岗位上会做得更好，发挥得更加出色！</w:t>
      </w:r>
      <w:r>
        <w:rPr>
          <w:lang w:eastAsia="zh-CN"/>
        </w:rPr>
        <w:br/>
      </w:r>
      <w:r>
        <w:rPr>
          <w:lang w:eastAsia="zh-CN"/>
        </w:rPr>
        <w:t xml:space="preserve">    　　行政专员工作总结 6 </w:t>
      </w:r>
      <w:r>
        <w:rPr>
          <w:lang w:eastAsia="zh-CN"/>
        </w:rPr>
        <w:br/>
      </w:r>
      <w:r>
        <w:rPr>
          <w:lang w:eastAsia="zh-CN"/>
        </w:rPr>
        <w:t>　　转眼间，来人事处已经工作__个多月了，这段时间的工作经历，让我深刻地体会到了从领导到同事踏实认真的工作态度，让我更加的警惕自己，把工作做好做细。经过领导同事的关心帮助和自己的勤奋努力，我基本完成了从大学生活到工作生活的心理转变，自己也学到了不少新知识、新经验，很快就学会了适应，并喜欢上这份工作。虽然缺点在所难免，但我都认真细致做好本职工作，积极改正、避免再犯。这份工作，成为我学习锻炼和提高自己的一个良好机会，也使我对人事工作的认识，从刚来时的神秘感、新奇感转变为一种强烈的责任感、使命感。我衷心感谢各位领导、前辈和同事对我的关心、支持和帮助，在此，谨将有关工作情况简单总结于下，请各位领导批评指正。</w:t>
      </w:r>
      <w:r>
        <w:rPr>
          <w:lang w:eastAsia="zh-CN"/>
        </w:rPr>
        <w:br/>
      </w:r>
      <w:r>
        <w:rPr>
          <w:lang w:eastAsia="zh-CN"/>
        </w:rPr>
        <w:t>　　一、对本职岗位的认识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人事工作，是一项既简单而又复杂的工作。说它简单，是因为在外人看来，人事工作并不像技术人员和财务人员一样需要较强的专业性；说它复杂，是因为想要做好这项工作，必需极大的耐心、细心和决心。记得尤有位领导曾对我说过：“世界上什么都好管，只有人是最难管的，因为其他物体都是相对静止的，而只有人是活生生的，是有血有肉有思维的。”当时，我并不能完全理解这句话中的涵义，但随着工作的一天天深入，我逐渐对这话有了深刻的感悟。看似简单的人事工作，因其对象的变化性而变得极其复杂。这就要求我们要在工作时投入百分之百的精力，认真、耐心、细致的做好每一项工作，以保证工作准确无误。</w:t>
      </w:r>
      <w:r>
        <w:rPr>
          <w:lang w:eastAsia="zh-CN"/>
        </w:rPr>
        <w:br/>
      </w:r>
      <w:r>
        <w:rPr>
          <w:lang w:eastAsia="zh-CN"/>
        </w:rPr>
        <w:t>　　作为师资处工作人员，我的职责是__。履行好师资处工作职责，应当具备较强的政治素质，有很强的原则性和责任心，有较全面的专业素质和能力，有较强的组织和协调能力，有敢于碰硬和甘于奉献的精神。总结_个月来的工作，我认为基本具备了履行了职责的所需要的素质和能力，能够按照岗位职责要求开展各项工作。</w:t>
      </w:r>
      <w:r>
        <w:rPr>
          <w:lang w:eastAsia="zh-CN"/>
        </w:rPr>
        <w:br/>
      </w:r>
      <w:r>
        <w:rPr>
          <w:lang w:eastAsia="zh-CN"/>
        </w:rPr>
        <w:t>　　二、履行职责和工作实际情况</w:t>
      </w:r>
      <w:r>
        <w:rPr>
          <w:lang w:eastAsia="zh-CN"/>
        </w:rPr>
        <w:br/>
      </w:r>
      <w:r>
        <w:rPr>
          <w:lang w:eastAsia="zh-CN"/>
        </w:rPr>
        <w:t>　　任职以来，我在师资处__处长的领导下，在全体同事的共同努力下，紧紧围绕学校的中心工作，切实履行师资人事管理职能，圆满完成各项工作任务，取得了显著的成效。</w:t>
      </w:r>
      <w:r>
        <w:rPr>
          <w:lang w:eastAsia="zh-CN"/>
        </w:rPr>
        <w:br/>
      </w:r>
      <w:r>
        <w:rPr>
          <w:lang w:eastAsia="zh-CN"/>
        </w:rPr>
        <w:t>　　在工作过程中，我深深感到加强自身学习、提高自身素质的紧迫性。</w:t>
      </w:r>
      <w:r>
        <w:rPr>
          <w:lang w:eastAsia="zh-CN"/>
        </w:rPr>
        <w:br/>
      </w:r>
      <w:r>
        <w:rPr>
          <w:lang w:eastAsia="zh-CN"/>
        </w:rPr>
        <w:t>　　一是向书本学习，坚持每天挤出一定的时间不断充实自己，端正态度，改进方法，广泛汲取各种“营养”；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二是向周围的同事学习，工作中我始终保持谦虚谨慎、虚心求教的态度，学习他们任劳任怨、求真务实的工作作风和处理问题的方法；</w:t>
      </w:r>
      <w:r>
        <w:rPr>
          <w:lang w:eastAsia="zh-CN"/>
        </w:rPr>
        <w:br/>
      </w:r>
      <w:r>
        <w:rPr>
          <w:lang w:eastAsia="zh-CN"/>
        </w:rPr>
        <w:t>　　三是向实践学习，把所学的知识运用于实际工作中，在实践中检验所学知识，查找不足，提高自己，防止和克服浅尝辄止、一知半解的倾向。</w:t>
      </w:r>
      <w:r>
        <w:rPr>
          <w:lang w:eastAsia="zh-CN"/>
        </w:rPr>
        <w:br/>
      </w:r>
      <w:r>
        <w:rPr>
          <w:lang w:eastAsia="zh-CN"/>
        </w:rPr>
        <w:t>　　三、理论、业务学习情况</w:t>
      </w:r>
      <w:r>
        <w:rPr>
          <w:lang w:eastAsia="zh-CN"/>
        </w:rPr>
        <w:br/>
      </w:r>
      <w:r>
        <w:rPr>
          <w:lang w:eastAsia="zh-CN"/>
        </w:rPr>
        <w:t>　　在做好业务工作的同时，我还十分重视理论学习。</w:t>
      </w:r>
      <w:r>
        <w:rPr>
          <w:lang w:eastAsia="zh-CN"/>
        </w:rPr>
        <w:br/>
      </w:r>
      <w:r>
        <w:rPr>
          <w:lang w:eastAsia="zh-CN"/>
        </w:rPr>
        <w:t>　　一是积极参加学校及机关党委举办的各类理论学习会，拓展了自己的视野，为今后的工作指明了方向。</w:t>
      </w:r>
      <w:r>
        <w:rPr>
          <w:lang w:eastAsia="zh-CN"/>
        </w:rPr>
        <w:br/>
      </w:r>
      <w:r>
        <w:rPr>
          <w:lang w:eastAsia="zh-CN"/>
        </w:rPr>
        <w:t>　　二是积极参加学校组织的职业技能培训，认真学习学校领导所作的动员报告和专题报告，了解高等教育的发展趋势和我校的发展方向，把握学校的工作思路，增强自己的使命意识和责任意识，认真履行自己的岗位职责。</w:t>
      </w:r>
      <w:r>
        <w:rPr>
          <w:lang w:eastAsia="zh-CN"/>
        </w:rPr>
        <w:br/>
      </w:r>
      <w:r>
        <w:rPr>
          <w:lang w:eastAsia="zh-CN"/>
        </w:rPr>
        <w:t>　　三是自觉学习党的知识，积极向党组织靠拢，严格按照一个准党员的标准要求和约束自己。积极学习先进、严格对照不足，从而不断的提高自己的理论水平和工作能力。此外还利用业余时间学习和了解一些先进事迹和人物，比如先进事迹等，来学习他们崇高的精神内涵和道德风范，刻苦钻研，与时俱进的精神风貌，不辱使命，甘于奉献的优秀品质，通过学习来不断地完善自己，陶冶情操。</w:t>
      </w:r>
      <w:r>
        <w:rPr>
          <w:lang w:eastAsia="zh-CN"/>
        </w:rPr>
        <w:br/>
      </w:r>
      <w:r>
        <w:rPr>
          <w:lang w:eastAsia="zh-CN"/>
        </w:rPr>
        <w:t>　　在抓好理论学习的同时，还结合自己的工作来进行业务学习，先后参加了业务培训班各一次，撰写业务文章1篇，此外还积极报名参加今年的硕士研究室入学考试，试图通过这些学习，进一步拓展了自己的知识面，提高了自己的业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四、存在的不足和努力方向</w:t>
      </w:r>
      <w:r>
        <w:rPr>
          <w:lang w:eastAsia="zh-CN"/>
        </w:rPr>
        <w:br/>
      </w:r>
      <w:r>
        <w:rPr>
          <w:lang w:eastAsia="zh-CN"/>
        </w:rPr>
        <w:t>　　尽管自己的.学习和工作取得了一定的成绩，但仔细反思，仍有一些不足之处需要改进。</w:t>
      </w:r>
      <w:r>
        <w:rPr>
          <w:lang w:eastAsia="zh-CN"/>
        </w:rPr>
        <w:br/>
      </w:r>
      <w:r>
        <w:rPr>
          <w:lang w:eastAsia="zh-CN"/>
        </w:rPr>
        <w:t>　　一是用于理论学习的时间还有待增加，主要是平常业务工作太忙，觉得自己是业务干部，做好业务工作就行了。</w:t>
      </w:r>
      <w:r>
        <w:rPr>
          <w:lang w:eastAsia="zh-CN"/>
        </w:rPr>
        <w:br/>
      </w:r>
      <w:r>
        <w:rPr>
          <w:lang w:eastAsia="zh-CN"/>
        </w:rPr>
        <w:t>　　二是工作创新的力度还不够，这可能是自己在人事岗位干得时间不长的缘故，思维上有惯性和惰性。</w:t>
      </w:r>
      <w:r>
        <w:rPr>
          <w:lang w:eastAsia="zh-CN"/>
        </w:rPr>
        <w:br/>
      </w:r>
      <w:r>
        <w:rPr>
          <w:lang w:eastAsia="zh-CN"/>
        </w:rPr>
        <w:t>　　三是除正常工作之外与其它部门和单位的主动联系不多，主要是觉得自己是新人，担心别人有顾虑，会产生误解。</w:t>
      </w:r>
      <w:r>
        <w:rPr>
          <w:lang w:eastAsia="zh-CN"/>
        </w:rPr>
        <w:br/>
      </w:r>
      <w:r>
        <w:rPr>
          <w:lang w:eastAsia="zh-CN"/>
        </w:rPr>
        <w:t>　　认识到上述不足，我将在今后工作中加以改进。</w:t>
      </w:r>
      <w:r>
        <w:rPr>
          <w:lang w:eastAsia="zh-CN"/>
        </w:rPr>
        <w:br/>
      </w:r>
      <w:r>
        <w:rPr>
          <w:lang w:eastAsia="zh-CN"/>
        </w:rPr>
        <w:t>　　一是在做好业务工作的同时，争取多挤出时间加强理论学习，充分认识到理论学习的重要性和对工作的促进作用。</w:t>
      </w:r>
      <w:r>
        <w:rPr>
          <w:lang w:eastAsia="zh-CN"/>
        </w:rPr>
        <w:br/>
      </w:r>
      <w:r>
        <w:rPr>
          <w:lang w:eastAsia="zh-CN"/>
        </w:rPr>
        <w:t>　　二是加强业务学习的力度，注重与同事、前辈的交流，注重充分发挥自己的才智，进一步拓展和创新人事工作的新方式新方法。</w:t>
      </w:r>
      <w:r>
        <w:rPr>
          <w:lang w:eastAsia="zh-CN"/>
        </w:rPr>
        <w:br/>
      </w:r>
      <w:r>
        <w:rPr>
          <w:lang w:eastAsia="zh-CN"/>
        </w:rPr>
        <w:t>　　三是主动加强与其它部门的联系，本着有助于帮助和促进工作的原则，以坦诚的态度主动与人沟通，以达到消除顾虑，化解对立，良性互动的目的，从而创造一个良好的工作环境。</w:t>
      </w:r>
      <w:r>
        <w:rPr>
          <w:lang w:eastAsia="zh-CN"/>
        </w:rPr>
        <w:br/>
      </w:r>
      <w:r>
        <w:rPr>
          <w:lang w:eastAsia="zh-CN"/>
        </w:rPr>
        <w:t>　　总之，通过这段时间的工作和学习，我对人事工作的工作性质和工作任务有了更深的了解，在今后的工作当中我将再接再厉，敬请领导、同事们继续予以关心和指导。</w:t>
      </w:r>
      <w:r>
        <w:rPr>
          <w:lang w:eastAsia="zh-CN"/>
        </w:rPr>
        <w:br/>
      </w:r>
      <w:r>
        <w:rPr>
          <w:lang w:eastAsia="zh-CN"/>
        </w:rPr>
        <w:t xml:space="preserve">    　　行政专员工作总结 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一晃眼，本人在公司行政专员的位置上也待了差不多半年了，在这半年里，本人有许多看得见的成长，比如，从一个刚毕业的大学生成长为一个职场人，从一个实习生成长为了一个行政专员。期间所做的工作，正是使本人成长的关键。现将这些工作整理总结如下：</w:t>
      </w:r>
      <w:r>
        <w:rPr>
          <w:lang w:eastAsia="zh-CN"/>
        </w:rPr>
        <w:br/>
      </w:r>
      <w:r>
        <w:rPr>
          <w:lang w:eastAsia="zh-CN"/>
        </w:rPr>
        <w:t>　　一、协助行政经理管理公司后勤工作</w:t>
      </w:r>
      <w:r>
        <w:rPr>
          <w:lang w:eastAsia="zh-CN"/>
        </w:rPr>
        <w:br/>
      </w:r>
      <w:r>
        <w:rPr>
          <w:lang w:eastAsia="zh-CN"/>
        </w:rPr>
        <w:t>　　本人在公司做行政专员的这半年里，最主要的工作就是协助行政经理管理公司后勤工作。基本上公司所有的事情，我们行政部的工作人员都需要“帮帮忙”，既要给每个部门的工作人员准备办公用品，也要给公司工作人员创造良好的办公环境环境，这也就非常考验本人的工作能力。在上半年里，本人从一个没什么眼力劲的大学毕业生成长为了一个公司内部所有行政事务都能够一眼发现的行政专员，跟着行政经理将公司所有后勤方面的事情做完做好，保证了公司工作人员都能够拥有良好的办公环境以及充足的办公用品。</w:t>
      </w:r>
      <w:r>
        <w:rPr>
          <w:lang w:eastAsia="zh-CN"/>
        </w:rPr>
        <w:br/>
      </w:r>
      <w:r>
        <w:rPr>
          <w:lang w:eastAsia="zh-CN"/>
        </w:rPr>
        <w:t>　　二、协助行政经理管理公司安保工作</w:t>
      </w:r>
      <w:r>
        <w:rPr>
          <w:lang w:eastAsia="zh-CN"/>
        </w:rPr>
        <w:br/>
      </w:r>
      <w:r>
        <w:rPr>
          <w:lang w:eastAsia="zh-CN"/>
        </w:rPr>
        <w:t>　　在来公司这大半年里，本人这才意识到行政工作人员是需要管理好公司的安保工作的，虽然公司的保安另外有专人，但安全保卫管理工作统统都还是归行政部门管理。在这半年里，本人紧跟行政经理的步伐，将公司的.安全保卫工作，从最开始的一盘散沙，抓到了现在这番模样，期间付出的努力是没人知道的，但这些我们自己知道，也让我在不经意间成为了有相关工作经验的一名行政专员，未来安保这方面的管理工作，只会越做越好的，也越来越体现出我们行政部门的不可或缺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三、协助行政经理管理公司消防工作</w:t>
      </w:r>
      <w:r>
        <w:rPr>
          <w:lang w:eastAsia="zh-CN"/>
        </w:rPr>
        <w:br/>
      </w:r>
      <w:r>
        <w:rPr>
          <w:lang w:eastAsia="zh-CN"/>
        </w:rPr>
        <w:t>　　行政部的工作，除了以上所说的公司后勤工作和安保工作，还有消防工作也是需要管理的。在这大半年里，本人协助行政经理从最基本的做起，不仅将消防安全出口重新布置开通，而且也更换了公司所有时代久远的电器与电灯设备，确保公司内部任何环节都不会引起火灾，也确保公司所有工作人员有一个良好舒心的办公环境，将公司的消防工作一项一项做完做好，也将行政部的日常工作一项项做踏实完整。</w:t>
      </w:r>
      <w:r>
        <w:rPr>
          <w:lang w:eastAsia="zh-CN"/>
        </w:rPr>
        <w:br/>
      </w:r>
      <w:r>
        <w:rPr>
          <w:lang w:eastAsia="zh-CN"/>
        </w:rPr>
        <w:t>　　在公司做行政专员的这大半年，是本人毕业成长飞速的大半年，在未来的工作中，本人还将把这样的高效保持下去，为公司创造更大的价值。</w:t>
      </w:r>
      <w:r>
        <w:rPr>
          <w:lang w:eastAsia="zh-CN"/>
        </w:rPr>
        <w:br/>
      </w:r>
      <w:r>
        <w:rPr>
          <w:lang w:eastAsia="zh-CN"/>
        </w:rPr>
        <w:t xml:space="preserve">    　　行政专员工作总结 8 </w:t>
      </w:r>
      <w:r>
        <w:rPr>
          <w:lang w:eastAsia="zh-CN"/>
        </w:rPr>
        <w:br/>
      </w:r>
      <w:r>
        <w:rPr>
          <w:lang w:eastAsia="zh-CN"/>
        </w:rPr>
        <w:t>　　伴随着紧张而忙碌的工作，20__年又悄然过去了，在公司及办公室各位领 导的正确领导，办公室各工作人员的共同努力下，我们在全年较好的完成了各项 工作任务。 20__年是公司比较特殊的一年，随着公司生产逐步进入了正轨，公司的管 理也逐渐的正规化， 这就要求我们办公室办公人员的工作也需要从细、 从精入手， 更好、 更细致的做好自己的本职工作， 将办公室变为公司生产、 生活的坚强后盾。 回顾过去一年的工作，留给我的有成功的经验，也有不足的教训。为了在新 的一年里更加顺利的开展工作，作出更好的成绩，特将过去一年里工作的得与失总结如下：</w:t>
      </w:r>
      <w:r>
        <w:rPr>
          <w:lang w:eastAsia="zh-CN"/>
        </w:rPr>
        <w:br/>
      </w:r>
      <w:r>
        <w:rPr>
          <w:lang w:eastAsia="zh-CN"/>
        </w:rPr>
        <w:t>　　一、工作内容总结：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 20__年的工作里，经主任的安排我主要进行了会议、文件、宣传、合同、制度、印信、档案、接待、文书报纸的收发工作，具体是：</w:t>
      </w:r>
      <w:r>
        <w:rPr>
          <w:lang w:eastAsia="zh-CN"/>
        </w:rPr>
        <w:br/>
      </w:r>
      <w:r>
        <w:rPr>
          <w:lang w:eastAsia="zh-CN"/>
        </w:rPr>
        <w:t>　　1.协助办公室主任建立本部门各项工作制度，及时向上级传递请示、报告， 及时反馈、落实领导指示。</w:t>
      </w:r>
      <w:r>
        <w:rPr>
          <w:lang w:eastAsia="zh-CN"/>
        </w:rPr>
        <w:br/>
      </w:r>
      <w:r>
        <w:rPr>
          <w:lang w:eastAsia="zh-CN"/>
        </w:rPr>
        <w:t>　　2.负责办公室的文秘、信息、机要和保密工作，做好办公室档案收集、整 理工作。</w:t>
      </w:r>
      <w:r>
        <w:rPr>
          <w:lang w:eastAsia="zh-CN"/>
        </w:rPr>
        <w:br/>
      </w:r>
      <w:r>
        <w:rPr>
          <w:lang w:eastAsia="zh-CN"/>
        </w:rPr>
        <w:t>　　3.负责公司红头文件的登记、发放、存档工作。</w:t>
      </w:r>
      <w:r>
        <w:rPr>
          <w:lang w:eastAsia="zh-CN"/>
        </w:rPr>
        <w:br/>
      </w:r>
      <w:r>
        <w:rPr>
          <w:lang w:eastAsia="zh-CN"/>
        </w:rPr>
        <w:t>　　4.对外来公文、信件、邮件、报刊函件进行签收、整理保管和发送工作。</w:t>
      </w:r>
      <w:r>
        <w:rPr>
          <w:lang w:eastAsia="zh-CN"/>
        </w:rPr>
        <w:br/>
      </w:r>
      <w:r>
        <w:rPr>
          <w:lang w:eastAsia="zh-CN"/>
        </w:rPr>
        <w:t>　　5.负责公司印章使用的登记、签字工作。</w:t>
      </w:r>
      <w:r>
        <w:rPr>
          <w:lang w:eastAsia="zh-CN"/>
        </w:rPr>
        <w:br/>
      </w:r>
      <w:r>
        <w:rPr>
          <w:lang w:eastAsia="zh-CN"/>
        </w:rPr>
        <w:t>　　6.负责食堂饭卡的冲值、费用支出、流水帐登记工作。</w:t>
      </w:r>
      <w:r>
        <w:rPr>
          <w:lang w:eastAsia="zh-CN"/>
        </w:rPr>
        <w:br/>
      </w:r>
      <w:r>
        <w:rPr>
          <w:lang w:eastAsia="zh-CN"/>
        </w:rPr>
        <w:t>　　7.做好会议纪要，接待来访人员。</w:t>
      </w:r>
      <w:r>
        <w:rPr>
          <w:lang w:eastAsia="zh-CN"/>
        </w:rPr>
        <w:br/>
      </w:r>
      <w:r>
        <w:rPr>
          <w:lang w:eastAsia="zh-CN"/>
        </w:rPr>
        <w:t>　　8.做好办公室人员、安保人员及管理机关人员的每月考勤并交财务做工资。</w:t>
      </w:r>
      <w:r>
        <w:rPr>
          <w:lang w:eastAsia="zh-CN"/>
        </w:rPr>
        <w:br/>
      </w:r>
      <w:r>
        <w:rPr>
          <w:lang w:eastAsia="zh-CN"/>
        </w:rPr>
        <w:t>　　9.配合供应部做好物资采购合同的打印，会签、存档工作。</w:t>
      </w:r>
      <w:r>
        <w:rPr>
          <w:lang w:eastAsia="zh-CN"/>
        </w:rPr>
        <w:br/>
      </w:r>
      <w:r>
        <w:rPr>
          <w:lang w:eastAsia="zh-CN"/>
        </w:rPr>
        <w:t>　　10.负责检查、督促办公楼及各部室的卫生工作。</w:t>
      </w:r>
      <w:r>
        <w:rPr>
          <w:lang w:eastAsia="zh-CN"/>
        </w:rPr>
        <w:br/>
      </w:r>
      <w:r>
        <w:rPr>
          <w:lang w:eastAsia="zh-CN"/>
        </w:rPr>
        <w:t>　　11.做好领导及办公室主任临时交代的工作。</w:t>
      </w:r>
      <w:r>
        <w:rPr>
          <w:lang w:eastAsia="zh-CN"/>
        </w:rPr>
        <w:br/>
      </w:r>
      <w:r>
        <w:rPr>
          <w:lang w:eastAsia="zh-CN"/>
        </w:rPr>
        <w:t>　　其中文件管理情况为了使公司文件管理秩序化，以提高文件处理工作的效率和文件质量，促进</w:t>
      </w:r>
      <w:r>
        <w:rPr>
          <w:lang w:eastAsia="zh-CN"/>
        </w:rPr>
        <w:t xml:space="preserve"> 与提高公司管理工作效率，在过去一年的文件管理工作中，按照文件的类别、日</w:t>
      </w:r>
      <w:r>
        <w:rPr>
          <w:lang w:eastAsia="zh-CN"/>
        </w:rPr>
        <w:t xml:space="preserve"> 期、重要性进行了分类归档，针对各分类文件进行了标记，并建立了详细的登记</w:t>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台帐、存档工作，使各类文件的存取工作效率得到很大的提高。宣传工作情况</w:t>
      </w:r>
      <w:r>
        <w:rPr>
          <w:lang w:eastAsia="zh-CN"/>
        </w:rPr>
        <w:t xml:space="preserve"> 在</w:t>
      </w:r>
      <w:r>
        <w:rPr>
          <w:lang w:eastAsia="zh-CN"/>
        </w:rPr>
        <w:t xml:space="preserve"> 2009</w:t>
      </w:r>
      <w:r>
        <w:rPr>
          <w:lang w:eastAsia="zh-CN"/>
        </w:rPr>
        <w:t xml:space="preserve"> 年的宣传工作中，在主任的指导下，围绕着更好的做好接待工作，</w:t>
      </w:r>
      <w:r>
        <w:rPr>
          <w:lang w:eastAsia="zh-CN"/>
        </w:rPr>
        <w:t xml:space="preserve"> 创造一个良好的接待环境为目的，</w:t>
      </w:r>
      <w:r>
        <w:rPr>
          <w:lang w:eastAsia="zh-CN"/>
        </w:rPr>
        <w:t xml:space="preserve"> 针对每年的安全月、</w:t>
      </w:r>
      <w:r>
        <w:rPr>
          <w:lang w:eastAsia="zh-CN"/>
        </w:rPr>
        <w:t xml:space="preserve"> 消防月、</w:t>
      </w:r>
      <w:r>
        <w:rPr>
          <w:lang w:eastAsia="zh-CN"/>
        </w:rPr>
        <w:t xml:space="preserve"> 以及今年的</w:t>
      </w:r>
      <w:r>
        <w:rPr>
          <w:lang w:eastAsia="zh-CN"/>
        </w:rPr>
        <w:t xml:space="preserve"> 流感的实际情况，对大家以文字的形式做了宣传，为公司的形象增添光彩。生产协调会情况</w:t>
      </w:r>
      <w:r>
        <w:rPr>
          <w:lang w:eastAsia="zh-CN"/>
        </w:rPr>
        <w:t xml:space="preserve"> 经主任安排，我代表办公室参加了每日早晨的生产协调会议，会议上我认真</w:t>
      </w:r>
      <w:r>
        <w:rPr>
          <w:lang w:eastAsia="zh-CN"/>
        </w:rPr>
        <w:t xml:space="preserve"> 记录各班组、区块人员对办公室工作提出的要求，并及时报告主任，争取当天事</w:t>
      </w:r>
      <w:r>
        <w:rPr>
          <w:lang w:eastAsia="zh-CN"/>
        </w:rPr>
        <w:t xml:space="preserve"> 情当天解决，让办公室做好生产的坚强后盾..职工食堂管理情况</w:t>
      </w:r>
      <w:r>
        <w:rPr>
          <w:lang w:eastAsia="zh-CN"/>
        </w:rPr>
        <w:t xml:space="preserve"> 在主任的领导和安排下，我从今年</w:t>
      </w:r>
      <w:r>
        <w:rPr>
          <w:lang w:eastAsia="zh-CN"/>
        </w:rPr>
        <w:t xml:space="preserve"> 3</w:t>
      </w:r>
      <w:r>
        <w:rPr>
          <w:lang w:eastAsia="zh-CN"/>
        </w:rPr>
        <w:t xml:space="preserve"> 月份开始成为食堂每日、每月经费核算</w:t>
      </w:r>
      <w:r>
        <w:rPr>
          <w:lang w:eastAsia="zh-CN"/>
        </w:rPr>
        <w:t xml:space="preserve"> 的主要人员，为了使职工食堂在不亏损的情况下对饭菜质量进行提高，在主任的</w:t>
      </w:r>
      <w:r>
        <w:rPr>
          <w:lang w:eastAsia="zh-CN"/>
        </w:rPr>
        <w:t xml:space="preserve"> 指导下我对职员的冲卡费用做了详细的现金收支台帐，争取做到日清月结，将现</w:t>
      </w:r>
      <w:r>
        <w:rPr>
          <w:lang w:eastAsia="zh-CN"/>
        </w:rPr>
        <w:t xml:space="preserve"> 金合理支出给食堂，让办公室做好员工生活的坚强后盾。印章登记情况</w:t>
      </w:r>
      <w:r>
        <w:rPr>
          <w:lang w:eastAsia="zh-CN"/>
        </w:rPr>
        <w:t xml:space="preserve"> 为规范印章的管理和使用，确保印章管理的安全性、严肃性、有效性，在领</w:t>
      </w:r>
      <w:r>
        <w:rPr>
          <w:lang w:eastAsia="zh-CN"/>
        </w:rPr>
        <w:t xml:space="preserve"> 导的分配下，我对2009年的用章登记工作做了详细的记录，并监督用章人认真签</w:t>
      </w:r>
      <w:r>
        <w:rPr>
          <w:lang w:eastAsia="zh-CN"/>
        </w:rPr>
        <w:t xml:space="preserve"> 字，及时上报给公司领导确认并签字，现已经将2009年的用章工作全部完成并归档。</w:t>
      </w:r>
      <w:r>
        <w:rPr>
          <w:lang w:eastAsia="zh-CN"/>
        </w:rPr>
        <w:br/>
      </w:r>
      <w:r>
        <w:rPr>
          <w:lang w:eastAsia="zh-CN"/>
        </w:rPr>
        <w:t>　　考勤情况:</w:t>
      </w:r>
      <w:r>
        <w:rPr>
          <w:lang w:eastAsia="zh-CN"/>
        </w:rPr>
        <w:br/>
      </w:r>
      <w:r>
        <w:rPr>
          <w:lang w:eastAsia="zh-CN"/>
        </w:rPr>
        <w:t>　　为了规范公司员工考勤，在主任的安排下，我担当了</w:t>
      </w:r>
      <w:r>
        <w:rPr>
          <w:lang w:eastAsia="zh-CN"/>
        </w:rPr>
        <w:t xml:space="preserve"> 09</w:t>
      </w:r>
      <w:r>
        <w:rPr>
          <w:lang w:eastAsia="zh-CN"/>
        </w:rPr>
        <w:t xml:space="preserve"> 年度机关人员的考</w:t>
      </w:r>
      <w:r>
        <w:rPr>
          <w:lang w:eastAsia="zh-CN"/>
        </w:rPr>
        <w:t xml:space="preserve"> 勤工作，每日上午、下午按时挂考勤签到表，并监督大家认真、及时签到，考勤</w:t>
      </w:r>
      <w:r>
        <w:rPr>
          <w:lang w:eastAsia="zh-CN"/>
        </w:rPr>
        <w:t xml:space="preserve"> 对公司不算是很大的事情，但是我认为他很重要，因为他是对每个人最起码的规范，所以在</w:t>
      </w:r>
    </w:p>
    <w:p w:rsidR="001B1F19" w14:textId="27C3F48A">
      <w:pPr>
        <w:rPr>
          <w:rFonts w:hint="eastAsia"/>
          <w:lang w:eastAsia="zh-CN"/>
        </w:rPr>
      </w:pPr>
      <w:r>
        <w:rPr>
          <w:lang w:eastAsia="zh-CN"/>
        </w:rPr>
        <w:t xml:space="preserve"> 20__年里面我会更加认真的做好这项工作。合同签订情况</w:t>
      </w:r>
      <w:r>
        <w:rPr>
          <w:lang w:eastAsia="zh-CN"/>
        </w:rPr>
        <w:t xml:space="preserve"> 为了使我们公司购买的每一台设备和材料都能得到保障，经久耐用，经领导</w:t>
      </w:r>
      <w:r>
        <w:rPr>
          <w:lang w:eastAsia="zh-CN"/>
        </w:rPr>
        <w:t xml:space="preserve"> 安排采取书面合同对所购物资进行制约，公司今年共签订了39份材料合同，5份工程合同，6份大型设备合同，15份其他类合同，对这些合同的签订和打印工作，</w:t>
      </w:r>
      <w:r>
        <w:rPr>
          <w:lang w:eastAsia="zh-CN"/>
        </w:rPr>
        <w:t xml:space="preserve"> 我认真的按签订合同的要求对其一一办理签字手续，</w:t>
      </w:r>
      <w:r>
        <w:rPr>
          <w:lang w:eastAsia="zh-CN"/>
        </w:rPr>
        <w:t xml:space="preserve"> 并做好存档、</w:t>
      </w:r>
      <w:r>
        <w:rPr>
          <w:lang w:eastAsia="zh-CN"/>
        </w:rPr>
        <w:t xml:space="preserve"> 台帐工作，</w:t>
      </w:r>
      <w:r>
        <w:rPr>
          <w:lang w:eastAsia="zh-CN"/>
        </w:rPr>
        <w:t xml:space="preserve"> 使各类合同的存取工作得到很大的提高。</w:t>
      </w:r>
      <w:r>
        <w:rPr>
          <w:lang w:eastAsia="zh-CN"/>
        </w:rPr>
        <w:br/>
      </w:r>
      <w:r>
        <w:rPr>
          <w:lang w:eastAsia="zh-CN"/>
        </w:rPr>
        <w:t>　　二、缺点与不足</w:t>
      </w:r>
      <w:r>
        <w:rPr>
          <w:lang w:eastAsia="zh-CN"/>
        </w:rPr>
        <w:br/>
      </w:r>
      <w:r>
        <w:rPr>
          <w:lang w:eastAsia="zh-CN"/>
        </w:rPr>
        <w:t>　　我也很清楚自己还存在很多的不足与缺点，业务水平仍需提高，需更好的尽 自己岗位的职责，这次的自我的总结、领导和同事们的批评指导，对我今后的.提 高是十分必要的，我的缺点与不足自己总结有以下几点：</w:t>
      </w:r>
      <w:r>
        <w:rPr>
          <w:lang w:eastAsia="zh-CN"/>
        </w:rPr>
        <w:br/>
      </w:r>
      <w:r>
        <w:rPr>
          <w:lang w:eastAsia="zh-CN"/>
        </w:rPr>
        <w:t>　　1、在协助管理工作过程中，缺乏大胆的沟通和主动性,今后我应加强学习不 断提高自己的水平，工作中不断总结经验。</w:t>
      </w:r>
      <w:r>
        <w:rPr>
          <w:lang w:eastAsia="zh-CN"/>
        </w:rPr>
        <w:br/>
      </w:r>
      <w:r>
        <w:rPr>
          <w:lang w:eastAsia="zh-CN"/>
        </w:rPr>
        <w:t>　　2、与同事交流少，关心同事不够。 具体表现：</w:t>
      </w:r>
      <w:r>
        <w:rPr>
          <w:lang w:eastAsia="zh-CN"/>
        </w:rPr>
        <w:br/>
      </w:r>
      <w:r>
        <w:rPr>
          <w:lang w:eastAsia="zh-CN"/>
        </w:rPr>
        <w:t>　　(1)跟同事们的联系不够，缺乏交流;</w:t>
      </w:r>
      <w:r>
        <w:rPr>
          <w:lang w:eastAsia="zh-CN"/>
        </w:rPr>
        <w:br/>
      </w:r>
      <w:r>
        <w:rPr>
          <w:lang w:eastAsia="zh-CN"/>
        </w:rPr>
        <w:t>　　(2)工作中对同事们的 关心不够。 我这方面的缺点同事们曾给我指出过， 但自己也注意改正自己的不足， 还需进一步努力。</w:t>
      </w:r>
      <w:r>
        <w:rPr>
          <w:lang w:eastAsia="zh-CN"/>
        </w:rPr>
        <w:br/>
      </w:r>
      <w:r>
        <w:rPr>
          <w:lang w:eastAsia="zh-CN"/>
        </w:rPr>
        <w:t>　　三、回顾这段时间的工作，我在思想上、学习上、工作上都取得了一定的进步，成长了不少，这与领导的支持和同事们的帮助是分不开的，在此对领导和同</w:t>
      </w:r>
      <w:r>
        <w:rPr>
          <w:lang w:eastAsia="zh-CN"/>
        </w:rPr>
        <w:t xml:space="preserve"> 事们表示衷心的感谢!但是我也深切的感到了自己的不足，仍需要不断的学习和</w:t>
      </w:r>
      <w:r>
        <w:rPr>
          <w:lang w:eastAsia="zh-CN"/>
        </w:rPr>
        <w:t xml:space="preserve"> 磨练。因此，在新的一年里，我要继续踏踏实实的立足于本职工作，不断学习提</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https://d.book118.com/618127105046006044</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18127105046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