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2024年市场销售人员工作计划（31篇）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2024年市场销售人员工作计划（精选31篇）</w:t>
      </w:r>
      <w:r>
        <w:rPr>
          <w:lang w:eastAsia="zh-CN"/>
        </w:rPr>
        <w:br/>
      </w:r>
      <w:r>
        <w:rPr>
          <w:lang w:eastAsia="zh-CN"/>
        </w:rPr>
        <w:t xml:space="preserve">    2024年市场销售人员工作计划 篇1 </w:t>
      </w:r>
      <w:r>
        <w:rPr>
          <w:lang w:eastAsia="zh-CN"/>
        </w:rPr>
        <w:br/>
      </w:r>
      <w:r>
        <w:rPr>
          <w:lang w:eastAsia="zh-CN"/>
        </w:rPr>
        <w:t>　　公司市场部的工作在领导的正确指导及部门员工的努力下将__年的工作划上一个满意的句话。为再接再厉，特做出市场部年度工作计划和内容提纲。</w:t>
      </w:r>
      <w:r>
        <w:rPr>
          <w:lang w:eastAsia="zh-CN"/>
        </w:rPr>
        <w:br/>
      </w:r>
      <w:r>
        <w:rPr>
          <w:lang w:eastAsia="zh-CN"/>
        </w:rPr>
        <w:t>　　1市场部职能</w:t>
      </w:r>
      <w:r>
        <w:rPr>
          <w:lang w:eastAsia="zh-CN"/>
        </w:rPr>
        <w:br/>
      </w:r>
      <w:r>
        <w:rPr>
          <w:lang w:eastAsia="zh-CN"/>
        </w:rPr>
        <w:t>　　2市场部组织架构</w:t>
      </w:r>
      <w:r>
        <w:rPr>
          <w:lang w:eastAsia="zh-CN"/>
        </w:rPr>
        <w:br/>
      </w:r>
      <w:r>
        <w:rPr>
          <w:lang w:eastAsia="zh-CN"/>
        </w:rPr>
        <w:t>　　3市场部年度工作计划</w:t>
      </w:r>
      <w:r>
        <w:rPr>
          <w:lang w:eastAsia="zh-CN"/>
        </w:rPr>
        <w:br/>
      </w:r>
      <w:r>
        <w:rPr>
          <w:lang w:eastAsia="zh-CN"/>
        </w:rPr>
        <w:t>　　4市场部__年度销售工作计划</w:t>
      </w:r>
      <w:r>
        <w:rPr>
          <w:lang w:eastAsia="zh-CN"/>
        </w:rPr>
        <w:br/>
      </w:r>
      <w:r>
        <w:rPr>
          <w:lang w:eastAsia="zh-CN"/>
        </w:rPr>
        <w:t>　　实行精兵简政、优化销售组织架构</w:t>
      </w:r>
      <w:r>
        <w:rPr>
          <w:lang w:eastAsia="zh-CN"/>
        </w:rPr>
        <w:br/>
      </w:r>
      <w:r>
        <w:rPr>
          <w:lang w:eastAsia="zh-CN"/>
        </w:rPr>
        <w:t>　　实行严格培训、提升团队作战能力</w:t>
      </w:r>
      <w:r>
        <w:rPr>
          <w:lang w:eastAsia="zh-CN"/>
        </w:rPr>
        <w:br/>
      </w:r>
      <w:r>
        <w:rPr>
          <w:lang w:eastAsia="zh-CN"/>
        </w:rPr>
        <w:t>　　科学市场调研、督促协助市场销售</w:t>
      </w:r>
      <w:r>
        <w:rPr>
          <w:lang w:eastAsia="zh-CN"/>
        </w:rPr>
        <w:br/>
      </w:r>
      <w:r>
        <w:rPr>
          <w:lang w:eastAsia="zh-CN"/>
        </w:rPr>
        <w:t>　　协调职能部门、树立良好企业文化</w:t>
      </w:r>
      <w:r>
        <w:rPr>
          <w:lang w:eastAsia="zh-CN"/>
        </w:rPr>
        <w:br/>
      </w:r>
      <w:r>
        <w:rPr>
          <w:lang w:eastAsia="zh-CN"/>
        </w:rPr>
        <w:t>　　把握市场机会、制定实施销售推广</w:t>
      </w:r>
      <w:r>
        <w:rPr>
          <w:lang w:eastAsia="zh-CN"/>
        </w:rPr>
        <w:br/>
      </w:r>
      <w:r>
        <w:rPr>
          <w:lang w:eastAsia="zh-CN"/>
        </w:rPr>
        <w:t>　　信息收集反馈、及时修正销售方案</w:t>
      </w:r>
      <w:r>
        <w:rPr>
          <w:lang w:eastAsia="zh-CN"/>
        </w:rPr>
        <w:br/>
      </w:r>
      <w:r>
        <w:rPr>
          <w:lang w:eastAsia="zh-CN"/>
        </w:rPr>
        <w:t>　　一市场部职能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市场部直接对销售总经理负责，是企业的灵魂，其工作职能在生产、销售、服务中的作用十分重要，是销售环节核心的组成部分，作为市场部，重要的工作是协助总经理收集、制订、执行。衡量市场部工作的标准是：销售政策、推广计划是否科学、执行力度是否严谨。</w:t>
      </w:r>
      <w:r>
        <w:rPr>
          <w:lang w:eastAsia="zh-CN"/>
        </w:rPr>
        <w:br/>
      </w:r>
      <w:r>
        <w:rPr>
          <w:lang w:eastAsia="zh-CN"/>
        </w:rPr>
        <w:t>　　1.市场部作用</w:t>
      </w:r>
      <w:r>
        <w:rPr>
          <w:lang w:eastAsia="zh-CN"/>
        </w:rPr>
        <w:br/>
      </w:r>
      <w:r>
        <w:rPr>
          <w:lang w:eastAsia="zh-CN"/>
        </w:rPr>
        <w:t>　　直接对总经理负责，协助总经理进行市场策划、销售计划的制定和实施。</w:t>
      </w:r>
      <w:r>
        <w:rPr>
          <w:lang w:eastAsia="zh-CN"/>
        </w:rPr>
        <w:br/>
      </w:r>
      <w:r>
        <w:rPr>
          <w:lang w:eastAsia="zh-CN"/>
        </w:rPr>
        <w:t>　　督促销售部年度工作计划的进行事实。</w:t>
      </w:r>
      <w:r>
        <w:rPr>
          <w:lang w:eastAsia="zh-CN"/>
        </w:rPr>
        <w:br/>
      </w:r>
      <w:r>
        <w:rPr>
          <w:lang w:eastAsia="zh-CN"/>
        </w:rPr>
        <w:t>　　全面协调各部门工作职能。</w:t>
      </w:r>
      <w:r>
        <w:rPr>
          <w:lang w:eastAsia="zh-CN"/>
        </w:rPr>
        <w:br/>
      </w:r>
      <w:r>
        <w:rPr>
          <w:lang w:eastAsia="zh-CN"/>
        </w:rPr>
        <w:t>　　是企业的灵魂。</w:t>
      </w:r>
      <w:r>
        <w:rPr>
          <w:lang w:eastAsia="zh-CN"/>
        </w:rPr>
        <w:br/>
      </w:r>
      <w:r>
        <w:rPr>
          <w:lang w:eastAsia="zh-CN"/>
        </w:rPr>
        <w:t>　　2.市场部工作标准</w:t>
      </w:r>
      <w:r>
        <w:rPr>
          <w:lang w:eastAsia="zh-CN"/>
        </w:rPr>
        <w:br/>
      </w:r>
      <w:r>
        <w:rPr>
          <w:lang w:eastAsia="zh-CN"/>
        </w:rPr>
        <w:t>　　准确性</w:t>
      </w:r>
      <w:r>
        <w:rPr>
          <w:lang w:eastAsia="zh-CN"/>
        </w:rPr>
        <w:br/>
      </w:r>
      <w:r>
        <w:rPr>
          <w:lang w:eastAsia="zh-CN"/>
        </w:rPr>
        <w:t>　　及时性</w:t>
      </w:r>
      <w:r>
        <w:rPr>
          <w:lang w:eastAsia="zh-CN"/>
        </w:rPr>
        <w:br/>
      </w:r>
      <w:r>
        <w:rPr>
          <w:lang w:eastAsia="zh-CN"/>
        </w:rPr>
        <w:t>　　协调性</w:t>
      </w:r>
      <w:r>
        <w:rPr>
          <w:lang w:eastAsia="zh-CN"/>
        </w:rPr>
        <w:br/>
      </w:r>
      <w:r>
        <w:rPr>
          <w:lang w:eastAsia="zh-CN"/>
        </w:rPr>
        <w:t>　　规划力</w:t>
      </w:r>
      <w:r>
        <w:rPr>
          <w:lang w:eastAsia="zh-CN"/>
        </w:rPr>
        <w:br/>
      </w:r>
      <w:r>
        <w:rPr>
          <w:lang w:eastAsia="zh-CN"/>
        </w:rPr>
        <w:t>　　计划性</w:t>
      </w:r>
      <w:r>
        <w:rPr>
          <w:lang w:eastAsia="zh-CN"/>
        </w:rPr>
        <w:br/>
      </w:r>
      <w:r>
        <w:rPr>
          <w:lang w:eastAsia="zh-CN"/>
        </w:rPr>
        <w:t>　　执行力</w:t>
      </w:r>
      <w:r>
        <w:rPr>
          <w:lang w:eastAsia="zh-CN"/>
        </w:rPr>
        <w:br/>
      </w:r>
      <w:r>
        <w:rPr>
          <w:lang w:eastAsia="zh-CN"/>
        </w:rPr>
        <w:t>　　3市场部工作职能</w:t>
      </w:r>
      <w:r>
        <w:rPr>
          <w:lang w:eastAsia="zh-CN"/>
        </w:rPr>
        <w:br/>
      </w:r>
      <w:r>
        <w:rPr>
          <w:lang w:eastAsia="zh-CN"/>
        </w:rPr>
        <w:t>　　制定年度、季度销售计划、协助销售部执行。</w:t>
      </w:r>
      <w:r>
        <w:rPr>
          <w:lang w:eastAsia="zh-CN"/>
        </w:rPr>
        <w:br/>
      </w:r>
      <w:r>
        <w:rPr>
          <w:lang w:eastAsia="zh-CN"/>
        </w:rPr>
        <w:t>　　协调各部门特别是研发生产部的协调工作。</w:t>
      </w:r>
      <w:r>
        <w:rPr>
          <w:lang w:eastAsia="zh-CN"/>
        </w:rPr>
        <w:br/>
      </w:r>
      <w:r>
        <w:rPr>
          <w:lang w:eastAsia="zh-CN"/>
        </w:rPr>
        <w:t>　　组织销售部进行系列培训。</w:t>
      </w:r>
      <w:r>
        <w:rPr>
          <w:lang w:eastAsia="zh-CN"/>
        </w:rPr>
        <w:br/>
      </w:r>
      <w:r>
        <w:rPr>
          <w:lang w:eastAsia="zh-CN"/>
        </w:rPr>
        <w:t>　　监控销售成本、对销售区域人员指导性的增减、调控</w:t>
      </w:r>
      <w:r>
        <w:rPr>
          <w:lang w:eastAsia="zh-CN"/>
        </w:rPr>
        <w:br/>
      </w:r>
      <w:r>
        <w:rPr>
          <w:lang w:eastAsia="zh-CN"/>
        </w:rPr>
        <w:t>　　制定、督促、实施必要的销售推广。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专卖店形象的管理、建设、导购、督导的培训。</w:t>
      </w:r>
      <w:r>
        <w:rPr>
          <w:lang w:eastAsia="zh-CN"/>
        </w:rPr>
        <w:br/>
      </w:r>
      <w:r>
        <w:rPr>
          <w:lang w:eastAsia="zh-CN"/>
        </w:rPr>
        <w:t>　　销售客户档案统计、归纳、整理。</w:t>
      </w:r>
      <w:r>
        <w:rPr>
          <w:lang w:eastAsia="zh-CN"/>
        </w:rPr>
        <w:br/>
      </w:r>
      <w:r>
        <w:rPr>
          <w:lang w:eastAsia="zh-CN"/>
        </w:rPr>
        <w:t>　　全面收集销售、市场信息，筛选整理形成方案上交相关部门</w:t>
      </w:r>
      <w:r>
        <w:rPr>
          <w:lang w:eastAsia="zh-CN"/>
        </w:rPr>
        <w:br/>
      </w:r>
      <w:r>
        <w:rPr>
          <w:lang w:eastAsia="zh-CN"/>
        </w:rPr>
        <w:t>　　二市场部工作计划</w:t>
      </w:r>
      <w:r>
        <w:rPr>
          <w:lang w:eastAsia="zh-CN"/>
        </w:rPr>
        <w:br/>
      </w:r>
      <w:r>
        <w:rPr>
          <w:lang w:eastAsia="zh-CN"/>
        </w:rPr>
        <w:t>　　1制定__年销售工作计划：科学严谨的剖析现有市场状况和销售状况，扬长避短、寻求机会、制定__年市场部和销售部工作任务和工作计划。</w:t>
      </w:r>
      <w:r>
        <w:rPr>
          <w:lang w:eastAsia="zh-CN"/>
        </w:rPr>
        <w:br/>
      </w:r>
      <w:r>
        <w:rPr>
          <w:lang w:eastAsia="zh-CN"/>
        </w:rPr>
        <w:t>　　2实行精兵简政、优化销售组织架构：认真分析了解目前销售部组织架构、根据市场情况合理性、在市场精耕的前提下，精兵简政、调整局部人员、控制销售成本、挖掘人员潜力、激发工作热情、感受工作压力、努力作好各自市场销售工作。</w:t>
      </w:r>
      <w:r>
        <w:rPr>
          <w:lang w:eastAsia="zh-CN"/>
        </w:rPr>
        <w:br/>
      </w:r>
      <w:r>
        <w:rPr>
          <w:lang w:eastAsia="zh-CN"/>
        </w:rPr>
        <w:t>　　3严格实行培训、提升团队作战能力</w:t>
      </w:r>
      <w:r>
        <w:rPr>
          <w:lang w:eastAsia="zh-CN"/>
        </w:rPr>
        <w:br/>
      </w:r>
      <w:r>
        <w:rPr>
          <w:lang w:eastAsia="zh-CN"/>
        </w:rPr>
        <w:t>　　集中培训、努力使所有员工充分掌握公司销售政策、产品知识、应用技术知识、营销理论知识，形成学习型团队、竞争型团队、创新型团队。</w:t>
      </w:r>
      <w:r>
        <w:rPr>
          <w:lang w:eastAsia="zh-CN"/>
        </w:rPr>
        <w:br/>
      </w:r>
      <w:r>
        <w:rPr>
          <w:lang w:eastAsia="zh-CN"/>
        </w:rPr>
        <w:t>　　品知识系统培训</w:t>
      </w:r>
      <w:r>
        <w:rPr>
          <w:lang w:eastAsia="zh-CN"/>
        </w:rPr>
        <w:br/>
      </w:r>
      <w:r>
        <w:rPr>
          <w:lang w:eastAsia="zh-CN"/>
        </w:rPr>
        <w:t>　　销知识系统培训</w:t>
      </w:r>
      <w:r>
        <w:rPr>
          <w:lang w:eastAsia="zh-CN"/>
        </w:rPr>
        <w:br/>
      </w:r>
      <w:r>
        <w:rPr>
          <w:lang w:eastAsia="zh-CN"/>
        </w:rPr>
        <w:t>　　业执行标准培训</w:t>
      </w:r>
      <w:r>
        <w:rPr>
          <w:lang w:eastAsia="zh-CN"/>
        </w:rPr>
        <w:br/>
      </w:r>
      <w:r>
        <w:rPr>
          <w:lang w:eastAsia="zh-CN"/>
        </w:rPr>
        <w:t>　　“从优秀到左卓越”--企业人在企业自律守则培训</w:t>
      </w:r>
      <w:r>
        <w:rPr>
          <w:lang w:eastAsia="zh-CN"/>
        </w:rPr>
        <w:br/>
      </w:r>
      <w:r>
        <w:rPr>
          <w:lang w:eastAsia="zh-CN"/>
        </w:rPr>
        <w:t>　　销售人员职业道德培训</w:t>
      </w:r>
      <w:r>
        <w:rPr>
          <w:lang w:eastAsia="zh-CN"/>
        </w:rPr>
        <w:br/>
      </w:r>
      <w:r>
        <w:rPr>
          <w:lang w:eastAsia="zh-CN"/>
        </w:rPr>
        <w:t>　　销售人员必备素质培训</w:t>
      </w:r>
      <w:r>
        <w:rPr>
          <w:lang w:eastAsia="zh-CN"/>
        </w:rPr>
        <w:br/>
      </w:r>
      <w:r>
        <w:rPr>
          <w:lang w:eastAsia="zh-CN"/>
        </w:rPr>
        <w:t>　　应用技术及公司产品培训（应用中心或工程师培训）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4科学市场调研、督促协助市场销售</w:t>
      </w:r>
      <w:r>
        <w:rPr>
          <w:lang w:eastAsia="zh-CN"/>
        </w:rPr>
        <w:br/>
      </w:r>
      <w:r>
        <w:rPr>
          <w:lang w:eastAsia="zh-CN"/>
        </w:rPr>
        <w:t>　　市场部的核心工作就是协助、指导销售部和各区域不断的提升品牌力、巩固销售力。因此，市场部只有不断的了解市场、拜访市场、调研竞品、分析原因、找出差距、并针对各区域实际情况汇报总经理、并给予各区域给予明确的指导销售思想、思路、方法。以上都以表格形式，各区域经理必须按月完成</w:t>
      </w:r>
      <w:r>
        <w:rPr>
          <w:lang w:eastAsia="zh-CN"/>
        </w:rPr>
        <w:br/>
      </w:r>
      <w:r>
        <w:rPr>
          <w:lang w:eastAsia="zh-CN"/>
        </w:rPr>
        <w:t>　　5协调部门职能、树立良好企业文化</w:t>
      </w:r>
      <w:r>
        <w:rPr>
          <w:lang w:eastAsia="zh-CN"/>
        </w:rPr>
        <w:br/>
      </w:r>
      <w:r>
        <w:rPr>
          <w:lang w:eastAsia="zh-CN"/>
        </w:rPr>
        <w:t>　　行政人事部：行政人事部门的功能和职责就是直接对总经理负责、协调各部门工作、建立完整的人事档案，制定科学的人才竞争奖惩机制，考察各部人员工作情况，在市场部的建议和科学的数字、事件、和市场情况下，不断为企业储备人才，挖掘销售人员潜力，致力于销售的提高和市场的发展。</w:t>
      </w:r>
      <w:r>
        <w:rPr>
          <w:lang w:eastAsia="zh-CN"/>
        </w:rPr>
        <w:br/>
      </w:r>
      <w:r>
        <w:rPr>
          <w:lang w:eastAsia="zh-CN"/>
        </w:rPr>
        <w:t>　　研发部生产部：研发生产部门的职责是以市场需求为导向，通过市场需求，不断优化产品结构和产品功能、把握产品质量、严格推行iso-质量体系，向市场推出竞争力产品。因此，市场部每月都会给出市场信息、竞品信息、销售情况信息，使该部门能及时、客观、科学把握市场新动态、航标，在不断调整自身产品不足之处的同时，并为企业研发、生产适合客户和市场需求的好产品来赢得市场和客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销售部：销售部是企业的先锋部队、是贴近市场的侦察兵、是企业发展的硬武器。他们的职责就是不断的开拓销售通路、寻求最适合企业发展的战略合作伙伴，不断的把企业的产品推向市场、同时向市场提供科学的前沿信息，而市场部在捕捉市场信息的前提下，结合企业实际情况，制定强有力的市场方案和销售策略，最有力的树立企业“灵魂”的作用。</w:t>
      </w:r>
      <w:r>
        <w:rPr>
          <w:lang w:eastAsia="zh-CN"/>
        </w:rPr>
        <w:br/>
      </w:r>
      <w:r>
        <w:rPr>
          <w:lang w:eastAsia="zh-CN"/>
        </w:rPr>
        <w:t>　　财务部：直接对总经理负责，如果说市场部是“灵魂”、销售部是“先锋”、是“轰炸机”,那财务部则是企业的“大闸”、是企业运作、健康发展的“动脉”,它的职责是制定企业科学年度预算、结算，把屋企业的赢利，及时的为总经理提供合理的生产成本预算、市场推广预算、销售成本预算、风险和利益的`客观评估。作为市场部，在结合企业的实际情况、市场的实际情况、客户的实际情况、制定合理的推广方案和费用，上交总经理或与财务部进行沟通，使之切实可行，使企业发展利益的最大化。</w:t>
      </w:r>
      <w:r>
        <w:rPr>
          <w:lang w:eastAsia="zh-CN"/>
        </w:rPr>
        <w:br/>
      </w:r>
      <w:r>
        <w:rPr>
          <w:lang w:eastAsia="zh-CN"/>
        </w:rPr>
        <w:t>　　市场留守、物流部：直接对销售部负责，他们的职责就是及时了解定单信息，并及时转交生产步，以最快的速度、最低的物流成本、安全的把产品送到目的地和客户的手中，为销售部作好最优质的服务。作为市场部，更应该建议、指导、督促、协助他们的工作。</w:t>
      </w:r>
      <w:r>
        <w:rPr>
          <w:lang w:eastAsia="zh-CN"/>
        </w:rPr>
        <w:br/>
      </w:r>
      <w:r>
        <w:rPr>
          <w:lang w:eastAsia="zh-CN"/>
        </w:rPr>
        <w:t>　　6.把握市场机会、制定实施销售推广</w:t>
      </w:r>
      <w:r>
        <w:rPr>
          <w:lang w:eastAsia="zh-CN"/>
        </w:rPr>
        <w:br/>
      </w:r>
      <w:r>
        <w:rPr>
          <w:lang w:eastAsia="zh-CN"/>
        </w:rPr>
        <w:t>　　7.信息收集反馈、及时修正销售方案</w:t>
      </w:r>
      <w:r>
        <w:rPr>
          <w:lang w:eastAsia="zh-CN"/>
        </w:rPr>
        <w:br/>
      </w:r>
      <w:r>
        <w:rPr>
          <w:lang w:eastAsia="zh-CN"/>
        </w:rPr>
        <w:t xml:space="preserve">    2024年市场销售人员工作计划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建立一支团结、上进、稳定而又训练有素的销售队伍。公司的发展成长首先是要用销售业绩来说话的，而要实现更高的销售目标，销售人才守键。也许有人认为，现在汽车行业很火暴，顾客主动找上门来，所以销售人员也只是走过场，因此对销售人员的素质没有太多要求。我要说这其实是个错误而危险的观点，我们应该站在高处看问题。现在市场竞争其实日益激烈，回望20__及20__上半年汽车市场一直不是很景气，消费者的购买行为渐趋理智，只有一流的销售人员才能准确有效将品牌价值、先进技术、品质服务甚至品牌的增值行为等传递给消费者，东风风行做为一个国内老字号品牌，它成熟的科技、高标准的品质、可靠的服务。这其中的东西绝不是一个普通人能表达出去的。所以我工作中的第一重点就是要建立一支既有凝聚力，又有杀伤力的销售团队，做成泰安汽车行业服务第一的团队。</w:t>
      </w:r>
      <w:r>
        <w:rPr>
          <w:lang w:eastAsia="zh-CN"/>
        </w:rPr>
        <w:br/>
      </w:r>
      <w:r>
        <w:rPr>
          <w:lang w:eastAsia="zh-CN"/>
        </w:rPr>
        <w:t>　　1、人员的挑选我相信贵公司不乏一流的销售人才。但是优胜劣汰，好的人才有更高的标准来衡量。我认为专业销售人才必备的五个基本素质缺一不可，那就是：正确的态度、专业的知识、销售技巧、自我约束、履行职务。</w:t>
      </w:r>
      <w:r>
        <w:rPr>
          <w:lang w:eastAsia="zh-CN"/>
        </w:rPr>
        <w:br/>
      </w:r>
      <w:r>
        <w:rPr>
          <w:lang w:eastAsia="zh-CN"/>
        </w:rPr>
        <w:t>　　2、人员的培训。在这个信息社会，只有不断地用知识武装自己，才能在社会上立于不败之地。我们的销售人员就要不断地吸取新的知识，掌握更多的信息。我们要制订好计划，定期进行专业培训。销售礼仪、产品知识、销售技巧、标准销售流程都是销售人员的必修课。在培训的方法上主要注意培训内容的系统性与连贯性，打造汽车销售的正规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3、建立激励机制，增加销售人员的动力。具体操作例如将底薪+提成分解为底薪+提成+奖金，销售人员划分明确的级别(具体细节详细汇报)，这样做能促进员工积极性，提高工作效率，实现公司与员工的双赢。</w:t>
      </w:r>
      <w:r>
        <w:rPr>
          <w:lang w:eastAsia="zh-CN"/>
        </w:rPr>
        <w:br/>
      </w:r>
      <w:r>
        <w:rPr>
          <w:lang w:eastAsia="zh-CN"/>
        </w:rPr>
        <w:t>　　二、规范展厅管理：</w:t>
      </w:r>
      <w:r>
        <w:rPr>
          <w:lang w:eastAsia="zh-CN"/>
        </w:rPr>
        <w:br/>
      </w:r>
      <w:r>
        <w:rPr>
          <w:lang w:eastAsia="zh-CN"/>
        </w:rPr>
        <w:t>　　1、推行展厅5S管理(整理,整顿,清扫,清洁,修养)，打造规范化现代化展厅(具体细节制定计划)</w:t>
      </w:r>
      <w:r>
        <w:rPr>
          <w:lang w:eastAsia="zh-CN"/>
        </w:rPr>
        <w:br/>
      </w:r>
      <w:r>
        <w:rPr>
          <w:lang w:eastAsia="zh-CN"/>
        </w:rPr>
        <w:t>　　2、人员规范要有详细周密的展厅值班计划分工明确，责任明确，逐渐养成良好习惯。</w:t>
      </w:r>
      <w:r>
        <w:rPr>
          <w:lang w:eastAsia="zh-CN"/>
        </w:rPr>
        <w:br/>
      </w:r>
      <w:r>
        <w:rPr>
          <w:lang w:eastAsia="zh-CN"/>
        </w:rPr>
        <w:t>　　三、加大对风行品牌的宣传力度，提高品牌影响力，限度发挥品牌效应的作用，用品牌推动销售。我有选择地调查了数人，其中有风行车主，也有待购车族，有熟悉汽车品牌的人，也有车盲。结果大家对风行这个品牌都没有过多的了解。确实，本人对风行的深入了解也是近段时间的事，大家都知道，品牌在产品的宣传中简单而集中，效果明显、印象深刻，有利于消费者熟悉产品，激发购买_，所以，我们日常一定要加强对风行品牌的宣传。</w:t>
      </w:r>
      <w:r>
        <w:rPr>
          <w:lang w:eastAsia="zh-CN"/>
        </w:rPr>
        <w:br/>
      </w:r>
      <w:r>
        <w:rPr>
          <w:lang w:eastAsia="zh-CN"/>
        </w:rPr>
        <w:t xml:space="preserve">    2024年市场销售人员工作计划 篇3 </w:t>
      </w:r>
      <w:r>
        <w:rPr>
          <w:lang w:eastAsia="zh-CN"/>
        </w:rPr>
        <w:br/>
      </w:r>
      <w:r>
        <w:rPr>
          <w:lang w:eastAsia="zh-CN"/>
        </w:rPr>
        <w:t>　　本人在20__年度销售的业绩不是太理想，当然这其中肯定有许多不足和需要改进、完善的地方。今年，我将一如既往地按照公司的要求，在去年的工作基础上，本着多沟通、多协调、积极主动、创造性地开展工作的指导思想，确立工作目标，全面开展20__年度的工作。现制定销售工作计划如下:</w:t>
      </w:r>
      <w:r>
        <w:rPr>
          <w:lang w:eastAsia="zh-CN"/>
        </w:rPr>
        <w:br/>
      </w:r>
      <w:r>
        <w:rPr>
          <w:lang w:eastAsia="zh-CN"/>
        </w:rPr>
        <w:t>　　一、对于老客户，和固定客户，要经常保持联系，在有时间有条件的情况下，送一些小礼物或宴请客户，好稳定与客户关系。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二、在拥有老客户的同时还要不断从各种渠道快速开发新客户，推广新产品。</w:t>
      </w:r>
      <w:r>
        <w:rPr>
          <w:lang w:eastAsia="zh-CN"/>
        </w:rPr>
        <w:br/>
      </w:r>
      <w:r>
        <w:rPr>
          <w:lang w:eastAsia="zh-CN"/>
        </w:rPr>
        <w:t>　　三、要有好业绩就得加强业务学习，开拓视野，丰富知识，采取多样化形式，把学业务与交流技能相结合。</w:t>
      </w:r>
      <w:r>
        <w:rPr>
          <w:lang w:eastAsia="zh-CN"/>
        </w:rPr>
        <w:br/>
      </w:r>
      <w:r>
        <w:rPr>
          <w:lang w:eastAsia="zh-CN"/>
        </w:rPr>
        <w:t>　　四、今年对自己有以下要求</w:t>
      </w:r>
      <w:r>
        <w:rPr>
          <w:lang w:eastAsia="zh-CN"/>
        </w:rPr>
        <w:br/>
      </w:r>
      <w:r>
        <w:rPr>
          <w:lang w:eastAsia="zh-CN"/>
        </w:rPr>
        <w:t>　　1：每周要拜服4个以上的新客户，还要有1到2个潜在客户。</w:t>
      </w:r>
      <w:r>
        <w:rPr>
          <w:lang w:eastAsia="zh-CN"/>
        </w:rPr>
        <w:br/>
      </w:r>
      <w:r>
        <w:rPr>
          <w:lang w:eastAsia="zh-CN"/>
        </w:rPr>
        <w:t>　　2：一周一小结，每月一大结，看看有哪些工作上的失误，及时改正下次不要再犯。</w:t>
      </w:r>
      <w:r>
        <w:rPr>
          <w:lang w:eastAsia="zh-CN"/>
        </w:rPr>
        <w:br/>
      </w:r>
      <w:r>
        <w:rPr>
          <w:lang w:eastAsia="zh-CN"/>
        </w:rPr>
        <w:t xml:space="preserve">    2024年市场销售人员工作计划 篇4 </w:t>
      </w:r>
      <w:r>
        <w:rPr>
          <w:lang w:eastAsia="zh-CN"/>
        </w:rPr>
        <w:br/>
      </w:r>
      <w:r>
        <w:rPr>
          <w:lang w:eastAsia="zh-CN"/>
        </w:rPr>
        <w:t>　　销售人员十月份工作计划临近九/十月份是空调销售旺季，基于八月的销售预期未能达成(失败)。销售计划得重新定制，八月份销售计划废止。本着认真落实到销售上本次销售计划必须认真贯彻完成，以证明我们这个团队的实力与精神。用实力说话用业绩说话，是做业务对公司最完美的交代，严格自己对待每一单的客户从接触，洽谈，跟单到签合同。</w:t>
      </w:r>
      <w:r>
        <w:rPr>
          <w:lang w:eastAsia="zh-CN"/>
        </w:rPr>
        <w:br/>
      </w:r>
      <w:r>
        <w:rPr>
          <w:lang w:eastAsia="zh-CN"/>
        </w:rPr>
        <w:t>　　希望每位同仁能够认真完成这次任务。销售业绩需要上升，做销售的人更需要的是成长与学习这样你才可以更上一个层次慢慢的'会觉的自己所得到的东西是任何一切所满足不了的，我喜欢从工作中得到快乐，努力了就有收获。加油!加油!加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总结八月份计划对市场的了解，本次计划在原本八月份销售基础上有所改动，再加上从九月份开始和龙发装饰合作，工作就更需要做到。星期二至星期五小组成员负责跑装饰公司，原则上星期六、日、继续跑小区、希望各位同仁认真的了解一下自己所做的工作有什么优势(装饰公司+小区)</w:t>
      </w:r>
      <w:r>
        <w:rPr>
          <w:lang w:eastAsia="zh-CN"/>
        </w:rPr>
        <w:br/>
      </w:r>
      <w:r>
        <w:rPr>
          <w:lang w:eastAsia="zh-CN"/>
        </w:rPr>
        <w:t>　　计划销售35万、(12单)(最底不得少于30万)具体执行操作说明下例：</w:t>
      </w:r>
      <w:r>
        <w:rPr>
          <w:lang w:eastAsia="zh-CN"/>
        </w:rPr>
        <w:br/>
      </w:r>
      <w:r>
        <w:rPr>
          <w:lang w:eastAsia="zh-CN"/>
        </w:rPr>
        <w:t>　　销售计划书以下内容：</w:t>
      </w:r>
      <w:r>
        <w:rPr>
          <w:lang w:eastAsia="zh-CN"/>
        </w:rPr>
        <w:br/>
      </w:r>
      <w:r>
        <w:rPr>
          <w:lang w:eastAsia="zh-CN"/>
        </w:rPr>
        <w:t>　　①计划概要：</w:t>
      </w:r>
      <w:r>
        <w:rPr>
          <w:lang w:eastAsia="zh-CN"/>
        </w:rPr>
        <w:br/>
      </w:r>
      <w:r>
        <w:rPr>
          <w:lang w:eastAsia="zh-CN"/>
        </w:rPr>
        <w:t>　　1、全小组整月销售工作任务</w:t>
      </w:r>
      <w:r>
        <w:rPr>
          <w:lang w:eastAsia="zh-CN"/>
        </w:rPr>
        <w:br/>
      </w:r>
      <w:r>
        <w:rPr>
          <w:lang w:eastAsia="zh-CN"/>
        </w:rPr>
        <w:t>　　2、分配任务、能力</w:t>
      </w:r>
      <w:r>
        <w:rPr>
          <w:lang w:eastAsia="zh-CN"/>
        </w:rPr>
        <w:br/>
      </w:r>
      <w:r>
        <w:rPr>
          <w:lang w:eastAsia="zh-CN"/>
        </w:rPr>
        <w:t>　　②营销目标：</w:t>
      </w:r>
      <w:r>
        <w:rPr>
          <w:lang w:eastAsia="zh-CN"/>
        </w:rPr>
        <w:br/>
      </w:r>
      <w:r>
        <w:rPr>
          <w:lang w:eastAsia="zh-CN"/>
        </w:rPr>
        <w:t>　　1、小区业主、装修公司设计师、工程监理</w:t>
      </w:r>
      <w:r>
        <w:rPr>
          <w:lang w:eastAsia="zh-CN"/>
        </w:rPr>
        <w:br/>
      </w:r>
      <w:r>
        <w:rPr>
          <w:lang w:eastAsia="zh-CN"/>
        </w:rPr>
        <w:t>　　2、主要以小区与装饰公司</w:t>
      </w:r>
      <w:r>
        <w:rPr>
          <w:lang w:eastAsia="zh-CN"/>
        </w:rPr>
        <w:br/>
      </w:r>
      <w:r>
        <w:rPr>
          <w:lang w:eastAsia="zh-CN"/>
        </w:rPr>
        <w:t>　　3、完成每月所下达的任务、销售额</w:t>
      </w:r>
      <w:r>
        <w:rPr>
          <w:lang w:eastAsia="zh-CN"/>
        </w:rPr>
        <w:br/>
      </w:r>
      <w:r>
        <w:rPr>
          <w:lang w:eastAsia="zh-CN"/>
        </w:rPr>
        <w:t>　　③营销方法：附见营销方法篇。</w:t>
      </w:r>
      <w:r>
        <w:rPr>
          <w:lang w:eastAsia="zh-CN"/>
        </w:rPr>
        <w:br/>
      </w:r>
      <w:r>
        <w:rPr>
          <w:lang w:eastAsia="zh-CN"/>
        </w:rPr>
        <w:t>　　④活动预算：每月预计在RMB3000元左右(入住小区物业费、宣传单、广告太阳伞、工地现场、标贴、请吃饭)</w:t>
      </w:r>
      <w:r>
        <w:rPr>
          <w:lang w:eastAsia="zh-CN"/>
        </w:rPr>
        <w:br/>
      </w:r>
      <w:r>
        <w:rPr>
          <w:lang w:eastAsia="zh-CN"/>
        </w:rPr>
        <w:t>　　⑤营销监控：许飞(监控运营成本业绩)刘良军(个人团队业绩实施、执行)</w:t>
      </w:r>
      <w:r>
        <w:rPr>
          <w:lang w:eastAsia="zh-CN"/>
        </w:rPr>
        <w:br/>
      </w:r>
      <w:r>
        <w:rPr>
          <w:lang w:eastAsia="zh-CN"/>
        </w:rPr>
        <w:t>　　成员销售额月单率成单率</w:t>
      </w:r>
      <w:r>
        <w:rPr>
          <w:lang w:eastAsia="zh-CN"/>
        </w:rPr>
        <w:br/>
      </w:r>
      <w:r>
        <w:rPr>
          <w:lang w:eastAsia="zh-CN"/>
        </w:rPr>
        <w:t>　　刘良军15万550%</w:t>
      </w:r>
      <w:r>
        <w:rPr>
          <w:lang w:eastAsia="zh-CN"/>
        </w:rPr>
        <w:br/>
      </w:r>
      <w:r>
        <w:rPr>
          <w:lang w:eastAsia="zh-CN"/>
        </w:rPr>
        <w:t>　　杨含10万440%</w:t>
      </w:r>
      <w:r>
        <w:rPr>
          <w:lang w:eastAsia="zh-CN"/>
        </w:rPr>
        <w:br/>
      </w:r>
      <w:r>
        <w:rPr>
          <w:lang w:eastAsia="zh-CN"/>
        </w:rPr>
        <w:t>　　胡晶晶10万440%</w:t>
      </w:r>
      <w:r>
        <w:rPr>
          <w:lang w:eastAsia="zh-CN"/>
        </w:rPr>
        <w:br/>
      </w:r>
      <w:r>
        <w:rPr>
          <w:lang w:eastAsia="zh-CN"/>
        </w:rPr>
        <w:t>　　陈振10万340%</w:t>
      </w:r>
      <w:r>
        <w:rPr>
          <w:lang w:eastAsia="zh-CN"/>
        </w:rPr>
        <w:br/>
      </w:r>
      <w:r>
        <w:rPr>
          <w:lang w:eastAsia="zh-CN"/>
        </w:rPr>
        <w:t>　　以上均为最基本利率、没有任何商量与调整必须完成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第一、基本目标(概括)</w:t>
      </w:r>
      <w:r>
        <w:rPr>
          <w:lang w:eastAsia="zh-CN"/>
        </w:rPr>
        <w:br/>
      </w:r>
      <w:r>
        <w:rPr>
          <w:lang w:eastAsia="zh-CN"/>
        </w:rPr>
        <w:t>　　九/十月销售目标如下：</w:t>
      </w:r>
      <w:r>
        <w:rPr>
          <w:lang w:eastAsia="zh-CN"/>
        </w:rPr>
        <w:br/>
      </w:r>
      <w:r>
        <w:rPr>
          <w:lang w:eastAsia="zh-CN"/>
        </w:rPr>
        <w:t>　　第一、销售额目标：</w:t>
      </w:r>
      <w:r>
        <w:rPr>
          <w:lang w:eastAsia="zh-CN"/>
        </w:rPr>
        <w:br/>
      </w:r>
      <w:r>
        <w:rPr>
          <w:lang w:eastAsia="zh-CN"/>
        </w:rPr>
        <w:t>　　(一)部门全体(小组)：35万(月决算)</w:t>
      </w:r>
      <w:r>
        <w:rPr>
          <w:lang w:eastAsia="zh-CN"/>
        </w:rPr>
        <w:br/>
      </w:r>
      <w:r>
        <w:rPr>
          <w:lang w:eastAsia="zh-CN"/>
        </w:rPr>
        <w:t>　　(二)每一员工/每月：10万以上(最底/不上线)</w:t>
      </w:r>
      <w:r>
        <w:rPr>
          <w:lang w:eastAsia="zh-CN"/>
        </w:rPr>
        <w:br/>
      </w:r>
      <w:r>
        <w:rPr>
          <w:lang w:eastAsia="zh-CN"/>
        </w:rPr>
        <w:t>　　(三)每天最少要获取3-5条重要信息、不择手段获取(完成目标的基础)每天所收集到的信息写明情况填写于工作日记报表。 (重点)</w:t>
      </w:r>
      <w:r>
        <w:rPr>
          <w:lang w:eastAsia="zh-CN"/>
        </w:rPr>
        <w:br/>
      </w:r>
      <w:r>
        <w:rPr>
          <w:lang w:eastAsia="zh-CN"/>
        </w:rPr>
        <w:t>　　(四)信息成功率在保证30%以上、准信息在50%以上(基本每星期小组成交率在3单以上，才可确保月目标)视不同情况而定。(有设计师参与的情况下70%上) (重点)</w:t>
      </w:r>
      <w:r>
        <w:rPr>
          <w:lang w:eastAsia="zh-CN"/>
        </w:rPr>
        <w:br/>
      </w:r>
      <w:r>
        <w:rPr>
          <w:lang w:eastAsia="zh-CN"/>
        </w:rPr>
        <w:t>　　(五)从多方面获取信息(设计师、装修公司业务员、)打好基础。渗透(重点)</w:t>
      </w:r>
      <w:r>
        <w:rPr>
          <w:lang w:eastAsia="zh-CN"/>
        </w:rPr>
        <w:br/>
      </w:r>
      <w:r>
        <w:rPr>
          <w:lang w:eastAsia="zh-CN"/>
        </w:rPr>
        <w:t>　　(六)售楼部、小区工作人员。</w:t>
      </w:r>
      <w:r>
        <w:rPr>
          <w:lang w:eastAsia="zh-CN"/>
        </w:rPr>
        <w:br/>
      </w:r>
      <w:r>
        <w:rPr>
          <w:lang w:eastAsia="zh-CN"/>
        </w:rPr>
        <w:t>　　第二、装饰公司销售与建立关系执行方法</w:t>
      </w:r>
      <w:r>
        <w:rPr>
          <w:lang w:eastAsia="zh-CN"/>
        </w:rPr>
        <w:br/>
      </w:r>
      <w:r>
        <w:rPr>
          <w:lang w:eastAsia="zh-CN"/>
        </w:rPr>
        <w:t>　　(一)前台是必不可少的一关、也是进装饰公司的第一关、跟他打好关系以后方便自己出入搞不定前台工作很难开展更别说要见设计师了、男同胞们发挥自己的魅力啊。</w:t>
      </w:r>
      <w:r>
        <w:rPr>
          <w:lang w:eastAsia="zh-CN"/>
        </w:rPr>
        <w:br/>
      </w:r>
      <w:r>
        <w:rPr>
          <w:lang w:eastAsia="zh-CN"/>
        </w:rPr>
        <w:t>　　(二)跟设计师打交道可要圆滑一点、看什么样人说什么话、关系是一天一天建立与维护起来的、不要一见面什么底都让人知道了、有些设计师是很鬼的切记、必须建立良好的关系设计师才会给你单子、自己必须对空调够专业、有些设计师对空调也很了解、偶尔会问你一些问题如果你回答不上人家会怎么想放心把单子交给你做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(三)市场部的人(业务人员)跟他们多沟通获取至关重要的信息、信息交流。</w:t>
      </w:r>
      <w:r>
        <w:rPr>
          <w:lang w:eastAsia="zh-CN"/>
        </w:rPr>
        <w:br/>
      </w:r>
      <w:r>
        <w:rPr>
          <w:lang w:eastAsia="zh-CN"/>
        </w:rPr>
        <w:t>　　第三奖励/惩罚</w:t>
      </w:r>
      <w:r>
        <w:rPr>
          <w:lang w:eastAsia="zh-CN"/>
        </w:rPr>
        <w:br/>
      </w:r>
      <w:r>
        <w:rPr>
          <w:lang w:eastAsia="zh-CN"/>
        </w:rPr>
        <w:t>　　(一)、公司待定</w:t>
      </w:r>
      <w:r>
        <w:rPr>
          <w:lang w:eastAsia="zh-CN"/>
        </w:rPr>
        <w:br/>
      </w:r>
      <w:r>
        <w:rPr>
          <w:lang w:eastAsia="zh-CN"/>
        </w:rPr>
        <w:t>　　(二)、惩罚：1、未完成总成绩的一半(15万以下)惩罚额每人200、加入每月考核、第二个月还未完成双倍惩罚、第三月还未完成月薪减半、</w:t>
      </w:r>
      <w:r>
        <w:rPr>
          <w:lang w:eastAsia="zh-CN"/>
        </w:rPr>
        <w:br/>
      </w:r>
      <w:r>
        <w:rPr>
          <w:lang w:eastAsia="zh-CN"/>
        </w:rPr>
        <w:t>　　(三)、团队惩罚：1、发现上班时间上网每次50、2、抽查每人负责的小区未在每次50、3、手机关机每次50、(所罚款项纳入团队消费支出、不包括公司罚款)</w:t>
      </w:r>
      <w:r>
        <w:rPr>
          <w:lang w:eastAsia="zh-CN"/>
        </w:rPr>
        <w:br/>
      </w:r>
      <w:r>
        <w:rPr>
          <w:lang w:eastAsia="zh-CN"/>
        </w:rPr>
        <w:t>　　第五、以上内容均为视同者签名、如有异议可提出改进(建设性建议)</w:t>
      </w:r>
      <w:r>
        <w:rPr>
          <w:lang w:eastAsia="zh-CN"/>
        </w:rPr>
        <w:br/>
      </w:r>
      <w:r>
        <w:rPr>
          <w:lang w:eastAsia="zh-CN"/>
        </w:rPr>
        <w:t xml:space="preserve">    2024年市场销售人员工作计划 篇5 </w:t>
      </w:r>
      <w:r>
        <w:rPr>
          <w:lang w:eastAsia="zh-CN"/>
        </w:rPr>
        <w:br/>
      </w:r>
      <w:r>
        <w:rPr>
          <w:lang w:eastAsia="zh-CN"/>
        </w:rPr>
        <w:t>　　一、参与酒店经营理念、酒店市场定位</w:t>
      </w:r>
      <w:r>
        <w:rPr>
          <w:lang w:eastAsia="zh-CN"/>
        </w:rPr>
        <w:br/>
      </w:r>
      <w:r>
        <w:rPr>
          <w:lang w:eastAsia="zh-CN"/>
        </w:rPr>
        <w:t>　　1、充分了解酒店各种经营设施、经营项目。</w:t>
      </w:r>
      <w:r>
        <w:rPr>
          <w:lang w:eastAsia="zh-CN"/>
        </w:rPr>
        <w:br/>
      </w:r>
      <w:r>
        <w:rPr>
          <w:lang w:eastAsia="zh-CN"/>
        </w:rPr>
        <w:t>　　2、参与酒店各部门价格制定，提出合理建议，以报告形式上呈总经理。</w:t>
      </w:r>
      <w:r>
        <w:rPr>
          <w:lang w:eastAsia="zh-CN"/>
        </w:rPr>
        <w:br/>
      </w:r>
      <w:r>
        <w:rPr>
          <w:lang w:eastAsia="zh-CN"/>
        </w:rPr>
        <w:t>　　二、市场环境分析</w:t>
      </w:r>
      <w:r>
        <w:rPr>
          <w:lang w:eastAsia="zh-CN"/>
        </w:rPr>
        <w:br/>
      </w:r>
      <w:r>
        <w:rPr>
          <w:lang w:eastAsia="zh-CN"/>
        </w:rPr>
        <w:t>　　要做好市场环境的分析，其中包括：</w:t>
      </w:r>
      <w:r>
        <w:rPr>
          <w:lang w:eastAsia="zh-CN"/>
        </w:rPr>
        <w:br/>
      </w:r>
      <w:r>
        <w:rPr>
          <w:lang w:eastAsia="zh-CN"/>
        </w:rPr>
        <w:t>　　1、酒店周边经营环境分析。</w:t>
      </w:r>
      <w:r>
        <w:rPr>
          <w:lang w:eastAsia="zh-CN"/>
        </w:rPr>
        <w:br/>
      </w:r>
      <w:r>
        <w:rPr>
          <w:lang w:eastAsia="zh-CN"/>
        </w:rPr>
        <w:t>　　2、竞争对手情况摸底分析。</w:t>
      </w:r>
      <w:r>
        <w:rPr>
          <w:lang w:eastAsia="zh-CN"/>
        </w:rPr>
        <w:br/>
      </w:r>
      <w:r>
        <w:rPr>
          <w:lang w:eastAsia="zh-CN"/>
        </w:rPr>
        <w:t>　　3、酒店优劣式分析。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4、销售目标分析。</w:t>
      </w:r>
      <w:r>
        <w:rPr>
          <w:lang w:eastAsia="zh-CN"/>
        </w:rPr>
        <w:br/>
      </w:r>
      <w:r>
        <w:rPr>
          <w:lang w:eastAsia="zh-CN"/>
        </w:rPr>
        <w:t>　　5、提出合理改进意见，以报告形式上呈总经理。</w:t>
      </w:r>
      <w:r>
        <w:rPr>
          <w:lang w:eastAsia="zh-CN"/>
        </w:rPr>
        <w:br/>
      </w:r>
      <w:r>
        <w:rPr>
          <w:lang w:eastAsia="zh-CN"/>
        </w:rPr>
        <w:t>　　三、制定销售部岗位职责、</w:t>
      </w:r>
      <w:r>
        <w:rPr>
          <w:lang w:eastAsia="zh-CN"/>
        </w:rPr>
        <w:br/>
      </w:r>
      <w:r>
        <w:rPr>
          <w:lang w:eastAsia="zh-CN"/>
        </w:rPr>
        <w:t>　　制定好销售部岗位职责、规章制度，以报告形式上呈总经理批示。</w:t>
      </w:r>
      <w:r>
        <w:rPr>
          <w:lang w:eastAsia="zh-CN"/>
        </w:rPr>
        <w:br/>
      </w:r>
      <w:r>
        <w:rPr>
          <w:lang w:eastAsia="zh-CN"/>
        </w:rPr>
        <w:t>　　四、制定酒店销售策略、销售部政策与程序</w:t>
      </w:r>
      <w:r>
        <w:rPr>
          <w:lang w:eastAsia="zh-CN"/>
        </w:rPr>
        <w:br/>
      </w:r>
      <w:r>
        <w:rPr>
          <w:lang w:eastAsia="zh-CN"/>
        </w:rPr>
        <w:t>　　1、制定酒店销售策略，以报告形式上呈总经理批示。</w:t>
      </w:r>
      <w:r>
        <w:rPr>
          <w:lang w:eastAsia="zh-CN"/>
        </w:rPr>
        <w:br/>
      </w:r>
      <w:r>
        <w:rPr>
          <w:lang w:eastAsia="zh-CN"/>
        </w:rPr>
        <w:t>　　2、制定销售部政策与程序，以报告形式上呈总经理批示。</w:t>
      </w:r>
      <w:r>
        <w:rPr>
          <w:lang w:eastAsia="zh-CN"/>
        </w:rPr>
        <w:br/>
      </w:r>
      <w:r>
        <w:rPr>
          <w:lang w:eastAsia="zh-CN"/>
        </w:rPr>
        <w:t>　　五、参与建立酒店</w:t>
      </w:r>
      <w:r>
        <w:rPr>
          <w:lang w:eastAsia="zh-CN"/>
        </w:rPr>
        <w:br/>
      </w:r>
      <w:r>
        <w:rPr>
          <w:lang w:eastAsia="zh-CN"/>
        </w:rPr>
        <w:t>　　1、确立酒店标识。</w:t>
      </w:r>
      <w:r>
        <w:rPr>
          <w:lang w:eastAsia="zh-CN"/>
        </w:rPr>
        <w:br/>
      </w:r>
      <w:r>
        <w:rPr>
          <w:lang w:eastAsia="zh-CN"/>
        </w:rPr>
        <w:t>　　2、制作酒店企业简介。</w:t>
      </w:r>
      <w:r>
        <w:rPr>
          <w:lang w:eastAsia="zh-CN"/>
        </w:rPr>
        <w:br/>
      </w:r>
      <w:r>
        <w:rPr>
          <w:lang w:eastAsia="zh-CN"/>
        </w:rPr>
        <w:t>　　3、制作酒店各种客用印刷品以及客用问询表格。</w:t>
      </w:r>
      <w:r>
        <w:rPr>
          <w:lang w:eastAsia="zh-CN"/>
        </w:rPr>
        <w:br/>
      </w:r>
      <w:r>
        <w:rPr>
          <w:lang w:eastAsia="zh-CN"/>
        </w:rPr>
        <w:t>　　4、参与酒店各部门经营环境的布置。</w:t>
      </w:r>
      <w:r>
        <w:rPr>
          <w:lang w:eastAsia="zh-CN"/>
        </w:rPr>
        <w:br/>
      </w:r>
      <w:r>
        <w:rPr>
          <w:lang w:eastAsia="zh-CN"/>
        </w:rPr>
        <w:t>　　5、参与酒店各部门经营项目的确立，并提出合理建议。</w:t>
      </w:r>
      <w:r>
        <w:rPr>
          <w:lang w:eastAsia="zh-CN"/>
        </w:rPr>
        <w:br/>
      </w:r>
      <w:r>
        <w:rPr>
          <w:lang w:eastAsia="zh-CN"/>
        </w:rPr>
        <w:t>　　六、人员培训</w:t>
      </w:r>
      <w:r>
        <w:rPr>
          <w:lang w:eastAsia="zh-CN"/>
        </w:rPr>
        <w:br/>
      </w:r>
      <w:r>
        <w:rPr>
          <w:lang w:eastAsia="zh-CN"/>
        </w:rPr>
        <w:t>　　1、依据酒店工作计划，酒店及部门的规章制度对员工进行综合素质培训。</w:t>
      </w:r>
      <w:r>
        <w:rPr>
          <w:lang w:eastAsia="zh-CN"/>
        </w:rPr>
        <w:br/>
      </w:r>
      <w:r>
        <w:rPr>
          <w:lang w:eastAsia="zh-CN"/>
        </w:rPr>
        <w:t>　　2、依据总经理批示的销售部政策与程序对员工进行专业技能培训。</w:t>
      </w:r>
      <w:r>
        <w:rPr>
          <w:lang w:eastAsia="zh-CN"/>
        </w:rPr>
        <w:br/>
      </w:r>
      <w:r>
        <w:rPr>
          <w:lang w:eastAsia="zh-CN"/>
        </w:rPr>
        <w:t>　　3、依据酒店的现有情况对员工进行、团队意识培训。</w:t>
      </w:r>
      <w:r>
        <w:rPr>
          <w:lang w:eastAsia="zh-CN"/>
        </w:rPr>
        <w:br/>
      </w:r>
      <w:r>
        <w:rPr>
          <w:lang w:eastAsia="zh-CN"/>
        </w:rPr>
        <w:t xml:space="preserve">    2024年市场销售人员工作计划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这一周的时间中我通过努力的工作，也有了一点收获，我感觉有必要对自己的工作做一下总结。目的在于吸取教训，提高自己，以至于把工作做的更好，自己有信心也有决心把以后的工作做的更好。不断加强个人修养，自觉加强学习，努力提高工作水平，适应新形势下本职工作的需要，扬长避短，发奋工作。</w:t>
      </w:r>
      <w:r>
        <w:rPr>
          <w:lang w:eastAsia="zh-CN"/>
        </w:rPr>
        <w:br/>
      </w:r>
      <w:r>
        <w:rPr>
          <w:lang w:eastAsia="zh-CN"/>
        </w:rPr>
        <w:t>　　在下周工作计划中下面的几项工作作为主要的工作重点：</w:t>
      </w:r>
      <w:r>
        <w:rPr>
          <w:lang w:eastAsia="zh-CN"/>
        </w:rPr>
        <w:br/>
      </w:r>
      <w:r>
        <w:rPr>
          <w:lang w:eastAsia="zh-CN"/>
        </w:rPr>
        <w:t>　　1、在店长的带领下，团结店友，和大家建立一个相对稳定的销售团队：销售人才是最宝贵的资源，一切销售业绩都起源于有一个好的销售人员，建立一支具有凝聚力，合作精神的销售团队是我们店的根本。在以后的工作中建立一个___，具有杀伤力的团队是我和我们所有的导购员的主要目标。</w:t>
      </w:r>
      <w:r>
        <w:rPr>
          <w:lang w:eastAsia="zh-CN"/>
        </w:rPr>
        <w:br/>
      </w:r>
      <w:r>
        <w:rPr>
          <w:lang w:eastAsia="zh-CN"/>
        </w:rPr>
        <w:t>　　2、严格遵守销售制度：完善的销售管理制度是让销售人员在工作中发挥主观能动性，对工作有高度的责任心，提高销售人员的主人翁意识。这是我们在下个月完成万营业额的前提。我坚决服从店内的各项规章制度。</w:t>
      </w:r>
      <w:r>
        <w:rPr>
          <w:lang w:eastAsia="zh-CN"/>
        </w:rPr>
        <w:br/>
      </w:r>
      <w:r>
        <w:rPr>
          <w:lang w:eastAsia="zh-CN"/>
        </w:rPr>
        <w:t>　　3、养成发现问题，总结问题，不断自我提高的习惯：养成发现问题，总结问题目的在于提高我自身的综合素质，在工作中能发现问题总结问题并能提出自己的看法和建议，把我的销售能力提高到一个新的档次。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销售目标：我的销售目标最基本的是做到天天有售货的单子。根据店内下达的销售任务，坚决完成店内下达的`万的营业额任务，打好年底的硬仗，和大家把任务根据具体情况分解到每周，每日；以每周，每日的销售目标分解到我们每个导购员身上，完成各个时间段的销售任务。并争取在完成销售任务的基础上提高销售业绩。</w:t>
      </w:r>
      <w:r>
        <w:rPr>
          <w:lang w:eastAsia="zh-CN"/>
        </w:rPr>
        <w:br/>
      </w:r>
      <w:r>
        <w:rPr>
          <w:lang w:eastAsia="zh-CN"/>
        </w:rPr>
        <w:t>　　我认为我男装专卖店的发展是与全体员工综合素质，店长的指导方针，团队的建设是分不开的。建立一支良好的销售团队和有一个好的工作模式与工作环境是工作的关键。</w:t>
      </w:r>
      <w:r>
        <w:rPr>
          <w:lang w:eastAsia="zh-CN"/>
        </w:rPr>
        <w:br/>
      </w:r>
      <w:r>
        <w:rPr>
          <w:lang w:eastAsia="zh-CN"/>
        </w:rPr>
        <w:t xml:space="preserve">    2024年市场销售人员工作计划 篇7 </w:t>
      </w:r>
      <w:r>
        <w:rPr>
          <w:lang w:eastAsia="zh-CN"/>
        </w:rPr>
        <w:br/>
      </w:r>
      <w:r>
        <w:rPr>
          <w:lang w:eastAsia="zh-CN"/>
        </w:rPr>
        <w:t>　　(一)细分目标市场，大力开展多层次立体化的营销推广活动</w:t>
      </w:r>
      <w:r>
        <w:rPr>
          <w:lang w:eastAsia="zh-CN"/>
        </w:rPr>
        <w:br/>
      </w:r>
      <w:r>
        <w:rPr>
          <w:lang w:eastAsia="zh-CN"/>
        </w:rPr>
        <w:t>　　__部门负责的客户大体上可以分为四类，即现金管理客户、公司无贷户和电子银行客户客户。结合全年的发展目标，坚持以市场为导向，以客户为中心，以账户为基础，抓大不放小，采劝确保稳住大客户，努力转变小客户，积极拓展新客户的策略，制定详营销计划，在全公司开展系列的媒体宣传、网点销售、大型产品推介会、重点客户上门推介、组织投标和集中营销活动等，形成持续的市场推广攻势。</w:t>
      </w:r>
      <w:r>
        <w:rPr>
          <w:lang w:eastAsia="zh-CN"/>
        </w:rPr>
        <w:br/>
      </w:r>
      <w:r>
        <w:rPr>
          <w:lang w:eastAsia="zh-CN"/>
        </w:rPr>
        <w:t>　　巩固现金管理市场地位。继续分层次、深入推广现金管理服务，努力提高产品的客户价值。要通过抓重点客户扩大市场影响，增强现金管理的品牌效应。各行部要对辖区内重点客户、行业大户、集团客户进行调查，深入分析其经营特点、模式，设计切实的现金管理方案，主动进行营销。对现金管理存量客户挖掘深层次的需求，解决存在的问题，提高客户贡献度。今年争取新增现金管理客户185200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深入开发公司无贷户市常中小企业无贷户，这也是我行的基础客户，并为资产业务、中间业务发展提供重要来源。20__年在去年开展中小企业弘业结算主题营销活动基础上，总结经验，深化营销，增强营销效果。要保持全公司的公司无贷户市场营销在量上增长，并注重改善质量;要优化结构，提高优质客户比重，降低筹资成本率，增加高附加值产品的销售。要重点抓好公司无贷户的开户营销，努力扩大市场占比。要加强对公司无贷户维护管理，深入分析其结算特点，进行全产品营销，扩大我行的结算市场份额。20__年要努力实现新开对公结算账户358001户，结算账户净增长272430户。</w:t>
      </w:r>
      <w:r>
        <w:rPr>
          <w:lang w:eastAsia="zh-CN"/>
        </w:rPr>
        <w:br/>
      </w:r>
      <w:r>
        <w:rPr>
          <w:lang w:eastAsia="zh-CN"/>
        </w:rPr>
        <w:t>　　做好系统大户的营销维护工作。针对全市还有部分镇区财政所未在我行开户的现状，通过调用各种资源进行营销，争取全面开花。并借势向各镇区其他政府分支机构展开营销攻势，争取更大的存款份额。同时对大中型企业、企业、世界10强、纳税前8000名、进出口前7334强等10多户重点客户挂牌认购工作，锁定他行目标客户，进行重点攻关。</w:t>
      </w:r>
      <w:r>
        <w:rPr>
          <w:lang w:eastAsia="zh-CN"/>
        </w:rPr>
        <w:br/>
      </w:r>
      <w:r>
        <w:rPr>
          <w:lang w:eastAsia="zh-CN"/>
        </w:rPr>
        <w:t>　　(二)加强服务渠道管理，深入开展结算优质服务年活动</w:t>
      </w:r>
      <w:r>
        <w:rPr>
          <w:lang w:eastAsia="zh-CN"/>
        </w:rPr>
        <w:br/>
      </w:r>
      <w:r>
        <w:rPr>
          <w:lang w:eastAsia="zh-CN"/>
        </w:rPr>
        <w:t>　　客户资源是全公司至关重要的资源，对公客户是全公司的优质客户和潜力客户，要利用对公统一视图系统，在全面提供优质服务的基础上，进一步体现个性化、多样化的服务。</w:t>
      </w:r>
      <w:r>
        <w:rPr>
          <w:lang w:eastAsia="zh-CN"/>
        </w:rPr>
        <w:br/>
      </w:r>
      <w:r>
        <w:rPr>
          <w:lang w:eastAsia="zh-CN"/>
        </w:rPr>
        <w:t>　　要建设好三个渠道：</w:t>
      </w:r>
      <w:r>
        <w:rPr>
          <w:lang w:eastAsia="zh-CN"/>
        </w:rPr>
        <w:br/>
      </w:r>
      <w:r>
        <w:rPr>
          <w:lang w:eastAsia="zh-CN"/>
        </w:rPr>
        <w:t>　　一是要按照总行要求二级分公司结算与现金管理部门至少配置3名客户经理;每个对公业务网点(含综合业务网点)应当根据业务发展情况至少配备1名客户经理，客户资源比较丰富的网点应适当增配。构建起高素质的营销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是加强物理网点的建设。目前，由于对公结算业务方式品种多样，公司管理模式的差异，对公客户最常用的仍然蜀面服务渠道。我行要加强网点建设，在贵宾理财中心改造中要充分考虑对公客户的业务需要，满足客户的需求。各行部要制定详细的网点对公业务营销指南，对不同网点业态对公业务的服务内容、服务要求、服务行为规范、服务流程等进行指导。</w:t>
      </w:r>
      <w:r>
        <w:rPr>
          <w:lang w:eastAsia="zh-CN"/>
        </w:rPr>
        <w:br/>
      </w:r>
      <w:r>
        <w:rPr>
          <w:lang w:eastAsia="zh-CN"/>
        </w:rPr>
        <w:t>　　三是要拓展电子银行业务渠道，扩大离柜业务占比。今年，电子银转载自第一范文网，请保留此标记行业务在继续跑马圈地扩大市场占比的同时，还要精耕细作，拓展有层次的目标客户。各行部应充分重视与利用分公司下发的目标客户清单，有侧重、有针对地开展营销工作，要在优质客户市场上占据绝对优势。同时做好客户服务与深度营销工作。通过建立企业客户电子银行台账，并以此作为客户支持和服务的重要依据，及时为客户解决在使用我行电子银行产品过程中遇到的问题，并适时将电子银行新产品推荐给客户，提高动户率和客户使用率，深入开展结算优质服务年活动。要树立以客户为中心的现代金融服务理念，梳理制度，整合流程，以目标客户需求为导向。加快产品创新，提高服务效率，及时处理问题，加强服务管理，提高客户满意度，构建以客户为中心的服务模式。全面提升__部门服务质量，实现全公司又好又快地发展目标。</w:t>
      </w:r>
      <w:r>
        <w:rPr>
          <w:lang w:eastAsia="zh-CN"/>
        </w:rPr>
        <w:br/>
      </w:r>
      <w:r>
        <w:rPr>
          <w:lang w:eastAsia="zh-CN"/>
        </w:rPr>
        <w:t>　　(三)加快产品创新步伐，加大新产品推广应用力度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结算与现金管理部作为产品部门，承担着产品创新、维护与管理的责任加强营销支持系统建设。做好总行全公司法人客户营销、单位企业级客户信息管理和单位银行结算账户管理三大核心系统的推广工作，为实施科学的营销管理提供技术手段。完善结算产品创新机制。一是要实行产品经理制，各行配备产品经理。产品经理要成为收集、研发产品的主要承担者。二是建立信息反馈机制。各行部将客户需求汇总后报送分公司结算与现金管理部。分公司定期组织联系行、重点行召开产品创新业务研讨会，集中解决客户关心的问题。</w:t>
      </w:r>
      <w:r>
        <w:rPr>
          <w:lang w:eastAsia="zh-CN"/>
        </w:rPr>
        <w:br/>
      </w:r>
      <w:r>
        <w:rPr>
          <w:lang w:eastAsia="zh-CN"/>
        </w:rPr>
        <w:t>　　提高财智账户品牌的市场认知度。今年要继续实施结算与现金管理品牌策略，以财智账户为核心，在统一品牌下扩大品牌，提升品牌价值。要对新开发的结算与现金管理产品及时进行品牌设计，制定适当的品牌策略，纳入到统一品牌体系中。加强财智账户品牌的推广力度，做好品牌维护，保持品牌影响力。</w:t>
      </w:r>
      <w:r>
        <w:rPr>
          <w:lang w:eastAsia="zh-CN"/>
        </w:rPr>
        <w:br/>
      </w:r>
      <w:r>
        <w:rPr>
          <w:lang w:eastAsia="zh-CN"/>
        </w:rPr>
        <w:t>　　发展第三方存管业务。抓住多银行第三方存管业务的机遇，扩大银证业务占比，发挥我行电子银行方便快捷的优势，加大新产品推广应用力度。各行部要加强对产品需求的采集和新产品推广应用的组织管理，明确职责，加强考核，形成触姐泛、反应灵敏的市场需求反馈网络和任务具体、激励有效的新产品推广机制，增强市场快速响应能力，真正使投放的新产品能够尽快占领市尝取得盈利。今年将推出本外币一体化资金池、单位客户短信通知、金融服务证书、全国自动清算系统等新产品。</w:t>
      </w:r>
      <w:r>
        <w:rPr>
          <w:lang w:eastAsia="zh-CN"/>
        </w:rPr>
        <w:br/>
      </w:r>
      <w:r>
        <w:rPr>
          <w:lang w:eastAsia="zh-CN"/>
        </w:rPr>
        <w:t>　　(四)抓好客户经理和产品经理队伍建设，加紧培养__部门人才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要加强人员管理，实施日常工作规范，制定行为准则，建立和完善工作日志制度、客户档案制度、走访客户制度以及信息反馈制度。加强业务培训。今年分公司将继续组织各种结算和现金管理业务、电子银行业务培训和营销技能培训，尝试更加多样化的培训方式，通过深入基层培训，扩大受训人员范围，努力提高业务人员素质，以适应现代商业银行市场竞争需求。</w:t>
      </w:r>
      <w:r>
        <w:rPr>
          <w:lang w:eastAsia="zh-CN"/>
        </w:rPr>
        <w:br/>
      </w:r>
      <w:r>
        <w:rPr>
          <w:lang w:eastAsia="zh-CN"/>
        </w:rPr>
        <w:t>　　(五)强化流程管理，提高风险控制水平</w:t>
      </w:r>
      <w:r>
        <w:rPr>
          <w:lang w:eastAsia="zh-CN"/>
        </w:rPr>
        <w:br/>
      </w:r>
      <w:r>
        <w:rPr>
          <w:lang w:eastAsia="zh-CN"/>
        </w:rPr>
        <w:t>　　要以风险防控为主线，积极完善结算制度体系建设。在产品创新中，坚持制度先行。要定期通报结算案件的动向，制定切实的防范措施，坚决遏制结算案件发生。加强对结算中间业务收入的管理，加大对账户管理的力度。进一步加强监督力度，会计检查员、事后监督要要注重发挥日常业务检查监督的作用，及时发现、堵塞业务差错和漏洞，各网点对存在的问题要进行整改。</w:t>
      </w:r>
      <w:r>
        <w:rPr>
          <w:lang w:eastAsia="zh-CN"/>
        </w:rPr>
        <w:br/>
      </w:r>
      <w:r>
        <w:rPr>
          <w:lang w:eastAsia="zh-CN"/>
        </w:rPr>
        <w:t>　　1、销售顾问培训：在销售顾问的培训上多下功夫，现在销售员业务知识明显匮乏，直接的影响销售部的业绩，__年的销售顾问的培训是重点，除按计划每月一次培训以外，按需要多增加培训，特别针对不同时期竞争车型上得多下功夫研究，这在培训中应作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销售核心流程：完整运用核心流程，给了我们一个很好管-理-员工的方式&amp;&amp;按流程办理，不用自己去琢磨，很多时候我们并没有去在意这个流程，认为那只是一种工作方法，其实深入的研究后才知道意义很重，这正式严谨管理制度带来的优势。每个销售顾问都应按这个制度流程去做，谁没有做好就是违反了制度，就应该有相应的处罚，而作为一个管理者从这些流程中就可以去考核下面的销售顾问。有了考核，销售顾问就会努力的把事情做好，相反如没有考核，销售顾问就容易缺少压力导致动力减少从而直接影响销售工作。细节决定成败，这是刘经理常教导大家的话。在20__年的工作中我们将深入贯彻销售核心流程，把每一个流程细节做好，相信这是完成全年任务的又一保障。</w:t>
      </w:r>
      <w:r>
        <w:rPr>
          <w:lang w:eastAsia="zh-CN"/>
        </w:rPr>
        <w:br/>
      </w:r>
      <w:r>
        <w:rPr>
          <w:lang w:eastAsia="zh-CN"/>
        </w:rPr>
        <w:t>　　3、提高销售市场占有率：</w:t>
      </w:r>
      <w:r>
        <w:rPr>
          <w:lang w:eastAsia="zh-CN"/>
        </w:rPr>
        <w:br/>
      </w:r>
      <w:r>
        <w:rPr>
          <w:lang w:eastAsia="zh-CN"/>
        </w:rPr>
        <w:t>　　⑴、现在万州的几家汽车经销商最有影响的百事达商社对车的销售够成一定的威胁，在20__年就有一些客户到这两家公司购了车。总结原因主要问题是价格因素。价格问题是我们同客户产生矛盾的一个共同点，其他公司在销售车是没有优势的，他们有的优势是价格。再看我们在销售车时，除个别价格外，几乎都占优势。怎样来提高我们的占有率，就是要把我们劣势转化成优势，其实很多客户也是想在4S店购车所以才会拿其他经销商的价格来威胁，客户如果来威胁，就证明他心中有担心，总结来说他们的担心无外乎就是与整车的质量保障、有完善的售后服务、售后的索赔、售后维修的更多优惠、销售顾问的专业性(更好的使用了解车辆)、公司的诚信度、公司的人员的良好印象等密切相关，这些客户担心的因素，也是其他经销商没有的，同时也将成为我们的优势。</w:t>
      </w:r>
      <w:r>
        <w:rPr>
          <w:lang w:eastAsia="zh-CN"/>
        </w:rPr>
        <w:br/>
      </w:r>
      <w:r>
        <w:rPr>
          <w:lang w:eastAsia="zh-CN"/>
        </w:rPr>
        <w:t>　　⑵、通过对销售顾问的培训对竞争品牌的学习提高市场的占有率。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⑶、结合市场部对公司和汽车品牌进行有力的宣传，提高消费者的知名度和对车的认知度。3、当好一个称职的展厅经理，做到销售部带队的作用，做好公司的排头兵。发扬团队精神，帮助他们做好本职工作完成公司下达的各项任务。</w:t>
      </w:r>
      <w:r>
        <w:rPr>
          <w:lang w:eastAsia="zh-CN"/>
        </w:rPr>
        <w:br/>
      </w:r>
      <w:r>
        <w:rPr>
          <w:lang w:eastAsia="zh-CN"/>
        </w:rPr>
        <w:t>　　新一年我们团队的汽车销售工作计划以上三点都已列出。在工作中我会做好自己并带领好团队去克服种种困难，为公司的效益尽到的努力。</w:t>
      </w:r>
      <w:r>
        <w:rPr>
          <w:lang w:eastAsia="zh-CN"/>
        </w:rPr>
        <w:br/>
      </w:r>
      <w:r>
        <w:rPr>
          <w:lang w:eastAsia="zh-CN"/>
        </w:rPr>
        <w:t xml:space="preserve">    2024年市场销售人员工作计划 篇8 </w:t>
      </w:r>
      <w:r>
        <w:rPr>
          <w:lang w:eastAsia="zh-CN"/>
        </w:rPr>
        <w:br/>
      </w:r>
      <w:r>
        <w:rPr>
          <w:lang w:eastAsia="zh-CN"/>
        </w:rPr>
        <w:t>　　转眼20_年上半年已经结束，为了更好的开展下半年的工作，我就上半年的工作做一个全面而详实的总结，目的在于吸取教训、提高自己，以至于把下半年的工作做的更好，完成公司下达的销售任务和各项工作。</w:t>
      </w:r>
      <w:r>
        <w:rPr>
          <w:lang w:eastAsia="zh-CN"/>
        </w:rPr>
        <w:br/>
      </w:r>
      <w:r>
        <w:rPr>
          <w:lang w:eastAsia="zh-CN"/>
        </w:rPr>
        <w:t>　　一、上半年完成的工作</w:t>
      </w:r>
      <w:r>
        <w:rPr>
          <w:lang w:eastAsia="zh-CN"/>
        </w:rPr>
        <w:br/>
      </w:r>
      <w:r>
        <w:rPr>
          <w:lang w:eastAsia="zh-CN"/>
        </w:rPr>
        <w:t>　　1、销售指标的完成情况</w:t>
      </w:r>
      <w:r>
        <w:rPr>
          <w:lang w:eastAsia="zh-CN"/>
        </w:rPr>
        <w:br/>
      </w:r>
      <w:r>
        <w:rPr>
          <w:lang w:eastAsia="zh-CN"/>
        </w:rPr>
        <w:t>　　上半年在公司各级领导的亲切关怀和正确领导下，及经销商的共同努力下，__市场完成销售额157万元，完成年计划300万元的52%，比去年同期增长126%，回款率为100%;低档酒占总销售额的41%，比去年同期降低5个百分点;中档酒占总销售额的28%，比去年同期增加2个百分点;高档酒占总销售额的31%，比去年同期增加3个百分点。</w:t>
      </w:r>
      <w:r>
        <w:rPr>
          <w:lang w:eastAsia="zh-CN"/>
        </w:rPr>
        <w:br/>
      </w:r>
      <w:r>
        <w:rPr>
          <w:lang w:eastAsia="zh-CN"/>
        </w:rPr>
        <w:t>　　2、市场管理、市场维护</w:t>
      </w:r>
      <w:r>
        <w:rPr>
          <w:lang w:eastAsia="zh-CN"/>
        </w:rPr>
        <w:br/>
      </w:r>
      <w:r>
        <w:rPr>
          <w:lang w:eastAsia="zh-CN"/>
        </w:rPr>
        <w:t>　　根据公司规定的销售区域和市场批发价，对经销商的发货区域和发货价格进行管控和监督，督促其执行统一批发价，杜绝了低价倾销和倒窜货行为的发生。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通过对各个销售终端长时间的交流和引导，并结合公司的“柜中柜”营销策略，在各终端摆放了统一的价格标签，使产品的销售价格符合公司指导价。按照公司对商超、酒店及零店产品陈列的要求进行产品陈列，并动员和协助店方使产品保持干净整洁。在店面和柜台干净整齐、陈列产品多的终端粘贴了专柜标签，使其达到利用终端货架资源进行品牌宣传的目的。</w:t>
      </w:r>
      <w:r>
        <w:rPr>
          <w:lang w:eastAsia="zh-CN"/>
        </w:rPr>
        <w:br/>
      </w:r>
      <w:r>
        <w:rPr>
          <w:lang w:eastAsia="zh-CN"/>
        </w:rPr>
        <w:t>　　3、市场开发情况</w:t>
      </w:r>
      <w:r>
        <w:rPr>
          <w:lang w:eastAsia="zh-CN"/>
        </w:rPr>
        <w:br/>
      </w:r>
      <w:r>
        <w:rPr>
          <w:lang w:eastAsia="zh-CN"/>
        </w:rPr>
        <w:t>　　上半年开发商超1家，酒店2家，终端13家。新开发的1家商超是成县规模最大的__购物广场，所上产品为52°系列的全部产品;2家酒店是分别是_大酒店和_大酒店，其中_大酒店所上产品为52°的四星、五星、十八年，__大酒店所上产品为42°系列的二到五星及原浆。新开发零售终端城区4家，乡镇9家，所上产品主要集中在中低档产品区，并大部分是42°系列产品。</w:t>
      </w:r>
      <w:r>
        <w:rPr>
          <w:lang w:eastAsia="zh-CN"/>
        </w:rPr>
        <w:br/>
      </w:r>
      <w:r>
        <w:rPr>
          <w:lang w:eastAsia="zh-CN"/>
        </w:rPr>
        <w:t>　　4、品牌宣传、推广</w:t>
      </w:r>
      <w:r>
        <w:rPr>
          <w:lang w:eastAsia="zh-CN"/>
        </w:rPr>
        <w:br/>
      </w:r>
      <w:r>
        <w:rPr>
          <w:lang w:eastAsia="zh-CN"/>
        </w:rPr>
        <w:t>　　为了提高消费者对“_酒”的认知度，树立品牌形象，进一步建立消费者的品牌忠诚度，根据公司规定的统一宣传标示，在人流量大、收视率高的地段及生意比较好的门市部，联系并协助广告公司制作各式广告宣传牌35个，其中烟酒门市部及餐馆门头29个，其它形式的广告牌6个。</w:t>
      </w:r>
      <w:r>
        <w:rPr>
          <w:lang w:eastAsia="zh-CN"/>
        </w:rPr>
        <w:br/>
      </w:r>
      <w:r>
        <w:rPr>
          <w:lang w:eastAsia="zh-CN"/>
        </w:rPr>
        <w:t>　　5、销售数据管理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根据公司年初的统一要求完善了各类销售数据管理工作，建立了经销商拉货台帐及经销商销售统计表，并及时报送销售周报表、销售月报表和每月要货计划，各类销售数据档案都采用纸质和电子版两种形式保存。对20__年上半年的销售情况按照经销商、各个单品分别进行汇总分析，使得的每月的要货计划更加客观、准确。在每月月底对本月及累计的销售情分别从经销商、单品、产品结构等几个方面进行汇总分析，以便于更加准确客观地反映市场情况，指导以后的销售工作。</w:t>
      </w:r>
      <w:r>
        <w:rPr>
          <w:lang w:eastAsia="zh-CN"/>
        </w:rPr>
        <w:br/>
      </w:r>
      <w:r>
        <w:rPr>
          <w:lang w:eastAsia="zh-CN"/>
        </w:rPr>
        <w:t>　　二、下半年工作打算</w:t>
      </w:r>
      <w:r>
        <w:rPr>
          <w:lang w:eastAsia="zh-CN"/>
        </w:rPr>
        <w:br/>
      </w:r>
      <w:r>
        <w:rPr>
          <w:lang w:eastAsia="zh-CN"/>
        </w:rPr>
        <w:t>　　尽管在上半年做了大量的工作，但由于我从事销售工作时间较短，缺乏营销工作的知识、经验和技巧，使得有些方面的工作做的不到位。鉴于此，我准备在下半年的工作中从以下几个方面入手，尽快提高自身业务能力，做好各项工作，确保300万元销售任务的完成，并向350万元奋斗。</w:t>
      </w:r>
      <w:r>
        <w:rPr>
          <w:lang w:eastAsia="zh-CN"/>
        </w:rPr>
        <w:br/>
      </w:r>
      <w:r>
        <w:rPr>
          <w:lang w:eastAsia="zh-CN"/>
        </w:rPr>
        <w:t>　　1、努力学习，提高业务水品</w:t>
      </w:r>
      <w:r>
        <w:rPr>
          <w:lang w:eastAsia="zh-CN"/>
        </w:rPr>
        <w:br/>
      </w:r>
      <w:r>
        <w:rPr>
          <w:lang w:eastAsia="zh-CN"/>
        </w:rPr>
        <w:t>　　其一是抽时间通过各种渠道去学习营销方面(尤其是白酒营销方面)的知识，学习一些成功营销案例和前沿的营销方法，使自己的营销工作有一定的知识支撑。其二是经常向公司领导、各区域业务以及市场上其他各行业营销人员请教、交流和学习，使自己从业务水平、市场运作和把握到人际交往等各个方面都有一个大幅度的提升。</w:t>
      </w:r>
      <w:r>
        <w:rPr>
          <w:lang w:eastAsia="zh-CN"/>
        </w:rPr>
        <w:br/>
      </w:r>
      <w:r>
        <w:rPr>
          <w:lang w:eastAsia="zh-CN"/>
        </w:rPr>
        <w:t xml:space="preserve">    2024年市场销售人员工作计划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八月中旬刚接触电话销售业务，由于我在思想上急于求成，在行动上蛮干莽撞导致八月工作成绩毫无起色。但在领导和同事们的悉心帮助下，我很快认识到了我的症结所在。在下月的工作中注意求成不能自乱阵脚，要做到从容不迫;工作不能蛮干，要实干、精干、巧干;同时在销售方法和技巧上也一如既往的向领导、同事们学习。总结上月的得失，在下月应做好以下几方面的工作：</w:t>
      </w:r>
      <w:r>
        <w:rPr>
          <w:lang w:eastAsia="zh-CN"/>
        </w:rPr>
        <w:br/>
      </w:r>
      <w:r>
        <w:rPr>
          <w:lang w:eastAsia="zh-CN"/>
        </w:rPr>
        <w:t>　　一、 客户关系的维系。</w:t>
      </w:r>
      <w:r>
        <w:rPr>
          <w:lang w:eastAsia="zh-CN"/>
        </w:rPr>
        <w:br/>
      </w:r>
      <w:r>
        <w:rPr>
          <w:lang w:eastAsia="zh-CN"/>
        </w:rPr>
        <w:t>　　1、 对于老客户要保持联系、熟络关系、争做朋友、满足需求，最终达到销售签单的目的，最好能挖掘二次需求。</w:t>
      </w:r>
      <w:r>
        <w:rPr>
          <w:lang w:eastAsia="zh-CN"/>
        </w:rPr>
        <w:br/>
      </w:r>
      <w:r>
        <w:rPr>
          <w:lang w:eastAsia="zh-CN"/>
        </w:rPr>
        <w:t>　　2、 对于新客户要使其理解产品、认同产品;相信公司、信任我。然后，推销产品，并不断开发新客户。</w:t>
      </w:r>
      <w:r>
        <w:rPr>
          <w:lang w:eastAsia="zh-CN"/>
        </w:rPr>
        <w:br/>
      </w:r>
      <w:r>
        <w:rPr>
          <w:lang w:eastAsia="zh-CN"/>
        </w:rPr>
        <w:t>　　二、 工作细节的处理。</w:t>
      </w:r>
      <w:r>
        <w:rPr>
          <w:lang w:eastAsia="zh-CN"/>
        </w:rPr>
        <w:br/>
      </w:r>
      <w:r>
        <w:rPr>
          <w:lang w:eastAsia="zh-CN"/>
        </w:rPr>
        <w:t>　　1、 下月要更加熟悉工作流程，熟悉业务内容。注意下月在客户拜访上多下功夫，提高说服力，多观察、多倾听、多尝试;对号段和各种增值业务的价位必须熟记。</w:t>
      </w:r>
      <w:r>
        <w:rPr>
          <w:lang w:eastAsia="zh-CN"/>
        </w:rPr>
        <w:br/>
      </w:r>
      <w:r>
        <w:rPr>
          <w:lang w:eastAsia="zh-CN"/>
        </w:rPr>
        <w:t>　　2、 电话交流方式要灵活多样。针对客户的行业、年龄、语气等开展灵活多样的交流模式，提高电话约访率。</w:t>
      </w:r>
      <w:r>
        <w:rPr>
          <w:lang w:eastAsia="zh-CN"/>
        </w:rPr>
        <w:br/>
      </w:r>
      <w:r>
        <w:rPr>
          <w:lang w:eastAsia="zh-CN"/>
        </w:rPr>
        <w:t>　　3、 不断学习，与团队共成长。学习业务知识的同时要广泛了解其他方面的知识，便于与客户多方位交流;与领导、同事之间要有良好的沟通，多交流多探讨促进共同进步，营造和谐向上的工作氛围。</w:t>
      </w:r>
      <w:r>
        <w:rPr>
          <w:lang w:eastAsia="zh-CN"/>
        </w:rPr>
        <w:br/>
      </w:r>
      <w:r>
        <w:rPr>
          <w:lang w:eastAsia="zh-CN"/>
        </w:rPr>
        <w:t>　　三、 工作目标</w:t>
      </w:r>
      <w:r>
        <w:rPr>
          <w:lang w:eastAsia="zh-CN"/>
        </w:rPr>
        <w:br/>
      </w:r>
      <w:r>
        <w:rPr>
          <w:lang w:eastAsia="zh-CN"/>
        </w:rPr>
        <w:t>　　争取下月工作成绩达到部门平均水平。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以上便是我九月的销售人员个人工作计划。计划与困难并存，请经理多多指导，我会好好努力克服困难，对自己负责、对工作负责、对公司负责!</w:t>
      </w:r>
      <w:r>
        <w:rPr>
          <w:lang w:eastAsia="zh-CN"/>
        </w:rPr>
        <w:br/>
      </w:r>
      <w:r>
        <w:rPr>
          <w:lang w:eastAsia="zh-CN"/>
        </w:rPr>
        <w:t xml:space="preserve">    2024年市场销售人员工作计划 篇10 </w:t>
      </w:r>
      <w:r>
        <w:rPr>
          <w:lang w:eastAsia="zh-CN"/>
        </w:rPr>
        <w:br/>
      </w:r>
      <w:r>
        <w:rPr>
          <w:lang w:eastAsia="zh-CN"/>
        </w:rPr>
        <w:t>　　__年新的一年，新的开端。拟对以下三方面的工作拟订计划：</w:t>
      </w:r>
      <w:r>
        <w:rPr>
          <w:lang w:eastAsia="zh-CN"/>
        </w:rPr>
        <w:br/>
      </w:r>
      <w:r>
        <w:rPr>
          <w:lang w:eastAsia="zh-CN"/>
        </w:rPr>
        <w:t>　　一、公司人力资源管理方面</w:t>
      </w:r>
      <w:r>
        <w:rPr>
          <w:lang w:eastAsia="zh-CN"/>
        </w:rPr>
        <w:br/>
      </w:r>
      <w:r>
        <w:rPr>
          <w:lang w:eastAsia="zh-CN"/>
        </w:rPr>
        <w:t>　　1、根据公司现在的人力资源管理情况，参考先进人力资源管理经验，推陈出新，建立健全公司新的更加适合于公司业务发展的人力资源管理体系。</w:t>
      </w:r>
      <w:r>
        <w:rPr>
          <w:lang w:eastAsia="zh-CN"/>
        </w:rPr>
        <w:br/>
      </w:r>
      <w:r>
        <w:rPr>
          <w:lang w:eastAsia="zh-CN"/>
        </w:rPr>
        <w:t>　　2、做好公司人力资源规划工作，协助各部门做好部门人力资源规划。</w:t>
      </w:r>
      <w:r>
        <w:rPr>
          <w:lang w:eastAsia="zh-CN"/>
        </w:rPr>
        <w:br/>
      </w:r>
      <w:r>
        <w:rPr>
          <w:lang w:eastAsia="zh-CN"/>
        </w:rPr>
        <w:t>　　3、注重工作分析，强化对工作分析成果在实际工作当中的运用，适时作出工作设计，客观科学的设计出公司职位说明书。</w:t>
      </w:r>
      <w:r>
        <w:rPr>
          <w:lang w:eastAsia="zh-CN"/>
        </w:rPr>
        <w:br/>
      </w:r>
      <w:r>
        <w:rPr>
          <w:lang w:eastAsia="zh-CN"/>
        </w:rPr>
        <w:t>　　4、规范公司员工招聘与录用程序，多种途径进行员工招聘（人才市场、本地主流报纸、行业报刊、校园招聘、人才招聘网、本公司网站、内部选拔及介绍）；强调实用性，引入多种科学合理且易操作的员工筛选方法（筛选求职简历、专业笔试、结构性面试、半结构性面试、非结构化面试、心理测验、无领导小组讨论、角色扮演、文件筐作业、管理游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5、把绩效管理作为公司人力资源管理的重心，对绩效计划、绩效监控与辅导、绩效考核（目标管理法、平衡计分卡法、标杆超越法、kpi关键绩效指标法）、绩效反馈面谈、绩效改进（卓越绩效标准、六西格玛管理、iso质量管理体系、标杆超越）、绩效结果的运用（可应用于员工招聘、人员调配、奖金分配、员工培训与开发、员工职业生涯规划）进行全过程关注与跟踪。</w:t>
      </w:r>
      <w:r>
        <w:rPr>
          <w:lang w:eastAsia="zh-CN"/>
        </w:rPr>
        <w:br/>
      </w:r>
      <w:r>
        <w:rPr>
          <w:lang w:eastAsia="zh-CN"/>
        </w:rPr>
        <w:t>　　6、努力打造有竞争力的薪酬福利，根据本地社会发展、人才市场及同行业薪酬福利行情，结合公司具体情况，及时调整薪酬成本预算及控制。做好薪酬福利发放工作，及时为符合条件员工办理社会保险。</w:t>
      </w:r>
      <w:r>
        <w:rPr>
          <w:lang w:eastAsia="zh-CN"/>
        </w:rPr>
        <w:br/>
      </w:r>
      <w:r>
        <w:rPr>
          <w:lang w:eastAsia="zh-CN"/>
        </w:rPr>
        <w:t>　　7、将人力资源培训与开发提至公司的战略高度，高度重视培训与开发的决策分析，注重培训内容的实用化、本公司化，落实培训与开发的组织管理。</w:t>
      </w:r>
      <w:r>
        <w:rPr>
          <w:lang w:eastAsia="zh-CN"/>
        </w:rPr>
        <w:br/>
      </w:r>
      <w:r>
        <w:rPr>
          <w:lang w:eastAsia="zh-CN"/>
        </w:rPr>
        <w:t>　　8、努力经营和谐的员工关系，善待员工，规划好员工在本企业的职业生涯发展。</w:t>
      </w:r>
      <w:r>
        <w:rPr>
          <w:lang w:eastAsia="zh-CN"/>
        </w:rPr>
        <w:br/>
      </w:r>
      <w:r>
        <w:rPr>
          <w:lang w:eastAsia="zh-CN"/>
        </w:rPr>
        <w:t>　　9、公司兼职人员也要纳入公司的整体人力资源管理体系。</w:t>
      </w:r>
      <w:r>
        <w:rPr>
          <w:lang w:eastAsia="zh-CN"/>
        </w:rPr>
        <w:br/>
      </w:r>
      <w:r>
        <w:rPr>
          <w:lang w:eastAsia="zh-CN"/>
        </w:rPr>
        <w:t>　　二、办公室及后勤保障方面</w:t>
      </w:r>
      <w:r>
        <w:rPr>
          <w:lang w:eastAsia="zh-CN"/>
        </w:rPr>
        <w:br/>
      </w:r>
      <w:r>
        <w:rPr>
          <w:lang w:eastAsia="zh-CN"/>
        </w:rPr>
        <w:t>　　1、准备到铁通公司市北分局开通]，年前已经交过订金300元（商客部曹岩经理代收）。</w:t>
      </w:r>
      <w:r>
        <w:rPr>
          <w:lang w:eastAsia="zh-CN"/>
        </w:rPr>
        <w:br/>
      </w:r>
      <w:r>
        <w:rPr>
          <w:lang w:eastAsia="zh-CN"/>
        </w:rPr>
        <w:t>　　2、外协大厦物业管理，交电费、取邮件、咨询物业管理事宜等。</w:t>
      </w:r>
      <w:r>
        <w:rPr>
          <w:lang w:eastAsia="zh-CN"/>
        </w:rPr>
        <w:br/>
      </w:r>
      <w:r>
        <w:rPr>
          <w:lang w:eastAsia="zh-CN"/>
        </w:rPr>
        <w:t>　　3、协助王伟琴经理做好办公室方面的工作。</w:t>
      </w:r>
      <w:r>
        <w:rPr>
          <w:lang w:eastAsia="zh-CN"/>
        </w:rPr>
        <w:br/>
      </w:r>
      <w:r>
        <w:rPr>
          <w:lang w:eastAsia="zh-CN"/>
        </w:rPr>
        <w:t>　　4、确保电脑、打印复印一体机正常运行，注意日常操作。</w:t>
      </w:r>
      <w:r>
        <w:rPr>
          <w:lang w:eastAsia="zh-CN"/>
        </w:rPr>
        <w:br/>
      </w:r>
      <w:r>
        <w:rPr>
          <w:lang w:eastAsia="zh-CN"/>
        </w:rPr>
        <w:t>　　5、为外出跑业务的市场拓展部各位经理搞好各类后勤保障（主要是协助王经理复印、传真、电话、文档输入电脑、报销、购物等）。</w:t>
      </w:r>
      <w:r>
        <w:rPr>
          <w:lang w:eastAsia="zh-CN"/>
        </w:rPr>
        <w:br/>
      </w:r>
      <w:r>
        <w:rPr>
          <w:lang w:eastAsia="zh-CN"/>
        </w:rPr>
        <w:t>　　6、与王经理分工协作，打招商电话。</w:t>
      </w:r>
      <w:r>
        <w:rPr>
          <w:lang w:eastAsia="zh-CN"/>
        </w:rPr>
        <w:br/>
      </w:r>
      <w:r>
        <w:rPr>
          <w:lang w:eastAsia="zh-CN"/>
        </w:rPr>
        <w:t>　　三、实际招商开发操作方面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1、学习招商资料，对3+2+3组合式营销模式领会透彻；抓好例会学习，取长补短，向出业绩的先进员工讨教，及时领会掌握运用别人的先进经验。</w:t>
      </w:r>
      <w:r>
        <w:rPr>
          <w:lang w:eastAsia="zh-CN"/>
        </w:rPr>
        <w:br/>
      </w:r>
      <w:r>
        <w:rPr>
          <w:lang w:eastAsia="zh-CN"/>
        </w:rPr>
        <w:t>　　2、做好每天的工作日记，详细记录每天上市场情况</w:t>
      </w:r>
      <w:r>
        <w:rPr>
          <w:lang w:eastAsia="zh-CN"/>
        </w:rPr>
        <w:br/>
      </w:r>
      <w:r>
        <w:rPr>
          <w:lang w:eastAsia="zh-CN"/>
        </w:rPr>
        <w:t>　　4、继续回访徐州六县区酒水商，把年前限于时间关系没有回访的三个县区：新沂市、丰县、沛县，回访完毕。在回访的同时，补充完善新的酒水商资料。</w:t>
      </w:r>
      <w:r>
        <w:rPr>
          <w:lang w:eastAsia="zh-CN"/>
        </w:rPr>
        <w:br/>
      </w:r>
      <w:r>
        <w:rPr>
          <w:lang w:eastAsia="zh-CN"/>
        </w:rPr>
        <w:t>　　5、回访完毕电话跟踪，继续上门洽谈，做好成单、跟单工作。</w:t>
      </w:r>
      <w:r>
        <w:rPr>
          <w:lang w:eastAsia="zh-CN"/>
        </w:rPr>
        <w:br/>
      </w:r>
      <w:r>
        <w:rPr>
          <w:lang w:eastAsia="zh-CN"/>
        </w:rPr>
        <w:t xml:space="preserve">    2024年市场销售人员工作计划 篇11 </w:t>
      </w:r>
      <w:r>
        <w:rPr>
          <w:lang w:eastAsia="zh-CN"/>
        </w:rPr>
        <w:br/>
      </w:r>
      <w:r>
        <w:rPr>
          <w:lang w:eastAsia="zh-CN"/>
        </w:rPr>
        <w:t>　　(一)细分市场，多层次立体化的营销推广活动。</w:t>
      </w:r>
      <w:r>
        <w:rPr>
          <w:lang w:eastAsia="zh-CN"/>
        </w:rPr>
        <w:br/>
      </w:r>
      <w:r>
        <w:rPr>
          <w:lang w:eastAsia="zh-CN"/>
        </w:rPr>
        <w:t>　　公司客户大体上可以分为四类，即现金管理客户、公司无贷户和电子银行客户客户。全年的发展，以市场为导向，以客户为中心，以账户为基础，抓大不放小，稳住大客户，努力转变小客户，拓展新客户的策略，制定详营销计划，在全公司系列的媒体宣传、网点销售、大型产品推介会、客户上门推介、组织投标和营销活动等，持续的市场推广攻势。</w:t>
      </w:r>
      <w:r>
        <w:rPr>
          <w:lang w:eastAsia="zh-CN"/>
        </w:rPr>
        <w:br/>
      </w:r>
      <w:r>
        <w:rPr>
          <w:lang w:eastAsia="zh-CN"/>
        </w:rPr>
        <w:t>　　现金管理市场领先地位。分层次、推广现金管理服务，努力产品的客户价值。要抓客户市场，现金管理的品牌效应。各行部要对辖区内客户、行业大户、集团客户调查，分析其经营特点、模式，设计的现金管理方案，营销。对现金管理存量客户挖掘深层次的需求，解决的问题，客户度。今年新增现金管理客户185200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开发公司无贷户市场。中小企业无贷户，这我行的基础客户，并为资产、中间发展来源。在去年中小企业弘业结算主题营销活动基础上，总结经验，深化营销，营销。要全公司的公司无贷户市场营销在量上增长，并注重质量;要优化结构，优质客户比重，降低筹资成本率，高附加值产品的销售。要抓好公司无贷户的开户营销，努力市场占比。要对公司无贷户管理，分析其结算特点，全产品营销，我行的结算市场份额。__年要努力新开对公结算账户358001户，结算账户净增长272430户。</w:t>
      </w:r>
      <w:r>
        <w:rPr>
          <w:lang w:eastAsia="zh-CN"/>
        </w:rPr>
        <w:br/>
      </w:r>
      <w:r>
        <w:rPr>
          <w:lang w:eastAsia="zh-CN"/>
        </w:rPr>
        <w:t>　　系统大户的营销工作。全市还有镇区财政所未在我行开户的现状，调用资源营销，开花。并借势向各镇区分支机构展开营销攻势，更大的存款份额。对大中型企业、名牌企业、世界10强、纳税前8000名、进出口前7334强等10多户客户挂牌认购工作，锁定他行客户，攻关。</w:t>
      </w:r>
      <w:r>
        <w:rPr>
          <w:lang w:eastAsia="zh-CN"/>
        </w:rPr>
        <w:br/>
      </w:r>
      <w:r>
        <w:rPr>
          <w:lang w:eastAsia="zh-CN"/>
        </w:rPr>
        <w:t>　　(二)服务渠道管理，结算优质服务年活动。</w:t>
      </w:r>
      <w:r>
        <w:rPr>
          <w:lang w:eastAsia="zh-CN"/>
        </w:rPr>
        <w:br/>
      </w:r>
      <w:r>
        <w:rPr>
          <w:lang w:eastAsia="zh-CN"/>
        </w:rPr>
        <w:t>　　客户资源是全公司至关的资源，对公客户是全公司的优质客户和潜力客户，要对公视图系统，在优质服务的基础上，体现个性化、多样化的服务。</w:t>
      </w:r>
      <w:r>
        <w:rPr>
          <w:lang w:eastAsia="zh-CN"/>
        </w:rPr>
        <w:br/>
      </w:r>
      <w:r>
        <w:rPr>
          <w:lang w:eastAsia="zh-CN"/>
        </w:rPr>
        <w:t>　　要建设好三个渠道：</w:t>
      </w:r>
      <w:r>
        <w:rPr>
          <w:lang w:eastAsia="zh-CN"/>
        </w:rPr>
        <w:br/>
      </w:r>
      <w:r>
        <w:rPr>
          <w:lang w:eastAsia="zh-CN"/>
        </w:rPr>
        <w:t>　　要总行要求二级分公司结算与现金管理配置3名客户经理;每个对公网点(含综合网点)应当发展情况配备1名客户经理，客户资源的网点应增配，起高素质的营销团队。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物理网点的建设。对公结算品种多样，公司管理模式的差异，对公客户最常用的仍然是柜面服务渠道。我行要网点建设，在贵宾理财中心改造中要考虑对公客户的需要，客户的需求。各行部要制定详细的网点对公营销指南，同网点业态对公的服务内容、服务要求、服务规范、服务流程等。</w:t>
      </w:r>
      <w:r>
        <w:rPr>
          <w:lang w:eastAsia="zh-CN"/>
        </w:rPr>
        <w:br/>
      </w:r>
      <w:r>
        <w:rPr>
          <w:lang w:eastAsia="zh-CN"/>
        </w:rPr>
        <w:t>　　要拓展电子银行渠道，离柜占比。今年，电子银行在跑马圈地市场占比的，还要精耕细作，拓展有层次的客户。各行部应与分公司下发的客户清单，有侧重、有地营销工作，要在优质客户市场上占据优势。客户服务与深度营销工作。企业客户电子银行台账，并以此客户支持和服务的依据，为客户解决在使用我行电子银行产品过程中遇到的问题，并适时将电子银行新产品推荐给客户，动户率和客户使用率。</w:t>
      </w:r>
      <w:r>
        <w:rPr>
          <w:lang w:eastAsia="zh-CN"/>
        </w:rPr>
        <w:br/>
      </w:r>
      <w:r>
        <w:rPr>
          <w:lang w:eastAsia="zh-CN"/>
        </w:rPr>
        <w:t>　　结算优质服务年活动。要以客户为中心的现代金融服务理念，梳理制度，整合流程，以客户需求为导向。产品创新，服务，问题，服务管理，客户满意度，以客户为中心的服务模式。提升服务质量，全公司又好又快地发展。</w:t>
      </w:r>
      <w:r>
        <w:rPr>
          <w:lang w:eastAsia="zh-CN"/>
        </w:rPr>
        <w:br/>
      </w:r>
      <w:r>
        <w:rPr>
          <w:lang w:eastAsia="zh-CN"/>
        </w:rPr>
        <w:t>　　(三)产品创新步伐，加大新产品推广应用</w:t>
      </w:r>
      <w:r>
        <w:rPr>
          <w:lang w:eastAsia="zh-CN"/>
        </w:rPr>
        <w:br/>
      </w:r>
      <w:r>
        <w:rPr>
          <w:lang w:eastAsia="zh-CN"/>
        </w:rPr>
        <w:t>　　结算与现金管理部产品，承担着产品创新、与管理的责任营销支持系统建设。总行全公司法人客户营销、企业级客户信息管理和银行结算账户管理三大核心系统的推广工作，为实施科学的营销管理技术手段。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结算产品创新机制。要产品经理制，各行配备产品经理。产品经理要收集、研发产品的主要承担者。信息反馈机制。各行部将客户需求汇总后报送分公司结算与现金管理部。分公司组织行、行产品创新研讨会，解决客户的问题。</w:t>
      </w:r>
      <w:r>
        <w:rPr>
          <w:lang w:eastAsia="zh-CN"/>
        </w:rPr>
        <w:br/>
      </w:r>
      <w:r>
        <w:rPr>
          <w:lang w:eastAsia="zh-CN"/>
        </w:rPr>
        <w:t>　　财智账户品牌的市场认知度。今年要实施结算与现金管理品牌策略，以财智账户为核心，在品牌下品牌内涵，提升品牌价值。要对新开发的结算与现金管理产品品牌设计，制定的品牌策略，纳入到品牌体系中。财智账户品牌的推广，品牌，品牌力。</w:t>
      </w:r>
      <w:r>
        <w:rPr>
          <w:lang w:eastAsia="zh-CN"/>
        </w:rPr>
        <w:br/>
      </w:r>
      <w:r>
        <w:rPr>
          <w:lang w:eastAsia="zh-CN"/>
        </w:rPr>
        <w:t>　　发展方存管。抓住多银行方存管的机遇，银证占比，我行电子银行快捷的优势，</w:t>
      </w:r>
      <w:r>
        <w:rPr>
          <w:lang w:eastAsia="zh-CN"/>
        </w:rPr>
        <w:br/>
      </w:r>
      <w:r>
        <w:rPr>
          <w:lang w:eastAsia="zh-CN"/>
        </w:rPr>
        <w:t>　　加大新产品推广应用。各行部要对产品需求的采集和新产品推广应用的组织管理，职责，考核，触角、反应灵敏的市场需求反馈网络和任务、激励的新产品推广机制，市场响应能力，真正使投放的新产品能够尽快占领市场、盈利。今年将推出本外币一体化资金池、客户短信通知、金融服务证书、全国自动清算系统等新产品。</w:t>
      </w:r>
      <w:r>
        <w:rPr>
          <w:lang w:eastAsia="zh-CN"/>
        </w:rPr>
        <w:br/>
      </w:r>
      <w:r>
        <w:rPr>
          <w:lang w:eastAsia="zh-CN"/>
        </w:rPr>
        <w:t>　　(四)抓好客户经理和产品经理队伍建设，加紧培养人才</w:t>
      </w:r>
      <w:r>
        <w:rPr>
          <w:lang w:eastAsia="zh-CN"/>
        </w:rPr>
        <w:br/>
      </w:r>
      <w:r>
        <w:rPr>
          <w:lang w:eastAsia="zh-CN"/>
        </w:rPr>
        <w:t>　　要人员管理，实施日常工作规范，制定准则，和工作日志制度、客户档案制度、走访客户制度信息反馈制度。</w:t>
      </w:r>
      <w:r>
        <w:rPr>
          <w:lang w:eastAsia="zh-CN"/>
        </w:rPr>
        <w:br/>
      </w:r>
      <w:r>
        <w:rPr>
          <w:lang w:eastAsia="zh-CN"/>
        </w:rPr>
        <w:t>　　培训。今年分公司将组织结算和现金管理、电子银行培训和营销技能培训，尝试多样化的培训，基层培训，受训人员范围，努力人员素质，以现代商业银行市场竞争需求。</w:t>
      </w:r>
      <w:r>
        <w:rPr>
          <w:lang w:eastAsia="zh-CN"/>
        </w:rPr>
        <w:br/>
      </w:r>
      <w:r>
        <w:rPr>
          <w:lang w:eastAsia="zh-CN"/>
        </w:rPr>
        <w:t>　　(五)强化流程管理，风险控制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要以风险防控为主线，结算制度体系建设。在产品创新中，制度先行。要通报结算案件的动向，制定的防范措施，坚决遏制结算案件。对结算中间收入的管理，加大对账户管理的。监督，会计检查员、事后监督要要注重日常检查监督的作用，堵塞差错和漏洞，各网点对的问题要整改。《__年下半年工作计划》由找范文网原创首发，机密数据纯属虚构，转载请注明出处。</w:t>
      </w:r>
      <w:r>
        <w:rPr>
          <w:lang w:eastAsia="zh-CN"/>
        </w:rPr>
        <w:br/>
      </w:r>
      <w:r>
        <w:rPr>
          <w:lang w:eastAsia="zh-CN"/>
        </w:rPr>
        <w:t xml:space="preserve">    2024年市场销售人员工作计划 篇12 </w:t>
      </w:r>
      <w:r>
        <w:rPr>
          <w:lang w:eastAsia="zh-CN"/>
        </w:rPr>
        <w:br/>
      </w:r>
      <w:r>
        <w:rPr>
          <w:lang w:eastAsia="zh-CN"/>
        </w:rPr>
        <w:t>　　一、销售部办公室的日常工作</w:t>
      </w:r>
      <w:r>
        <w:rPr>
          <w:lang w:eastAsia="zh-CN"/>
        </w:rPr>
        <w:br/>
      </w:r>
      <w:r>
        <w:rPr>
          <w:lang w:eastAsia="zh-CN"/>
        </w:rPr>
        <w:t>　　作为公司的销售内勤，我深知岗位的重工性，也能增强我个人的交际能力。销售部内勤是一个承上启下、沟通内外、协调左右、联系八方的重要枢纽，把握市场最新购机用户资料的收集，为销售部业务人员做好保障。在一些文件的整理、分期买卖合同的签署、用户逾期欠款额、销售数量等等都是一些有益的`决策文件，面对这些繁琐的日常事务，要有头有尾，自我增强协调工作意识，这些基本上做到了事事有着落。</w:t>
      </w:r>
      <w:r>
        <w:rPr>
          <w:lang w:eastAsia="zh-CN"/>
        </w:rPr>
        <w:br/>
      </w:r>
      <w:r>
        <w:rPr>
          <w:lang w:eastAsia="zh-CN"/>
        </w:rPr>
        <w:t>　　二、及时了解用户回款额和逾期欠款额的情况</w:t>
      </w:r>
      <w:r>
        <w:rPr>
          <w:lang w:eastAsia="zh-CN"/>
        </w:rPr>
        <w:br/>
      </w:r>
      <w:r>
        <w:rPr>
          <w:lang w:eastAsia="zh-CN"/>
        </w:rPr>
        <w:t>　　作为公司的销售内勤，我负责用户的回款额及逾期欠款额的工作，主要内容是针对逾期欠款用户，用户的还款进度是否及时，关系到公司的资金周转以及公司的经济效益，我们要及时了解购机用户的工程进度，从而加大催款力度，以免给公司造成不必要的损失，在提报《客户到期应收账款明细表》是，要做到及时、准确，让公司领导根据此表针对不同的客户做出相应的对策，这样才能控制风险。</w:t>
      </w:r>
      <w:r>
        <w:rPr>
          <w:lang w:eastAsia="zh-CN"/>
        </w:rPr>
        <w:br/>
      </w:r>
      <w:r>
        <w:rPr>
          <w:lang w:eastAsia="zh-CN"/>
        </w:rPr>
        <w:t>　　三、明年工作计划</w:t>
      </w:r>
      <w:r>
        <w:rPr>
          <w:lang w:eastAsia="zh-CN"/>
        </w:rPr>
        <w:br/>
      </w:r>
    </w:p>
    <w:p w:rsidR="001B1F19" w14:textId="27C3F48A">
      <w:pPr>
        <w:rPr>
          <w:rFonts w:hint="eastAsia"/>
          <w:lang w:eastAsia="zh-CN"/>
        </w:rPr>
      </w:pPr>
      <w:r>
        <w:rPr>
          <w:lang w:eastAsia="zh-CN"/>
        </w:rPr>
        <w:t>　　入职到现在，本人爱岗敬业、创造性地开展工作，虽然取得了成绩，但也存在一些问题和不足。主要是表现在：</w:t>
      </w:r>
      <w:r>
        <w:rPr>
          <w:lang w:eastAsia="zh-CN"/>
        </w:rPr>
        <w:br/>
      </w:r>
      <w:r>
        <w:rPr>
          <w:lang w:eastAsia="zh-CN"/>
        </w:rPr>
        <w:t>　　第一，用户回款额这方面有些不协调，也许是刚刚接触这方面的业务；</w:t>
      </w:r>
      <w:r>
        <w:rPr>
          <w:lang w:eastAsia="zh-CN"/>
        </w:rPr>
        <w:br/>
      </w:r>
      <w:r>
        <w:rPr>
          <w:lang w:eastAsia="zh-CN"/>
        </w:rPr>
        <w:t>　　第二，加强自身的学习，拓展知识面，努力学习工程机械专业知识，对于同行业的发展以及统筹规划做到心中有数；</w:t>
      </w:r>
      <w:r>
        <w:rPr>
          <w:lang w:eastAsia="zh-CN"/>
        </w:rPr>
        <w:br/>
      </w:r>
      <w:r>
        <w:rPr>
          <w:lang w:eastAsia="zh-CN"/>
        </w:rPr>
        <w:t>　　第三，要做到实事求是，上情下达、下情上达，做好领导的好助手！</w:t>
      </w:r>
      <w:r>
        <w:rPr>
          <w:lang w:eastAsia="zh-CN"/>
        </w:rPr>
        <w:br/>
      </w:r>
      <w:r>
        <w:rPr>
          <w:lang w:eastAsia="zh-CN"/>
        </w:rPr>
        <w:t xml:space="preserve">    2024年市场销售人员工作计划 篇13 </w:t>
      </w:r>
      <w:r>
        <w:rPr>
          <w:lang w:eastAsia="zh-CN"/>
        </w:rPr>
        <w:br/>
      </w:r>
      <w:r>
        <w:rPr>
          <w:lang w:eastAsia="zh-CN"/>
        </w:rPr>
        <w:t>　　一、20__年度工作总结</w:t>
      </w:r>
      <w:r>
        <w:rPr>
          <w:lang w:eastAsia="zh-CN"/>
        </w:rPr>
        <w:br/>
      </w:r>
      <w:r>
        <w:rPr>
          <w:lang w:eastAsia="zh-CN"/>
        </w:rPr>
        <w:t>　　(一)业务能力</w:t>
      </w:r>
      <w:r>
        <w:rPr>
          <w:lang w:eastAsia="zh-CN"/>
        </w:rPr>
        <w:br/>
      </w:r>
      <w:r>
        <w:rPr>
          <w:lang w:eastAsia="zh-CN"/>
        </w:rPr>
        <w:t>　　我是一个喜欢学习的人，总觉得人的一生是学习的一生，特别在当今发展迅速的时代，学习就更加重要，一个人不学习，就跟不上时代的需要，必定被时代所淘汰。我在工作上除了学习党的理论知识和国家方针政策外，重点是学习《房地产销售技巧》、《房地产具体销售流程》、《市场营销》等书籍。还学习社会管理知识、法律知识等现代科学文化知识，做到学深学透，掌握在脑海中，运用到实际工作中，为自己做好房地产营销工作打下坚实的基础。通过学习，我提高了自身素质，能较好地结合实际情况加以贯彻执行，具有较强的工作能力，能完成较为复杂、繁琐的工作任务，取得良好成绩，这一点，我自己感到很欣慰。</w:t>
      </w:r>
      <w:r>
        <w:rPr>
          <w:lang w:eastAsia="zh-CN"/>
        </w:rPr>
        <w:br/>
      </w:r>
      <w:r>
        <w:rPr>
          <w:lang w:eastAsia="zh-CN"/>
        </w:rPr>
        <w:t>　　(二)工作情况与工作成绩</w:t>
      </w:r>
      <w:r>
        <w:rPr>
          <w:lang w:eastAsia="zh-CN"/>
        </w:rPr>
        <w:br/>
      </w:r>
      <w:r>
        <w:rPr>
          <w:lang w:eastAsia="zh-CN"/>
        </w:rPr>
        <w:t>　　作为房地产营销部经理，今年我的工作主要是：</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https://d.book118.com/625103133323011113</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25103133323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