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幼儿园帮扶工作总结（20篇）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　　幼儿园帮扶工作总结 1</w:t>
      </w:r>
      <w:r>
        <w:rPr>
          <w:lang w:eastAsia="zh-CN"/>
        </w:rPr>
        <w:br/>
      </w:r>
      <w:r>
        <w:rPr>
          <w:lang w:eastAsia="zh-CN"/>
        </w:rPr>
        <w:t>　　近几年，根据国务院《关于基础教育改革与发展的决定》和《关于进一步加强农村教育工作的决定》等文件精神，我们按照县教育局统一制定的帮扶规划，结合本地教育的现状与实情，启动了学校对口帮扶乡村薄弱学校工作。20__年，我们继续坚持求真务实的原则，精心组织，周密实施，努力推动结对帮扶工作的规范化、制度化运作。</w:t>
      </w:r>
      <w:r>
        <w:rPr>
          <w:lang w:eastAsia="zh-CN"/>
        </w:rPr>
        <w:br/>
      </w:r>
      <w:r>
        <w:rPr>
          <w:lang w:eastAsia="zh-CN"/>
        </w:rPr>
        <w:t>　　一、高度重视，制定工作计划和实施方案</w:t>
      </w:r>
      <w:r>
        <w:rPr>
          <w:lang w:eastAsia="zh-CN"/>
        </w:rPr>
        <w:br/>
      </w:r>
      <w:r>
        <w:rPr>
          <w:lang w:eastAsia="zh-CN"/>
        </w:rPr>
        <w:t>　　按照县教育局文件要求，我校迅速成立薄弱学校结对帮扶工作领导组，制定计划，明确任务，确保结对帮扶工作的顺利实施。按照“__年结对帮扶计划”的规定，我校负责结对帮扶学校为中心学校和乡小学。</w:t>
      </w:r>
      <w:r>
        <w:rPr>
          <w:lang w:eastAsia="zh-CN"/>
        </w:rPr>
        <w:br/>
      </w:r>
      <w:r>
        <w:rPr>
          <w:lang w:eastAsia="zh-CN"/>
        </w:rPr>
        <w:t>　　二、营造氛围，积极做好结对帮扶工作</w:t>
      </w:r>
      <w:r>
        <w:rPr>
          <w:lang w:eastAsia="zh-CN"/>
        </w:rPr>
        <w:br/>
      </w:r>
      <w:r>
        <w:rPr>
          <w:lang w:eastAsia="zh-CN"/>
        </w:rPr>
        <w:t>　　开展结对帮扶工作，加强薄弱学校建设是一项难以操作的.教育工程。为了大力推动和促进此项工作的开展，我们：</w:t>
      </w:r>
      <w:r>
        <w:rPr>
          <w:lang w:eastAsia="zh-CN"/>
        </w:rPr>
        <w:br/>
      </w:r>
      <w:r>
        <w:rPr>
          <w:lang w:eastAsia="zh-CN"/>
        </w:rPr>
        <w:t>　　一是加大宣传力度，及时召开校领导组会议和全校教职工会议，宣传结对帮扶工作的深远意义；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二是鼓励中青年骨干教师到结对帮扶学校的从事支教工作作，并将支教与职评、评优晋级挂钩；</w:t>
      </w:r>
      <w:r>
        <w:rPr>
          <w:lang w:eastAsia="zh-CN"/>
        </w:rPr>
        <w:br/>
      </w:r>
      <w:r>
        <w:rPr>
          <w:lang w:eastAsia="zh-CN"/>
        </w:rPr>
        <w:t>　　三是定期组织教师深入结对帮扶学校开展教育教学研究、交流活动。</w:t>
      </w:r>
      <w:r>
        <w:rPr>
          <w:lang w:eastAsia="zh-CN"/>
        </w:rPr>
        <w:br/>
      </w:r>
      <w:r>
        <w:rPr>
          <w:lang w:eastAsia="zh-CN"/>
        </w:rPr>
        <w:t>　　三、资源共享，促进双方共同提高</w:t>
      </w:r>
      <w:r>
        <w:rPr>
          <w:lang w:eastAsia="zh-CN"/>
        </w:rPr>
        <w:br/>
      </w:r>
      <w:r>
        <w:rPr>
          <w:lang w:eastAsia="zh-CN"/>
        </w:rPr>
        <w:t>　　作为山区两乡两镇中唯一一所完全中学，我校教学教研条件肯定优于兄弟学校。因此，我们及时成立了片教学研究会，主动承担本片教研工作。乡镇教师培训，我们也积极支持，尽可能的提供场地及器材。由于我校教师外出培训、学习的机会多，带回的先进的教育理念或教学方法，我们总是主动的与帮扶学校交流、沟通。帮扶学校办公、试验有困难，我们也总会尽力帮助。通过结对帮扶，我们深感收获很多：</w:t>
      </w:r>
      <w:r>
        <w:rPr>
          <w:lang w:eastAsia="zh-CN"/>
        </w:rPr>
        <w:br/>
      </w:r>
      <w:r>
        <w:rPr>
          <w:lang w:eastAsia="zh-CN"/>
        </w:rPr>
        <w:t>　　一是双方都有了新的办学理念，明确了办学目标。</w:t>
      </w:r>
      <w:r>
        <w:rPr>
          <w:lang w:eastAsia="zh-CN"/>
        </w:rPr>
        <w:br/>
      </w:r>
      <w:r>
        <w:rPr>
          <w:lang w:eastAsia="zh-CN"/>
        </w:rPr>
        <w:t>　　二是支教教师在偏远学校艰苦创业、自强不息、乐于奉献教育事业的精神得到了发扬和升华。</w:t>
      </w:r>
      <w:r>
        <w:rPr>
          <w:lang w:eastAsia="zh-CN"/>
        </w:rPr>
        <w:br/>
      </w:r>
      <w:r>
        <w:rPr>
          <w:lang w:eastAsia="zh-CN"/>
        </w:rPr>
        <w:t>　　三是处在困境中的学生奋发向上的学习积极性得到渲染。</w:t>
      </w:r>
      <w:r>
        <w:rPr>
          <w:lang w:eastAsia="zh-CN"/>
        </w:rPr>
        <w:br/>
      </w:r>
      <w:r>
        <w:rPr>
          <w:lang w:eastAsia="zh-CN"/>
        </w:rPr>
        <w:t>　　四是有限的优质教育资源得到了共享，促进了教育人事制度改革的进一步深化和农村基础教育的均衡发展。</w:t>
      </w:r>
      <w:r>
        <w:rPr>
          <w:lang w:eastAsia="zh-CN"/>
        </w:rPr>
        <w:br/>
      </w:r>
      <w:r>
        <w:rPr>
          <w:lang w:eastAsia="zh-CN"/>
        </w:rPr>
        <w:t>　　五是受援学校得到的教学上和物质上的资助，改善了办学条件，增强了发展后劲。</w:t>
      </w:r>
      <w:r>
        <w:rPr>
          <w:lang w:eastAsia="zh-CN"/>
        </w:rPr>
        <w:br/>
      </w:r>
      <w:r>
        <w:rPr>
          <w:lang w:eastAsia="zh-CN"/>
        </w:rPr>
        <w:t>　　四、加强联系，建立稳定的互访机制</w:t>
      </w:r>
      <w:r>
        <w:rPr>
          <w:lang w:eastAsia="zh-CN"/>
        </w:rPr>
        <w:br/>
      </w:r>
      <w:r>
        <w:rPr>
          <w:lang w:eastAsia="zh-CN"/>
        </w:rPr>
        <w:t>　　为加强联系，促使共同提高，我们还建立了稳定的互访机制。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一是领导互访，及时了解帮扶工作实施情况，确定下一阶段的工作重点，相互协调，保证帮扶工作顺利开展。</w:t>
      </w:r>
      <w:r>
        <w:rPr>
          <w:lang w:eastAsia="zh-CN"/>
        </w:rPr>
        <w:br/>
      </w:r>
      <w:r>
        <w:rPr>
          <w:lang w:eastAsia="zh-CN"/>
        </w:rPr>
        <w:t>　　二是教师互访，开展教研活动。主要以公开课、示范课、讲座课为载体，来提高帮扶学校教师在实际教学中的应用能力。</w:t>
      </w:r>
      <w:r>
        <w:rPr>
          <w:lang w:eastAsia="zh-CN"/>
        </w:rPr>
        <w:br/>
      </w:r>
      <w:r>
        <w:rPr>
          <w:lang w:eastAsia="zh-CN"/>
        </w:rPr>
        <w:t>　　三是学生互访。组织我校的学生与受援学校的学生建立“手拉手”互助互学活动。鼓励学生捐款、捐物，使受援学校贫困学生和学习困难生得到精神上、物质上和学习上的帮助。从而达到共同进步的目的。</w:t>
      </w:r>
      <w:r>
        <w:rPr>
          <w:lang w:eastAsia="zh-CN"/>
        </w:rPr>
        <w:br/>
      </w:r>
      <w:r>
        <w:rPr>
          <w:lang w:eastAsia="zh-CN"/>
        </w:rPr>
        <w:t>　　总之，开展结对帮扶工作是教育改革中一项根本性的战略举措，在今后的工作中，我们将继续坚持从实际出发，注重实效，使帮扶双方达到相互促进，共同提高，优质资源共享的目的，为逐步改变农村薄弱学校的办学条件，实现城乡基础教育均衡发展作出应有的贡献。　　幼儿园帮扶工作总结 2</w:t>
      </w:r>
      <w:r>
        <w:rPr>
          <w:lang w:eastAsia="zh-CN"/>
        </w:rPr>
        <w:br/>
      </w:r>
      <w:r>
        <w:rPr>
          <w:lang w:eastAsia="zh-CN"/>
        </w:rPr>
        <w:t>　　9月20日，东坪镇萸江幼儿园开展了“情暖童心相伴童行”关爱留守儿童活动。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活动开始前，行政处组织老师们一起就家访内容展开研讨，制定了详细的“一对一留守儿童关爱计划”。9月20日上午，行政人员组织留守儿童深情谈话，温馨的对话让孩子心情愉快，缓解了对父母的思恋。离园后，在园长颜群芳的带领下，行政领导与班级教师对留守儿童家庭进行实地走访慰问，客观了解幼儿生长发育、社会交往、心理发展等各方面的'情况，与家长交流有利于幼儿发展的措施和方法，将科学育儿理念传递给家长，引导家长关注幼儿的身心健康成长。家长感动幼儿园所做的一切，幸福之情溢于言表，更深刻地体会到科学育儿的重要性！</w:t>
      </w:r>
      <w:r>
        <w:rPr>
          <w:lang w:eastAsia="zh-CN"/>
        </w:rPr>
        <w:br/>
      </w:r>
      <w:r>
        <w:rPr>
          <w:lang w:eastAsia="zh-CN"/>
        </w:rPr>
        <w:t>　　家访后，行政处将家访中了解到的孩子情况，及时进行细致的分析，整理需要日后持续关注的幼儿发展问题，以便在今后的幼儿园生活中根据孩子的个性差异进行针对性的指导。该园表示将继续把关爱“留守家庭幼儿”工作常态化，让他们感受到家一般的温暖，为他们创设快乐、平等、和谐、健康的成长环境！　　幼儿园帮扶工作总结 3</w:t>
      </w:r>
      <w:r>
        <w:rPr>
          <w:lang w:eastAsia="zh-CN"/>
        </w:rPr>
        <w:br/>
      </w:r>
      <w:r>
        <w:rPr>
          <w:lang w:eastAsia="zh-CN"/>
        </w:rPr>
        <w:t>　　为了全面贯彻和落实县教育局帮扶结对的精神，充分发挥省级示范园的辐射和带动作用，我园与某中心幼儿园成为结对园。在一年的帮扶进展过程中，经过双方的共同努力，取得了一定的效果，现总结如下：</w:t>
      </w:r>
      <w:r>
        <w:rPr>
          <w:lang w:eastAsia="zh-CN"/>
        </w:rPr>
        <w:br/>
      </w:r>
      <w:r>
        <w:rPr>
          <w:lang w:eastAsia="zh-CN"/>
        </w:rPr>
        <w:t>　　一、充分了解情况，制定切实可行的帮扶计划。</w:t>
      </w:r>
      <w:r>
        <w:rPr>
          <w:lang w:eastAsia="zh-CN"/>
        </w:rPr>
        <w:br/>
      </w:r>
      <w:r>
        <w:rPr>
          <w:lang w:eastAsia="zh-CN"/>
        </w:rPr>
        <w:t>　　为了让结对帮扶工作能取得一定的针对性和实效性，根据前两年对某中心园的了解，知道了乡镇幼儿园的不足及老师们在教学上的困惑，找出了幼儿园目前存在的急需解决的问题，对症下药，制定可行的帮扶计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例如我们通过交流和实地调研发现：教师年轻有活力、有激情、好学上进，但是由于教育经验不足，对《纲要》的解读和领会还不够，老师们对教研活动开展的经验也较少，在早操的编排、教学活动的灵活组织等方面的水平亟待提高；搬到新园后，幼儿园硬件条件有较大的改善，但由于参加学习培训接受新信息和分享教育资源的机会比较少；针对这些情况，我们把帮扶捆绑的重点放在了以下几方面：</w:t>
      </w:r>
      <w:r>
        <w:rPr>
          <w:lang w:eastAsia="zh-CN"/>
        </w:rPr>
        <w:br/>
      </w:r>
      <w:r>
        <w:rPr>
          <w:lang w:eastAsia="zh-CN"/>
        </w:rPr>
        <w:t>　　1、教育资源共同分享，如：教育书刊、音像图书、玩具等；</w:t>
      </w:r>
      <w:r>
        <w:rPr>
          <w:lang w:eastAsia="zh-CN"/>
        </w:rPr>
        <w:br/>
      </w:r>
      <w:r>
        <w:rPr>
          <w:lang w:eastAsia="zh-CN"/>
        </w:rPr>
        <w:t>　　2、为该园教师提供学习的机会和现场，除了观摩精心准备的大型对外开放活动之类的，还安排该园老师参加我园的教研活动；</w:t>
      </w:r>
      <w:r>
        <w:rPr>
          <w:lang w:eastAsia="zh-CN"/>
        </w:rPr>
        <w:br/>
      </w:r>
      <w:r>
        <w:rPr>
          <w:lang w:eastAsia="zh-CN"/>
        </w:rPr>
        <w:t>　　3、我园园长和骨干教师定期到该园指导。</w:t>
      </w:r>
      <w:r>
        <w:rPr>
          <w:lang w:eastAsia="zh-CN"/>
        </w:rPr>
        <w:br/>
      </w:r>
      <w:r>
        <w:rPr>
          <w:lang w:eastAsia="zh-CN"/>
        </w:rPr>
        <w:t>　　二、资源共享，提供学习和培训的机会。</w:t>
      </w:r>
      <w:r>
        <w:rPr>
          <w:lang w:eastAsia="zh-CN"/>
        </w:rPr>
        <w:br/>
      </w:r>
      <w:r>
        <w:rPr>
          <w:lang w:eastAsia="zh-CN"/>
        </w:rPr>
        <w:t>　　我园在去年某月邀请了某骨干教师某老师来园做《快乐动起来》音乐讲座，全县及周边县近百名幼教同行参与此次活动，我园特意邀请某园的老师参与，使她们也深感受益匪浅。</w:t>
      </w:r>
      <w:r>
        <w:rPr>
          <w:lang w:eastAsia="zh-CN"/>
        </w:rPr>
        <w:br/>
      </w:r>
      <w:r>
        <w:rPr>
          <w:lang w:eastAsia="zh-CN"/>
        </w:rPr>
        <w:t>　　三、加强交流，把帮扶指导工作落到实处。</w:t>
      </w:r>
      <w:r>
        <w:rPr>
          <w:lang w:eastAsia="zh-CN"/>
        </w:rPr>
        <w:br/>
      </w:r>
      <w:r>
        <w:rPr>
          <w:lang w:eastAsia="zh-CN"/>
        </w:rPr>
        <w:t>　　我们常和结对园的园长通过电话或邀请她们到我园来交流情况，就幼儿园的教育教学现状和教师情况交流，及时调整帮扶计划。</w:t>
      </w:r>
      <w:r>
        <w:rPr>
          <w:lang w:eastAsia="zh-CN"/>
        </w:rPr>
        <w:br/>
      </w:r>
      <w:r>
        <w:rPr>
          <w:lang w:eastAsia="zh-CN"/>
        </w:rPr>
        <w:t>　　例如针对结对教师配备不够，没有充足的时间外出观摩学习的问题，我园派出了某老师展示了音乐活动《下蛋了啰》优质示范课，使她们的教师知道了如何上好音乐活动课，提高其组织教学水平。观摩了某中心幼儿园某老师的一节音乐活动《下蛋了》，从音乐活动的目标定位，活动准备、活动设计、活动组织、如何关注幼儿等方面进行了详细的指导。</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又如在交流中我们了解到，老师们对早操编排很是头疼，不知道如何选音乐、编动作，她们目前的幼儿早操编排是“一刀切”、“整齐划一”，没有根据幼儿年龄特点和发展需要来编排。我园便提供先前本园早操录像供她们参考，业务园长还专门的对各年龄段早操活动时间安排、动作要求、音乐选择、创编等进行指导，通过学习，她们分别创编出小动物模仿操、动动操等三套适合大小三个年龄段的完整操节。这些符合幼儿发展的充满趣味的'操深受孩子们的喜爱，中心园的老师们也在创编过程中对幼儿的发展和需要更加了解，早操创编的能力得到了提高。</w:t>
      </w:r>
      <w:r>
        <w:rPr>
          <w:lang w:eastAsia="zh-CN"/>
        </w:rPr>
        <w:br/>
      </w:r>
      <w:r>
        <w:rPr>
          <w:lang w:eastAsia="zh-CN"/>
        </w:rPr>
        <w:t>　　另外，我园除了前两年赠送的幼儿园桌椅、床铺及电子钢琴外，本学年还捐赠了某千元现金给结对园添加教学设备及幼儿玩具，改善其办学条件。</w:t>
      </w:r>
      <w:r>
        <w:rPr>
          <w:lang w:eastAsia="zh-CN"/>
        </w:rPr>
        <w:br/>
      </w:r>
      <w:r>
        <w:rPr>
          <w:lang w:eastAsia="zh-CN"/>
        </w:rPr>
        <w:t>　　四、初现成效，在帮扶中共同成长</w:t>
      </w:r>
      <w:r>
        <w:rPr>
          <w:lang w:eastAsia="zh-CN"/>
        </w:rPr>
        <w:br/>
      </w:r>
      <w:r>
        <w:rPr>
          <w:lang w:eastAsia="zh-CN"/>
        </w:rPr>
        <w:t>　　通过我们不懈的努力，我们的帮扶工作初见成效。结对园教师在业务能力上有了较大提高，帮扶活动也带给了我园参与帮扶的教师很多启示，大家受益匪浅。通过对某中心幼儿园的帮扶，让我们一线老师看了农村幼儿教育的现状及差异，看到了农村幼儿教师们工作的热情，感受到自己肩上的责任。农村中心园领导对本园教育教学的重视、老师们的认真那股劲，深深的感动了我们。帮扶活动不只在园所和老师中进行，我们还延伸到了孩子们中间。我们开展了“插上爱心的翅膀——玩具捐赠活动”和“您献爱心了吗——图书捐赠活动”，鼓励家长、孩子们把自己闲置的玩具图书捐赠给农村幼儿园，丰富他们的教玩具，同时也教育我们的孩子学会关爱他人，成长成为有爱心的人。　　幼儿园帮扶工作总结 4</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为认真贯彻落实《云南省学前教育三年行动计划》和《普洱市学前教育三年行动计划》，扎实做好省一级示范幼儿园对口帮扶薄弱幼儿园工作，推进普洱市各级各类幼儿园深入实施《幼儿园教育指导纲要》，促进全市学前教育和谐发展，普洱市教育局以对口帮扶为突破口，充分发挥省一级示范幼儿园的带动作用，增强园与园之间的交流，为园长、教师的成长搭建平台，引导优质幼儿教育资源向农村及民办园辐射与拓展，推动城乡幼儿教育均衡发展。普洱市教育局根据各县共13所一级示范幼儿园的具体情况，在全市选取了17所公办和民办的幼儿园作为帮扶对象，督促各一级示范幼儿园结合帮扶对象的实际情况共同制定计划，运用多种形式进行结对帮扶。在整个帮扶过程中，始终坚持对象针对化、内容实效化、形式多样化的帮扶路径，以此增强帮扶活动的有效价值；坚持求真务实的原则，精心组织、周密实施结对帮扶工作；坚持做到“四有”，即有组织领导、有阶段性计划、有实施方案、有检查督导，使全市的帮扶工作落到实处，帮扶工作取得了一定的成绩，现将我市20__年至20__年上半年帮扶工作如下：</w:t>
      </w:r>
      <w:r>
        <w:rPr>
          <w:lang w:eastAsia="zh-CN"/>
        </w:rPr>
        <w:br/>
      </w:r>
      <w:r>
        <w:rPr>
          <w:lang w:eastAsia="zh-CN"/>
        </w:rPr>
        <w:t>　　一、高度重视、措施到位</w:t>
      </w:r>
      <w:r>
        <w:rPr>
          <w:lang w:eastAsia="zh-CN"/>
        </w:rPr>
        <w:br/>
      </w:r>
      <w:r>
        <w:rPr>
          <w:lang w:eastAsia="zh-CN"/>
        </w:rPr>
        <w:t>　　加强领导，建立组织机构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为加强帮扶工作的组织领导和工作协调，各一级示范幼儿园均成立了以园长为组长的领导小组，并有专人专职负责此项工作，经常性地召开会议研究部署，对工作提出了“两个明确”的要求。即一是明确工作目标，把结对帮扶活动纳入幼儿园的年度总体工作安排，一同布置、一同落实，推动开展；二是明确责任领导，为了确保帮扶工作的顺利开展和有效落实，帮扶双方共同成立了结对帮扶领导小组，共同承担、组织并领导帮扶活动的开展与实施。其中组长由各幼儿园的园长担任，为开展“爱心拉手”提供全方位的保障，建立有效的保障机制，并整合协调办公室、教务处、班部等力量，确保“爱心拉手”帮扶计划的有效实施。</w:t>
      </w:r>
      <w:r>
        <w:rPr>
          <w:lang w:eastAsia="zh-CN"/>
        </w:rPr>
        <w:br/>
      </w:r>
      <w:r>
        <w:rPr>
          <w:lang w:eastAsia="zh-CN"/>
        </w:rPr>
        <w:t>　　制定有效的活动计划</w:t>
      </w:r>
      <w:r>
        <w:rPr>
          <w:lang w:eastAsia="zh-CN"/>
        </w:rPr>
        <w:br/>
      </w:r>
      <w:r>
        <w:rPr>
          <w:lang w:eastAsia="zh-CN"/>
        </w:rPr>
        <w:t>　　各幼儿园班子多次深入到帮扶园采取实地考察、座谈、查阅档案、访谈等多种形式了解园情，明确帮扶工作的任务和目标，找出幼儿园目前存在的急需解决的问题，对症下药，制定切实可行的帮扶计划和实施方案。通过沟通、交流，进一步明晰了结对帮扶工作的目标任务，即达到有班子、有队伍、有制度、有活动和有效果，确定和细化了帮扶的工作任务，从而使结对帮扶工作有的放矢，增强了工作的实效性。因此，我们的计划主要是，根据“所需帮扶”。借助各种途径实施帮扶，如：建立畅通的信息渠道，幼儿园软资源共享，共同开展创特色教科研活动、教学活动展示等活动。进行面对面交流，力争做到有求必应、尽力而为。</w:t>
      </w:r>
      <w:r>
        <w:rPr>
          <w:lang w:eastAsia="zh-CN"/>
        </w:rPr>
        <w:br/>
      </w:r>
      <w:r>
        <w:rPr>
          <w:lang w:eastAsia="zh-CN"/>
        </w:rPr>
        <w:t>　　团结配合，和谐共进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有了政府部门及教育行政部门的支持，最主要的就是结对帮扶单位之间如何开展帮扶工作了。首先，各一级幼儿园与被帮扶的幼儿园深刻领会此项工作的艰巨性和明确性，互相团结，和谐共进，才能达到帮扶之目的。因此，只有通过有计划、有方案、有组织的开展帮扶活动，结对双方认识明确、目标一致，使帮扶活动有了经常化的保证，被帮扶幼儿园的教师学有目标、学有榜样、有地方可以去学习，参与帮扶的幼儿园不仅在教育教学业务上进行帮扶，而且在教学设备、图书资料、教研信息等方面也给予了帮扶，这样才能从根本上为促进我市学前教育均衡发展起到积极的推动作用。</w:t>
      </w:r>
      <w:r>
        <w:rPr>
          <w:lang w:eastAsia="zh-CN"/>
        </w:rPr>
        <w:br/>
      </w:r>
      <w:r>
        <w:rPr>
          <w:lang w:eastAsia="zh-CN"/>
        </w:rPr>
        <w:t>　　二、自主拓展，主动出击</w:t>
      </w:r>
      <w:r>
        <w:rPr>
          <w:lang w:eastAsia="zh-CN"/>
        </w:rPr>
        <w:br/>
      </w:r>
      <w:r>
        <w:rPr>
          <w:lang w:eastAsia="zh-CN"/>
        </w:rPr>
        <w:t>　　建立畅通的信息渠道，实现针对性指导。各一级园与帮扶幼儿园签订了“爱心拉手”结队帮扶活动协议书，各自明确了职责，保障了结对活动的实效性，并开展了一系列扎实、有效的结对活动。帮扶双方通过电话、电子邮箱、互访等形式及时交流，建立稳定的互访交流机制，了解帮扶工作开展情况，根据工作需要，随时调整帮扶工作重点和实施方案，相互协调，保证帮扶工作顺利开展、多方位开展帮助。</w:t>
      </w:r>
      <w:r>
        <w:rPr>
          <w:lang w:eastAsia="zh-CN"/>
        </w:rPr>
        <w:br/>
      </w:r>
      <w:r>
        <w:rPr>
          <w:lang w:eastAsia="zh-CN"/>
        </w:rPr>
        <w:t>　　1、管理上的帮扶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各一级幼儿园在帮扶工作期间，根据各自实际情况，均先后派出本园教师到帮扶幼儿园开展送教到园、示范课等活动，把一级幼儿园先进的管理经验和教学方法带给她们，使她们的办学很快步入正轨。此外，园领导班子还不同层次深入到各帮扶幼儿园，采取实地考察、座谈、查阅档案、访谈、观摩幼儿园老师上课、了解保育及卫生消毒工作等多种形式了解园情，明确帮扶工作的任务和目标，制定切实可行的帮扶计划和实施方案，然后再结合幼儿园实际情况，逐步帮助被帮扶幼儿园规范管理工作，建立和完善园务会、教研组、家长委员会、安全领导小组等工作组织，建立比较健全和完善的各项规章制度。如：普洱市幼儿园帮扶对象是思茅区小博士幼儿园，小博士幼儿园当时正在准备升等工作，却缺乏一些升等准备工作的经验，为此，普洱市幼儿园多次派教师亲临小博士幼儿园进行实地指导，从资料的准备、展板的制作到教育教学的准备等多方面，都一一做了详细的指导，为小博士幼儿园的升等工作理清了头绪，为她的顺利升等提供了保障。</w:t>
      </w:r>
      <w:r>
        <w:rPr>
          <w:lang w:eastAsia="zh-CN"/>
        </w:rPr>
        <w:br/>
      </w:r>
      <w:r>
        <w:rPr>
          <w:lang w:eastAsia="zh-CN"/>
        </w:rPr>
        <w:t>　　2、保教工作上的帮扶</w:t>
      </w:r>
      <w:r>
        <w:rPr>
          <w:lang w:eastAsia="zh-CN"/>
        </w:rPr>
        <w:br/>
      </w:r>
      <w:r>
        <w:rPr>
          <w:lang w:eastAsia="zh-CN"/>
        </w:rPr>
        <w:t>　　按照市教育局的要求，各一级幼儿园每学期至少进行一次教师交流，双方园定期或不定期的各派出一名骨干教师到对方园跟班一至两周，并参与幼儿园的全面工作。如普洱市幼儿园在每个新学期开始前一周，派教师到帮扶园所进行教学业务指导，主要任务是帮助制定学期班务计划、周计划的完善、业务培训、创设环境等工作，时间一般不少于一周。每个新学期开始前一周，派一名保健医和一名保育老师指导安全护理、卫生保健、疾病预防及消毒等工作，并协助其完成相关的消毒等记录工作。另外思茅区、景东县、澜沧县等幼儿园每学期在本园进行观摩教学时，都邀请被帮扶幼儿园的老师参与听课、评课等，还不定期邀请她们到园参加教师业务培训等活动，从而带动其教师专业水平的提升。</w:t>
      </w:r>
      <w:r>
        <w:rPr>
          <w:lang w:eastAsia="zh-CN"/>
        </w:rPr>
        <w:br/>
      </w:r>
      <w:r>
        <w:rPr>
          <w:lang w:eastAsia="zh-CN"/>
        </w:rPr>
        <w:t>　　3、资源方面的帮扶</w:t>
      </w:r>
      <w:r>
        <w:rPr>
          <w:lang w:eastAsia="zh-CN"/>
        </w:rPr>
        <w:br/>
      </w:r>
      <w:r>
        <w:rPr>
          <w:lang w:eastAsia="zh-CN"/>
        </w:rPr>
        <w:t>　　一级园教师学习的机会相对比较多，各一级园始终坚持资源共享的原则，在开展专家讲座、科研培训、园内教研等活动，都邀请被帮扶园参加，智慧共享。加强交流，把帮扶指导工作落到实处。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一级园常和被帮扶幼儿园的园长通过电话或邀请她们到本园来交流情况，就她们幼儿园的教育教学现状和教师情况交流，及时调整帮扶计划。还不定期的组织经验丰富的教师到被帮扶幼儿园进行实地观摩活动，并在活动后和老师们进行了一对一的意见交换，针对教师教学、活动室环境创设、游戏材料创设等方面进行指导。</w:t>
      </w:r>
      <w:r>
        <w:rPr>
          <w:lang w:eastAsia="zh-CN"/>
        </w:rPr>
        <w:br/>
      </w:r>
      <w:r>
        <w:rPr>
          <w:lang w:eastAsia="zh-CN"/>
        </w:rPr>
        <w:t>　　三、帮扶工作初见成效</w:t>
      </w:r>
      <w:r>
        <w:rPr>
          <w:lang w:eastAsia="zh-CN"/>
        </w:rPr>
        <w:br/>
      </w:r>
      <w:r>
        <w:rPr>
          <w:lang w:eastAsia="zh-CN"/>
        </w:rPr>
        <w:t>　　帮扶工作既是上级的要求，更是我们自身发展的需要。在帮扶工作中，经过双方的积极配合和努力，我们的帮扶工作初见成效，各帮扶幼儿园的教育教学都有了很大进展。同时帮扶活动也带给了参与帮扶的教师很多启示，受益匪浅。通过帮扶，让一线老师看到了边疆及民办幼儿教育的现状及差异，看到了老师们工作的热情，感受到自己肩上的责任。边疆及民办幼儿园领导对本园教育教学的重视、老师们的认真那股劲，深深的感动了他们。很多参与帮扶的老师们说：“那些老师们在不如我园的环境下能如此热情地工作，我们更应该珍惜和更加努力的工作。”有些老师也表示：“从帮扶中让我认识到了，在自己日常的教育、教学当中，应该要大力提倡敢于创新、敢为人先、敢破难题的精神，充分利用现有资源，努力为幼儿提高最好的学习环境，要对得起孩子，对得起家长，对得起社会予以的重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此外，帮扶活动不只在园所和老师中进行，我们还延伸到了孩子们中间。大多数幼儿园开展了“插上爱心的翅膀——玩具捐赠活动”和“您献爱心了吗——图书捐赠活动”，鼓励家长、孩子们把自己闲置的玩具图书捐赠给被帮扶幼儿园，丰富他们的玩教具，同时也教育我们的孩子学会关爱他人，成长为有爱心的'人。普洱市幼儿园、思茅区幼儿园、景谷县幼儿园、景东县幼儿园、江城县幼儿园、孟连县等幼儿园还到帮扶园进行图书、玩教具、体育用品等的捐赠和亲子义卖等活动，真正做到了除了在师资上帮助外，在物质上也竭尽所能的帮助帮扶园。</w:t>
      </w:r>
      <w:r>
        <w:rPr>
          <w:lang w:eastAsia="zh-CN"/>
        </w:rPr>
        <w:br/>
      </w:r>
      <w:r>
        <w:rPr>
          <w:lang w:eastAsia="zh-CN"/>
        </w:rPr>
        <w:t>　　四、坚持“本色”与“特色”共发展</w:t>
      </w:r>
      <w:r>
        <w:rPr>
          <w:lang w:eastAsia="zh-CN"/>
        </w:rPr>
        <w:br/>
      </w:r>
      <w:r>
        <w:rPr>
          <w:lang w:eastAsia="zh-CN"/>
        </w:rPr>
        <w:t>　　在帮扶过程中，鼓励被帮扶园立足实际，因地制宜，不主张“模仿”、“同化”，而注重发挥自身特色，边疆幼儿园突出乡土特色，利用自然资源，丰富园所内涵，从活动角的布置、教玩具的准备、活动场地的选择、活动形式的确定，注重就地取材，既经济又实惠，收到意想不到的效果。</w:t>
      </w:r>
      <w:r>
        <w:rPr>
          <w:lang w:eastAsia="zh-CN"/>
        </w:rPr>
        <w:br/>
      </w:r>
      <w:r>
        <w:rPr>
          <w:lang w:eastAsia="zh-CN"/>
        </w:rPr>
        <w:t>　　结合边疆幼儿园自然资源丰富的特点，放弃了模仿城市幼儿园设立种植角、饲养角的做法，带领幼儿直接到田间地头观察、了解动植物的生长发育过程；开展“自然材料造型”、“废旧物品造型”、“编织”、“幼儿民间游戏集锦”等课程，使教学内容更加贴近农村幼儿的生活；结合地方文化、风土人情，在各领域的教学中加入相应的教育内容；带领幼儿参观超市、乡镇企业等，使幼儿深切感受到时代的气息。对民办幼儿园，也要求她们办出属于自己的特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总之，经过双方的积极配合和努力，被帮扶幼儿园的教育教学和管理已经有了一定的进展，但还是存在不少的问题，帮扶工作需要长期坚持下去，在今后的工作中，我们将不断探索新的方法和途径，加大帮扶力度和密度，争取使各幼儿园在帮扶工作共同进步和成长。我们将继续坚持从实际出发，把帮扶活动落实到实处，既要发挥教学带头作用，为教师的交流架设桥梁，又力争对提高各级各类幼儿园的教师素质和幼儿园的办园质量起到良好的示范辐射作用。普洱市将以省一级园作为示范园所，对促进城乡学前教育均衡发展，带动全市幼儿园快速成长，有着义不容辞的责任和义务。在今后的对口帮扶工作中，将继续以“重实效促双赢”的原则，促进全市学前教育更好更快的发展。　　幼儿园帮扶工作总结</w:t>
      </w:r>
      <w:r>
        <w:rPr>
          <w:lang w:eastAsia="zh-CN"/>
        </w:rPr>
        <w:t xml:space="preserve"> 5</w:t>
      </w:r>
      <w:r>
        <w:rPr>
          <w:lang w:eastAsia="zh-CN"/>
        </w:rPr>
        <w:br/>
      </w:r>
      <w:r>
        <w:rPr>
          <w:lang w:eastAsia="zh-CN"/>
        </w:rPr>
        <w:t>　　邵原镇花园幼儿园“关爱农村3—6岁留守儿童心理健康项目活动”一直在坚持，20__年冬学段，新的一年项目活动已经开始，为了进一步做好留守儿童工作，传递浓浓爱心，密切家园联系，促进幼儿身心健康发展，根据园内统筹安排，本周花园幼儿园的老师利用休息时间开展了留守儿童家访活动。</w:t>
      </w:r>
      <w:r>
        <w:rPr>
          <w:lang w:eastAsia="zh-CN"/>
        </w:rPr>
        <w:br/>
      </w:r>
      <w:r>
        <w:rPr>
          <w:lang w:eastAsia="zh-CN"/>
        </w:rPr>
        <w:t>　　为了访出实效，在家访前，老师们做了充分的准备，针对每位孩子的特点，设计好内容。在家访的过程中，老师们向家长详细了解了孩子的兴趣爱好、性格特点、家庭结构、行为习惯等，并听取了家长对老师的意见和希望，同时也向家长反映了孩子在园的表现，肯定了孩子的'优点，甚至是家长都没有发现的闪光点，耐心的传授家庭教育的方法，让家长知道孩子的健康成长不仅是幼儿园的责任，也是家庭的责任，提醒家长不仅要关心孩子的学习，更要关注孩子的情感和养成习惯，让家长抽出时间多陪陪孩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爱心汇聚力量，真情共筑希望。通过本次留守儿童家访活动，拉近了幼儿园与留守儿童家庭的距离，希望在家园的密切配合下，使留守幼儿生活得更安全、舒心，让在外务工的家长更放心，让每一个留守宝贝都能幸福快乐的成长！　　幼儿园帮扶工作总结</w:t>
      </w:r>
      <w:r>
        <w:rPr>
          <w:lang w:eastAsia="zh-CN"/>
        </w:rPr>
        <w:t xml:space="preserve"> 6</w:t>
      </w:r>
      <w:r>
        <w:rPr>
          <w:lang w:eastAsia="zh-CN"/>
        </w:rPr>
        <w:br/>
      </w:r>
      <w:r>
        <w:rPr>
          <w:lang w:eastAsia="zh-CN"/>
        </w:rPr>
        <w:t>　　我园在和县第一幼儿园的对口帮扶活动中，按照市教委组织的对口帮扶活动的要求，在提高本幼儿园办园水平、办园理念、师资队伍薄弱、管理水平不高等方面，做了许多工作，现总结如下：</w:t>
      </w:r>
      <w:r>
        <w:rPr>
          <w:lang w:eastAsia="zh-CN"/>
        </w:rPr>
        <w:br/>
      </w:r>
      <w:r>
        <w:rPr>
          <w:lang w:eastAsia="zh-CN"/>
        </w:rPr>
        <w:t>　　（一）营造氛围，做好帮扶宣传和结对帮扶工作</w:t>
      </w:r>
      <w:r>
        <w:rPr>
          <w:lang w:eastAsia="zh-CN"/>
        </w:rPr>
        <w:br/>
      </w:r>
      <w:r>
        <w:rPr>
          <w:lang w:eastAsia="zh-CN"/>
        </w:rPr>
        <w:t>　　20__年5月25日帮扶活动启动后，我园与县第一幼儿园结成“对口帮扶”单位，园领导对这项工作非常重视，并根据县第一幼儿园的要求及现状制定了“对口帮扶”工作实施方案，并将帮扶工作纳入议事日程之中，从而有效地引导和促进了本幼儿园教育教学理念的更新和教育教学工作的有序开展。</w:t>
      </w:r>
      <w:r>
        <w:rPr>
          <w:lang w:eastAsia="zh-CN"/>
        </w:rPr>
        <w:br/>
      </w:r>
      <w:r>
        <w:rPr>
          <w:lang w:eastAsia="zh-CN"/>
        </w:rPr>
        <w:t>　　（二）重视交流，达到优质资源共享。</w:t>
      </w:r>
      <w:r>
        <w:rPr>
          <w:lang w:eastAsia="zh-CN"/>
        </w:rPr>
        <w:br/>
      </w:r>
      <w:r>
        <w:rPr>
          <w:lang w:eastAsia="zh-CN"/>
        </w:rPr>
        <w:t>　　我园在6月派出教师深入到县第一幼儿园，通过与第一幼儿园的师生一起学习、一起生活，在参观环境、讲座、听课、评课、交流等活动中，共同探讨、研究本幼儿园教师在教学中遇到的问题，寻找解决问题的方法，不断改进与完善本园所环境、区角创设及园所文化建设，强化提高课堂教学的有效性，从而不断提高教师自身的业务素养，找出园所的`文化特色，提升办园质量。</w:t>
      </w:r>
      <w:r>
        <w:rPr>
          <w:lang w:eastAsia="zh-CN"/>
        </w:rPr>
        <w:br/>
      </w:r>
      <w:r>
        <w:rPr>
          <w:lang w:eastAsia="zh-CN"/>
        </w:rPr>
        <w:t>　　（三）加强联系，建立稳定的互访机制。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为切实提高帮扶工作的效果，共同提高教师素质，改善办园质量，我们两园相互协调，主要以互派园长和教师进园，深入课堂为载体，来提高我园教师在实际教学中的应用能力，在区角、环境布置，园所文化的创设等方面做到资源共享，互通有无，从而达到共同进步的目的。</w:t>
      </w:r>
      <w:r>
        <w:rPr>
          <w:lang w:eastAsia="zh-CN"/>
        </w:rPr>
        <w:br/>
      </w:r>
      <w:r>
        <w:rPr>
          <w:lang w:eastAsia="zh-CN"/>
        </w:rPr>
        <w:t>　　（四） 深入细致，帮扶工作初见成效。</w:t>
      </w:r>
      <w:r>
        <w:rPr>
          <w:lang w:eastAsia="zh-CN"/>
        </w:rPr>
        <w:br/>
      </w:r>
      <w:r>
        <w:rPr>
          <w:lang w:eastAsia="zh-CN"/>
        </w:rPr>
        <w:t>　　两园开展结对帮扶的活动虽然只有一周时间，但给我们的感受和启发较多。教师利用一周时间，分别参观、讨论了我园的室内、室外墙面环境布置和班级区角创设；讲评了七节教学活动；与县第一幼儿园的寇主任和幼儿园的领导班子进行了关于“幼儿园文化特色确立”的交流座谈会。</w:t>
      </w:r>
      <w:r>
        <w:rPr>
          <w:lang w:eastAsia="zh-CN"/>
        </w:rPr>
        <w:br/>
      </w:r>
      <w:r>
        <w:rPr>
          <w:lang w:eastAsia="zh-CN"/>
        </w:rPr>
        <w:t>　　通过此次对口帮扶活动，一是帮助我园老师树立了新的教育教学理念，明确了幼儿园的办园特色。二是县第一幼儿园老师感受到了乡村老师艰苦创业、自强不息、乐于奉献的精神。三是有限的优质教育资源得到了共享，促进了农村学前教育的均衡发展，向教育的公平发展迈进了一步 。</w:t>
      </w:r>
      <w:r>
        <w:rPr>
          <w:lang w:eastAsia="zh-CN"/>
        </w:rPr>
        <w:br/>
      </w:r>
      <w:r>
        <w:rPr>
          <w:lang w:eastAsia="zh-CN"/>
        </w:rPr>
        <w:t>　　总之，幼儿园对口帮扶工作是一项长期的战略举措，在结对帮扶工作中，为青年教师提供了很好的学习、交流机会。在今后的工作中，需要进一步努力，加强师德修养，钻研业务，敬业爱生，为人师表，为逐步提高幼儿园的办园质量、推进素质教育全面实施，构建和谐社会作出我们应有的贡献。　　幼儿园帮扶工作总结 7</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根据上级教育部门缩小城乡幼儿园之间教育差距，推动幼儿教育的均衡发展的精神，光彩幼儿园与我幼儿园进行结队帮扶活动。通过邀请对方老师入园指导教学、开展教育教学交流研讨、进行示范性教学等灵活多样的教育帮扶形式，实现人力、物力、信息等优质教育资源的共享，达到了提高我园办园效益的目的。</w:t>
      </w:r>
      <w:r>
        <w:rPr>
          <w:lang w:eastAsia="zh-CN"/>
        </w:rPr>
        <w:br/>
      </w:r>
      <w:r>
        <w:rPr>
          <w:lang w:eastAsia="zh-CN"/>
        </w:rPr>
        <w:t>　　一、 改善园的办园条件，创设适宜幼儿发展的优质环境</w:t>
      </w:r>
      <w:r>
        <w:rPr>
          <w:lang w:eastAsia="zh-CN"/>
        </w:rPr>
        <w:br/>
      </w:r>
      <w:r>
        <w:rPr>
          <w:lang w:eastAsia="zh-CN"/>
        </w:rPr>
        <w:t>　　针对帮扶园办园条件、园内环境较差的实际情况，我园邀请帮扶园的教师到我院参观，结合现场进行讲解，指导我园的教师创设环境，力争做到美化、净化、儿童化，使我园的环境得到较好的`改观。</w:t>
      </w:r>
      <w:r>
        <w:rPr>
          <w:lang w:eastAsia="zh-CN"/>
        </w:rPr>
        <w:br/>
      </w:r>
      <w:r>
        <w:rPr>
          <w:lang w:eastAsia="zh-CN"/>
        </w:rPr>
        <w:t>　　二、 优化园所管理，提高我园的管理水平</w:t>
      </w:r>
      <w:r>
        <w:rPr>
          <w:lang w:eastAsia="zh-CN"/>
        </w:rPr>
        <w:br/>
      </w:r>
      <w:r>
        <w:rPr>
          <w:lang w:eastAsia="zh-CN"/>
        </w:rPr>
        <w:t>　　本学期，我园邀请光彩幼儿园教师对我园进行工作指导、交流管理经验，帮助我园全面了解示范园的管理体系和管理方法，督促其建立健全各项规章制度，促进我园各项工作的科学化、制度化和规范化建设、全面提高其管理水平。如：帮助我园规范幼儿园的管理工作，完善园务会、家长委员会、安全小组等组织机构；健全教研、幼儿接送、卫生安全、家园联系等各项制度等等。</w:t>
      </w:r>
      <w:r>
        <w:rPr>
          <w:lang w:eastAsia="zh-CN"/>
        </w:rPr>
        <w:br/>
      </w:r>
      <w:r>
        <w:rPr>
          <w:lang w:eastAsia="zh-CN"/>
        </w:rPr>
        <w:t>　　三、 多种方式提升帮扶园教师素质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本学期，多次邀请光彩幼儿园教师送课到我园，开展示范性教学，传授先进的教育理念和教学方法，进行教师结对，有针对性地提高教师业务能力，并深入我园举办讲座、开设示范课、交流教研信息等形式提高帮扶园教师的队伍素质。如：光彩幼儿园汪院长、闫院长等园领导亲临我园进行《幼儿园一日活动的开展》专题讲座；光彩幼儿园的老师上了汇报课《小鸟的家》；课后在进行了现场教研，对在教育教学过程中出现的问题进行了探讨。既发挥了教学带动作用，又为城乡教师的交流架设了桥梁。</w:t>
      </w:r>
      <w:r>
        <w:rPr>
          <w:lang w:eastAsia="zh-CN"/>
        </w:rPr>
        <w:br/>
      </w:r>
      <w:r>
        <w:rPr>
          <w:lang w:eastAsia="zh-CN"/>
        </w:rPr>
        <w:t>　　总之，在一学期我们努力配合知道，我们幼儿园的工作有了一定的开展，但也存在着一些问题。如教研活动环节还比较薄弱等。今后我们一定努力把工作落实到位，让帮扶工作扎实有效。　　幼儿园帮扶工作总结 8</w:t>
      </w:r>
      <w:r>
        <w:rPr>
          <w:lang w:eastAsia="zh-CN"/>
        </w:rPr>
        <w:br/>
      </w:r>
      <w:r>
        <w:rPr>
          <w:lang w:eastAsia="zh-CN"/>
        </w:rPr>
        <w:t>　　为了积极响应我区教育局关于“开展幼儿园结对帮扶活动”的通知精神，加大城乡之间，幼儿园之间的帮扶力度，充分发挥我区示范作用，努力缩小城乡幼儿园之间的差距，我园于10月至今对河川乡幼儿园进行帮扶指导工作，园内分配我们两人(谢亚玲、曹志秀)去河川乡开展工作，我们认真制订帮扶计划及措施，采用多种形式，按照帮扶计划，做了以下工作：</w:t>
      </w:r>
      <w:r>
        <w:rPr>
          <w:lang w:eastAsia="zh-CN"/>
        </w:rPr>
        <w:br/>
      </w:r>
      <w:r>
        <w:rPr>
          <w:lang w:eastAsia="zh-CN"/>
        </w:rPr>
        <w:t>　　一、建立健全规章制度及各类计划</w:t>
      </w:r>
      <w:r>
        <w:rPr>
          <w:lang w:eastAsia="zh-CN"/>
        </w:rPr>
        <w:br/>
      </w:r>
      <w:r>
        <w:rPr>
          <w:lang w:eastAsia="zh-CN"/>
        </w:rPr>
        <w:t>　　为了加强各类资料管理，通过与河川乡幼儿园园长交流和实施观察了解对方最需要帮扶的环节，河川乡是一个新建幼儿园，是由河川小学改建为幼儿园的，一切都还是小学化的形式。我们就此情况，帮扶他们制定有效的管理计划及活动计划，制定可行的各类管理规章制度、防火、防震、防暴安全预案及教育教学活动计划并建立专柜，专盒，完善档案资料管理。</w:t>
      </w:r>
      <w:r>
        <w:rPr>
          <w:lang w:eastAsia="zh-CN"/>
        </w:rPr>
        <w:br/>
      </w:r>
      <w:r>
        <w:rPr>
          <w:lang w:eastAsia="zh-CN"/>
        </w:rPr>
        <w:t>　　二、示范制作玩教具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在我们的示范和指导下，我们双方教师共同努力配合，为教师，幼儿制作了不少玩教具，制作中，双方教师热情很高，双方能够互相配合，互相学习，取长补短，认真制作出了溜溜球、沙包、南瓜，糖果，小老鼠等等可操作，可玩耍的实用玩具，为幼儿的'学习，游戏起到了良好的作用。</w:t>
      </w:r>
      <w:r>
        <w:rPr>
          <w:lang w:eastAsia="zh-CN"/>
        </w:rPr>
        <w:br/>
      </w:r>
      <w:r>
        <w:rPr>
          <w:lang w:eastAsia="zh-CN"/>
        </w:rPr>
        <w:t>　　三、教室及校园的环境创设</w:t>
      </w:r>
      <w:r>
        <w:rPr>
          <w:lang w:eastAsia="zh-CN"/>
        </w:rPr>
        <w:br/>
      </w:r>
      <w:r>
        <w:rPr>
          <w:lang w:eastAsia="zh-CN"/>
        </w:rPr>
        <w:t>　　双方教师齐心协力，为幼儿创设良好的环境，加强对教室及校园的墙饰布置，在此项工作中，我们积极调动他们的积极性，互相配合，制作各种适合幼儿的直观形象的画面，将墙面布置的生动活泼，给幼儿一个新的学习环境，为了使家长了解幼儿园情况及双方(家园)能够互相配合教育幼儿，我们还帮他们制作家园联系栏，为家园共育提供了方便。</w:t>
      </w:r>
      <w:r>
        <w:rPr>
          <w:lang w:eastAsia="zh-CN"/>
        </w:rPr>
        <w:br/>
      </w:r>
      <w:r>
        <w:rPr>
          <w:lang w:eastAsia="zh-CN"/>
        </w:rPr>
        <w:t>　　四、指导教师上好每一节课</w:t>
      </w:r>
      <w:r>
        <w:rPr>
          <w:lang w:eastAsia="zh-CN"/>
        </w:rPr>
        <w:br/>
      </w:r>
      <w:r>
        <w:rPr>
          <w:lang w:eastAsia="zh-CN"/>
        </w:rPr>
        <w:t>　　在此项工作中，我们通过听取他们年轻教师上课，了解了他们的教学环境及驾驭课堂情况，我们做了听课记录，课后讲评，为他们指出不足及改进的地方，双方在此讨论的很激烈，为上好幼儿园课都能提出更好的建议及意见，为他们今后的工作奠定了基础。</w:t>
      </w:r>
      <w:r>
        <w:rPr>
          <w:lang w:eastAsia="zh-CN"/>
        </w:rPr>
        <w:br/>
      </w:r>
      <w:r>
        <w:rPr>
          <w:lang w:eastAsia="zh-CN"/>
        </w:rPr>
        <w:t>　　五、户外游戏活动</w:t>
      </w:r>
      <w:r>
        <w:rPr>
          <w:lang w:eastAsia="zh-CN"/>
        </w:rPr>
        <w:br/>
      </w:r>
      <w:r>
        <w:rPr>
          <w:lang w:eastAsia="zh-CN"/>
        </w:rPr>
        <w:t>　　我们两位老师亲自与幼儿在一起进行游戏，示范讲解各种游戏的玩法和规则，以及在游戏活动中应注意的安全及措施，通过活动双方教师及幼儿都玩的非常开心，活动非常成功，活动中正赶上家长接孩子，得到了许多家长的好评与赞赏。</w:t>
      </w:r>
      <w:r>
        <w:rPr>
          <w:lang w:eastAsia="zh-CN"/>
        </w:rPr>
        <w:br/>
      </w:r>
      <w:r>
        <w:rPr>
          <w:lang w:eastAsia="zh-CN"/>
        </w:rPr>
        <w:t>　　六、其他方面</w:t>
      </w:r>
      <w:r>
        <w:rPr>
          <w:lang w:eastAsia="zh-CN"/>
        </w:rPr>
        <w:br/>
      </w:r>
      <w:r>
        <w:rPr>
          <w:lang w:eastAsia="zh-CN"/>
        </w:rPr>
        <w:t>　　关于卫生消毒及幼儿喝水杯及擦手毛巾的摆方位置，洗后用流动水等等，我们都一一做了指导，并得到了落实。</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总之，在短短的一个多月的帮扶工作中，我们经过双方的积极配合和努力，该幼儿园各方面有了进展，慢慢走上了正规之路，帮扶工作需要长期坚持下去，在今后的工作中，我们将继续坚持从实际出发，注重实效，和结对园共同进步，共同发展，努力为祖国的花朵创设更美好的家园。　　幼儿园帮扶工作总结 9</w:t>
      </w:r>
      <w:r>
        <w:rPr>
          <w:lang w:eastAsia="zh-CN"/>
        </w:rPr>
        <w:br/>
      </w:r>
      <w:r>
        <w:rPr>
          <w:lang w:eastAsia="zh-CN"/>
        </w:rPr>
        <w:t>　　为切实做好对留守儿童的教育关爱工作，让他们过一个快乐、温暖、幸福的“六一儿童节”。近日镇坪县幼儿园举办了“关爱留守儿童播撒爱心阳光”留守儿童关爱系列活动。</w:t>
      </w:r>
      <w:r>
        <w:rPr>
          <w:lang w:eastAsia="zh-CN"/>
        </w:rPr>
        <w:br/>
      </w:r>
      <w:r>
        <w:rPr>
          <w:lang w:eastAsia="zh-CN"/>
        </w:rPr>
        <w:t>　　5月27日，镇坪县幼儿园党员及其教师开展了送教上门、关爱到家实践活动，了解了幼儿日常生活中的困难，深入幼儿心理，热情与他们交流交谈，并为幼儿送上学习用品和阅读书籍。用教师的热情和关爱消除幼儿的孤独感，使幼儿感受到生活的温暖。</w:t>
      </w:r>
      <w:r>
        <w:rPr>
          <w:lang w:eastAsia="zh-CN"/>
        </w:rPr>
        <w:br/>
      </w:r>
      <w:r>
        <w:rPr>
          <w:lang w:eastAsia="zh-CN"/>
        </w:rPr>
        <w:t>　　5月28日，在幼儿园开展了关爱留守儿童心连心活动，让监护人与孩子共同参与到活动中来，活动中，老师们通过讲故事、唱儿歌、做游戏等形式，和留守儿童进行了真诚地交流和亲切的`互动。</w:t>
      </w:r>
      <w:r>
        <w:rPr>
          <w:lang w:eastAsia="zh-CN"/>
        </w:rPr>
        <w:br/>
      </w:r>
      <w:r>
        <w:rPr>
          <w:lang w:eastAsia="zh-CN"/>
        </w:rPr>
        <w:t>　　活动组织幼儿与监护人进行了爱心互动，让幼儿与监护人相爱相拥，在愉快而充满爱意的氛围中得到温暖，教孩子从小要有感恩之心。</w:t>
      </w:r>
      <w:r>
        <w:rPr>
          <w:lang w:eastAsia="zh-CN"/>
        </w:rPr>
        <w:br/>
      </w:r>
      <w:r>
        <w:rPr>
          <w:lang w:eastAsia="zh-CN"/>
        </w:rPr>
        <w:t>　　活动中，陕西康力建设工程有限公司法人代表夏运泉还为全园留守儿童捐助了价值1万余元的学习用品。</w:t>
      </w:r>
      <w:r>
        <w:rPr>
          <w:lang w:eastAsia="zh-CN"/>
        </w:rPr>
        <w:br/>
      </w:r>
    </w:p>
    <w:p w:rsidR="001B1F19" w14:textId="27C3F48A">
      <w:pPr>
        <w:rPr>
          <w:rFonts w:hint="eastAsia"/>
          <w:lang w:eastAsia="zh-CN"/>
        </w:rPr>
      </w:pPr>
      <w:r>
        <w:rPr>
          <w:lang w:eastAsia="zh-CN"/>
        </w:rPr>
        <w:t>　　老吾老以及人之老，幼吾幼以及人之幼。关爱留守儿童是社会和幼儿园的重要责任。20__年以来，镇坪县幼儿园不断推进“我为群众办实事”实践活动走深走实，帮助留守和困难儿童解决实际困难，把关爱留守儿童工作逐步推向深入，让留守儿童和其他同在一片蓝天下的孩子们一起和谐、健康、快乐地成长。　　幼儿园帮扶工作总结</w:t>
      </w:r>
      <w:r>
        <w:rPr>
          <w:lang w:eastAsia="zh-CN"/>
        </w:rPr>
        <w:t xml:space="preserve"> 10</w:t>
      </w:r>
      <w:r>
        <w:rPr>
          <w:lang w:eastAsia="zh-CN"/>
        </w:rPr>
        <w:br/>
      </w:r>
      <w:r>
        <w:rPr>
          <w:lang w:eastAsia="zh-CN"/>
        </w:rPr>
        <w:t>　　本学年我院以科学发展观为指导，进一步发挥省级示范幼儿园的示范、辐射作用，将万福塘东幼儿园、万福幼儿园、固江中心小学幼儿班作为帮扶园，指导各园的业务，提高帮扶园的办园水平和保教质量，已初见成效。现将一学年的帮扶工作总结如下：</w:t>
      </w:r>
      <w:r>
        <w:rPr>
          <w:lang w:eastAsia="zh-CN"/>
        </w:rPr>
        <w:br/>
      </w:r>
      <w:r>
        <w:rPr>
          <w:lang w:eastAsia="zh-CN"/>
        </w:rPr>
        <w:t>　　一、改善帮扶园的办园条件，创设适宜幼儿发展的优质环境</w:t>
      </w:r>
      <w:r>
        <w:rPr>
          <w:lang w:eastAsia="zh-CN"/>
        </w:rPr>
        <w:br/>
      </w:r>
      <w:r>
        <w:rPr>
          <w:lang w:eastAsia="zh-CN"/>
        </w:rPr>
        <w:t>　　针对帮扶园办园条件、园内环境较差的实际情况，我院邀请帮扶园的教师到我院参观，结合现场进行讲解，指导帮扶园的教师创设环境，力争做到美化、净化、儿童化，使帮扶园的环境得到较好的改观。并在力所能及的情况下，为帮扶园提供有关幼儿生活、学习所需的设施、设备和物品，改善帮扶园硬件设施条件。如为万福塘东幼儿园提供“六一”幼儿文艺演出服装、操场大型玩具下的塑胶地垫等。</w:t>
      </w:r>
      <w:r>
        <w:rPr>
          <w:lang w:eastAsia="zh-CN"/>
        </w:rPr>
        <w:br/>
      </w:r>
      <w:r>
        <w:rPr>
          <w:lang w:eastAsia="zh-CN"/>
        </w:rPr>
        <w:t>　　二、优化院所管理，提高帮扶园的管理水平</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https://d.book118.com/625201101301011124</w:t>
        </w:r>
      </w:hyperlink>
    </w:p>
    <w:p w:rsidR="001B1F19">
      <w:pPr>
        <w:rPr>
          <w:rFonts w:hint="eastAsia"/>
          <w:lang w:eastAsia="zh-CN"/>
        </w:rPr>
      </w:pPr>
    </w:p>
    <w:sectPr>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2520110130101112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