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酒店财务工作总结汇报2500字(汇编)</w:t>
      </w:r>
    </w:p>
    <w:p>
      <w:pPr>
        <w:spacing w:before="100" w:after="200" w:line="360" w:lineRule="auto"/>
        <w:ind w:firstLine="576"/>
        <w:jc w:val="left"/>
      </w:pPr>
      <w:r>
        <w:rPr>
          <w:rFonts w:ascii="宋体" w:eastAsia="宋体" w:hAnsi="宋体"/>
          <w:sz w:val="28"/>
        </w:rPr>
        <w:t>xx年，是酒店稳步成长的一年，是酒店提升管理服务的一年，也是成绩辉煌的一年。在这个即将过去的年度里，财务部紧紧围绕"强化经营能力、拓展营销渠道、完善制度流程、控制成本能耗、提升服务水平"的经营思路，遵照王总关于"严格制度、完善流程、加强监督、提高质量"的要求，在成长中努力拼搏，内部管理紧抓工作难点、重点，不断提高员工自身素质和服务技能，克服种种困难，完成了各项工作任务，取得了一年更比一年好的骄人战绩。</w:t>
      </w:r>
    </w:p>
    <w:p>
      <w:pPr>
        <w:spacing w:before="100" w:after="200" w:line="360" w:lineRule="auto"/>
        <w:jc w:val="left"/>
      </w:pPr>
      <w:r>
        <w:rPr>
          <w:rFonts w:ascii="宋体 (中文正文)" w:eastAsia="宋体" w:hAnsi="宋体 (中文正文)"/>
          <w:b/>
          <w:sz w:val="28"/>
        </w:rPr>
        <w:t>一、主要经营指标完成情况</w:t>
      </w:r>
    </w:p>
    <w:p>
      <w:pPr>
        <w:spacing w:before="100" w:after="200" w:line="360" w:lineRule="auto"/>
        <w:jc w:val="left"/>
      </w:pPr>
      <w:r>
        <w:rPr>
          <w:rFonts w:ascii="宋体 (中文正文)" w:eastAsia="宋体" w:hAnsi="宋体 (中文正文)"/>
          <w:b/>
          <w:sz w:val="28"/>
        </w:rPr>
        <w:t>二、经营管理方面</w:t>
      </w:r>
    </w:p>
    <w:p>
      <w:pPr>
        <w:spacing w:before="100" w:after="200" w:line="360" w:lineRule="auto"/>
        <w:ind w:firstLine="576"/>
        <w:jc w:val="left"/>
      </w:pPr>
      <w:r>
        <w:rPr>
          <w:rFonts w:ascii="宋体" w:eastAsia="宋体" w:hAnsi="宋体"/>
          <w:sz w:val="28"/>
        </w:rPr>
        <w:t>xx年，在王总和杨总的关心指导下，财务部员工基本能够完成各项工作任务，按月进行财务核算，坚持完成各项日常工作，服从酒店工作安排，配合完成酒店新员工入职培训，积极组织参与酒店各次各项活动，随做好各种财务保障工作，全年无安全事故发生，保证了酒店全年整体安全生产的顺利进行，总体来说主要完成以下几方面工作:</w:t>
      </w:r>
    </w:p>
    <w:p>
      <w:pPr>
        <w:spacing w:before="100" w:after="200" w:line="360" w:lineRule="auto"/>
        <w:ind w:firstLine="576"/>
        <w:jc w:val="left"/>
      </w:pPr>
      <w:r>
        <w:rPr>
          <w:rFonts w:ascii="宋体" w:eastAsia="宋体" w:hAnsi="宋体"/>
          <w:sz w:val="28"/>
        </w:rPr>
        <w:t>1、制度建设和流程管理:</w:t>
      </w:r>
    </w:p>
    <w:p>
      <w:pPr>
        <w:spacing w:before="100" w:after="200" w:line="360" w:lineRule="auto"/>
        <w:ind w:firstLine="576"/>
        <w:jc w:val="left"/>
      </w:pPr>
      <w:r>
        <w:rPr>
          <w:rFonts w:ascii="宋体" w:eastAsia="宋体" w:hAnsi="宋体"/>
          <w:sz w:val="28"/>
        </w:rPr>
        <w:t>一年来，我们对酒店财务制度和工作流程进行了重新修订，明确了各自岗位职责，完善各种流程工作，加强各流程的可操作性，并根据岗位需求设计、制作、印刷各类经营用表单，使部门内部、部门之间、部门与监管部门的流程运作顺畅，为经营决策提供了准确、详实的依据。</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2、补充完善酒店薪酬制度:通过服务销售奖的制定、核算、执行发放，体现同岗不同酬，多劳多得的竞争薪酬制度，合理地配合了酒店工资薪酬。</w:t>
      </w:r>
    </w:p>
    <w:p>
      <w:pPr>
        <w:spacing w:before="100" w:after="200" w:line="360" w:lineRule="auto"/>
        <w:ind w:firstLine="576"/>
        <w:jc w:val="left"/>
      </w:pPr>
      <w:r>
        <w:rPr>
          <w:rFonts w:ascii="宋体" w:eastAsia="宋体" w:hAnsi="宋体"/>
          <w:sz w:val="28"/>
        </w:rPr>
        <w:t>3、会计账务的规范和整理:</w:t>
      </w:r>
    </w:p>
    <w:p>
      <w:pPr>
        <w:spacing w:before="100" w:after="200" w:line="360" w:lineRule="auto"/>
        <w:ind w:firstLine="576"/>
        <w:jc w:val="left"/>
      </w:pPr>
      <w:r>
        <w:rPr>
          <w:rFonts w:ascii="宋体" w:eastAsia="宋体" w:hAnsi="宋体"/>
          <w:sz w:val="28"/>
        </w:rPr>
        <w:t>借助中支内审查账的时机，财务部首先进行了问题自查，后又针对内审查出的问题及时认真地进行处理和改正，拼弃原有的问题和存在的不足，而达到整体账务的规范性;并结合经营的需要制定了新的更适用的会计科目，逐月进行账务规范，以更好地完整地核算经营状况。</w:t>
      </w:r>
    </w:p>
    <w:p>
      <w:pPr>
        <w:spacing w:before="100" w:after="200" w:line="360" w:lineRule="auto"/>
        <w:ind w:firstLine="576"/>
        <w:jc w:val="left"/>
      </w:pPr>
      <w:r>
        <w:rPr>
          <w:rFonts w:ascii="宋体" w:eastAsia="宋体" w:hAnsi="宋体"/>
          <w:sz w:val="28"/>
        </w:rPr>
        <w:t>4、经营报表的分析和变动:根据经营需要，合理改变报表格式及内容，以便更明确反映各种收入项目;对各季度经营情况进行总结和分析，了解处理存在的问题，为以后经营提供有力借鉴和参考依据。</w:t>
      </w:r>
    </w:p>
    <w:p>
      <w:pPr>
        <w:spacing w:before="100" w:after="200" w:line="360" w:lineRule="auto"/>
        <w:ind w:firstLine="576"/>
        <w:jc w:val="left"/>
      </w:pPr>
      <w:r>
        <w:rPr>
          <w:rFonts w:ascii="宋体" w:eastAsia="宋体" w:hAnsi="宋体"/>
          <w:sz w:val="28"/>
        </w:rPr>
        <w:t>6、加强账务审核监督:严格监督控制酒店财务政策和财务程序的执行情况，对任何违反酒店财务制度并使酒店遭受损失的任何行为及时坚决予以制止，切实保证酒店利益不受损害。</w:t>
      </w:r>
    </w:p>
    <w:p>
      <w:pPr>
        <w:spacing w:before="100" w:after="200" w:line="360" w:lineRule="auto"/>
        <w:ind w:firstLine="576"/>
        <w:jc w:val="left"/>
      </w:pPr>
      <w:r>
        <w:rPr>
          <w:rFonts w:ascii="宋体" w:eastAsia="宋体" w:hAnsi="宋体"/>
          <w:sz w:val="28"/>
        </w:rPr>
        <w:t>7、建立合理物资流转程序:合理节能降耗，管理各种材料物资，有效控制成本，合理核算各种收入成本，监督各种材料物资的购进、发出和保管，建立起各种相关流程和明细台账及记录，加强仓库物资清理整顿和管理，加强出入库手续管理，建立物品存放、使用等程序。</w:t>
      </w:r>
    </w:p>
    <w:p>
      <w:pPr>
        <w:spacing w:before="100" w:after="200" w:line="360" w:lineRule="auto"/>
        <w:ind w:firstLine="576"/>
        <w:jc w:val="left"/>
      </w:pPr>
      <w:r>
        <w:rPr>
          <w:rFonts w:ascii="宋体" w:eastAsia="宋体" w:hAnsi="宋体"/>
          <w:sz w:val="28"/>
        </w:rPr>
        <w:t>8、加强安全检查监督:树立安全防范意识，安全事故无大小，件件危害皆大，增强安全检查力度，防范各类安全隐患，做到季季大查、月月小查、处处细查、各方面盘查，涉及财物、食品、卫生、办公、操作、环境、人身等各种安全，防患于未然，制定了部门安全检查规范，保证了财务部安全经营，全年无安全事故发生。</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p>
    <w:p>
      <w:pPr>
        <w:spacing w:before="100" w:after="200" w:line="360" w:lineRule="auto"/>
        <w:ind w:firstLine="576"/>
        <w:jc w:val="left"/>
      </w:pPr>
      <w:r>
        <w:rPr>
          <w:rFonts w:ascii="宋体" w:eastAsia="宋体" w:hAnsi="宋体"/>
          <w:sz w:val="28"/>
        </w:rPr>
        <w:t>9、提高科技操作程度，拓展酒店新业务:依靠本酒店有利办公条件，加强系统操作，加强日常经营系统审核监督，严格监管酒店管理系统的操作及流程操作，认真执行各种表单的操作规程，审查各种收入支出账单，严格按照财务制度要求进行监控和审查原始凭证、现金和物资的出入等;规范系统账户设置，为开展贵宾卡业务和其它新业务奠定基础，使酒店操作、管理再上新台阶。</w:t>
      </w:r>
    </w:p>
    <w:p>
      <w:pPr>
        <w:spacing w:before="100" w:after="200" w:line="360" w:lineRule="auto"/>
        <w:jc w:val="left"/>
      </w:pPr>
      <w:r>
        <w:rPr>
          <w:rFonts w:ascii="宋体 (中文正文)" w:eastAsia="宋体" w:hAnsi="宋体 (中文正文)"/>
          <w:b/>
          <w:sz w:val="28"/>
        </w:rPr>
        <w:t>三、今后努力的方向</w:t>
      </w:r>
    </w:p>
    <w:p>
      <w:pPr>
        <w:spacing w:before="100" w:after="200" w:line="360" w:lineRule="auto"/>
        <w:ind w:firstLine="576"/>
        <w:jc w:val="left"/>
      </w:pPr>
      <w:r>
        <w:rPr>
          <w:rFonts w:ascii="宋体" w:eastAsia="宋体" w:hAnsi="宋体"/>
          <w:sz w:val="28"/>
        </w:rPr>
        <w:t>其一要发扬团队精神，公司经营不是个人行为，个人能力必竟有限，如果大家拧成一股绳，就能做到事半功倍。</w:t>
      </w:r>
    </w:p>
    <w:p>
      <w:pPr>
        <w:spacing w:before="100" w:after="200" w:line="360" w:lineRule="auto"/>
        <w:ind w:firstLine="576"/>
        <w:jc w:val="left"/>
      </w:pPr>
      <w:r>
        <w:rPr>
          <w:rFonts w:ascii="宋体" w:eastAsia="宋体" w:hAnsi="宋体"/>
          <w:sz w:val="28"/>
        </w:rPr>
        <w:t>其二要学会与部门、领导之间的沟通，财务部牵带着酒店每一个点和面，日常业务和每个部门打交道。多听听部门意见与建议，及时发现纠正问题，充分有效发挥会计的监督职能，及时反馈信息给领导层，变被动为主动。</w:t>
      </w:r>
    </w:p>
    <w:p>
      <w:pPr>
        <w:spacing w:before="100" w:after="200" w:line="360" w:lineRule="auto"/>
        <w:ind w:firstLine="576"/>
        <w:jc w:val="left"/>
      </w:pPr>
      <w:r>
        <w:rPr>
          <w:rFonts w:ascii="宋体" w:eastAsia="宋体" w:hAnsi="宋体"/>
          <w:sz w:val="28"/>
        </w:rPr>
        <w:t>其三还要不断学习业务，多方学习会计新涉及的金融、税务、计算机应用、公司法、企业管理等诸多领域，才能更利于今后的工作。</w:t>
      </w:r>
    </w:p>
    <w:p>
      <w:pPr>
        <w:spacing w:before="100" w:after="200" w:line="360" w:lineRule="auto"/>
        <w:ind w:firstLine="576"/>
        <w:jc w:val="left"/>
      </w:pPr>
      <w:r>
        <w:rPr>
          <w:rFonts w:ascii="宋体" w:eastAsia="宋体" w:hAnsi="宋体"/>
          <w:sz w:val="28"/>
        </w:rPr>
        <w:t>总的来说，我们财务部做为酒店的后勤部门，我们积极并刻配合着酒店的各种工作</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作。虽然我们进行了很多方面工作，但由于有些制度流程还在探索使用中，有些流程虽然建建立了但操作还不够顺畅，还有些流程还要顺应经营进行适时调整，虽然我们也在不断地开展民主评议和员工座谈会，促进企业民主管理，但我们还有许多地方做得不到位，所以在以后新的年度里，我们会继续加强学习，努力地不断完善理顺基础制度流程，加大监管力度，合理控制成本能耗，不断提高我们的服务质量，增强管理参与力度，提高我们的管理水平，制定岗位量化考核标准，体现各岗位实时工作状态，督促岗位尽职尽责地投入工作当中去，让我们紧密团结起来，共同努力，让我们的酒店蒸蒸日上地持续发展，永远立于不败之地。</w:t>
      </w:r>
    </w:p>
    <w:p>
      <w:pPr>
        <w:spacing w:before="100" w:after="200" w:line="360" w:lineRule="auto"/>
        <w:ind w:firstLine="576"/>
        <w:jc w:val="left"/>
      </w:pPr>
      <w:r>
        <w:rPr>
          <w:rFonts w:ascii="宋体" w:eastAsia="宋体" w:hAnsi="宋体"/>
          <w:sz w:val="28"/>
        </w:rPr>
        <w:t>20xx-05-20财务部紧紧围绕集团公司的发展方向，在为全公司提供服务的同时，认真组织会计核算，规范各项财务基础工作，</w:t>
      </w:r>
    </w:p>
    <w:p>
      <w:pPr>
        <w:spacing w:before="100" w:after="200" w:line="360" w:lineRule="auto"/>
        <w:ind w:firstLine="576"/>
        <w:jc w:val="left"/>
      </w:pPr>
      <w:r>
        <w:rPr>
          <w:rFonts w:ascii="宋体" w:eastAsia="宋体" w:hAnsi="宋体"/>
          <w:sz w:val="28"/>
        </w:rPr>
        <w:t>企业财务部年度工作总结。站在财务管理和战略管理的角度，以成本为中心、资金为纽带，不断提高财务服务质量。在20xx年做了大量细致的工作：</w:t>
      </w:r>
    </w:p>
    <w:p>
      <w:pPr>
        <w:spacing w:before="100" w:after="200" w:line="360" w:lineRule="auto"/>
        <w:ind w:firstLine="576"/>
        <w:jc w:val="left"/>
      </w:pPr>
      <w:r>
        <w:rPr>
          <w:rFonts w:ascii="宋体" w:eastAsia="宋体" w:hAnsi="宋体"/>
          <w:sz w:val="28"/>
        </w:rPr>
        <w:t>一、严格遵守财务管理制度和税收法规，认真履行职责，组织会计核算财务部的主要职责是做好财务核算，进行会计监督。财务部全体人员一直严格遵守国家财务会计制度、税收法规、集团总公司的财务制度及国家其他财经法律法规，认真履行财务部的工作职责。从收费到出纳各项原始收支的操作；从地磅到统计各项基础数据的录入、统计报表的编制；从审核原始凭证、会计记账凭证的录入，到编制财务会计报表；从各项税费的计提到纳税申报、上缴；从资金计划的安排，到各项资金的统一调拨、支付等等，每位财务人员都勤勤恳恳、任劳任怨、努力做好本职工作，认真执行企业会计制度，实现了会计信息收集、处理和传递的及时性、准确性。</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p>
    <w:p>
      <w:pPr>
        <w:spacing w:before="100" w:after="200" w:line="360" w:lineRule="auto"/>
        <w:ind w:firstLine="576"/>
        <w:jc w:val="left"/>
      </w:pPr>
      <w:r>
        <w:rPr>
          <w:rFonts w:ascii="宋体" w:eastAsia="宋体" w:hAnsi="宋体"/>
          <w:sz w:val="28"/>
        </w:rPr>
        <w:t>二、以实施erp软件为契机，规范各项财务基础工作用在经过两个月的erp项目的筹建和准备工作后，财务部按新企业会计制度的要求、结合集团公司实际情况着手进行了erp项目销售管理、采购管理、合同管理、库存管理各模块的初始化工作。对供应商、客户、存货、部门等基础资料的设置均根据实际的业务流程，并针对平时统计和销售时发现的问题和不足进行了改进和完善。如：设置"存货调价单"，使油品的销售价格按照即定的流程规范操作；设置普通采购订单和特殊采购订单，规范普通采购业务和特殊采购业务的操作流程；在配合资产部实物管理部门对所有实物资产进行全面清理的基础上，将各项实物资产分为9大类，并在此基础上，完成了erp系统库存管理模块的初始化工作。在8月初正式运行erp系统，并于10月初结束了原统计软件同时运行的局面。目前已将财务会计模块升级到</w:t>
      </w:r>
      <w:r>
        <w:rPr>
          <w:rFonts w:ascii="宋体" w:eastAsia="宋体" w:hAnsi="宋体"/>
          <w:sz w:val="28"/>
        </w:rPr>
        <w:t xml:space="preserve"> erp系统中并且运行良好。</w:t>
      </w:r>
    </w:p>
    <w:p>
      <w:pPr>
        <w:spacing w:before="100" w:after="200" w:line="360" w:lineRule="auto"/>
        <w:ind w:firstLine="576"/>
        <w:jc w:val="left"/>
      </w:pPr>
      <w:r>
        <w:rPr>
          <w:rFonts w:ascii="宋体" w:eastAsia="宋体" w:hAnsi="宋体"/>
          <w:sz w:val="28"/>
        </w:rPr>
        <w:t>三、制订财务成本核算体系，严格控制成本费用根据集团年初下达的企业经济责任指标，财务部对相关经济责任指标进行了分解，制订了成本核算方案，合理确认各项收入额，统一了成本和费用支出的核算标准，进行了医院的科室成本核算工作，对科室进行了绩效考核。在财务执行过程中，严格控制费用。财务部每月度汇总收入、成本与费用的执行情况，每月中旬到各责任单位分析经营情况和指标的完成情况，协助各责任单位负责人加强经营管理，提高经济效益。</w:t>
      </w:r>
    </w:p>
    <w:p>
      <w:pPr>
        <w:spacing w:before="100" w:after="200" w:line="360" w:lineRule="auto"/>
        <w:ind w:firstLine="576"/>
        <w:jc w:val="left"/>
      </w:pPr>
      <w:r>
        <w:rPr>
          <w:rFonts w:ascii="宋体" w:eastAsia="宋体" w:hAnsi="宋体"/>
          <w:sz w:val="28"/>
        </w:rPr>
        <w:t>四、资金调控有序，合理控制集团总体资金规模由于原材料市场的价格不稳定，销售市场也变化不定，在油品生产与销售方面需要占用大量的资金。为此，财务部一方面及时与客户对账，加强销售货款的及时回</w:t>
      </w:r>
    </w:p>
    <w:p>
      <w:pPr>
        <w:spacing w:before="100" w:after="200" w:line="360" w:lineRule="auto"/>
        <w:ind w:firstLine="576"/>
        <w:jc w:val="left"/>
      </w:pPr>
      <w:r>
        <w:rPr>
          <w:rFonts w:ascii="宋体" w:eastAsia="宋体" w:hAnsi="宋体"/>
          <w:sz w:val="28"/>
        </w:rPr>
        <w:t>回笼，在资金安排上，做到公正、透明，先急后缓；另一方面，根据集团公司经营方针与计划，合理地配合资金部安排融资进度与额度，通过以资金为纽带的综合调控，促进了整个集团生产经营发展的有序进行。</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p>
    <w:p>
      <w:pPr>
        <w:spacing w:before="100" w:after="200" w:line="360" w:lineRule="auto"/>
        <w:ind w:firstLine="576"/>
        <w:jc w:val="left"/>
      </w:pPr>
      <w:r>
        <w:rPr>
          <w:rFonts w:ascii="宋体" w:eastAsia="宋体" w:hAnsi="宋体"/>
          <w:sz w:val="28"/>
        </w:rPr>
        <w:t>五、加强财务管理制度建设，提高财务信息质量财务部根据公司原制定的《财务收支管理细则》的实际执行情况，为进一步规范本集团的财务工作、提高会计信息的质量，财务部比较全面的制定了财务管理制度体系，包括：财务部组织机构和岗位职责、财务核算制度、内部控制制度、erp管理制度、预算管理制度，。通过对财务人员的职责分工，对各公司的会计核算到会计报表从报送时间及时性、数据准确性、报表格式规范化、完整性等方面做了比较系统的规定，从而逐步提高会计信息的质量，为领导决策和管理者进行财务分析提供了可靠、有用的信息。平时财务部通过开展定期或不定期的交流会，解决前期工作中出现的问题，布置后期的主要工作，逐步规范各项财务行为，使财务工作的各个环节按一定的财务规则、程序有效地运行和控制。</w:t>
      </w:r>
    </w:p>
    <w:p>
      <w:pPr>
        <w:spacing w:before="100" w:after="200" w:line="360" w:lineRule="auto"/>
        <w:jc w:val="left"/>
      </w:pPr>
      <w:r>
        <w:rPr>
          <w:rFonts w:ascii="宋体 (中文正文)" w:eastAsia="宋体" w:hAnsi="宋体 (中文正文)"/>
          <w:b/>
          <w:sz w:val="28"/>
        </w:rPr>
        <w:t>六、开展了以涉税业务和执行企业会计制度、会计法及其他财经法律、法规的自查活动</w:t>
      </w:r>
    </w:p>
    <w:p>
      <w:pPr>
        <w:spacing w:before="100" w:after="200" w:line="360" w:lineRule="auto"/>
        <w:ind w:firstLine="576"/>
        <w:jc w:val="left"/>
      </w:pPr>
      <w:r>
        <w:rPr>
          <w:rFonts w:ascii="宋体" w:eastAsia="宋体" w:hAnsi="宋体"/>
          <w:sz w:val="28"/>
        </w:rPr>
        <w:t>为了规范财务行为，配合年终与明年年初的汇算清缴的稽查与审计工作，财务部组织了在本集团公司内的20xx年年终财务决算的财务自查活动，在年终决算之前清理了关联企业的往来款项，检查在建工程未作处理的项目，对已支付的财务利息费用及时追踪开具了发票等等一系列的财务自查活动。骋请了税务师事务所对14年的帐务处理做了预审，对审计和自查中发现的问题及时地进行了整改，降低了涉税风险。</w:t>
      </w:r>
    </w:p>
    <w:p>
      <w:pPr>
        <w:spacing w:before="100" w:after="200" w:line="360" w:lineRule="auto"/>
        <w:ind w:firstLine="576"/>
        <w:jc w:val="left"/>
      </w:pPr>
      <w:r>
        <w:rPr>
          <w:rFonts w:ascii="宋体" w:eastAsia="宋体" w:hAnsi="宋体"/>
          <w:sz w:val="28"/>
        </w:rPr>
        <w:t>七、组织财务人员培训，提高团队凝聚力财务部组织了两批财务人员培训与经验交流会，对整个财务系统做了工作总结和预期的工作计划展望，将财务人员分成会计、出纳和统计、收费两组进行了分组讨论，及时解决实际工作中存的问题。通过南峰会计师事务所对内部控制和税务风险的专题讲座，丰富了财务人员税务知识。邀请了审计部、资金部、资产部和财务人员做了深入的交流。增强了整个财务链各部门工作的协作性，强化了各岗位会计人员的责任感，促进了各岗位的交流、合作与团结。</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八、提出了全面预算管理方案，建立集团公司全面预算管理模式根据20xx年经营目标和各项成本核算指标的实现情况，财务部提出了全面预算管理的方案，全面预算管理按照企业制定的经营目标、发展目标，层层分解于企业各个经济责任单位，以一系列预算、控制、协调、考核为内容建立起一整套科学完整的指标管理控制系统。在20xx年数据和以前年度各项经营数据的基础上制定了</w:t>
      </w:r>
    </w:p>
    <w:p>
      <w:pPr>
        <w:spacing w:before="100" w:after="200" w:line="360" w:lineRule="auto"/>
        <w:ind w:firstLine="576"/>
        <w:jc w:val="left"/>
      </w:pPr>
      <w:r>
        <w:rPr>
          <w:rFonts w:ascii="宋体" w:eastAsia="宋体" w:hAnsi="宋体"/>
          <w:sz w:val="28"/>
        </w:rPr>
        <w:t>20xx年度各单位的成本费用预算、销售额预算、人员预算、目标利润预算等一系列预算指标，希望通过"分散权力，集中监督"来有效配置企业资源，提高管理效果，实现企业目标。20xx年，为实现本集团公司的全面预算管理和总体发展目标，财务部的工作任重而道远。为此，需要在以下几个方面继续做好工作：1、做好上半年和第一季度的所得税汇算清缴工作，合理地降低各项税务风险。2、根据全面预算管理制度和预算管理指标跟踪预算的执行情况，监控预算费用的执行和超预算费用的初步审核，按月准确及时地提供预算执行情况的汇总分析，为实现本集团和各单位的预算指标提出可行性措施或建议。</w:t>
      </w:r>
    </w:p>
    <w:p>
      <w:pPr>
        <w:spacing w:before="100" w:after="200" w:line="360" w:lineRule="auto"/>
        <w:ind w:firstLine="576"/>
        <w:jc w:val="left"/>
      </w:pPr>
      <w:r>
        <w:rPr>
          <w:rFonts w:ascii="宋体" w:eastAsia="宋体" w:hAnsi="宋体"/>
          <w:sz w:val="28"/>
        </w:rPr>
        <w:t>过去的xx年，是及不平凡的一年，在公司董事会及经营领导班子的正确领导下，财务部全体员工，团结一致，紧密配合，比较顺利的完成了公司会计核算、报表报送、财务计划、财务分析、费用管理、资金筹措和结算多项工作任务。充分地发挥了财会工作在企业管理中的重要作用，回想一年来的工作，主要有以下几点：</w:t>
      </w:r>
    </w:p>
    <w:p>
      <w:pPr>
        <w:spacing w:before="100" w:after="200" w:line="360" w:lineRule="auto"/>
        <w:ind w:firstLine="576"/>
        <w:jc w:val="left"/>
      </w:pPr>
      <w:r>
        <w:rPr>
          <w:rFonts w:ascii="宋体" w:eastAsia="宋体" w:hAnsi="宋体"/>
          <w:sz w:val="28"/>
        </w:rPr>
        <w:t>1、 xx年财务预算计划工作。今年1月份，根据xx总公司及公司领导班子的工作要求，结合市场情况，在反复研究历史资料的基础上，综合平衡，统筹兼顾，本着计划指标积极开拓稳妥的原则，在反复听取各方面意见的基础上，向xx总公司上报了xx年公司财务计划。并且，根据xx总公司下达公司的xx年计划任务，层层分解落实，下达了有关部门xx年计划任务指标。同时，为了保证财务计划的顺利完成，财务部对各部计划任务进行逐月检查和分析，及时发现各部门计划任务指标执行中存在的问题，为公司领导制定经营决策提供重要依据。</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p>
    <w:p>
      <w:pPr>
        <w:spacing w:before="100" w:after="200" w:line="360" w:lineRule="auto"/>
        <w:ind w:firstLine="576"/>
        <w:jc w:val="left"/>
      </w:pPr>
      <w:r>
        <w:rPr>
          <w:rFonts w:ascii="宋体" w:eastAsia="宋体" w:hAnsi="宋体"/>
          <w:sz w:val="28"/>
        </w:rPr>
        <w:t>2、xx年年财务决算工作。xx年年财务决算工作，是xx公司会计报表第一次上报xx总公司，这对会计决算工作提出了更高的要求。财务部根据会计决算工作的要求，高标准、严要求、齐心协力，加班加点不计报酬，认真保质保量地完成了会计决算几十个报表的编制及上报工作，并对会计报表编写了详细的报表说明，完满地完成了会计决算工作任务。</w:t>
      </w:r>
    </w:p>
    <w:p>
      <w:pPr>
        <w:spacing w:before="100" w:after="200" w:line="360" w:lineRule="auto"/>
        <w:ind w:firstLine="576"/>
        <w:jc w:val="left"/>
      </w:pPr>
      <w:r>
        <w:rPr>
          <w:rFonts w:ascii="宋体" w:eastAsia="宋体" w:hAnsi="宋体"/>
          <w:sz w:val="28"/>
        </w:rPr>
        <w:t>3、员工集资工作。为了减少利息支出，减支增效。今年4月初，根据xx总公司业务发展项目急需筹措资金的要求，以及公司领导班子的决定，财务部组织员工动员集资，半个月内完成集资 xx万元，完成了公司为中陕总公司发展项目筹措部分资金的任务。6月份，经过多方努力，从xx工行xx支行取得贷款xx万元，缓解了资金短缺压力，归还了员工集资借款项xx万元，为公司节约利息支出xx万元。今年11月至12月，公司先后有三笔银行贷款到归还期限，按照银行规定，如不能按期归还贷款，一方面加罚息xx%，一方面取消公司贷款xx万元额度，直接影响公司信贷信誉。对此，公司领导十分着急。公司领导与财务部采取多种方案，千方百计筹措贷款到期周转资金，经过动员员工退住房公积金后集资等办法，筹措资金xx多万元，按期归还了银行到期贷款，维护了公司信贷形象，防止了借款逾期增加罚息，为公司节约利息支出xx万元。</w:t>
      </w:r>
    </w:p>
    <w:p>
      <w:pPr>
        <w:spacing w:before="100" w:after="200" w:line="360" w:lineRule="auto"/>
        <w:ind w:firstLine="576"/>
        <w:jc w:val="left"/>
      </w:pPr>
      <w:r>
        <w:rPr>
          <w:rFonts w:ascii="宋体" w:eastAsia="宋体" w:hAnsi="宋体"/>
          <w:sz w:val="28"/>
        </w:rPr>
        <w:t>4、中小企业融资工作。xx公司从去年4月份整体划转xx总公司管理以来，按照总公司要求，努力把企业做大做强，保证企业又快又好的向前发展，如何搞好资产运作，发挥现有资产的最大效益，已是公司经济工作的重要环节。为此，xx年财务部在资产抵押贷款中小企业融资方面，做了大量工作。1至3</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p>
    <w:p>
      <w:pPr>
        <w:spacing w:before="100" w:after="200" w:line="360" w:lineRule="auto"/>
        <w:ind w:firstLine="576"/>
        <w:jc w:val="left"/>
      </w:pPr>
      <w:r>
        <w:rPr>
          <w:rFonts w:ascii="宋体" w:eastAsia="宋体" w:hAnsi="宋体"/>
          <w:sz w:val="28"/>
        </w:rPr>
        <w:t>3月份，多次向xx银行报送贷款资料，银行开户、结算、转移员工工资发放账号，拓展公司中小企业融资渠道，为企业寻求贷款支持。4月份向建行报送贷款资料，5月份多次向xx支行报送贷款资料，多次接受贷款调查。经过公司领导和财务部的多次努力，6月份从xx支行取得贷款xx万元。进入9月份后，公司先后有工商行xx支行x笔贷款xx万元到期，财务部全力以赴，公司领导大力协调，通过员工集资等办法筹措资金，借新还旧，为公司节约了财务费用支出。xx年先后为中陕总公司解决中小企业融资xx万元，财务部代表公司为xx总公司业务发展解决急需资金问题，作出了显著成绩。</w:t>
      </w:r>
    </w:p>
    <w:p>
      <w:pPr>
        <w:spacing w:before="100" w:after="200" w:line="360" w:lineRule="auto"/>
        <w:ind w:firstLine="576"/>
        <w:jc w:val="left"/>
      </w:pPr>
      <w:r>
        <w:rPr>
          <w:rFonts w:ascii="宋体" w:eastAsia="宋体" w:hAnsi="宋体"/>
          <w:sz w:val="28"/>
        </w:rPr>
        <w:t>5、财会工作量化管理。xx年，财务部人员进行了较大调整，调整以后财会人员新手增多，如何围绕财会工作各项工作任务，带领财务部新老员工又好又快的完成各项工作任务，财务部主要从量化管理入手，对财会工作、会计核算、费用管理、资金调拔、财务计划、财务分析、报表报送、贷款中小企业融资等项工作任务进行具体量化，根据轻重缓急，具体分工，规定时间，落实到人，月初计划，月中检查，月末考核，使财务部各项工作落到了实处，既分工，又合作，紧张、规范保质保量的按时完成了工作任务，使公司领导能够通过财务信息平台、各种表格及分析，宏观了解公司的各月财务状况，为公司领导制定经营决策提供了重要依据。</w:t>
      </w:r>
    </w:p>
    <w:p>
      <w:pPr>
        <w:spacing w:before="100" w:after="200" w:line="360" w:lineRule="auto"/>
        <w:ind w:firstLine="576"/>
        <w:jc w:val="left"/>
      </w:pPr>
      <w:r>
        <w:rPr>
          <w:rFonts w:ascii="宋体" w:eastAsia="宋体" w:hAnsi="宋体"/>
          <w:sz w:val="28"/>
        </w:rPr>
        <w:t>6、财务人员业务学习。为了认真贯彻执行财政部新颁布的38个会计准则，新的企业所得税法实施细则。财务部先后多次组织全体财会人员，学习新会计准则，学习新企业所得税法，对照新准则，新所得税法，结合公司实际，充分利用会计政策，开展会计核算。不断提高财会人员的业务技术水平。</w:t>
      </w:r>
    </w:p>
    <w:p>
      <w:pPr>
        <w:spacing w:before="100" w:after="200" w:line="360" w:lineRule="auto"/>
        <w:ind w:firstLine="576"/>
        <w:jc w:val="left"/>
      </w:pPr>
      <w:r>
        <w:rPr>
          <w:rFonts w:ascii="宋体" w:eastAsia="宋体" w:hAnsi="宋体"/>
          <w:sz w:val="28"/>
        </w:rPr>
        <w:t>7、会计档案的归档整理工作。今年3月份，财务部对xx年年各种会计凭证、报表、帐本进行了认真登记，按照会计档案工作要求完成了xx年年会计档案整理工作。</w:t>
      </w:r>
    </w:p>
    <w:p>
      <w:pPr>
        <w:spacing w:before="100" w:after="200" w:line="360" w:lineRule="auto"/>
        <w:ind w:firstLine="576"/>
        <w:jc w:val="left"/>
      </w:pPr>
      <w:r>
        <w:rPr>
          <w:rFonts w:ascii="宋体" w:eastAsia="宋体" w:hAnsi="宋体"/>
          <w:sz w:val="28"/>
        </w:rPr>
        <w:t>8、配合总公司xx集团成立，财务部通过大量的工作，配合总公司审计组完成了企业改制审计任务。</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https://d.book118.com/625343234242011124</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9"/>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2534323424201112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