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比的应用教学反思（33篇）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比的应用教学反思（精选33篇）</w:t>
      </w:r>
      <w:r>
        <w:rPr>
          <w:lang w:eastAsia="zh-CN"/>
        </w:rPr>
        <w:br/>
      </w:r>
      <w:r>
        <w:rPr>
          <w:lang w:eastAsia="zh-CN"/>
        </w:rPr>
        <w:t xml:space="preserve">    比的应用教学反思 篇1 </w:t>
      </w:r>
      <w:r>
        <w:rPr>
          <w:lang w:eastAsia="zh-CN"/>
        </w:rPr>
        <w:br/>
      </w:r>
      <w:r>
        <w:rPr>
          <w:lang w:eastAsia="zh-CN"/>
        </w:rPr>
        <w:t>　　优点：一是研究性学习上得到了一定的体现，学生能够充分的讨论交流，并得出方法。在汇报的过程中，也能充分让汇报的学生去说方法，没汇报的学生去提出疑问，从而达成一致，再进行归纳总结。是在二是选取的例子比较吸引学生，用师傅的话说是有趣。三是选取的例子能够容易理解，特别是新知拓展题设计比较巧妙，与例题衔接较好。</w:t>
      </w:r>
      <w:r>
        <w:rPr>
          <w:lang w:eastAsia="zh-CN"/>
        </w:rPr>
        <w:br/>
      </w:r>
      <w:r>
        <w:rPr>
          <w:lang w:eastAsia="zh-CN"/>
        </w:rPr>
        <w:t>　　缺点：</w:t>
      </w:r>
      <w:r>
        <w:rPr>
          <w:lang w:eastAsia="zh-CN"/>
        </w:rPr>
        <w:br/>
      </w:r>
      <w:r>
        <w:rPr>
          <w:lang w:eastAsia="zh-CN"/>
        </w:rPr>
        <w:t>　　1、在设计上还有待改进。例如复习部分，就以例题为题。出示黄：蓝=2:3，让学生去说份数和转化成的分数。在拓展新知上，放给学生去做。再进行拓展练习，例如已知黄色是60ml，求蓝色;已知黄色60ml，求绿色，这样就更能够拓展学生的思维。</w:t>
      </w:r>
      <w:r>
        <w:rPr>
          <w:lang w:eastAsia="zh-CN"/>
        </w:rPr>
        <w:br/>
      </w:r>
      <w:r>
        <w:rPr>
          <w:lang w:eastAsia="zh-CN"/>
        </w:rPr>
        <w:t>　　2、在难点上还没有突破，就是“将各部分的比转化成分数”。应该借助线段图，这样既一目了然学生又容易理解。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时间控制上，还是一样的老毛病——拖拉。在学生汇报的时候学生都能说会说，但是自己还是老重复他们的话，又啰嗦又浪费时间，这个毛病一定要纠正过来呀。当然也因为在复习环节没有处理好，导致后面的巩固练习没有进行，这说明在教材钻研上还不够深，教法上不够灵活，要多去钻研教材。</w:t>
      </w:r>
      <w:r>
        <w:rPr>
          <w:lang w:eastAsia="zh-CN"/>
        </w:rPr>
        <w:br/>
      </w:r>
      <w:r>
        <w:rPr>
          <w:lang w:eastAsia="zh-CN"/>
        </w:rPr>
        <w:t>　　3、评价上，虽然也有评价，但是对学生的激励性的评价还是不够的，如果长此以往学生就可能会没有兴趣上数学课了，所以在激励方面还要下功夫。例外自己的语言表达还要加强。</w:t>
      </w:r>
      <w:r>
        <w:rPr>
          <w:lang w:eastAsia="zh-CN"/>
        </w:rPr>
        <w:br/>
      </w:r>
      <w:r>
        <w:rPr>
          <w:lang w:eastAsia="zh-CN"/>
        </w:rPr>
        <w:t>　　师傅要求教学要“有趣、有效、有价值”，这“三有”要好好的去体会、研究并实践。</w:t>
      </w:r>
      <w:r>
        <w:rPr>
          <w:lang w:eastAsia="zh-CN"/>
        </w:rPr>
        <w:br/>
      </w:r>
      <w:r>
        <w:rPr>
          <w:lang w:eastAsia="zh-CN"/>
        </w:rPr>
        <w:t xml:space="preserve">    比的应用教学反思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比的应用”一课是按比例分配应用题在实际生活中的应用。长期以来,应用题教学在教材和课堂教学等方面,其应用性未能引起足够的重视,使得教学流于简单的解题训练,这种现状必须改变。我在设计此课时,力求改变以往的教学模式和方法,体现应用性。由于按比例分配计算应用较广,学生有很多应用机会,因此,课前让每一个学生到生活中调查生活中的比,并且说一说你是怎么获得这些比的。以此引人新课,使学生感受到按比例分配的计算就来源于自己的生活实际。通过从生活实际引人按比例分配的计算,并应用所学知识解决了一些简单的实际问题,使学生真切地感受到数学知识和生活实际的紧密联系,数学来源于生活,并能解决实际问题,充分体现了应用题教学的应用性。数学教学活动必须建立在学生的认知发展水平和已有的知识经验、生活经验基础之上，教师应激发学生的学习积极性。向学生提供充分从事数学活动的机会，帮助他们在自主探索和合作交流的过程中真正理解和掌握基本的数学知识与技能，数学思想和方法，获得广泛的数学活动经验，学生是数学学习的主人，教师是数学学习的组织者、引导者和合作者。</w:t>
      </w:r>
      <w:r>
        <w:rPr>
          <w:lang w:eastAsia="zh-CN"/>
        </w:rPr>
        <w:br/>
      </w:r>
      <w:r>
        <w:rPr>
          <w:lang w:eastAsia="zh-CN"/>
        </w:rPr>
        <w:t>　　反思比的应用是平均分后又一种分配方式，它是学生在掌握分数乘除法应用题的基础上进行教学的。我课前让学生去调查生活中按比分配的事例旨在让他们感受到比的应用在生活的广泛应用，从而对此产生探究学习的兴趣。接着以冲调蜂蜜水这件生活常事为探究材料，引导学生思考可以从中得出哪些有用的信息，组织学生主动探索。在此我转换了自己在课堂教学中的角色和作用,充分相信学生能根据自己已有的认知经验进行自主学习,充分发挥了课堂教学中学生的主体作用，体现了解题策略的多样性和开放性，学生在探究交流中所完成的认知构建更是我这次课的欣喜所在。</w:t>
      </w:r>
      <w:r>
        <w:rPr>
          <w:lang w:eastAsia="zh-CN"/>
        </w:rPr>
        <w:br/>
      </w:r>
      <w:r>
        <w:rPr>
          <w:lang w:eastAsia="zh-CN"/>
        </w:rPr>
        <w:t>　　一、情境引入，切入课题：</w:t>
      </w:r>
      <w:r>
        <w:rPr>
          <w:lang w:eastAsia="zh-CN"/>
        </w:rPr>
        <w:br/>
      </w:r>
      <w:r>
        <w:rPr>
          <w:lang w:eastAsia="zh-CN"/>
        </w:rPr>
        <w:t>　　好的课题导入能引起学生的知识冲突，打破学生的心理平衡，激发学生的学习兴趣、好奇和求知欲，能引人入胜，辉映全堂。新课导入的艺术之一在于能把生活中的问题作为例题，使学生切实体会到学习数学知识的必要性，从而积极主动地学习。因此教师创设了分桔子的情景。教师提出问题，那该怎么分比较合理?学生很快说出了最好根据人数比来分。根据题目当中所提供的比，让学生估计一下，哪个班级会分的多，说出你估算的根据。这位后面的计算奠定了基础。</w:t>
      </w:r>
      <w:r>
        <w:rPr>
          <w:lang w:eastAsia="zh-CN"/>
        </w:rPr>
        <w:br/>
      </w:r>
      <w:r>
        <w:rPr>
          <w:lang w:eastAsia="zh-CN"/>
        </w:rPr>
        <w:t>　　二.学生是课堂的主人。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新课程改革的一个核心任务就是要改变学生原有的单纯接受式的学习方式，向自主探究的学习方式转变.充分调动、发挥学生的主体性。从这节课的教学过程来看，学生在教师引导下讨论、交流、真正实现了学习方式的转变。每一个问题的提出，教师都给予学生充分的时间和空间，让学生亲自交流合作，然后再观察比较，最后得出结论。整个过程，对培养学生自主学习的能力是至关重要的。</w:t>
      </w:r>
      <w:r>
        <w:rPr>
          <w:lang w:eastAsia="zh-CN"/>
        </w:rPr>
        <w:br/>
      </w:r>
      <w:r>
        <w:rPr>
          <w:lang w:eastAsia="zh-CN"/>
        </w:rPr>
        <w:t>　　三、体现了教师是教材创造者的理念。</w:t>
      </w:r>
      <w:r>
        <w:rPr>
          <w:lang w:eastAsia="zh-CN"/>
        </w:rPr>
        <w:br/>
      </w:r>
      <w:r>
        <w:rPr>
          <w:lang w:eastAsia="zh-CN"/>
        </w:rPr>
        <w:t>　　在如何使用教材这个问题上，我们应该摒弃过去那种“教教科书”的传统思想，充分挖掘新课知识点，整合课堂内容，优化课堂结构，真正实现“用教科书教”。本节课我充分利用例题，将此例题先后做了三次改变，将按比例分配应用题的各种类型全部展示出来。同时在比较中使学生认识到解决按比例分配应用题的关键。打破了学生解题的模式，因此做每一道题目的时候，都必须认认真真地思考，分析。真真正正地培养了学生的能力。</w:t>
      </w:r>
      <w:r>
        <w:rPr>
          <w:lang w:eastAsia="zh-CN"/>
        </w:rPr>
        <w:br/>
      </w:r>
      <w:r>
        <w:rPr>
          <w:lang w:eastAsia="zh-CN"/>
        </w:rPr>
        <w:t>　　四、多角度分析问题，提高能力</w:t>
      </w:r>
      <w:r>
        <w:rPr>
          <w:lang w:eastAsia="zh-CN"/>
        </w:rPr>
        <w:br/>
      </w:r>
      <w:r>
        <w:rPr>
          <w:lang w:eastAsia="zh-CN"/>
        </w:rPr>
        <w:t>　　在解答应用题的时候，教师通过鼓励学生对同一个问题积极寻求多种不同的解法，拓展学生思维，引导学生学会多角度分析问题，从而在解决问题的过程中。培养学生的探究能力和创新精神。另外，改变以往只从例题中草草抽象概括数量关系、让学生死记硬背的做法，让学生充分实践体验，在探究中加深对这类应用题数量关系及解法的理解，提高能力，为学生进入更深层次的学习做好充分的准备。</w:t>
      </w:r>
      <w:r>
        <w:rPr>
          <w:lang w:eastAsia="zh-CN"/>
        </w:rPr>
        <w:br/>
      </w:r>
      <w:r>
        <w:rPr>
          <w:lang w:eastAsia="zh-CN"/>
        </w:rPr>
        <w:t xml:space="preserve">    比的应用教学反思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按比例分配应用题是日常生活中分配的一种常见形式，其结构是已知几个数的和与这几个数的比，求这几个数。在解法上可以用整数的思路来解答，如果把几个数的比转化成各占总数的几分之几，就可以用分数乘法来解答。因此这部分内容与分数乘法有着紧密的联系。本节课的重点是掌握按比例分配这类应用题的结构，分析应用题中的数量关系;难点是比与分数的转化。整个教学分为以下几个层次：</w:t>
      </w:r>
      <w:r>
        <w:rPr>
          <w:lang w:eastAsia="zh-CN"/>
        </w:rPr>
        <w:br/>
      </w:r>
      <w:r>
        <w:rPr>
          <w:lang w:eastAsia="zh-CN"/>
        </w:rPr>
        <w:t>　　第一、为新知的教学做必要的铺垫。为了能在教学中化解难点，使学生轻松进行比与分数之间的转化，课一开始就安排了一些求部分占整体的几分之几的练习，为以下例题的教学做好准备。</w:t>
      </w:r>
      <w:r>
        <w:rPr>
          <w:lang w:eastAsia="zh-CN"/>
        </w:rPr>
        <w:br/>
      </w:r>
      <w:r>
        <w:rPr>
          <w:lang w:eastAsia="zh-CN"/>
        </w:rPr>
        <w:t>　　第二、放手让学生探求新知。在教学例题时，教师紧紧抓住“几部分的和”与“这几部分的比”，以“3：2是谁与谁的比”、“播种面积的比是3：2是什么意思”为题，来引起大家的思考，帮助学生理解题意，分析其中的数量关系，是教学中的难点化为乌有。在学生独立解答时，教师并没有完全按照教材中所要求的都用分数解答，而是把解答过程放手给学生，鼓励他们用学过的知识去解答，可以用整数的思路，也可以用分数的思路，最后在各种方法都得到认同后再指出用分数解答比较简捷，并鼓励学生用分数的思路解答。这样既尊重了学生，又给今后的学习指明了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第三、精心设计练习梯度，培养学生思维的灵活性。在练习的层次的安排上，教师不满足于教材中的基本练习，而是在完成这些练习之后，又对所学知识进行了适当的扩充。这样做的目的是让学生更加牢固地掌握按比例分配应用题的结构特征，练习设计的层次性非常明显，能让学生在练习中既不感到梯度过大，又可以不断“跳起来摘桃子”，学起来饶有兴趣，同时使学生一步一步地看清了按比例分配这类问题的结构和数量关系，增加了解题的灵活性，同时也提高了他们解决实际问题的能力。</w:t>
      </w:r>
      <w:r>
        <w:rPr>
          <w:lang w:eastAsia="zh-CN"/>
        </w:rPr>
        <w:br/>
      </w:r>
      <w:r>
        <w:rPr>
          <w:lang w:eastAsia="zh-CN"/>
        </w:rPr>
        <w:t>　　本节课例题的教学设计不拘一格。挖掘教材的趣味性、现实性，激发学生学习兴趣。“学生的数学学习内容应当是现实的、有意义的、富有挑战性的。” 也就是说，当数学和学生的现实生活密切结合时，数学才是活的，富有生命力的，才能激发学生学习数学的兴趣，</w:t>
      </w:r>
      <w:r>
        <w:rPr>
          <w:lang w:eastAsia="zh-CN"/>
        </w:rPr>
        <w:br/>
      </w:r>
      <w:r>
        <w:rPr>
          <w:lang w:eastAsia="zh-CN"/>
        </w:rPr>
        <w:t>　　教学例2时紧紧抓住教学中的难点，师生共同由分析数量关系入手，在学生彻底弄清“3：2”的含义之后，立即放手让学生独立解答。例3为学生模拟了一个植树的场景，去确定分配方案。这样做增加了趣味性，也使学生明白了按比例分配的合理性。这个例子再次告诉我们：小学数学教学中，教师要重视为教材创设问题情境，让学生在情境的引导下，积极主动探索和追求，来获取知识，发展能力，培养情感，从而让我们的“教材”成为我们学生真正喜欢的“学材”。</w:t>
      </w:r>
      <w:r>
        <w:rPr>
          <w:lang w:eastAsia="zh-CN"/>
        </w:rPr>
        <w:br/>
      </w:r>
      <w:r>
        <w:rPr>
          <w:lang w:eastAsia="zh-CN"/>
        </w:rPr>
        <w:t xml:space="preserve">    比的应用教学反思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六年级上册《比的应用》实际就是“按比例分配”的内容，如果按照“按比例分配”，把这一问题归成一类型，那学生是非常容易掌握这类问题的解法的，并能很快利用方法去解决类似的问题。但学生对于“为什么要这样解”或者说这些知识是怎样产生、形成与发展的就不是很清楚了。新课标提出，要“让学生在观察、操作、猜测、交流、反思等活动中逐步体会数学知识的产生、形成与发展的过程”。缺少了这一过程，那就只培养了一班只会考试的学生。</w:t>
      </w:r>
      <w:r>
        <w:rPr>
          <w:lang w:eastAsia="zh-CN"/>
        </w:rPr>
        <w:br/>
      </w:r>
      <w:r>
        <w:rPr>
          <w:lang w:eastAsia="zh-CN"/>
        </w:rPr>
        <w:t>　　1、钻研教材，改造教材。比在工农业生产中具有广泛的应用，在人们的生活中也经常可以看到，学生对此并不陌生，他们对此已有一些生活经验和知识经验。此课的关键应如何激活学生这些已有的生活经验和知识经验?因此，在备课时，我认真研读的教材和教学参考书，认真分析了学生已有的知识和生活经验，觉得教材创设分糖果这个学习情境是有趣的，是可以激发学生的学习兴趣的，对这个情境我们可以照搬应用，但是教材在创设这个情境时，一开始出现“幼儿园有大班30人，小班20人，现在有一些糖果要分给这两个班，应该怎么分才合理?”就设计让学生动手操作来分，我觉得这样的设计没有多大作用，因为大部分学生根据前面的学习不用操作就已经知道要按照大班与小班的人数的比来分。于是我把此设计删除。课后，我觉得这样的处理是正确的。学生的思维并没有多大受到限制，相反更加开拓。由此看来，我们老师要坚持这样的理念：教材是死的，老师、学生是活的。教师只有根据自己班的学生实际情况，创造性地使用教材，才能提高课堂教学的有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增强应用题教学的开放性，为新知建构搭建平台。开放性的教学是培养学生的创新意识和创造才能的有效途径,应用题教学的开放性可体现在条件、问题、结论、呈现方式、解题策略等方面。本课教学设计试图在呈现方式和解题策略两方面有所探索。改变文字呈现方式,</w:t>
      </w:r>
      <w:r>
        <w:rPr>
          <w:lang w:eastAsia="zh-CN"/>
        </w:rPr>
        <w:t xml:space="preserve"> 从洗涤液的这个比中,你可以</w:t>
      </w:r>
      <w:r>
        <w:rPr>
          <w:lang w:eastAsia="zh-CN"/>
        </w:rPr>
        <w:t xml:space="preserve"> 获得什么信息?</w:t>
      </w:r>
      <w:r>
        <w:rPr>
          <w:lang w:eastAsia="zh-CN"/>
        </w:rPr>
        <w:t xml:space="preserve"> 沟通比与分数的联系，把发现知识内在联系的机会与权利还给学生。要求学生配制一杯600毫升的洗涤液,按照1:5的比配制,应该如何做?,从这个实际问题人手,使学生感到真实可信。呈现方式的开放只是形式,解题策略的开放才是本质。放手让学生自己探索用多种方法解决问题。再分析这种解法的解题思路。这样在解题策略的开放过程中：即懂得用已掌握的方法解决新问题，又发现了新的解题方法。</w:t>
      </w:r>
      <w:r>
        <w:rPr>
          <w:lang w:eastAsia="zh-CN"/>
        </w:rPr>
        <w:br/>
      </w:r>
      <w:r>
        <w:rPr>
          <w:lang w:eastAsia="zh-CN"/>
        </w:rPr>
        <w:t>　　3、回归生活，解决实际问题。</w:t>
      </w:r>
      <w:r>
        <w:rPr>
          <w:lang w:eastAsia="zh-CN"/>
        </w:rPr>
        <w:br/>
      </w:r>
      <w:r>
        <w:rPr>
          <w:lang w:eastAsia="zh-CN"/>
        </w:rPr>
        <w:t>　　课程标准强调数学知识在现实世界中的应用。学习数学知识目的是为解决实际问题。我在本节课时，始终围绕“解决问题”展开教学，在运用拓展阶段，注意更多地关注生活实际，创设一个个新的问题情境。让学生用所学的知识和方法解决实际问题。有意设计一道开放题：“某村民小组共有4户人家卖土地，共得到补偿金九十万元，你们认为该怎么分?”其中的一个条件是开放的，让学生提供学习材料并解决问题。有人认为可以平均分，每户得22.5万元;有人认为不合理，因为每户人家的人数不一定相等，所以应该按人口多少进行分配;还有人认为应该按原有土地的面积来分配。学生能从不同的角度去补充条件，按不同的分配标准去解决上述问题。学生在解决新问题的过程中巩固、加深了对“按比例分配”知识的理解，发展了思维，体验了数学在生活中的运用。在这样的课堂上，学生的生活经验和已有知识相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通过本章节的教学，学生基本上掌握了比的意义和基本性质，并能运用比的基本性质进行化简比与求比值，但对分数与小数的比进行化简还存在一定的困难。</w:t>
      </w:r>
      <w:r>
        <w:rPr>
          <w:lang w:eastAsia="zh-CN"/>
        </w:rPr>
        <w:br/>
      </w:r>
      <w:r>
        <w:rPr>
          <w:lang w:eastAsia="zh-CN"/>
        </w:rPr>
        <w:t>　　在按比例分配的应用题教学中，如果是已知两个数量的比和两个数量的和，这一类应用题，学生们基本上是会做的，但如果已知一个数量是多少，还知道两个数量的比求另一个数量，有少部分学生还用上面的这种做法。如：男生有48人，男女生人数比是6：5，求女生，学生会错误列成48_[5÷(6+5)]。又如：已知长方形的周长是36，长和宽的比是5：4，求长和宽或面积是多少，这一题计算错误特别多，大多数学生列成：长：36_[5÷(5+4)]宽：36_[4÷(5+4)]对这些容易出错的题目，在以后的教学中要有针对性地练习。</w:t>
      </w:r>
      <w:r>
        <w:rPr>
          <w:lang w:eastAsia="zh-CN"/>
        </w:rPr>
        <w:br/>
      </w:r>
      <w:r>
        <w:rPr>
          <w:lang w:eastAsia="zh-CN"/>
        </w:rPr>
        <w:t>　　困惑。第一，当学生没有想出与教材中的几种解题策列时，老师有没有必要向学生介绍?如果要介绍，那么又该不该组织学生从这些方法中讨论出最优的解题策列?还是直接引导学生去寻找最优的方法?第二，像这样的按比例分配的问题，要不要归纳出他的解题方法?如果说没必要，但是这对于学习相对困难的学生是很难掌握的。第三，其实，按比例分配就是平均分，都是把总量按总份数平均分再按各部分不同的份数去取，即归一法。但为什么还要说平均分是按比例分配的一种特殊方法?只不过是我们所说的平均分，取走的份数相同而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总之，教师要结合教学内容，在学生动手操作、独立思考的基础上进行小组合作，效果会更好。在全班交流合作时，要给学生发表自己观点的、想法的时间，并给予鼓励性的评价，使学生体验成功的喜悦，就更能调动学生学习的积极性和主动性。课堂的效率就会更好。</w:t>
      </w:r>
      <w:r>
        <w:rPr>
          <w:lang w:eastAsia="zh-CN"/>
        </w:rPr>
        <w:br/>
      </w:r>
      <w:r>
        <w:rPr>
          <w:lang w:eastAsia="zh-CN"/>
        </w:rPr>
        <w:t xml:space="preserve">    比的应用教学反思 篇5 </w:t>
      </w:r>
      <w:r>
        <w:rPr>
          <w:lang w:eastAsia="zh-CN"/>
        </w:rPr>
        <w:br/>
      </w:r>
      <w:r>
        <w:rPr>
          <w:lang w:eastAsia="zh-CN"/>
        </w:rPr>
        <w:t>　　六年级上册《比的应用》实际就是按比例分配的内容，如果按照按比例分配，把这一问题归成一类型，那学生是非常容易掌握这类问题的解法的，并能很快利用方法去解决类似的问题。但学生对于为什么要这样解或者说这些知识是怎样产生、形成与发展的就不是很清楚了。新课标提出，要让学生在观察、操作、猜测、交流、反思等活动中逐步体会数学知识的产生、形成与发展的过程。缺少了这一过程，那就只培养了一班只会考试的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钻研教材，改造教材。比在工农业生产中具有广泛的应用，在人们的生活中也经常可以看到，学生对此并不陌生，他们对此已有一些生活经验和知识经验。此课的关键应如何激活学生这些已有的生活经验和知识经验?因此，在备课时，我认真研读的教材和教学参考书，认真分析了学生已有的知识和生活经验，觉得教材创设分糖果这个学习情境是有趣的，是可以激发学生的学习兴趣的，对这个情境我们可以照搬应用，但是教材在创设这个情境时，一开始出现幼儿园有大班30人，小班20人，现在有一些糖果要分给这两个班，应该怎么分才合理?就设计让学生动手操作来分，我觉得这样的设计没有多大作用，因为大部分学生根据前面的学习不用操作就已经知道要按照大班与小班的人数的比来分。于是我把此设计删除。课后，我觉得这样的处理是正确的。学生的思维并没有多大受到限制，相反更加开拓。由此看来，我们老师要坚持这样的理念：教材是死的，老师、学生是活的。教师只有根据自己班的学生实际情况，创造性地使用教材，才能提高课堂教学的有效性。</w:t>
      </w:r>
      <w:r>
        <w:rPr>
          <w:lang w:eastAsia="zh-CN"/>
        </w:rPr>
        <w:br/>
      </w:r>
      <w:r>
        <w:rPr>
          <w:lang w:eastAsia="zh-CN"/>
        </w:rPr>
        <w:t>　　2、增强应用题教学的开放性，为新知建构搭建平台。开放性的教学是培养学生的创新意识和创造才能的有效途径,应用题教学的开放性可体现在条件、问题、结论、呈现方式、解题策略等方面。本课教学设计试图在呈现方式和解题策略两方面有所探索。改变文字呈现方式, 从洗涤液的这个比中,你可以 获得什么信息? 沟通比与分数的联系，把发现知识内在联系的机会与权利还给学生。要求学生配制一杯600毫升的洗涤液,按照1:5的比配制,应该如何做?,从这个实际问题人手,使学生感到真实可信。呈现方式的开放只是形式,解题策略的开放才是本质。放手让学生自己探索用多种方法解决问题。再分析这种解法的解题思路。这样在解题策略的开放过程中：即懂得用已掌握的方法解决新问题，又发现了新的解题方法。</w:t>
      </w:r>
      <w:r>
        <w:rPr>
          <w:lang w:eastAsia="zh-CN"/>
        </w:rPr>
        <w:br/>
      </w:r>
      <w:r>
        <w:rPr>
          <w:lang w:eastAsia="zh-CN"/>
        </w:rPr>
        <w:t>　　3、回归生活，解决实际问题。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课程标准强调数学知识在现实世界中的应用。学习数学知识目的是为解决实际问题。我在本节课时，始终围绕解决问题展开教学，在运用拓展阶段，注意更多地关注生活实际，创设一个个新的问题情境。让学生用所学的知识和方法解决实际问题。有意设计一道开放题：某村民小组共有4户人家卖土地，共得到补偿金九十万元，你们认为该怎么分?其中的一个条件是开放的，让学生提供学习材料并解决问题。有人认为可以平均分，每户得22.5万元;有人认为不合理，因为每户人家的人数不一定相等，所以应该按人口多少进行分配;还有人认为应该按原有土地的面积来分配。学生能从不同的角度去补充条件，按不同的分配标准去解决上述问题。学生在解决新问题的过程中巩固、加深了对按比例分配知识的理解，发展了思维，体验了数学在生活中的运用。在这样的课堂上，学生的生活经验和已有知识相结合。</w:t>
      </w:r>
      <w:r>
        <w:rPr>
          <w:lang w:eastAsia="zh-CN"/>
        </w:rPr>
        <w:br/>
      </w:r>
      <w:r>
        <w:rPr>
          <w:lang w:eastAsia="zh-CN"/>
        </w:rPr>
        <w:t>　　通过本章节的教学，学生基本上掌握了比的意义和基本性质，并能运用比的基本性质进行化简比与求比值，但对分数与小数的比进行化简还存在一定的困难。</w:t>
      </w:r>
      <w:r>
        <w:rPr>
          <w:lang w:eastAsia="zh-CN"/>
        </w:rPr>
        <w:br/>
      </w:r>
      <w:r>
        <w:rPr>
          <w:lang w:eastAsia="zh-CN"/>
        </w:rPr>
        <w:t>　　在按比例分配的应用题教学中，如果是已知两个数量的比和两个数量的和，这一类应用题，学生们基本上是会做的，但如果已知一个数量是多少，还知道两个数量的比求另一个数量，有少部分学生还用上面的这种做法。如：男生有48人，男女生人数比是6：5，求女生，学生会错误列成48[5&amp;divide;(6+5)]。又如：已知长方形的周长是36，长和宽的比是5：4，求长和宽或面积是多少，这一题计算错误特别多，大多数学生列成：长：36[5&amp;divide;(5+4)]宽：36[4&amp;divide;(5+4)]对这些容易出错的题目，在以后的教学中要有针对性地练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困惑。第一，当学生没有想出与教材中的几种解题策列时，老师有没有必要向学生介绍?如果要介绍，那么又该不该组织学生从这些方法中讨论出最优的解题策列?还是直接引导学生去寻找最优的方法?第二，像这样的按比例分配的问题，要不要归纳出他的解题方法?如果说没必要，但是这对于学习相对困难的学生是很难掌握的。第三，其实，按比例分配就是平均分，都是把总量按总份数平均分再按各部分不同的份数去取，即归一法。但为什么还要说平均分是按比例分配的一种特殊方法?只不过是我们所说的平均分，取走的份数相同而已。</w:t>
      </w:r>
      <w:r>
        <w:rPr>
          <w:lang w:eastAsia="zh-CN"/>
        </w:rPr>
        <w:br/>
      </w:r>
      <w:r>
        <w:rPr>
          <w:lang w:eastAsia="zh-CN"/>
        </w:rPr>
        <w:t>　　总之，教师要结合教学内容，在学生动手操作、独立思考的基础上进行小组合作，效果会更好。在全班交流合作时，要给学生发表自己观点的、想法的时间，并给予鼓励性的评价，使学生体验成功的喜悦，就更能调动学生学习的积极性和主动性。课堂的效率就会更好。</w:t>
      </w:r>
      <w:r>
        <w:rPr>
          <w:lang w:eastAsia="zh-CN"/>
        </w:rPr>
        <w:br/>
      </w:r>
      <w:r>
        <w:rPr>
          <w:lang w:eastAsia="zh-CN"/>
        </w:rPr>
        <w:t xml:space="preserve">    比的应用教学反思 篇6 </w:t>
      </w:r>
      <w:r>
        <w:rPr>
          <w:lang w:eastAsia="zh-CN"/>
        </w:rPr>
        <w:br/>
      </w:r>
      <w:r>
        <w:rPr>
          <w:lang w:eastAsia="zh-CN"/>
        </w:rPr>
        <w:t>　　一、联系学生生活实际导课，激发学生学习兴趣。</w:t>
      </w:r>
      <w:r>
        <w:rPr>
          <w:lang w:eastAsia="zh-CN"/>
        </w:rPr>
        <w:br/>
      </w:r>
      <w:r>
        <w:rPr>
          <w:lang w:eastAsia="zh-CN"/>
        </w:rPr>
        <w:t>　　激发学生学习数学的兴趣，最需要的是从现实出发，从身边找数学问题，也就是说：学生的数学学习内容应当是现实的、有意义的、富有挑战的。利用班上的总人数、男女生人数，来说说比的知识，这种贴近学生生活又有一定挑战性的实际问题，不仅能调动学生学习的积极性，还能培养学生解决实际问题的能力。并且这种学生熟悉的生活素材放入问题中，能使学生真正体会数学不是枯燥无味的，数学就在身边。</w:t>
      </w:r>
      <w:r>
        <w:rPr>
          <w:lang w:eastAsia="zh-CN"/>
        </w:rPr>
        <w:br/>
      </w:r>
      <w:r>
        <w:rPr>
          <w:lang w:eastAsia="zh-CN"/>
        </w:rPr>
        <w:t>　　二、运用学生已有的知识经验引导学生探究。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数学教学活动必须建立在学生的认知发展水平和已有的知识经验、生活经验基础之上，教师应激发学生的学习积极性。向学生提供充分从事数学活动的机会，帮助他们在自主探索和合作交流的过程中真正理解和掌握基本的数学知识与技能，数学思想和方法，获得广泛的数学活动经验，学生是数学学习的主人，教师是数学学习的组织者、引导者和合作者。</w:t>
      </w:r>
      <w:r>
        <w:rPr>
          <w:lang w:eastAsia="zh-CN"/>
        </w:rPr>
        <w:br/>
      </w:r>
      <w:r>
        <w:rPr>
          <w:lang w:eastAsia="zh-CN"/>
        </w:rPr>
        <w:t>　　三、尝试用所学知识解决实际问题达到学以致用。</w:t>
      </w:r>
      <w:r>
        <w:rPr>
          <w:lang w:eastAsia="zh-CN"/>
        </w:rPr>
        <w:br/>
      </w:r>
      <w:r>
        <w:rPr>
          <w:lang w:eastAsia="zh-CN"/>
        </w:rPr>
        <w:t>　　让学生用今天所学的知识解决生活中的实际问题，但又不是简单的解题训练。在练习的设计上，采用多种形式步步提高，通过有层次和有坡度的一组问题，提高学生解决问题的能力。</w:t>
      </w:r>
      <w:r>
        <w:rPr>
          <w:lang w:eastAsia="zh-CN"/>
        </w:rPr>
        <w:br/>
      </w:r>
      <w:r>
        <w:rPr>
          <w:lang w:eastAsia="zh-CN"/>
        </w:rPr>
        <w:t>　　四、拓展延伸，布置作业</w:t>
      </w:r>
      <w:r>
        <w:rPr>
          <w:lang w:eastAsia="zh-CN"/>
        </w:rPr>
        <w:br/>
      </w:r>
      <w:r>
        <w:rPr>
          <w:lang w:eastAsia="zh-CN"/>
        </w:rPr>
        <w:t>　　让学生明白比不但与生活有关，和自己也有关系，更进一步让学生体会到数学来源于生活，又服务于生活。</w:t>
      </w:r>
      <w:r>
        <w:rPr>
          <w:lang w:eastAsia="zh-CN"/>
        </w:rPr>
        <w:br/>
      </w:r>
      <w:r>
        <w:rPr>
          <w:lang w:eastAsia="zh-CN"/>
        </w:rPr>
        <w:t>　　五、不足与疑惑</w:t>
      </w:r>
      <w:r>
        <w:rPr>
          <w:lang w:eastAsia="zh-CN"/>
        </w:rPr>
        <w:br/>
      </w:r>
      <w:r>
        <w:rPr>
          <w:lang w:eastAsia="zh-CN"/>
        </w:rPr>
        <w:t>　　由于在突破重点这一环节花了较多时间所以练习的量相对少了一些</w:t>
      </w:r>
      <w:r>
        <w:rPr>
          <w:lang w:eastAsia="zh-CN"/>
        </w:rPr>
        <w:br/>
      </w:r>
      <w:r>
        <w:rPr>
          <w:lang w:eastAsia="zh-CN"/>
        </w:rPr>
        <w:t xml:space="preserve">    比的应用教学反思 篇7 </w:t>
      </w:r>
      <w:r>
        <w:rPr>
          <w:lang w:eastAsia="zh-CN"/>
        </w:rPr>
        <w:br/>
      </w:r>
      <w:r>
        <w:rPr>
          <w:lang w:eastAsia="zh-CN"/>
        </w:rPr>
        <w:t>　　《声声慢》是李清照南渡后的一首具有代表性的词作。整首词最后收束到了一个“愁”字上，我给学生提供了品读这种“愁”的三个切入点，以便学生自主完成赏析任务，就像新课标要求的“把课堂还给学生”。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由于大家对李清照的生平较为熟悉，所以我担心学生都从“联系词人的生活遭遇”这一点来品读，这样容易导致思路局限而且品出的“愁”脱离文本，不够深入。于是，我就决定由自己来完成这一点，让学生集中精力从二、三两个切入点进行品读。</w:t>
      </w:r>
      <w:r>
        <w:rPr>
          <w:lang w:eastAsia="zh-CN"/>
        </w:rPr>
        <w:br/>
      </w:r>
      <w:r>
        <w:rPr>
          <w:lang w:eastAsia="zh-CN"/>
        </w:rPr>
        <w:t>　　在我语言的感召带动下，学生们都很积极地发言，特别是从第三个切入点赏析时，课堂出现了一个小高潮：学生在对“憔悴损”的理解上，展开了激烈地讨论。有的说“憔悴损”指的是“菊花”，有的说指的是“李清照”，而且都言之有理。直到我对他们的理解都给予了肯定，他们才停止了争论，并都不自觉地鼓起掌来。</w:t>
      </w:r>
      <w:r>
        <w:rPr>
          <w:lang w:eastAsia="zh-CN"/>
        </w:rPr>
        <w:br/>
      </w:r>
      <w:r>
        <w:rPr>
          <w:lang w:eastAsia="zh-CN"/>
        </w:rPr>
        <w:t>　　课堂的另一个高潮出现在赏析完全词后，学生朗读整首词时。这一遍朗读，和初步感知时的朗读真是天壤之别。当学生由这三个切入点，深入理解了李清照晚年饱受的颠沛之苦、丧夫之痛、亡国之恨后，感受着清照低吟的名句“这次第，怎一个愁字了得!”，他们积攒在心中的情感在此刻的朗读中倾泻而出了。</w:t>
      </w:r>
      <w:r>
        <w:rPr>
          <w:lang w:eastAsia="zh-CN"/>
        </w:rPr>
        <w:br/>
      </w:r>
      <w:r>
        <w:rPr>
          <w:lang w:eastAsia="zh-CN"/>
        </w:rPr>
        <w:t>　　当然，最令我满意的还是教学思路十分清晰。首先，整堂课都围绕着一个“愁”字展开，分析了《声声慢》和《一剪梅》中的“愁”，并且比较了这两首词中不同的“愁”。其次，在分析“愁”时，指导学生赏析的方法，这种赏析的方法也是贯穿在整堂课的赏析过程中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总的来说，这堂课基本完成了教学任务。但是，我也得正视自己的不足：首先，朗读不充分。古语有云“读书百遍，其意自现”，对任何文章的理解，朗读都十分重要，更何况是一首词。正式上课时，我却因为紧张，几处都忘了让学生朗读。特别是在赏析“寻寻觅觅”这句时，提到叠词的音乐美，却没让学生齐读感受一下，这很不当。还好学生极赋深情地朗读，帮我弥补了这一不足。其次，在给学生提示，降低问题难度方面还不能很好的处理。</w:t>
      </w:r>
      <w:r>
        <w:rPr>
          <w:lang w:eastAsia="zh-CN"/>
        </w:rPr>
        <w:br/>
      </w:r>
      <w:r>
        <w:rPr>
          <w:lang w:eastAsia="zh-CN"/>
        </w:rPr>
        <w:t xml:space="preserve">    比的应用教学反思 篇8 </w:t>
      </w:r>
      <w:r>
        <w:rPr>
          <w:lang w:eastAsia="zh-CN"/>
        </w:rPr>
        <w:br/>
      </w:r>
      <w:r>
        <w:rPr>
          <w:lang w:eastAsia="zh-CN"/>
        </w:rPr>
        <w:t>　　人们常说：经历是人生一大财富。我想：经历过，并深刻地去反思其中的得失，汲取经验，以便更好的指导今后的生活、工作，才真正算是人生一大财富。这堂课上完后，自己感觉比以前有进步。教学目标基本完成，学生配合也很积极，课堂气氛热烈，融洽。回过头来思考这节课，我觉得做得比较好的有以下几个方面：</w:t>
      </w:r>
      <w:r>
        <w:rPr>
          <w:lang w:eastAsia="zh-CN"/>
        </w:rPr>
        <w:br/>
      </w:r>
      <w:r>
        <w:rPr>
          <w:lang w:eastAsia="zh-CN"/>
        </w:rPr>
        <w:t>　　1、重视了对语文知识的传授。作为初二学生，对于生字词仍还处在积累阶段，如果淡化了字词，学生的字词积累就不够，语文的基础知识也就不牢。比如“如法炮制”的“炮”和“煨炖”这两个词的注音，学生虽然预习了，但不到位，所以就出错了。作者介绍，它属于语文的文学常识的内容，了解了作者，有利于把握作者的风格，有助于理解文章的情感，同时加大积累后也有助于提高学生的语文素养。这堂课上，我较为巧妙地把二者有机地融于课堂中，使语文知识得到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创造了轻松的平等交流的氛围，活跃了课堂气氛。在导入部分，通过显示大量的过年图片：贴“春”字、贴“福”字、放鞭炮、挂灯笼……熟悉的场景，一下子把学生带进了对中国传统节日——春节的回忆，学生的话匣子随之打开，讲过年的情景时津津乐道。欢乐的氛围随“图片”而“潜”入课堂。在品读细节阶段，我都给了学生充分发言的机会，让他们能够畅所欲言，发挥学生的自主性、主动性和创造性，鼓励学生对教材的自我理解、自我解读，鼓励学生独立思考，尊重他们个人的感受和独特见解。特别值得一提的是在这个环节中，有一位学生找到了这一句“其实我没等她说完，早已偷偷把手指头伸在杯子里好几回，已经不知舔了多少个指甲缝的八宝酒了”，但在朗读的过程中却把“偷偷”这个词读掉了，我不仅没有批评他，反而就此因势利导，问“如果把偷偷去掉好吗，为什么?”这一问立即调动学生发言的激情，马上就有学生给出了满意的答案。于是我又问“你有过类似的经历吗?”再次调动学生的回忆，课堂气氛因而更加热烈。</w:t>
      </w:r>
      <w:r>
        <w:rPr>
          <w:lang w:eastAsia="zh-CN"/>
        </w:rPr>
        <w:br/>
      </w:r>
      <w:r>
        <w:rPr>
          <w:lang w:eastAsia="zh-CN"/>
        </w:rPr>
        <w:t>　　3、情境营造了良好的情感氛围，成为本节课完成教学目标的关键。思乡这一主题对于初二的学生来说不算陌生，但体会毕竟是不深的，让学生感受情感就成为一个重要的环节。在教学中，通过感受主题美，对学生进行情感的熏陶，然后又充分调动了学生已有的对思乡的古诗的积累，让他们再次感受思乡的情感，十四五岁的孩子很容易被情绪感染，从而完成情感教育。</w:t>
      </w:r>
      <w:r>
        <w:rPr>
          <w:lang w:eastAsia="zh-CN"/>
        </w:rPr>
        <w:br/>
      </w:r>
      <w:r>
        <w:rPr>
          <w:lang w:eastAsia="zh-CN"/>
        </w:rPr>
        <w:t>　　总体上说，这堂课还算是成功的，但仍有一些地方不够完善，需要改进。</w:t>
      </w:r>
      <w:r>
        <w:rPr>
          <w:lang w:eastAsia="zh-CN"/>
        </w:rPr>
        <w:br/>
      </w:r>
      <w:r>
        <w:rPr>
          <w:lang w:eastAsia="zh-CN"/>
        </w:rPr>
        <w:t xml:space="preserve">    比的应用教学反思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主问题设计”，就是用精、少、实、活的问题激活课堂，精练教学内容与教学过程，直指教学目标，达到高效目的;“主问题”的问题，就是从教学内容整体的角度或学生的整体参与性上引发思考、讨论、理解、探究的</w:t>
      </w:r>
      <w:r>
        <w:rPr>
          <w:lang w:eastAsia="zh-CN"/>
        </w:rPr>
        <w:t xml:space="preserve"> “牵一发而动全””的重要问题;</w:t>
      </w:r>
      <w:r>
        <w:rPr>
          <w:lang w:eastAsia="zh-CN"/>
        </w:rPr>
        <w:br/>
      </w:r>
      <w:r>
        <w:rPr>
          <w:lang w:eastAsia="zh-CN"/>
        </w:rPr>
        <w:t>　　“主问题”要具备“三力”，即要具有吸引学生参与的牵引力;具有在教学过程方面形成一个教学板块的支撑力;具有在课堂活动方面让学生共同参与、广泛交流的凝聚力。</w:t>
      </w:r>
      <w:r>
        <w:rPr>
          <w:lang w:eastAsia="zh-CN"/>
        </w:rPr>
        <w:br/>
      </w:r>
      <w:r>
        <w:rPr>
          <w:lang w:eastAsia="zh-CN"/>
        </w:rPr>
        <w:t>　　阅读教学的“主问题”的设计，一般可以从这几个角度入手来进行思考：从文章的结构脉络方面入手;从文章的主题思想方面入手;从文章的语言特色和作者的思想感情方面入手;从激发学生的联想想象，开拓学生的创新思维的方面入手……</w:t>
      </w:r>
      <w:r>
        <w:rPr>
          <w:lang w:eastAsia="zh-CN"/>
        </w:rPr>
        <w:br/>
      </w:r>
      <w:r>
        <w:rPr>
          <w:lang w:eastAsia="zh-CN"/>
        </w:rPr>
        <w:t>　　“主问题”设计，要确保学生有大块的围绕问题进行活动的时间。</w:t>
      </w:r>
      <w:r>
        <w:rPr>
          <w:lang w:eastAsia="zh-CN"/>
        </w:rPr>
        <w:br/>
      </w:r>
      <w:r>
        <w:rPr>
          <w:lang w:eastAsia="zh-CN"/>
        </w:rPr>
        <w:t>　　“主问题”既要“放得出去”，也要“收得回来”，教师在学生活动过程中，不能淡化和弱化自己的作用，要注意运用强调、点拨、牵引、总结、校补、提升……等手段，确保学生活动的目的性和有效性。</w:t>
      </w:r>
      <w:r>
        <w:rPr>
          <w:lang w:eastAsia="zh-CN"/>
        </w:rPr>
        <w:br/>
      </w:r>
      <w:r>
        <w:rPr>
          <w:lang w:eastAsia="zh-CN"/>
        </w:rPr>
        <w:t>　　“主问题”设计要充分考虑到文本实际与学生学习的实际，要保证学生在这个主问题下能够迅速充分展开活动。“主问题”出示后，如果还需要不断追问“子问题”来展开活动，这样的“一子多孙”，不是真正意义上的“主问题”。</w:t>
      </w:r>
      <w:r>
        <w:rPr>
          <w:lang w:eastAsia="zh-CN"/>
        </w:rPr>
        <w:br/>
      </w:r>
      <w:r>
        <w:rPr>
          <w:lang w:eastAsia="zh-CN"/>
        </w:rPr>
        <w:t xml:space="preserve">    比的应用教学反思 篇10 </w:t>
      </w:r>
      <w:r>
        <w:rPr>
          <w:lang w:eastAsia="zh-CN"/>
        </w:rPr>
        <w:br/>
      </w:r>
      <w:r>
        <w:rPr>
          <w:lang w:eastAsia="zh-CN"/>
        </w:rPr>
        <w:t>　　在学习这一课时，我首先让学生带着问题快速地自由阅读全文，看看先写了什么再写什么，最后写了什么,</w:t>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学生先通过小组合作学习课文的第一自然段，然后说说读懂了什么。在教学第二自然段的时候，仍然让学生说说读懂了什么，然后再自行讨论，最后引导学生体会“砖放在哪儿都一样，而搬不搬对于乞丐来说可就不一样了。”</w:t>
      </w:r>
      <w:r>
        <w:rPr>
          <w:lang w:eastAsia="zh-CN"/>
        </w:rPr>
        <w:br/>
      </w:r>
      <w:r>
        <w:rPr>
          <w:lang w:eastAsia="zh-CN"/>
        </w:rPr>
        <w:t>　　一开始，我就让学生“找出乞丐搬砖前后不一样的语句”，展开教学。学生找出乞丐在外貌、表情和神态的语句加以对比，在对比中逐步领悟尊严：如“可怜的独臂乞丐”变成“体面的独臂董事长”是因为找到了自己的尊严;“本来以为搬砖是‘捉弄’他，看见女主人也用一只手示范时，却‘怔往’了”;“本来‘生气’的乞丐却变得‘感激’”等等，这都是因为女主人唤醒他的尊严：他明白了一只手也能干活，只有靠自己的力气养活自己，才能改变命运;“不搬砖的永远只能是乞丐。”(学生语)于是，理解女主人的话：“砖放在屋前和放在屋后都一样，可搬不搬对乞丐来说就不一样了。”体会“尊严”的深刻含义水到渠成。以理解女主人的话为主线，感受、感悟、理解尊严为暗线，两线相辅相成，教学脉络清晰，但在教学时教师没有很好地把握好学情,导致教学时间的分配存在偏差,同时教者对于课件不够熟练,两者导致教学时细读品悟这个环节,没能更好地抓住教学重点进行深入的分析，只是有一小部分学生得到了教育，而其他学生的教学效果就不那么明显了。</w:t>
      </w:r>
      <w:r>
        <w:rPr>
          <w:lang w:eastAsia="zh-CN"/>
        </w:rPr>
        <w:br/>
      </w:r>
      <w:r>
        <w:rPr>
          <w:lang w:eastAsia="zh-CN"/>
        </w:rPr>
        <w:t>　　现在语文教学，不再是单纯地完成知识的教学，而是通过丰富多彩的实践活动，让学生独立自主地去学习让他们通过合作，交流，探究新知识，获得成功的喜悦，感受学习的乐趣，从而激发学习的热情。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我深知只有经过实践，反思，再实践，再反思的过程才能提高自身素质，只有用课程理念引领自己的教学实践，才能在不断教学反思与实践中获得提高。</w:t>
      </w:r>
      <w:r>
        <w:rPr>
          <w:lang w:eastAsia="zh-CN"/>
        </w:rPr>
        <w:br/>
      </w:r>
      <w:r>
        <w:rPr>
          <w:lang w:eastAsia="zh-CN"/>
        </w:rPr>
        <w:t xml:space="preserve">    比的应用教学反思 篇11 </w:t>
      </w:r>
      <w:r>
        <w:rPr>
          <w:lang w:eastAsia="zh-CN"/>
        </w:rPr>
        <w:br/>
      </w:r>
      <w:r>
        <w:rPr>
          <w:lang w:eastAsia="zh-CN"/>
        </w:rPr>
        <w:t>　　本课的课题新颖，引人从课题着手，学生提出了一系列富有探究性的话题：如：晚上怎么会有太阳?晚上的太阳指的是什么?是谁发明了晚上的太阳?晚上的太阳用来干什么......从而激发了学生的读书欲望。</w:t>
      </w:r>
      <w:r>
        <w:rPr>
          <w:lang w:eastAsia="zh-CN"/>
        </w:rPr>
        <w:br/>
      </w:r>
      <w:r>
        <w:rPr>
          <w:lang w:eastAsia="zh-CN"/>
        </w:rPr>
        <w:t>　　在学生自读课文第一段后，引导学生简单介绍课前搜索到的爱迪生在科学上的巨大贡献，从而更好地了解爱迪生，结合课外知识介绍急性阑尾炎的知识，想象在这种情况下不做手术的后果，加深学生体会，指导有感情朗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学生自读感悟的基础上，引导学生抓住“油灯的光线很暗”，结合“犹豫”请学生想象医生在犹豫些什么?动作演示“爸爸无可奈何搓着手”，扣住“一分一秒、手心攥出了汗水”体会爱迪生的焦急。想象爸爸和爱迪生当时在想些什么?心情怎样?结合“妈妈痛苦地呻吟”来体会当时情况的紧急和糟糕。在此基础上指导学生有感情朗读。阅读是学生的个性化行为，重在自悟。接着我以合作交流的方式，先立足于学生自己体会感悟，以一个开放性的问题“爱迪生想出了一个怎样的好办法?”引导进行四人小组合作学习。要求先读有关句子，再说说体会。在全班交流时，扣住“眼睛一亮”、“医生的摇头”体会爱迪生想出了好办法，可医生却还不明白，间接衬托出爱迪生的聪明。我预计学生对爱迪生想出的方法并没有深切的体会，因此我借助多媒体，播放当时情境，来体会简易手术台前的一片光明，进一步感受爱迪生的善于思考。</w:t>
      </w:r>
      <w:r>
        <w:rPr>
          <w:lang w:eastAsia="zh-CN"/>
        </w:rPr>
        <w:br/>
      </w:r>
      <w:r>
        <w:rPr>
          <w:lang w:eastAsia="zh-CN"/>
        </w:rPr>
        <w:t>　　抓住“妈妈露出了自豪的笑容”请学生想象此刻妈妈最想说些什么，来体会妈妈以有这样的儿子引以为豪，理解爱迪生所说话中第一个太阳是指白天生活中能发光的太阳，联系下文理解晚上的太阳是指“电灯”，结合学生回答及时点明课题。扣住“一本正经”“真的”引导学生体会正是因为爱迪生从小就善于动脑，并且一直这样去做，长大才能有伟大的发明创造。在此基础上，引导学生有感情朗读。</w:t>
      </w:r>
      <w:r>
        <w:rPr>
          <w:lang w:eastAsia="zh-CN"/>
        </w:rPr>
        <w:br/>
      </w:r>
      <w:r>
        <w:rPr>
          <w:lang w:eastAsia="zh-CN"/>
        </w:rPr>
        <w:t xml:space="preserve">    比的应用教学反思 篇12 </w:t>
      </w:r>
      <w:r>
        <w:rPr>
          <w:lang w:eastAsia="zh-CN"/>
        </w:rPr>
        <w:br/>
      </w:r>
      <w:r>
        <w:rPr>
          <w:lang w:eastAsia="zh-CN"/>
        </w:rPr>
        <w:t>　　当悦耳动听的音乐铃在耳边荡漾开去的时候，我与我的学生都在心底松了一口气：终于，《二泉映月》欣赏“完”了，也欣赏“懂”了!面对着一张张因收获而快乐的脸庞，注视着一双双因兴奋而清亮的眼睛，我又一次想到了“以人为本”这个新课程的核心理念。是的，课程改革最关键的是改变过去教师“满堂灌”的现象，聚焦于学生的探究、发现、动手操作的能力，培养其交流合作的能力;不是只注重知识的传授，而要使学生在形成积极的学习态度，获得基本知识与基本技能的同时学会学习并形成正确的价值观。而今天，当我与我的学生感受着《二泉映月》那优美而又激昂的旋律美时，震撼着阿炳坚强又正直的人格美时，我欣喜地发现：原来学生可以更美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一、“个性飞扬”是美</w:t>
      </w:r>
      <w:r>
        <w:rPr>
          <w:lang w:eastAsia="zh-CN"/>
        </w:rPr>
        <w:br/>
      </w:r>
      <w:r>
        <w:rPr>
          <w:lang w:eastAsia="zh-CN"/>
        </w:rPr>
        <w:t>　　新课程告诉我们：课堂上，学生是主体，要让每个学生都能得到发展，要充分发展学生的个性特长。我欣赏学生在课堂上的“个性飞扬”，那是自信、智慧的涌动，那是主体能动性的张扬。如何让课堂成为学生“个性飞扬”的舞台呢?以往，我的备课本中对于学生的朗读指导总是写得极尽详细，初看颇有针对性，实质却完全是我的朗读模式。我以我的感悟去要求学生，把我的感情强加于学生，学生只是我的朗读工具。他们也许不懂课文，但可以煞有其事地“读”课文;他们也许不明白为何要这样读，却依然读得“有声有色”……</w:t>
      </w:r>
      <w:r>
        <w:rPr>
          <w:lang w:eastAsia="zh-CN"/>
        </w:rPr>
        <w:br/>
      </w:r>
    </w:p>
    <w:p w:rsidR="001B1F19" w14:textId="27C3F48A">
      <w:pPr>
        <w:rPr>
          <w:rFonts w:hint="eastAsia"/>
          <w:lang w:eastAsia="zh-CN"/>
        </w:rPr>
      </w:pPr>
      <w:r>
        <w:rPr>
          <w:lang w:eastAsia="zh-CN"/>
        </w:rPr>
        <w:t>　　《二泉映月》是一篇文情皆美的文章，初读此文，我便被文中优美的语言文字所描绘的空灵意境所吸引，更被蕴藏于文字但又淋漓尽致流露出的精神美所感染，而当我聆听完那举世闻名的二胡独奏《二泉映月》后，内心更是震撼!这是一篇适合朗读，而且需要通过朗读来感悟的课文。我该怎样来指导学生朗读呢?“倾听孩子的声音”，脑海中飞快地闪过这一新课程亮点。我精神一振：为何不能在课堂上让学生“倾诉自己的感情”呢?听听他们是怎样欣赏《二泉映月》的?于是，我在备课本上写下了这样一番设计：第一教时，先以音乐导入，在优美又激昂的旋律中帮助学生奠定感情基调——对曲子创作者的敬佩。然后给予学生“自主”，选择自己喜欢的方式读课文。学生在敬佩与好奇的情感驱使下，必然会兴趣昂然地开始自己的朗读。学生准备充分之后进行首次朗读反馈。只要求学生读，而不需要谈“为什么这样读”。接着根据学生的朗读情况确定学生理解的难点，作为第二课时的教学重点。</w:t>
      </w:r>
      <w:r>
        <w:rPr>
          <w:lang w:eastAsia="zh-CN"/>
        </w:rPr>
        <w:t xml:space="preserve"> 第二教时，引导学生深入感悟课文之后再次清他们用自己喜欢的方式读课文，这次应告诉大家“为什么这样读”。两次朗读，各有侧重，且逐层深入。前者是感悟的起点，后者则是理解后的感悟。</w:t>
      </w:r>
      <w:r>
        <w:rPr>
          <w:lang w:eastAsia="zh-CN"/>
        </w:rPr>
        <w:br/>
      </w:r>
      <w:r>
        <w:rPr>
          <w:lang w:eastAsia="zh-CN"/>
        </w:rPr>
        <w:t>　　忐忑不安地开始上课，下课时却欣喜万分：初次朗读首先成为学生的“兴趣”时，他们大胆尝试，敢于思索，通过自己独特的朗读表达他们对课文的理解。有的也许读得不够流利，但那份认真却使人欣慰;有的理解也许还不够深入，但自信却可见一斑……随着感悟的深入，理解的透彻，学生对于阿炳知道得更多，对于《二泉映月》也“懂”得更多。于是再次“朗读”便成为了学生表达情感的“需要”。他们通过朗读演绎着内心深处对课文的欣赏，对阿炳的崇敬，对曲子的喜爱……于是乎，有的同学配乐朗读，声情并茂;有的同学小组合作，情感共鸣;有的则激情昂扬，鼓舞人心;更有甚者有声有色地朗诵，使人震撼…….看着这“个性飞扬”的一幕幕，我感到了美!</w:t>
      </w:r>
      <w:r>
        <w:rPr>
          <w:lang w:eastAsia="zh-CN"/>
        </w:rPr>
        <w:br/>
      </w:r>
      <w:r>
        <w:rPr>
          <w:lang w:eastAsia="zh-CN"/>
        </w:rPr>
        <w:t>　　二、“合作探究”是美</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https://d.book118.com/626005051145010045</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00505114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