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六年级上册数学教学计划（通用32篇）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六年级上册数学教学计划 1</w:t>
      </w:r>
      <w:r>
        <w:rPr>
          <w:lang w:eastAsia="zh-CN"/>
        </w:rPr>
        <w:br/>
      </w:r>
      <w:r>
        <w:rPr>
          <w:lang w:eastAsia="zh-CN"/>
        </w:rPr>
        <w:t>　　一、本班学生情况分析：</w:t>
      </w:r>
      <w:r>
        <w:rPr>
          <w:lang w:eastAsia="zh-CN"/>
        </w:rPr>
        <w:br/>
      </w:r>
      <w:r>
        <w:rPr>
          <w:lang w:eastAsia="zh-CN"/>
        </w:rPr>
        <w:t>　　六年级共有51人，其中优生20人，中等生20人，后进生11人这两个班级从总体上看，成绩较差的学生占的比重较大：体现在优生不够尖，后进生的基础太差，连简单的也不会做，而且有部分学生对学习的兴趣不大。</w:t>
      </w:r>
      <w:r>
        <w:rPr>
          <w:lang w:eastAsia="zh-CN"/>
        </w:rPr>
        <w:br/>
      </w:r>
      <w:r>
        <w:rPr>
          <w:lang w:eastAsia="zh-CN"/>
        </w:rPr>
        <w:t>　　二、学习内容：</w:t>
      </w:r>
      <w:r>
        <w:rPr>
          <w:lang w:eastAsia="zh-CN"/>
        </w:rPr>
        <w:br/>
      </w:r>
      <w:r>
        <w:rPr>
          <w:lang w:eastAsia="zh-CN"/>
        </w:rPr>
        <w:t>　　这一册教材包括位置，分数乘法，分数除法，圆，百分数，统计，数学广角和数学实践活动等。</w:t>
      </w:r>
      <w:r>
        <w:rPr>
          <w:lang w:eastAsia="zh-CN"/>
        </w:rPr>
        <w:br/>
      </w:r>
      <w:r>
        <w:rPr>
          <w:lang w:eastAsia="zh-CN"/>
        </w:rPr>
        <w:t>　　三、教学目标；</w:t>
      </w:r>
      <w:r>
        <w:rPr>
          <w:lang w:eastAsia="zh-CN"/>
        </w:rPr>
        <w:br/>
      </w:r>
      <w:r>
        <w:rPr>
          <w:lang w:eastAsia="zh-CN"/>
        </w:rPr>
        <w:t>　　1、理解分数乘除法的意义，掌握分数乘除法的计算方法，会进行简单的四则混合运算。</w:t>
      </w:r>
      <w:r>
        <w:rPr>
          <w:lang w:eastAsia="zh-CN"/>
        </w:rPr>
        <w:br/>
      </w:r>
      <w:r>
        <w:rPr>
          <w:lang w:eastAsia="zh-CN"/>
        </w:rPr>
        <w:t>　　2、理解倒数的意义，掌握求倒数的方法。</w:t>
      </w:r>
      <w:r>
        <w:rPr>
          <w:lang w:eastAsia="zh-CN"/>
        </w:rPr>
        <w:br/>
      </w:r>
      <w:r>
        <w:rPr>
          <w:lang w:eastAsia="zh-CN"/>
        </w:rPr>
        <w:t>　　3、理解比的意义和性质，会求比值和化简比，会解决有关比的简单实际问题。</w:t>
      </w:r>
      <w:r>
        <w:rPr>
          <w:lang w:eastAsia="zh-CN"/>
        </w:rPr>
        <w:br/>
      </w:r>
      <w:r>
        <w:rPr>
          <w:lang w:eastAsia="zh-CN"/>
        </w:rPr>
        <w:t>　　4、掌握圆的特征，会用圆规画圆；探索并掌握圆的周长和面积公式，能够正确计算圆的周长和面积。</w:t>
      </w:r>
      <w:r>
        <w:rPr>
          <w:lang w:eastAsia="zh-CN"/>
        </w:rPr>
        <w:br/>
      </w:r>
      <w:r>
        <w:rPr>
          <w:lang w:eastAsia="zh-CN"/>
        </w:rPr>
        <w:t>　　5、能在方格纸上用数对表示位置，初步体会坐标的思想。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6、理解百分数的意义，比较熟练的进行有关百分数的计算，能够解决有关百分数的简单实际问题。</w:t>
      </w:r>
      <w:r>
        <w:rPr>
          <w:lang w:eastAsia="zh-CN"/>
        </w:rPr>
        <w:br/>
      </w:r>
      <w:r>
        <w:rPr>
          <w:lang w:eastAsia="zh-CN"/>
        </w:rPr>
        <w:t>　　7、认识扇形统计图，能根据需要选择合适的统计图表示数据。</w:t>
      </w:r>
      <w:r>
        <w:rPr>
          <w:lang w:eastAsia="zh-CN"/>
        </w:rPr>
        <w:br/>
      </w:r>
      <w:r>
        <w:rPr>
          <w:lang w:eastAsia="zh-CN"/>
        </w:rPr>
        <w:t>　　四、教学重难点：</w:t>
      </w:r>
      <w:r>
        <w:rPr>
          <w:lang w:eastAsia="zh-CN"/>
        </w:rPr>
        <w:br/>
      </w:r>
      <w:r>
        <w:rPr>
          <w:lang w:eastAsia="zh-CN"/>
        </w:rPr>
        <w:t>　　经历从实际生活中发现问题，提出问题，解决问题的过程，体会数学在日常生活中的作用，初步形成综合运用数学知识解决问题的能力。体会解决问题策略的多样性及运用假设的数学思想方法解决问题的有效性，感受数学的饿魅力。形成发现生活中的数学的意识，初步形成观察，分析及推理的能力。</w:t>
      </w:r>
      <w:r>
        <w:rPr>
          <w:lang w:eastAsia="zh-CN"/>
        </w:rPr>
        <w:br/>
      </w:r>
      <w:r>
        <w:rPr>
          <w:lang w:eastAsia="zh-CN"/>
        </w:rPr>
        <w:t>　　五、教学方法及措施：</w:t>
      </w:r>
      <w:r>
        <w:rPr>
          <w:lang w:eastAsia="zh-CN"/>
        </w:rPr>
        <w:br/>
      </w:r>
      <w:r>
        <w:rPr>
          <w:lang w:eastAsia="zh-CN"/>
        </w:rPr>
        <w:t>　　1、改革课堂教学，坚持开放式课堂教学模式，充分调动学生的积极性，让学生自己动口、动脑、动手，培养学生良好的学习习惯和独立解决问题的能力。</w:t>
      </w:r>
      <w:r>
        <w:rPr>
          <w:lang w:eastAsia="zh-CN"/>
        </w:rPr>
        <w:br/>
      </w:r>
      <w:r>
        <w:rPr>
          <w:lang w:eastAsia="zh-CN"/>
        </w:rPr>
        <w:t>　　2、加强基础知识教学，重视发展学生智力和培养学生能力。遵循学生的认知规律，重视学生获取知识的思维过程，通过学生操作观察演示，实验的方法，培养学生创新能力和自主学习能力。</w:t>
      </w:r>
      <w:r>
        <w:rPr>
          <w:lang w:eastAsia="zh-CN"/>
        </w:rPr>
        <w:br/>
      </w:r>
      <w:r>
        <w:rPr>
          <w:lang w:eastAsia="zh-CN"/>
        </w:rPr>
        <w:t>　　3、教学中对学生进行思想教育。明确学习目的，培养学生学习数学的兴趣。使学生乐于学习，以全面提高全班学生的数学，注重培养和发展学习的空间观念，注重逻辑教学，让学生多实际操作。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4、采用少讲多练的方法，以严密的教学逻辑，抓住教材中的难点和疑点，由易到难，由浅到深，循循善诱地讲解，适当拓宽加深，对学生作业认真批改（根据不同层次的学生布置不同层次的作业和练习）。</w:t>
      </w:r>
      <w:r>
        <w:rPr>
          <w:lang w:eastAsia="zh-CN"/>
        </w:rPr>
        <w:br/>
      </w:r>
      <w:r>
        <w:rPr>
          <w:lang w:eastAsia="zh-CN"/>
        </w:rPr>
        <w:t>　　5、认真做后进生的转化工作。在教会学生数学知识的同时，把工作重点放在学生如何会学，且注重学生良好的学习习惯的养成教育，要求学生学会知识不仅知其然且知其所以然。</w:t>
      </w:r>
      <w:r>
        <w:rPr>
          <w:lang w:eastAsia="zh-CN"/>
        </w:rPr>
        <w:br/>
      </w:r>
      <w:r>
        <w:rPr>
          <w:lang w:eastAsia="zh-CN"/>
        </w:rPr>
        <w:t>　　6、加强自身的`学习，提高业务能力。联系生活实际，使学生体会数学来源于生活，应用于生活，从而认识到学习数学的重要性。</w:t>
      </w:r>
      <w:r>
        <w:rPr>
          <w:lang w:eastAsia="zh-CN"/>
        </w:rPr>
        <w:br/>
      </w:r>
      <w:r>
        <w:rPr>
          <w:lang w:eastAsia="zh-CN"/>
        </w:rPr>
        <w:t>　　7、注重因材施教，进一步做好培优补差工作。让学优生和学困生结对，达到手拉手同进步的目的。黄梦琪——刘治国付雪莲——杨兴荣程舒淇——赵秀月付中琪——刘建华郑倩格——肖紫梦袁梦娇——刘宁王兴春——王虎</w:t>
      </w:r>
      <w:r>
        <w:rPr>
          <w:lang w:eastAsia="zh-CN"/>
        </w:rPr>
        <w:br/>
      </w:r>
      <w:r>
        <w:rPr>
          <w:lang w:eastAsia="zh-CN"/>
        </w:rPr>
        <w:t>　　8、踏踏实实做好教学常规工作，以自己认真负责的工作态度，满腔热情的工作作风，虚心向同事学习，同时争取家长的配合，共同做好对学生的培养。</w:t>
      </w:r>
      <w:r>
        <w:rPr>
          <w:lang w:eastAsia="zh-CN"/>
        </w:rPr>
        <w:br/>
      </w:r>
      <w:r>
        <w:rPr>
          <w:lang w:eastAsia="zh-CN"/>
        </w:rPr>
        <w:t>　　六、教学检测及评价</w:t>
      </w:r>
      <w:r>
        <w:rPr>
          <w:lang w:eastAsia="zh-CN"/>
        </w:rPr>
        <w:br/>
      </w:r>
      <w:r>
        <w:rPr>
          <w:lang w:eastAsia="zh-CN"/>
        </w:rPr>
        <w:t>　　1、每节课前用五分钟时间对学生前一天的知识进行巩固。</w:t>
      </w:r>
      <w:r>
        <w:rPr>
          <w:lang w:eastAsia="zh-CN"/>
        </w:rPr>
        <w:br/>
      </w:r>
      <w:r>
        <w:rPr>
          <w:lang w:eastAsia="zh-CN"/>
        </w:rPr>
        <w:t>　　2、通过学生每天的作业，对学生的掌握情况进行检测，对自己出现的难题进行分析和解决。</w:t>
      </w:r>
      <w:r>
        <w:rPr>
          <w:lang w:eastAsia="zh-CN"/>
        </w:rPr>
        <w:br/>
      </w:r>
      <w:r>
        <w:rPr>
          <w:lang w:eastAsia="zh-CN"/>
        </w:rPr>
        <w:t>　　3、每单元结束后利用单元过关题进行有效地单元检测和评价。</w:t>
      </w:r>
      <w:r>
        <w:rPr>
          <w:lang w:eastAsia="zh-CN"/>
        </w:rPr>
        <w:br/>
      </w:r>
      <w:r>
        <w:rPr>
          <w:lang w:eastAsia="zh-CN"/>
        </w:rPr>
        <w:t>　　4、每月末有针对性的对学生进行分层检验及评价。</w:t>
      </w:r>
      <w:r>
        <w:rPr>
          <w:lang w:eastAsia="zh-CN"/>
        </w:rPr>
        <w:br/>
      </w:r>
      <w:r>
        <w:rPr>
          <w:lang w:eastAsia="zh-CN"/>
        </w:rPr>
        <w:t>　　5、对学生进行阶段性检测和评价，让学生进行及时反思和改正。</w:t>
      </w:r>
      <w:r>
        <w:rPr>
          <w:lang w:eastAsia="zh-CN"/>
        </w:rPr>
        <w:br/>
      </w:r>
      <w:r>
        <w:rPr>
          <w:lang w:eastAsia="zh-CN"/>
        </w:rPr>
        <w:t>　　6、以平时评价为主，以期中评价为辅；</w:t>
      </w:r>
      <w:r>
        <w:rPr>
          <w:lang w:eastAsia="zh-CN"/>
        </w:rPr>
        <w:br/>
      </w:r>
      <w:r>
        <w:rPr>
          <w:lang w:eastAsia="zh-CN"/>
        </w:rPr>
        <w:t>　　7、以综合性评价为主，以单项测试评价为辅。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七、教学时间安排</w:t>
      </w:r>
      <w:r>
        <w:rPr>
          <w:lang w:eastAsia="zh-CN"/>
        </w:rPr>
        <w:br/>
      </w:r>
      <w:r>
        <w:rPr>
          <w:lang w:eastAsia="zh-CN"/>
        </w:rPr>
        <w:t>　　（略）　　六年级上册数学教学计划 2</w:t>
      </w:r>
      <w:r>
        <w:rPr>
          <w:lang w:eastAsia="zh-CN"/>
        </w:rPr>
        <w:br/>
      </w:r>
      <w:r>
        <w:rPr>
          <w:lang w:eastAsia="zh-CN"/>
        </w:rPr>
        <w:t>　　一、基本情况分析</w:t>
      </w:r>
      <w:r>
        <w:rPr>
          <w:lang w:eastAsia="zh-CN"/>
        </w:rPr>
        <w:br/>
      </w:r>
      <w:r>
        <w:rPr>
          <w:lang w:eastAsia="zh-CN"/>
        </w:rPr>
        <w:t>　　六年级的学生能从已有的知识和经验出发，获取知识，抽象思维水平有了一定的发展。基础知识掌握牢固，具备了一定的学习数学的能力。绝大多数学生养成了良好的思想品德和学习习惯。在课堂上能积极主动地参与学习过程，实行分工合作，各尽其责。能充分动口、动手、动脑，主动收集、交流、加工和处理学习信息。勇于发表自己的意见，听取和尊重别人的意见，独立思考，掌握学法，大胆实践，并能自评、自检和自改。也存在个别学生基础知识差，对数学不感兴趣，学习被动，上课不认真听讲，作业不能按时完成，学习有困难，特别对应用题数量关系的分析存在问题。还有个别学生比较聪明，但学习不勤奋，成绩不高，所以在新的学期里，在端正学生学习态度的同时，应加强培养他们的各种数学学习的能力，以提高成绩。</w:t>
      </w:r>
      <w:r>
        <w:rPr>
          <w:lang w:eastAsia="zh-CN"/>
        </w:rPr>
        <w:br/>
      </w:r>
      <w:r>
        <w:rPr>
          <w:lang w:eastAsia="zh-CN"/>
        </w:rPr>
        <w:t>　　二、教学目标</w:t>
      </w:r>
      <w:r>
        <w:rPr>
          <w:lang w:eastAsia="zh-CN"/>
        </w:rPr>
        <w:br/>
      </w:r>
      <w:r>
        <w:rPr>
          <w:lang w:eastAsia="zh-CN"/>
        </w:rPr>
        <w:t>　　1、知识与技能方面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让学生联系已有的知识和经验，经历将实际问题抽象成式与方程的过程，进一步体会方程的思想和方法，增强列方程解决问题的意识和能力；经历探索分数乘、除法计算方法的过程，进一步完善对乘、除法运算意义的认识和理解，形成必要的计算技能；经历认识比以及百分数意义的过程，进一步体会数学知识和方法的内在联系，加深对现实问题中数量关系的理解，提高综合应用数学知识和方法解决简单实际问题的能力。</w:t>
      </w:r>
      <w:r>
        <w:rPr>
          <w:lang w:eastAsia="zh-CN"/>
        </w:rPr>
        <w:br/>
      </w:r>
      <w:r>
        <w:rPr>
          <w:lang w:eastAsia="zh-CN"/>
        </w:rPr>
        <w:t>　　（2）让学生通过操作、实验、观察和思考等活动，认识长方体、正方体的特征，了解体积（容积）的意义，探索并理解长方体、正方体的体积和表面积的计算方法，进一步积累学习空间与图形内容的经验。</w:t>
      </w:r>
      <w:r>
        <w:rPr>
          <w:lang w:eastAsia="zh-CN"/>
        </w:rPr>
        <w:br/>
      </w:r>
      <w:r>
        <w:rPr>
          <w:lang w:eastAsia="zh-CN"/>
        </w:rPr>
        <w:t>　　（3）让学生联系分数的意义，初步掌握用分数表示具体情境中简单事件发生的可能性的方法，能根据指定的可能性（分数）设计相应的活动方案。</w:t>
      </w:r>
      <w:r>
        <w:rPr>
          <w:lang w:eastAsia="zh-CN"/>
        </w:rPr>
        <w:br/>
      </w:r>
      <w:r>
        <w:rPr>
          <w:lang w:eastAsia="zh-CN"/>
        </w:rPr>
        <w:t>　　2、数学思考方面</w:t>
      </w:r>
      <w:r>
        <w:rPr>
          <w:lang w:eastAsia="zh-CN"/>
        </w:rPr>
        <w:br/>
      </w:r>
      <w:r>
        <w:rPr>
          <w:lang w:eastAsia="zh-CN"/>
        </w:rPr>
        <w:t>　　（1）在解方程以及列方程解决简单实际问题的过程中，进一步感受方程的思想方法和价值，发展抽象思维，增强符号感。</w:t>
      </w:r>
      <w:r>
        <w:rPr>
          <w:lang w:eastAsia="zh-CN"/>
        </w:rPr>
        <w:br/>
      </w:r>
      <w:r>
        <w:rPr>
          <w:lang w:eastAsia="zh-CN"/>
        </w:rPr>
        <w:t>　　（2）在探索分数乘、除法的计算方法，比的基本性质，以及长方体和正方体的体积公式的过程中，能够主动联系已有的知识经验进行观察和操作、比较和分析、猜想和验证、归纳和类推等活动，进一步发展合情推理与初步的演绎推理能力。</w:t>
      </w:r>
      <w:r>
        <w:rPr>
          <w:lang w:eastAsia="zh-CN"/>
        </w:rPr>
        <w:br/>
      </w:r>
      <w:r>
        <w:rPr>
          <w:lang w:eastAsia="zh-CN"/>
        </w:rPr>
        <w:t>　　（3）在应用分数乘法和加、减法解决实际问题，以及应用长方体、正方体的表面积和体积的计算方法解决简单实际问题的过程中，能够合乎逻辑地进行思考，并能清晰地表达自己的思考过程，进一步培养良好的思维品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（4）在认识比和百分数，学习用分数表示简单事件发生的可能性的过程中，进一步理解数的意义，提高用数表达和交流信息的能力，不断发展和增强数感。</w:t>
      </w:r>
      <w:r>
        <w:rPr>
          <w:lang w:eastAsia="zh-CN"/>
        </w:rPr>
        <w:br/>
      </w:r>
      <w:r>
        <w:rPr>
          <w:lang w:eastAsia="zh-CN"/>
        </w:rPr>
        <w:t>　　（5）在认识长方体和正方体的特征，了解体积（容积）的意义，以及学习常用体积单位的过程中，进一步丰富对现实空间的.感知，初步建立1立方米、1立方分米（升）、1立方厘米( 毫升)实际大小的表象，增强空间观念，发展形象思维。</w:t>
      </w:r>
      <w:r>
        <w:rPr>
          <w:lang w:eastAsia="zh-CN"/>
        </w:rPr>
        <w:br/>
      </w:r>
      <w:r>
        <w:rPr>
          <w:lang w:eastAsia="zh-CN"/>
        </w:rPr>
        <w:t>　　3、解决问题方面</w:t>
      </w:r>
      <w:r>
        <w:rPr>
          <w:lang w:eastAsia="zh-CN"/>
        </w:rPr>
        <w:br/>
      </w:r>
      <w:r>
        <w:rPr>
          <w:lang w:eastAsia="zh-CN"/>
        </w:rPr>
        <w:t>　　（1）能从现实情境中发现并提出一些数学问题，并能主动应用所学的方程、分数运算、长方体和正方体的表面积和体积的计算方法、比、百分数等数学知识和方法解决问题，进一步发展数学应用意识。</w:t>
      </w:r>
      <w:r>
        <w:rPr>
          <w:lang w:eastAsia="zh-CN"/>
        </w:rPr>
        <w:br/>
      </w:r>
      <w:r>
        <w:rPr>
          <w:lang w:eastAsia="zh-CN"/>
        </w:rPr>
        <w:t>　　（2）在列方程解决两、三步计算的实际问题，以及“已知一个数的几分之几是多少，求这个数”的简单实际问题的过程中，进一步掌握列方程解决问题的基本思路和方法，体会其特点和价值。</w:t>
      </w:r>
      <w:r>
        <w:rPr>
          <w:lang w:eastAsia="zh-CN"/>
        </w:rPr>
        <w:br/>
      </w:r>
      <w:r>
        <w:rPr>
          <w:lang w:eastAsia="zh-CN"/>
        </w:rPr>
        <w:t>　　（3）在应用长方体、正方体的表面积和体积的计算方法解决简单实际问题，以及根据指定的可能性(分数)设计相应活动方案的过程中，进一步体会与他人合作交流的重要性，提高合作交流的能力。</w:t>
      </w:r>
      <w:r>
        <w:rPr>
          <w:lang w:eastAsia="zh-CN"/>
        </w:rPr>
        <w:br/>
      </w:r>
      <w:r>
        <w:rPr>
          <w:lang w:eastAsia="zh-CN"/>
        </w:rPr>
        <w:t>　　（4）在应用分数乘法和加、减法解决稍复杂的实际问题，以及应用比和分数的关系解决按比例分配的实际问题的过程中，进一步加深对相关数量关系的理解，提高综合应用数学知识和方法解决问题的能力。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（5）能应用“替换和假设”的策略解决一些简单的实际问题，进一步增强解决问题的策略意识和反思意识，体会解决问题策略的多样性，培养根据实际问题的特点选择相应策略的能力。</w:t>
      </w:r>
      <w:r>
        <w:rPr>
          <w:lang w:eastAsia="zh-CN"/>
        </w:rPr>
        <w:br/>
      </w:r>
      <w:r>
        <w:rPr>
          <w:lang w:eastAsia="zh-CN"/>
        </w:rPr>
        <w:t>　　4、情感与态度方面</w:t>
      </w:r>
      <w:r>
        <w:rPr>
          <w:lang w:eastAsia="zh-CN"/>
        </w:rPr>
        <w:br/>
      </w:r>
      <w:r>
        <w:rPr>
          <w:lang w:eastAsia="zh-CN"/>
        </w:rPr>
        <w:t>　　（1）能积极参与各项数学活动，感受自己在数学知识和方法等方面的收获与进步，增强对数学的好奇心与求知欲，进一步树立学好数学的信心。</w:t>
      </w:r>
      <w:r>
        <w:rPr>
          <w:lang w:eastAsia="zh-CN"/>
        </w:rPr>
        <w:br/>
      </w:r>
      <w:r>
        <w:rPr>
          <w:lang w:eastAsia="zh-CN"/>
        </w:rPr>
        <w:t>　　（2）在探索和理解分数乘、除法的计算方法，比的基本性质，长方体和正方体的体积公式等活动中，进一步感受数学思考的严谨性和数学结论的确定性，获得一些成功的体验，锻炼克服困难的意志。</w:t>
      </w:r>
      <w:r>
        <w:rPr>
          <w:lang w:eastAsia="zh-CN"/>
        </w:rPr>
        <w:br/>
      </w:r>
      <w:r>
        <w:rPr>
          <w:lang w:eastAsia="zh-CN"/>
        </w:rPr>
        <w:t>　　（3）在解决有关分数计算、表面积和体积计算、百分率计算，以及按比例分配等实际问题的过程中，进一步感受数学的价值，感受数学与生活的密切联系，不断增强学数学、用数学的自觉性。</w:t>
      </w:r>
      <w:r>
        <w:rPr>
          <w:lang w:eastAsia="zh-CN"/>
        </w:rPr>
        <w:br/>
      </w:r>
      <w:r>
        <w:rPr>
          <w:lang w:eastAsia="zh-CN"/>
        </w:rPr>
        <w:t>　　（4）在解方程，进行分数计算，求长方体、正方体的表面积和体积，求比值和化简比，进行百分数和分数、小数的互化等活动中，进一步培养认真、细心的学习态度，培养发现错误及时订正的良好习惯。</w:t>
      </w:r>
      <w:r>
        <w:rPr>
          <w:lang w:eastAsia="zh-CN"/>
        </w:rPr>
        <w:br/>
      </w:r>
      <w:r>
        <w:rPr>
          <w:lang w:eastAsia="zh-CN"/>
        </w:rPr>
        <w:t>　　（5）通过阅读“你知道吗”以及参与“实践与综合应用”等活动，进一步了解有关数学知识的背景，体会数学对人类历史发展的作用，增强民族自豪感，增强创新意识，锻炼实践能力。</w:t>
      </w:r>
      <w:r>
        <w:rPr>
          <w:lang w:eastAsia="zh-CN"/>
        </w:rPr>
        <w:br/>
      </w:r>
      <w:r>
        <w:rPr>
          <w:lang w:eastAsia="zh-CN"/>
        </w:rPr>
        <w:t>　　三、教学重难点：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1、能理解并掌握长方体，正方体表面积，体积的计算方法，能根据对长方体，正方体的表面积，体积及其计算方法的理解解决相关的简单实际问题。</w:t>
      </w:r>
      <w:r>
        <w:rPr>
          <w:lang w:eastAsia="zh-CN"/>
        </w:rPr>
        <w:br/>
      </w:r>
      <w:r>
        <w:rPr>
          <w:lang w:eastAsia="zh-CN"/>
        </w:rPr>
        <w:t>　　2、掌握分数乘除法的计算方法，熟练进行分数四则混合运算。</w:t>
      </w:r>
      <w:r>
        <w:rPr>
          <w:lang w:eastAsia="zh-CN"/>
        </w:rPr>
        <w:br/>
      </w:r>
      <w:r>
        <w:rPr>
          <w:lang w:eastAsia="zh-CN"/>
        </w:rPr>
        <w:t>　　3、认识比和百分数增强数感。</w:t>
      </w:r>
      <w:r>
        <w:rPr>
          <w:lang w:eastAsia="zh-CN"/>
        </w:rPr>
        <w:br/>
      </w:r>
      <w:r>
        <w:rPr>
          <w:lang w:eastAsia="zh-CN"/>
        </w:rPr>
        <w:t>　　4、能应用在本册数学书中学到的知识，解决生活中的实际问题，发展应用能力。</w:t>
      </w:r>
      <w:r>
        <w:rPr>
          <w:lang w:eastAsia="zh-CN"/>
        </w:rPr>
        <w:br/>
      </w:r>
      <w:r>
        <w:rPr>
          <w:lang w:eastAsia="zh-CN"/>
        </w:rPr>
        <w:t>　　四、教学措施</w:t>
      </w:r>
      <w:r>
        <w:rPr>
          <w:lang w:eastAsia="zh-CN"/>
        </w:rPr>
        <w:br/>
      </w:r>
      <w:r>
        <w:rPr>
          <w:lang w:eastAsia="zh-CN"/>
        </w:rPr>
        <w:t>　　1、激发学生的学习积极性，向学生提供充分从事数学活动的机会，帮助他们在自主探索和合作交流的过程中真正理解和掌握基本的数学知识与技能、数学思想和方法，获得广泛的数学活动经验。</w:t>
      </w:r>
      <w:r>
        <w:rPr>
          <w:lang w:eastAsia="zh-CN"/>
        </w:rPr>
        <w:br/>
      </w:r>
      <w:r>
        <w:rPr>
          <w:lang w:eastAsia="zh-CN"/>
        </w:rPr>
        <w:t>　　2、教学的内容应当是现实的、有意义的、富有挑战性的，要有利于学生主动地进行观察、实验、猜测、验证、推理与交流等数学活动。教学内容的呈现应采用不同的表达方式，以满足多样化的学习需求。</w:t>
      </w:r>
      <w:r>
        <w:rPr>
          <w:lang w:eastAsia="zh-CN"/>
        </w:rPr>
        <w:br/>
      </w:r>
      <w:r>
        <w:rPr>
          <w:lang w:eastAsia="zh-CN"/>
        </w:rPr>
        <w:t>　　3、建立评价目标多元、评价方法多样的评价体系。对数学学习的评价要关注学生学习的结果，更要关注他们学习的过程；要关注学生数学学习的水平，更要关注他们在数学活动中所表现出来的情感与态度，帮助学生认识自我，建立信心。</w:t>
      </w:r>
      <w:r>
        <w:rPr>
          <w:lang w:eastAsia="zh-CN"/>
        </w:rPr>
        <w:br/>
      </w:r>
      <w:r>
        <w:rPr>
          <w:lang w:eastAsia="zh-CN"/>
        </w:rPr>
        <w:t>　　4、向学生提供更为丰富的学习资源，把现代信息技术作为学生学习数学和解决问题的强有力工具，致力于改变学生的学习方式，使学生乐意并有更多的精力投入到现实的、探索性的数学活动中去。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5、课余开展丰富多彩的数学活动，努力使数学知识的学习情境化、生活化、趣味化，使学生爱学、乐学，学有所得。　　六年级上册数学教学计划</w:t>
      </w:r>
      <w:r>
        <w:rPr>
          <w:lang w:eastAsia="zh-CN"/>
        </w:rPr>
        <w:t xml:space="preserve"> 3</w:t>
      </w:r>
      <w:r>
        <w:rPr>
          <w:lang w:eastAsia="zh-CN"/>
        </w:rPr>
        <w:br/>
      </w:r>
      <w:r>
        <w:rPr>
          <w:lang w:eastAsia="zh-CN"/>
        </w:rPr>
        <w:t>　　面对一张张求知若渴的面孔，加之承担六年级的数学科教学，我感到肩头责任的重大。在课改实验正向我们全面铺开的同时，我们又即将面临一个个全新的挑战，不断加强学习，提高自身综合素质，以饱满的工作热情投入到教育教学工作中，是在新形式下对每一位教育工作者最基本的要求。为在工作中能针对自身知识能力特点，结合本班实际，避免教学的盲目性和重复性，增强数学学科的针对性和实效性，拟定以下教学计划：</w:t>
      </w:r>
      <w:r>
        <w:rPr>
          <w:lang w:eastAsia="zh-CN"/>
        </w:rPr>
        <w:br/>
      </w:r>
      <w:r>
        <w:rPr>
          <w:lang w:eastAsia="zh-CN"/>
        </w:rPr>
        <w:t>　　一、学情分析：</w:t>
      </w:r>
      <w:r>
        <w:rPr>
          <w:lang w:eastAsia="zh-CN"/>
        </w:rPr>
        <w:br/>
      </w:r>
      <w:r>
        <w:rPr>
          <w:lang w:eastAsia="zh-CN"/>
        </w:rPr>
        <w:t>　　（一）、认知领域分析：</w:t>
      </w:r>
      <w:r>
        <w:rPr>
          <w:lang w:eastAsia="zh-CN"/>
        </w:rPr>
        <w:br/>
      </w:r>
      <w:r>
        <w:rPr>
          <w:lang w:eastAsia="zh-CN"/>
        </w:rPr>
        <w:t>　　1、基础知识掌握情况：</w:t>
      </w:r>
      <w:r>
        <w:rPr>
          <w:lang w:eastAsia="zh-CN"/>
        </w:rPr>
        <w:br/>
      </w:r>
      <w:r>
        <w:rPr>
          <w:lang w:eastAsia="zh-CN"/>
        </w:rPr>
        <w:t>　　（1）、对概念的掌握：班上多数学生对数学概念的掌握不够牢固，多数数学概念在学生的脑海中呈模糊、混淆状态。对学过的概念，学生的巩固和应用不够；对在教学中即将生成的概念，教师应加大引导力度。</w:t>
      </w:r>
      <w:r>
        <w:rPr>
          <w:lang w:eastAsia="zh-CN"/>
        </w:rPr>
        <w:br/>
      </w:r>
      <w:r>
        <w:rPr>
          <w:lang w:eastAsia="zh-CN"/>
        </w:rPr>
        <w:t>　　（2）、学生的计算能力：提高学生的计算能力是本班的一个重点，部分学生分数的加减法仍存在问题，在计算中粗心大意，不爱打草稿，常常自以为是，计算错误率相当高。</w:t>
      </w:r>
      <w:r>
        <w:rPr>
          <w:lang w:eastAsia="zh-CN"/>
        </w:rPr>
        <w:br/>
      </w:r>
      <w:r>
        <w:rPr>
          <w:lang w:eastAsia="zh-CN"/>
        </w:rPr>
        <w:t>　　（3）、对应用题的掌握：应用题教学是本班的一个难点，多数学生一碰到应用题就感到头疼，对应用题产生了畏惧感，且在实际操作中不去读题，不去认真理解题意和分析应用题中的数量关系，部分学生是不知从何下手，应用题错误率仍然相当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2、操作能力分析：</w:t>
      </w:r>
      <w:r>
        <w:rPr>
          <w:lang w:eastAsia="zh-CN"/>
        </w:rPr>
        <w:br/>
      </w:r>
      <w:r>
        <w:rPr>
          <w:lang w:eastAsia="zh-CN"/>
        </w:rPr>
        <w:t>　　（1）学生组织纪律性不强，学习自觉性差；</w:t>
      </w:r>
      <w:r>
        <w:rPr>
          <w:lang w:eastAsia="zh-CN"/>
        </w:rPr>
        <w:br/>
      </w:r>
      <w:r>
        <w:rPr>
          <w:lang w:eastAsia="zh-CN"/>
        </w:rPr>
        <w:t>　　（2）多数学生没有自制学具的习惯，也没有使用学具的爱好；</w:t>
      </w:r>
      <w:r>
        <w:rPr>
          <w:lang w:eastAsia="zh-CN"/>
        </w:rPr>
        <w:br/>
      </w:r>
      <w:r>
        <w:rPr>
          <w:lang w:eastAsia="zh-CN"/>
        </w:rPr>
        <w:t>　　（3）少数学生书写差，多数学生有待强化，没有正确对待作业；</w:t>
      </w:r>
      <w:r>
        <w:rPr>
          <w:lang w:eastAsia="zh-CN"/>
        </w:rPr>
        <w:br/>
      </w:r>
      <w:r>
        <w:rPr>
          <w:lang w:eastAsia="zh-CN"/>
        </w:rPr>
        <w:t>　　（4）上课举手发言不大胆，不爱提问，回答问题思路不清晰，口头表达、语言组织能力较差；</w:t>
      </w:r>
      <w:r>
        <w:rPr>
          <w:lang w:eastAsia="zh-CN"/>
        </w:rPr>
        <w:br/>
      </w:r>
      <w:r>
        <w:rPr>
          <w:lang w:eastAsia="zh-CN"/>
        </w:rPr>
        <w:t>　　3、智力因素和非智力因素分析：</w:t>
      </w:r>
      <w:r>
        <w:rPr>
          <w:lang w:eastAsia="zh-CN"/>
        </w:rPr>
        <w:br/>
      </w:r>
      <w:r>
        <w:rPr>
          <w:lang w:eastAsia="zh-CN"/>
        </w:rPr>
        <w:t>　　（1）智力因素分析：由于受到家庭条件的不利影响，个别同学智力水平较低，反应较迟钝，提出、理解、分析、解决问题的能力较差，知识学得死，逻辑思维不强。</w:t>
      </w:r>
      <w:r>
        <w:rPr>
          <w:lang w:eastAsia="zh-CN"/>
        </w:rPr>
        <w:br/>
      </w:r>
      <w:r>
        <w:rPr>
          <w:lang w:eastAsia="zh-CN"/>
        </w:rPr>
        <w:t>　　（2）非智力因素分析：本班学习气氛不浓，知识消化和接受得慢，真正爱好学习的同学少，意志薄弱，思维品格结构不完整。</w:t>
      </w:r>
      <w:r>
        <w:rPr>
          <w:lang w:eastAsia="zh-CN"/>
        </w:rPr>
        <w:br/>
      </w:r>
      <w:r>
        <w:rPr>
          <w:lang w:eastAsia="zh-CN"/>
        </w:rPr>
        <w:t>　　4、学习困难：</w:t>
      </w:r>
      <w:r>
        <w:rPr>
          <w:lang w:eastAsia="zh-CN"/>
        </w:rPr>
        <w:br/>
      </w:r>
      <w:r>
        <w:rPr>
          <w:lang w:eastAsia="zh-CN"/>
        </w:rPr>
        <w:t>　　要想教好本班，首先要解决的问题就是学生的思想问题，要充分调动学生的学习积极性，手把手地教他们正确的学习方法，让他们真正爱学，乐学。其次是要认真对待本班的班级常规管理，甚至要把它提到一个很高的高度来认识，班级常规教育不容忽视，且需急待加强，在教育教学中一定要很好地配合好班主任搞好班级管理。</w:t>
      </w:r>
      <w:r>
        <w:rPr>
          <w:lang w:eastAsia="zh-CN"/>
        </w:rPr>
        <w:br/>
      </w:r>
      <w:r>
        <w:rPr>
          <w:lang w:eastAsia="zh-CN"/>
        </w:rPr>
        <w:t>　　（二）、情感领域分析：</w:t>
      </w:r>
      <w:r>
        <w:rPr>
          <w:lang w:eastAsia="zh-CN"/>
        </w:rPr>
        <w:br/>
      </w:r>
      <w:r>
        <w:rPr>
          <w:lang w:eastAsia="zh-CN"/>
        </w:rPr>
        <w:t>　　1、学习目的分析：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班上多数学生学习目的不明确，九年义务教育的普及，加之在受市场经济浪潮冲击下的打工族们的影响，认为学与不学一个样，学好学坏一个样的同学不乏其人。导致上课精力不集中，爱摆龙门阵，贪玩好耍，且容易发生思维极差，个别同学产生厌学情绪。</w:t>
      </w:r>
      <w:r>
        <w:rPr>
          <w:lang w:eastAsia="zh-CN"/>
        </w:rPr>
        <w:br/>
      </w:r>
      <w:r>
        <w:rPr>
          <w:lang w:eastAsia="zh-CN"/>
        </w:rPr>
        <w:t>　　2、学习方法分析：</w:t>
      </w:r>
      <w:r>
        <w:rPr>
          <w:lang w:eastAsia="zh-CN"/>
        </w:rPr>
        <w:br/>
      </w:r>
      <w:r>
        <w:rPr>
          <w:lang w:eastAsia="zh-CN"/>
        </w:rPr>
        <w:t>　　班上多数同学不讲学习方法或学习方法不当，从书本上学习到的知识大部分靠死记硬背。</w:t>
      </w:r>
      <w:r>
        <w:rPr>
          <w:lang w:eastAsia="zh-CN"/>
        </w:rPr>
        <w:br/>
      </w:r>
      <w:r>
        <w:rPr>
          <w:lang w:eastAsia="zh-CN"/>
        </w:rPr>
        <w:t>　　3、学习习惯分析：</w:t>
      </w:r>
      <w:r>
        <w:rPr>
          <w:lang w:eastAsia="zh-CN"/>
        </w:rPr>
        <w:br/>
      </w:r>
      <w:r>
        <w:rPr>
          <w:lang w:eastAsia="zh-CN"/>
        </w:rPr>
        <w:t>　　班上多数同学没有良好的学习习惯，如不会自觉预习、自习、边听边想边记笔记的习惯等。</w:t>
      </w:r>
      <w:r>
        <w:rPr>
          <w:lang w:eastAsia="zh-CN"/>
        </w:rPr>
        <w:br/>
      </w:r>
      <w:r>
        <w:rPr>
          <w:lang w:eastAsia="zh-CN"/>
        </w:rPr>
        <w:t>　　4、学习兴趣分析：</w:t>
      </w:r>
      <w:r>
        <w:rPr>
          <w:lang w:eastAsia="zh-CN"/>
        </w:rPr>
        <w:br/>
      </w:r>
      <w:r>
        <w:rPr>
          <w:lang w:eastAsia="zh-CN"/>
        </w:rPr>
        <w:t>　　班上虽说学习气氛不浓，但同学们接受新知识的兴趣却是较浓的，不过不具稳定性。</w:t>
      </w:r>
      <w:r>
        <w:rPr>
          <w:lang w:eastAsia="zh-CN"/>
        </w:rPr>
        <w:br/>
      </w:r>
      <w:r>
        <w:rPr>
          <w:lang w:eastAsia="zh-CN"/>
        </w:rPr>
        <w:t>　　5、鉴赏能力分析：</w:t>
      </w:r>
      <w:r>
        <w:rPr>
          <w:lang w:eastAsia="zh-CN"/>
        </w:rPr>
        <w:br/>
      </w:r>
      <w:r>
        <w:rPr>
          <w:lang w:eastAsia="zh-CN"/>
        </w:rPr>
        <w:t>　　班上同学都来自偏远的农村，受环境条件的制约，很少受到文学、艺术的熏陶，所以对美的感受和鉴赏能力不强，但他们在这方面的愿望和要求是比较强烈的，且可塑性较大。</w:t>
      </w:r>
      <w:r>
        <w:rPr>
          <w:lang w:eastAsia="zh-CN"/>
        </w:rPr>
        <w:br/>
      </w:r>
      <w:r>
        <w:rPr>
          <w:lang w:eastAsia="zh-CN"/>
        </w:rPr>
        <w:t>　　二、教材理解：</w:t>
      </w:r>
      <w:r>
        <w:rPr>
          <w:lang w:eastAsia="zh-CN"/>
        </w:rPr>
        <w:br/>
      </w:r>
      <w:r>
        <w:rPr>
          <w:lang w:eastAsia="zh-CN"/>
        </w:rPr>
        <w:t>　　（一）、对教材思想教育内容的理解：</w:t>
      </w:r>
      <w:r>
        <w:rPr>
          <w:lang w:eastAsia="zh-CN"/>
        </w:rPr>
        <w:br/>
      </w:r>
      <w:r>
        <w:rPr>
          <w:lang w:eastAsia="zh-CN"/>
        </w:rPr>
        <w:t>　　教材以提高全民族的思想道德和科学文化素质，培养社会主义建设者和接班人为指导思想。通过学习，学生受到热爱祖国，热爱社会主义的教育，受到辩证唯物主义启蒙教育和社会主义道德品质教育，为培养建设有中国特色社会主义人的合格建设者打下基础。</w:t>
      </w:r>
      <w:r>
        <w:rPr>
          <w:lang w:eastAsia="zh-CN"/>
        </w:rPr>
        <w:br/>
      </w:r>
      <w:r>
        <w:rPr>
          <w:lang w:eastAsia="zh-CN"/>
        </w:rPr>
        <w:t>　　（二）、对教材双基方面的理解：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1、分数乘法：</w:t>
      </w:r>
      <w:r>
        <w:rPr>
          <w:lang w:eastAsia="zh-CN"/>
        </w:rPr>
        <w:br/>
      </w:r>
      <w:r>
        <w:rPr>
          <w:lang w:eastAsia="zh-CN"/>
        </w:rPr>
        <w:t>　　学生在掌握了整数乘法，分数的意义、性质，以及分数加、减法的计算的基础上进行教学的。内容包括分数乘法的意义和计算法则，乘加、乘减混合运算，求一个数的几分之几是多少的分数应用题，倒数的意义和计算。这些内容都属于分数中的基本知识和技能，利用这些知识不仅可以解决有关的实际问题，而且也是后面学习分数除法，分数四则混合运算和应用题以及百分数的重要基础。</w:t>
      </w:r>
      <w:r>
        <w:rPr>
          <w:lang w:eastAsia="zh-CN"/>
        </w:rPr>
        <w:br/>
      </w:r>
      <w:r>
        <w:rPr>
          <w:lang w:eastAsia="zh-CN"/>
        </w:rPr>
        <w:t>　　（1）分数乘法实际上包括两种情况，分数乘整数、一个数乘分数。第一种情况与整数乘法的'意义相同，只不过相同的加数是分数。而第二种情况用整数乘法的意义就不能解释了。这就需要把分数乘法的意义加以扩展。</w:t>
      </w:r>
      <w:r>
        <w:rPr>
          <w:lang w:eastAsia="zh-CN"/>
        </w:rPr>
        <w:br/>
      </w:r>
      <w:r>
        <w:rPr>
          <w:lang w:eastAsia="zh-CN"/>
        </w:rPr>
        <w:t>　　（2）在分数乘加、乘减混合运算中，把它同整数乘法运算定律推广到分数乘法紧密联系起来。这样安排，既有利于巩固和提高分数加、减、乘法的熟练程度，又为学习分数简便算法打下了较好的基础。</w:t>
      </w:r>
      <w:r>
        <w:rPr>
          <w:lang w:eastAsia="zh-CN"/>
        </w:rPr>
        <w:br/>
      </w:r>
      <w:r>
        <w:rPr>
          <w:lang w:eastAsia="zh-CN"/>
        </w:rPr>
        <w:t>　　（3）本单元的分数乘法应用题主要是求一个数的几分之几是多少的应用题，它是一个数乘分数的意义在实际中的应用，还是学习已知一个数的几分之几是多少求这个数的应用题以及进一步学习较复杂的分数应用题的基础。</w:t>
      </w:r>
      <w:r>
        <w:rPr>
          <w:lang w:eastAsia="zh-CN"/>
        </w:rPr>
        <w:br/>
      </w:r>
      <w:r>
        <w:rPr>
          <w:lang w:eastAsia="zh-CN"/>
        </w:rPr>
        <w:t>　　（4）本单元最后学习倒数的认识，使学生理解倒数的意义和求一个数的倒数的方法以便为后面学习分数除法做准备。</w:t>
      </w:r>
      <w:r>
        <w:rPr>
          <w:lang w:eastAsia="zh-CN"/>
        </w:rPr>
        <w:br/>
      </w:r>
      <w:r>
        <w:rPr>
          <w:lang w:eastAsia="zh-CN"/>
        </w:rPr>
        <w:t>　　2、分数除法：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学生在掌握了整数除法的意义、分数乘法的意义，以及解简易方程的基础上进行教学的。内容包括分数除法的意义和计算法则，分数除法应用题和比的知识。这些知识都是进一步学习的重要基础，要使学生切实学好。</w:t>
      </w:r>
      <w:r>
        <w:rPr>
          <w:lang w:eastAsia="zh-CN"/>
        </w:rPr>
        <w:br/>
      </w:r>
      <w:r>
        <w:rPr>
          <w:lang w:eastAsia="zh-CN"/>
        </w:rPr>
        <w:t>　　（1）分数除法的意义是作为整数乘法的逆运算来定义的，计算方法是乘这个数（不为0）的倒数。</w:t>
      </w:r>
      <w:r>
        <w:rPr>
          <w:lang w:eastAsia="zh-CN"/>
        </w:rPr>
        <w:br/>
      </w:r>
      <w:r>
        <w:rPr>
          <w:lang w:eastAsia="zh-CN"/>
        </w:rPr>
        <w:t>　　（2）分数除法应用题仍以方程解法为主，然后在这基础上教学用除法计算，以培养学生灵活解的解题能力。为此，教材安排了一些列方程解已知一个数的几分之几是多少求这个的文字题。</w:t>
      </w:r>
      <w:r>
        <w:rPr>
          <w:lang w:eastAsia="zh-CN"/>
        </w:rPr>
        <w:br/>
      </w:r>
      <w:r>
        <w:rPr>
          <w:lang w:eastAsia="zh-CN"/>
        </w:rPr>
        <w:t>　　（3）教材最后安排了一节比的知识，而实际计算是用分数计算，要注意与前面所学的除法和分数的紧密联系。</w:t>
      </w:r>
      <w:r>
        <w:rPr>
          <w:lang w:eastAsia="zh-CN"/>
        </w:rPr>
        <w:br/>
      </w:r>
      <w:r>
        <w:rPr>
          <w:lang w:eastAsia="zh-CN"/>
        </w:rPr>
        <w:t>　　3、分数四则混合运算和应用题：</w:t>
      </w:r>
      <w:r>
        <w:rPr>
          <w:lang w:eastAsia="zh-CN"/>
        </w:rPr>
        <w:br/>
      </w:r>
      <w:r>
        <w:rPr>
          <w:lang w:eastAsia="zh-CN"/>
        </w:rPr>
        <w:t>　　分数四则混合运算是在学生已经掌握了分数四则混合运算的基础上教学的，以进一步提高学生的计算能力为主要教学目的。分数应用题可以分为三部分：</w:t>
      </w:r>
      <w:r>
        <w:rPr>
          <w:lang w:eastAsia="zh-CN"/>
        </w:rPr>
        <w:br/>
      </w:r>
      <w:r>
        <w:rPr>
          <w:lang w:eastAsia="zh-CN"/>
        </w:rPr>
        <w:t>　　（1）一般的两步计算的分数应用题。这些应用题在数量关系方面，都是学生以前学过的，只是已知条件是分数，或者是在简单分数应用题的基础上再增加一步计算的一般应用题。</w:t>
      </w:r>
      <w:r>
        <w:rPr>
          <w:lang w:eastAsia="zh-CN"/>
        </w:rPr>
        <w:br/>
      </w:r>
      <w:r>
        <w:rPr>
          <w:lang w:eastAsia="zh-CN"/>
        </w:rPr>
        <w:t>　　（2）稍复杂的求一个数的几分之几是多少的分数乘法应用题，以及相应的分数除法应用题。这些应用题的数量关系要复杂一些，学生不易理解，要画线段图来帮助学生理解题意，分析数量关系，主要是弄清每个题中要把么看作单位“1”。</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工程问题。教材先从已知具体的工作总量和工作效率求工作时间的应用题引入，让学生根据具体的数量解答。然后把工作总量抽象成一个整体，用单位“1”表示，把工作效率用完成这个整体的几分之一来表示，由此计算出工作时间。</w:t>
      </w:r>
      <w:r>
        <w:rPr>
          <w:lang w:eastAsia="zh-CN"/>
        </w:rPr>
        <w:br/>
      </w:r>
      <w:r>
        <w:rPr>
          <w:lang w:eastAsia="zh-CN"/>
        </w:rPr>
        <w:t>　　4、圆：</w:t>
      </w:r>
      <w:r>
        <w:rPr>
          <w:lang w:eastAsia="zh-CN"/>
        </w:rPr>
        <w:br/>
      </w:r>
      <w:r>
        <w:rPr>
          <w:lang w:eastAsia="zh-CN"/>
        </w:rPr>
        <w:t>　　这部分内容是在学生学过了直线图形的认识和面积计算，以及圆的初步认识的基础上进行教学的。通过对圆的有关知识的学习，不仅加深学生对周围事物的理解，提高解决实际简单问题的能力，也为以后学习圆柱、圆锥等知识和绘制简单统计图打好基础。</w:t>
      </w:r>
      <w:r>
        <w:rPr>
          <w:lang w:eastAsia="zh-CN"/>
        </w:rPr>
        <w:br/>
      </w:r>
      <w:r>
        <w:rPr>
          <w:lang w:eastAsia="zh-CN"/>
        </w:rPr>
        <w:t>　　（1）圆的认识，通过圆的直径和半径以及它们的长度之间的关系，使学生认识圆的特征。在此基础上。使学生了解画圆的步骤和掌握画圆的方法，进一步加深对圆的认识。</w:t>
      </w:r>
      <w:r>
        <w:rPr>
          <w:lang w:eastAsia="zh-CN"/>
        </w:rPr>
        <w:br/>
      </w:r>
      <w:r>
        <w:rPr>
          <w:lang w:eastAsia="zh-CN"/>
        </w:rPr>
        <w:t>　　（2）圆的周长和面积计算公式的知识，教材中加强了启发性和让学生动手操作的内容，通过实验，使学生在实践活动中逐步理解和掌握计算公式。</w:t>
      </w:r>
      <w:r>
        <w:rPr>
          <w:lang w:eastAsia="zh-CN"/>
        </w:rPr>
        <w:br/>
      </w:r>
      <w:r>
        <w:rPr>
          <w:lang w:eastAsia="zh-CN"/>
        </w:rPr>
        <w:t>　　（3）教学轴对称图形时，教材中注意引导学生从观察实际事物和操作中认识轴对称图形和轴对称的含义。教材中还安排了让学生在方格纸上画出轴对称图形并找出对称轴，使学生在操作中扩展、加深对所学图形的认识。</w:t>
      </w:r>
      <w:r>
        <w:rPr>
          <w:lang w:eastAsia="zh-CN"/>
        </w:rPr>
        <w:br/>
      </w:r>
      <w:r>
        <w:rPr>
          <w:lang w:eastAsia="zh-CN"/>
        </w:rPr>
        <w:t>　　5、百分数：</w:t>
      </w:r>
      <w:r>
        <w:rPr>
          <w:lang w:eastAsia="zh-CN"/>
        </w:rPr>
        <w:br/>
      </w:r>
      <w:r>
        <w:rPr>
          <w:lang w:eastAsia="zh-CN"/>
        </w:rPr>
        <w:t>　　这一单元主要包括百分数和意义和写法，百分数和分数、小数的互化，百分数的应用等内容。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（1）百分数是在学生学过整数，小数特别是分数的概念和应用题的基础上进行学习的。百分数实际上是表示一个数是另一个数的百分之几的数。因此，它同分数有着密切的关系。</w:t>
      </w:r>
      <w:r>
        <w:rPr>
          <w:lang w:eastAsia="zh-CN"/>
        </w:rPr>
        <w:br/>
      </w:r>
      <w:r>
        <w:rPr>
          <w:lang w:eastAsia="zh-CN"/>
        </w:rPr>
        <w:t>　　（2）百分数的概念，是这部分内容的基础。学生只有理解了百分数表示一个数量是另一个数量的百分之几，也就是百分率的含义，才能正确地运用它来解决实际问题。</w:t>
      </w:r>
      <w:r>
        <w:rPr>
          <w:lang w:eastAsia="zh-CN"/>
        </w:rPr>
        <w:br/>
      </w:r>
      <w:r>
        <w:rPr>
          <w:lang w:eastAsia="zh-CN"/>
        </w:rPr>
        <w:t>　　三、教学目标：</w:t>
      </w:r>
      <w:r>
        <w:rPr>
          <w:lang w:eastAsia="zh-CN"/>
        </w:rPr>
        <w:br/>
      </w:r>
      <w:r>
        <w:rPr>
          <w:lang w:eastAsia="zh-CN"/>
        </w:rPr>
        <w:t>　　（一）、教材的思想目标：</w:t>
      </w:r>
      <w:r>
        <w:rPr>
          <w:lang w:eastAsia="zh-CN"/>
        </w:rPr>
        <w:br/>
      </w:r>
      <w:r>
        <w:rPr>
          <w:lang w:eastAsia="zh-CN"/>
        </w:rPr>
        <w:t>　　通过本册数学教学，学生学习到观察问题和思考问题的正确方法，受到辩证唯物主义的启蒙教育；从一些新旧数字的对比中感受到今天幸福生活的温暖，受到热爱祖国，热爱社会主义的教育；了解劳动人民在平凡的工作岗位上为人类做出的伟大贡献，受到热爱人民的道德品质教育；知道爱惜钱物，勤俭节约，培养良好的养成教育；了解有关的动物、植物知识，培养爱护环境，保护生态的环卫意识。</w:t>
      </w:r>
      <w:r>
        <w:rPr>
          <w:lang w:eastAsia="zh-CN"/>
        </w:rPr>
        <w:br/>
      </w:r>
      <w:r>
        <w:rPr>
          <w:lang w:eastAsia="zh-CN"/>
        </w:rPr>
        <w:t>　　（二）、教材的双基目标：</w:t>
      </w:r>
      <w:r>
        <w:rPr>
          <w:lang w:eastAsia="zh-CN"/>
        </w:rPr>
        <w:br/>
      </w:r>
      <w:r>
        <w:rPr>
          <w:lang w:eastAsia="zh-CN"/>
        </w:rPr>
        <w:t>　　1、学生理解分数乘、除法的意义，掌握分数乘、除法的计算法则，比较熟练地计算分数乘、除法（简单的能够口算）。</w:t>
      </w:r>
      <w:r>
        <w:rPr>
          <w:lang w:eastAsia="zh-CN"/>
        </w:rPr>
        <w:br/>
      </w:r>
      <w:r>
        <w:rPr>
          <w:lang w:eastAsia="zh-CN"/>
        </w:rPr>
        <w:t>　　2、学生学会进行分数四则混合运算。</w:t>
      </w:r>
      <w:r>
        <w:rPr>
          <w:lang w:eastAsia="zh-CN"/>
        </w:rPr>
        <w:br/>
      </w:r>
      <w:r>
        <w:rPr>
          <w:lang w:eastAsia="zh-CN"/>
        </w:rPr>
        <w:t>　　3、学生理解比的意义和性质，会求比值和化简比。</w:t>
      </w:r>
      <w:r>
        <w:rPr>
          <w:lang w:eastAsia="zh-CN"/>
        </w:rPr>
        <w:br/>
      </w:r>
      <w:r>
        <w:rPr>
          <w:lang w:eastAsia="zh-CN"/>
        </w:rPr>
        <w:t>　　4、学生掌握圆的特征，会用工具画圆；掌握圆周长和圆面积的计算公式，能够正确计算圆和周长和面积。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5、学生初步理解轴对称的意义，初步认识轴对称图形。</w:t>
      </w:r>
      <w:r>
        <w:rPr>
          <w:lang w:eastAsia="zh-CN"/>
        </w:rPr>
        <w:br/>
      </w:r>
      <w:r>
        <w:rPr>
          <w:lang w:eastAsia="zh-CN"/>
        </w:rPr>
        <w:t>　　6、学生能够解答比较容易的一到二步计算和分数应用题，能够综合运用所学知识解决比较简单和实际问题，能够根据应用题的具体情况，灵活地选用算术解法和方程解法。</w:t>
      </w:r>
      <w:r>
        <w:rPr>
          <w:lang w:eastAsia="zh-CN"/>
        </w:rPr>
        <w:br/>
      </w:r>
      <w:r>
        <w:rPr>
          <w:lang w:eastAsia="zh-CN"/>
        </w:rPr>
        <w:t>　　7、学生理解百分数的意义，比较熟练地进行有关百分数的计算，能够解决一些比较简单的有关百分数的实际问题。</w:t>
      </w:r>
      <w:r>
        <w:rPr>
          <w:lang w:eastAsia="zh-CN"/>
        </w:rPr>
        <w:br/>
      </w:r>
      <w:r>
        <w:rPr>
          <w:lang w:eastAsia="zh-CN"/>
        </w:rPr>
        <w:t>　　四、教学策略：</w:t>
      </w:r>
      <w:r>
        <w:rPr>
          <w:lang w:eastAsia="zh-CN"/>
        </w:rPr>
        <w:br/>
      </w:r>
      <w:r>
        <w:rPr>
          <w:lang w:eastAsia="zh-CN"/>
        </w:rPr>
        <w:t>　　1、教师的角色换位：</w:t>
      </w:r>
      <w:r>
        <w:rPr>
          <w:lang w:eastAsia="zh-CN"/>
        </w:rPr>
        <w:br/>
      </w:r>
      <w:r>
        <w:rPr>
          <w:lang w:eastAsia="zh-CN"/>
        </w:rPr>
        <w:t>　　紧贴课改脉搏，树立课改理念，不断提高自身知识业务水平，转变教师角色，与学生建立平等、和谐的师生关系，面向全体，引导学生自主、合作、探究式的学习，不断培养学生学习数学的兴趣和良好的学习习惯，教学中注意引导学生的开放性、灵活性思维，树立学生的创新意识。</w:t>
      </w:r>
      <w:r>
        <w:rPr>
          <w:lang w:eastAsia="zh-CN"/>
        </w:rPr>
        <w:br/>
      </w:r>
      <w:r>
        <w:rPr>
          <w:lang w:eastAsia="zh-CN"/>
        </w:rPr>
        <w:t>　　2、突出重点、突破难点策略：</w:t>
      </w:r>
      <w:r>
        <w:rPr>
          <w:lang w:eastAsia="zh-CN"/>
        </w:rPr>
        <w:br/>
      </w:r>
      <w:r>
        <w:rPr>
          <w:lang w:eastAsia="zh-CN"/>
        </w:rPr>
        <w:t>　　各单元的知识重点要求同学们在课堂内重点训练，利用平时自习和业余时间给他们的弥补知识上的不足，并教给他们正确的学习方法，培养良好的学习习惯，养成良好的学习风气。对于知识难点，加以反复引导，让他们少走弯路。同时，着力抓好预习、复习。</w:t>
      </w:r>
      <w:r>
        <w:rPr>
          <w:lang w:eastAsia="zh-CN"/>
        </w:rPr>
        <w:br/>
      </w:r>
      <w:r>
        <w:rPr>
          <w:lang w:eastAsia="zh-CN"/>
        </w:rPr>
        <w:t>　　3、查漏补缺策略：</w:t>
      </w:r>
      <w:r>
        <w:rPr>
          <w:lang w:eastAsia="zh-CN"/>
        </w:rPr>
        <w:br/>
      </w:r>
      <w:r>
        <w:rPr>
          <w:lang w:eastAsia="zh-CN"/>
        </w:rPr>
        <w:t>　　（1）充分发挥和利用晨会课的教育作用，对学生学习目的、方法、兴趣、习惯等方面加以正面的教育引导；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（2）充分发挥好课堂40分钟的教学阵地作用，让学生在愉快、开放中获得知识，培养学生自主、合作、探究式的学习；</w:t>
      </w:r>
      <w:r>
        <w:rPr>
          <w:lang w:eastAsia="zh-CN"/>
        </w:rPr>
        <w:br/>
      </w:r>
      <w:r>
        <w:rPr>
          <w:lang w:eastAsia="zh-CN"/>
        </w:rPr>
        <w:t>　　（3）对差生多鼓励，多给以关爱，细心地挖掘他们学习和生活中的每一个闪光点，多表扬，增强他们的信心，不让他们的自尊心受到伤害；</w:t>
      </w:r>
      <w:r>
        <w:rPr>
          <w:lang w:eastAsia="zh-CN"/>
        </w:rPr>
        <w:br/>
      </w:r>
      <w:r>
        <w:rPr>
          <w:lang w:eastAsia="zh-CN"/>
        </w:rPr>
        <w:t>　　（4）指导学生多读适合少年儿童阅读的古今中外名著及其他人文科学读物、科技读物等各类图书。　　六年级上册数学教学计划 4</w:t>
      </w:r>
      <w:r>
        <w:rPr>
          <w:lang w:eastAsia="zh-CN"/>
        </w:rPr>
        <w:br/>
      </w:r>
      <w:r>
        <w:rPr>
          <w:lang w:eastAsia="zh-CN"/>
        </w:rPr>
        <w:t>　　一、基本情况分析：</w:t>
      </w:r>
      <w:r>
        <w:rPr>
          <w:lang w:eastAsia="zh-CN"/>
        </w:rPr>
        <w:br/>
      </w:r>
      <w:r>
        <w:rPr>
          <w:lang w:eastAsia="zh-CN"/>
        </w:rPr>
        <w:t>　　本年级学生有学生4人，其中男生有3人，女生有1人。从总体上看，学生数学能力相对欠缺，数学基础不够扎实，学校热情一般，大多数学生上课能专心听讲，认真思考问题，积极主动地发言，提出不同的看法，能按时完成作业。反应比较慢的也不少，一道非常简单的计算题，你给他讲一遍不会，再讲一遍还是不会，继续讲一遍仍然不会。</w:t>
      </w:r>
      <w:r>
        <w:rPr>
          <w:lang w:eastAsia="zh-CN"/>
        </w:rPr>
        <w:br/>
      </w:r>
      <w:r>
        <w:rPr>
          <w:lang w:eastAsia="zh-CN"/>
        </w:rPr>
        <w:t>　　二、教材简析：</w:t>
      </w:r>
      <w:r>
        <w:rPr>
          <w:lang w:eastAsia="zh-CN"/>
        </w:rPr>
        <w:br/>
      </w:r>
      <w:r>
        <w:rPr>
          <w:lang w:eastAsia="zh-CN"/>
        </w:rPr>
        <w:t>　　本册教学内容分为五大板快：</w:t>
      </w:r>
      <w:r>
        <w:rPr>
          <w:lang w:eastAsia="zh-CN"/>
        </w:rPr>
        <w:br/>
      </w:r>
      <w:r>
        <w:rPr>
          <w:lang w:eastAsia="zh-CN"/>
        </w:rPr>
        <w:t>　　（一）、数与运算。</w:t>
      </w:r>
      <w:r>
        <w:rPr>
          <w:lang w:eastAsia="zh-CN"/>
        </w:rPr>
        <w:br/>
      </w:r>
      <w:r>
        <w:rPr>
          <w:lang w:eastAsia="zh-CN"/>
        </w:rPr>
        <w:t>　　1、第二单元“百分数的应用” 。</w:t>
      </w:r>
      <w:r>
        <w:rPr>
          <w:lang w:eastAsia="zh-CN"/>
        </w:rPr>
        <w:br/>
      </w:r>
      <w:r>
        <w:rPr>
          <w:lang w:eastAsia="zh-CN"/>
        </w:rPr>
        <w:t>　　2、第四单元“比的认识” 。</w:t>
      </w:r>
      <w:r>
        <w:rPr>
          <w:lang w:eastAsia="zh-CN"/>
        </w:rPr>
        <w:br/>
      </w:r>
      <w:r>
        <w:rPr>
          <w:lang w:eastAsia="zh-CN"/>
        </w:rPr>
        <w:t>　　（二）、空间与图形。</w:t>
      </w:r>
      <w:r>
        <w:rPr>
          <w:lang w:eastAsia="zh-CN"/>
        </w:rPr>
        <w:br/>
      </w:r>
      <w:r>
        <w:rPr>
          <w:lang w:eastAsia="zh-CN"/>
        </w:rPr>
        <w:t>　　1、第一单元“圆” 。</w:t>
      </w:r>
      <w:r>
        <w:rPr>
          <w:lang w:eastAsia="zh-CN"/>
        </w:rPr>
        <w:br/>
      </w:r>
      <w:r>
        <w:rPr>
          <w:lang w:eastAsia="zh-CN"/>
        </w:rPr>
        <w:t>　　2、第三单元“图形的变换”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3、第六单元“观察物体” 。</w:t>
      </w:r>
      <w:r>
        <w:rPr>
          <w:lang w:eastAsia="zh-CN"/>
        </w:rPr>
        <w:br/>
      </w:r>
      <w:r>
        <w:rPr>
          <w:lang w:eastAsia="zh-CN"/>
        </w:rPr>
        <w:t>　　（三）、统计与概率。</w:t>
      </w:r>
      <w:r>
        <w:rPr>
          <w:lang w:eastAsia="zh-CN"/>
        </w:rPr>
        <w:br/>
      </w:r>
      <w:r>
        <w:rPr>
          <w:lang w:eastAsia="zh-CN"/>
        </w:rPr>
        <w:t>　　第五单元“统计” 。</w:t>
      </w:r>
      <w:r>
        <w:rPr>
          <w:lang w:eastAsia="zh-CN"/>
        </w:rPr>
        <w:br/>
      </w:r>
      <w:r>
        <w:rPr>
          <w:lang w:eastAsia="zh-CN"/>
        </w:rPr>
        <w:t>　　（四）综合应用：</w:t>
      </w:r>
      <w:r>
        <w:rPr>
          <w:lang w:eastAsia="zh-CN"/>
        </w:rPr>
        <w:br/>
      </w:r>
      <w:r>
        <w:rPr>
          <w:lang w:eastAsia="zh-CN"/>
        </w:rPr>
        <w:t>　　数学与体育、生活中的数。</w:t>
      </w:r>
      <w:r>
        <w:rPr>
          <w:lang w:eastAsia="zh-CN"/>
        </w:rPr>
        <w:br/>
      </w:r>
      <w:r>
        <w:rPr>
          <w:lang w:eastAsia="zh-CN"/>
        </w:rPr>
        <w:t>　　（五）整理与复习。</w:t>
      </w:r>
      <w:r>
        <w:rPr>
          <w:lang w:eastAsia="zh-CN"/>
        </w:rPr>
        <w:br/>
      </w:r>
      <w:r>
        <w:rPr>
          <w:lang w:eastAsia="zh-CN"/>
        </w:rPr>
        <w:t>　　三、教学目的和要求：</w:t>
      </w:r>
      <w:r>
        <w:rPr>
          <w:lang w:eastAsia="zh-CN"/>
        </w:rPr>
        <w:br/>
      </w:r>
      <w:r>
        <w:rPr>
          <w:lang w:eastAsia="zh-CN"/>
        </w:rPr>
        <w:t>　　１、通过观察、操作等活动认识圆及圆的对称性，认识到同一个圆中半径、直径、半径和直径的关系，体会圆的本质特征及圆心和半径的作用，会用圆规画圆。结合具体情境，通过动手实验、拼摆操作等实践活动，探索并掌握圆的周长和面积的计算方法，体会“化曲为直”的思想。结合欣赏与绘制图案的过程，体会圆在图案设计中的应用，能用圆规设计简单的图案，感受图案的美，发展想象力和创造力。</w:t>
      </w:r>
      <w:r>
        <w:rPr>
          <w:lang w:eastAsia="zh-CN"/>
        </w:rPr>
        <w:br/>
      </w:r>
      <w:r>
        <w:rPr>
          <w:lang w:eastAsia="zh-CN"/>
        </w:rPr>
        <w:t>　　2、在具体情境中理解“增加百分之几”或“减少百分之几”的意义，加深对百分数意义的理解。能利用百分数的有关知识或运用方程解决一些实际问题，提高解决实际问题的能力，感受百分数与日常生活的密切联系。</w:t>
      </w:r>
      <w:r>
        <w:rPr>
          <w:lang w:eastAsia="zh-CN"/>
        </w:rPr>
        <w:br/>
      </w:r>
      <w:r>
        <w:rPr>
          <w:lang w:eastAsia="zh-CN"/>
        </w:rPr>
        <w:t>　　3、经历运用平移、旋转或作轴对称图形进行图案设计的过程，能灵活运用平移、旋转和轴对称在方格纸上设计图案；结合欣赏和设计美丽的图案，感受图形世界的.神奇。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4、经历从具体情境中抽象出比的过程，理解比的意义及其与除法、分数的关系。在实际情境中，体会化简比的必要性，会运用商不变的性质和分数的基本性质化简比。能运用比的意义，解决按照一定的比进行分配的实际问题，进一步体会比的意义，提高解决问题的能力，感受比在生活中的广泛应用。</w:t>
      </w:r>
      <w:r>
        <w:rPr>
          <w:lang w:eastAsia="zh-CN"/>
        </w:rPr>
        <w:br/>
      </w:r>
      <w:r>
        <w:rPr>
          <w:lang w:eastAsia="zh-CN"/>
        </w:rPr>
        <w:t>　　5、认识复式条形统计图和复式折线统计图，感受复式条形统计图和折线统计图的特点。能根据需要选择复式条形统计图、复式折线统计图有效地表示数据。</w:t>
      </w:r>
      <w:r>
        <w:rPr>
          <w:lang w:eastAsia="zh-CN"/>
        </w:rPr>
        <w:br/>
      </w:r>
      <w:r>
        <w:rPr>
          <w:lang w:eastAsia="zh-CN"/>
        </w:rPr>
        <w:t>　　6、学生能正确辨认从不同方向（正面、侧面、上面）观察到的立体图形（5个小正方体组合）的形状，并画出草图。感受观察范围随观察点、观察角度的变化而改变，能利用所学的知识解释生活中的一些现象。</w:t>
      </w:r>
      <w:r>
        <w:rPr>
          <w:lang w:eastAsia="zh-CN"/>
        </w:rPr>
        <w:br/>
      </w:r>
      <w:r>
        <w:rPr>
          <w:lang w:eastAsia="zh-CN"/>
        </w:rPr>
        <w:t>　　四、教材重难点：</w:t>
      </w:r>
      <w:r>
        <w:rPr>
          <w:lang w:eastAsia="zh-CN"/>
        </w:rPr>
        <w:br/>
      </w:r>
      <w:r>
        <w:rPr>
          <w:lang w:eastAsia="zh-CN"/>
        </w:rPr>
        <w:t>　　本册教材力求体现整套教材的基本特点，重视学生的生活经验，密切数学与现实的联系；以学生的数学活动为主线呈现学习内容；创设生动有趣的情境，引导学生在解决现实问题的过程中，经历抽象数学模型并进行解释与应用的过程，从中获得对数学知识的理解和体验；注重学生的数感、空间观念、统计观念等的发展；避免程式化地叙述“算理”和死套题型地进行操练。具体表现如下：</w:t>
      </w:r>
      <w:r>
        <w:rPr>
          <w:lang w:eastAsia="zh-CN"/>
        </w:rPr>
        <w:br/>
      </w:r>
      <w:r>
        <w:rPr>
          <w:lang w:eastAsia="zh-CN"/>
        </w:rPr>
        <w:t>　　1、在数与代数中，重视运用百分数的意义解决实际问题，注重从具体实例中抽象出比的过程及对比的意义的理解。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2、在空间与图形的学习中，注重在圆的特征、圆的周长和面积计算的探索中，在图形的变换过程中，在观察物体的活动中，发展空间观念。</w:t>
      </w:r>
      <w:r>
        <w:rPr>
          <w:lang w:eastAsia="zh-CN"/>
        </w:rPr>
        <w:br/>
      </w:r>
      <w:r>
        <w:rPr>
          <w:lang w:eastAsia="zh-CN"/>
        </w:rPr>
        <w:t>　　3、在统计的学习中，注重结合现实素材认识复式统计图，并从图中尽可能多次获取信息。</w:t>
      </w:r>
      <w:r>
        <w:rPr>
          <w:lang w:eastAsia="zh-CN"/>
        </w:rPr>
        <w:br/>
      </w:r>
      <w:r>
        <w:rPr>
          <w:lang w:eastAsia="zh-CN"/>
        </w:rPr>
        <w:t>　　4、学生在从事专题性的活动时，将综合运用所学的知识和方法解决实际问题，感受数学在日常生活中的作用；获得一些初步的数学活动经验和方法，发展解决问题和运用数学进行思考的能力；感受数学知识间的相互联系，体会数学的作用；在与同伴合作和交流的过程中，发展数学学习的兴趣和自信心。　　六年级上册数学教学计划 5</w:t>
      </w:r>
      <w:r>
        <w:rPr>
          <w:lang w:eastAsia="zh-CN"/>
        </w:rPr>
        <w:br/>
      </w:r>
      <w:r>
        <w:rPr>
          <w:lang w:eastAsia="zh-CN"/>
        </w:rPr>
        <w:t>　　一、班级情况分析：</w:t>
      </w:r>
      <w:r>
        <w:rPr>
          <w:lang w:eastAsia="zh-CN"/>
        </w:rPr>
        <w:br/>
      </w:r>
      <w:r>
        <w:rPr>
          <w:lang w:eastAsia="zh-CN"/>
        </w:rPr>
        <w:t>　　本班共有47名学生，从上学期学习情况来看，本班学生在学习习惯、学习风气上进步还是比较明显的。但是成绩出众者不多，高分比较少，即使是达到优秀率的同学在同年级中所占比例较少，个别男生学生学习态度较差，对提高全班整体成绩有比较大的难度。今后打算如下：</w:t>
      </w:r>
      <w:r>
        <w:rPr>
          <w:lang w:eastAsia="zh-CN"/>
        </w:rPr>
        <w:br/>
      </w:r>
      <w:r>
        <w:rPr>
          <w:lang w:eastAsia="zh-CN"/>
        </w:rPr>
        <w:t>　　首先，还是加强学习习惯培养，如学前的自习、课后的复习等。</w:t>
      </w:r>
      <w:r>
        <w:rPr>
          <w:lang w:eastAsia="zh-CN"/>
        </w:rPr>
        <w:br/>
      </w:r>
      <w:r>
        <w:rPr>
          <w:lang w:eastAsia="zh-CN"/>
        </w:rPr>
        <w:t>　　其次，这学期分数的计算占了极大一块内容，所以培养他们的计算能力是关键，可以有目的的进行计算练习。</w:t>
      </w:r>
      <w:r>
        <w:rPr>
          <w:lang w:eastAsia="zh-CN"/>
        </w:rPr>
        <w:br/>
      </w:r>
      <w:r>
        <w:rPr>
          <w:lang w:eastAsia="zh-CN"/>
        </w:rPr>
        <w:t>　　一要求计算仔细。</w:t>
      </w:r>
      <w:r>
        <w:rPr>
          <w:lang w:eastAsia="zh-CN"/>
        </w:rPr>
        <w:br/>
      </w:r>
      <w:r>
        <w:rPr>
          <w:lang w:eastAsia="zh-CN"/>
        </w:rPr>
        <w:t>　　二是加强计算的基础练习。</w:t>
      </w:r>
      <w:r>
        <w:rPr>
          <w:lang w:eastAsia="zh-CN"/>
        </w:rPr>
        <w:br/>
      </w:r>
      <w:r>
        <w:rPr>
          <w:lang w:eastAsia="zh-CN"/>
        </w:rPr>
        <w:t>　　三是加强口算训练。四是引导学生使用简便方法。</w:t>
      </w:r>
      <w:r>
        <w:rPr>
          <w:lang w:eastAsia="zh-CN"/>
        </w:rPr>
        <w:br/>
      </w:r>
    </w:p>
    <w:p w:rsidR="001B1F19" w14:textId="27C3F48A">
      <w:pPr>
        <w:rPr>
          <w:rFonts w:hint="eastAsia"/>
          <w:lang w:eastAsia="zh-CN"/>
        </w:rPr>
      </w:pPr>
      <w:r>
        <w:rPr>
          <w:lang w:eastAsia="zh-CN"/>
        </w:rPr>
        <w:t>　　在教学中加强数学数量关系的分析。让学生学会分析，学会审题，提高解题能力。最后在激发学生学习兴趣方面多寻找方法，使他们乐学，愿学。</w:t>
      </w:r>
      <w:r>
        <w:rPr>
          <w:lang w:eastAsia="zh-CN"/>
        </w:rPr>
        <w:br/>
      </w:r>
      <w:r>
        <w:rPr>
          <w:lang w:eastAsia="zh-CN"/>
        </w:rPr>
        <w:t>　　二、教材分析：</w:t>
      </w:r>
      <w:r>
        <w:rPr>
          <w:lang w:eastAsia="zh-CN"/>
        </w:rPr>
        <w:br/>
      </w:r>
      <w:r>
        <w:rPr>
          <w:lang w:eastAsia="zh-CN"/>
        </w:rPr>
        <w:t>　　本册教材包括以下几个部分：</w:t>
      </w:r>
      <w:r>
        <w:rPr>
          <w:lang w:eastAsia="zh-CN"/>
        </w:rPr>
        <w:br/>
      </w:r>
      <w:r>
        <w:rPr>
          <w:lang w:eastAsia="zh-CN"/>
        </w:rPr>
        <w:t>　　1、数与代数数的认识认识百分数；数的运算分数乘法、分数除法、分数四则混合运算、解决问题的策略；式与方程方程；比和比例认识比。</w:t>
      </w:r>
      <w:r>
        <w:rPr>
          <w:lang w:eastAsia="zh-CN"/>
        </w:rPr>
        <w:br/>
      </w:r>
      <w:r>
        <w:rPr>
          <w:lang w:eastAsia="zh-CN"/>
        </w:rPr>
        <w:t>　　2、空间与图形长方体与正方体</w:t>
      </w:r>
      <w:r>
        <w:rPr>
          <w:lang w:eastAsia="zh-CN"/>
        </w:rPr>
        <w:br/>
      </w:r>
      <w:r>
        <w:rPr>
          <w:lang w:eastAsia="zh-CN"/>
        </w:rPr>
        <w:t>　　3、统计与概率可能性</w:t>
      </w:r>
      <w:r>
        <w:rPr>
          <w:lang w:eastAsia="zh-CN"/>
        </w:rPr>
        <w:br/>
      </w:r>
      <w:r>
        <w:rPr>
          <w:lang w:eastAsia="zh-CN"/>
        </w:rPr>
        <w:t>　　4、实践与综合应用表面积的变化；大树有多高；算出他们的普及率</w:t>
      </w:r>
      <w:r>
        <w:rPr>
          <w:lang w:eastAsia="zh-CN"/>
        </w:rPr>
        <w:br/>
      </w:r>
      <w:r>
        <w:rPr>
          <w:lang w:eastAsia="zh-CN"/>
        </w:rPr>
        <w:t>　　三、教学目标：</w:t>
      </w:r>
      <w:r>
        <w:rPr>
          <w:lang w:eastAsia="zh-CN"/>
        </w:rPr>
        <w:br/>
      </w:r>
      <w:r>
        <w:rPr>
          <w:lang w:eastAsia="zh-CN"/>
        </w:rPr>
        <w:t>　　1．让学生学会运用等式的性质解方程，同时会列方程解决相应的实际问题，经历将现实问题抽象为方程的过程，积累经验，发展抽象能力和符号感。</w:t>
      </w:r>
      <w:r>
        <w:rPr>
          <w:lang w:eastAsia="zh-CN"/>
        </w:rPr>
        <w:br/>
      </w:r>
      <w:r>
        <w:rPr>
          <w:lang w:eastAsia="zh-CN"/>
        </w:rPr>
        <w:t>　　2．通过学生的操作、观察，认识长方体、正方体的特征和展开图；长方体和正方体的表面积和体积；体积、容积单位和体积单位的进率，进一步积累空间与图形的学习经验，联系生活实际解决问题，增强空间观念，发展数学思考。</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https://d.book118.com/626010022010010103</w:t>
        </w:r>
      </w:hyperlink>
    </w:p>
    <w:p w:rsidR="001B1F19">
      <w:pPr>
        <w:rPr>
          <w:rFonts w:hint="eastAsia"/>
          <w:lang w:eastAsia="zh-CN"/>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6010022010010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