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2024年高一数学教学工作总结范文（32篇）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2024年高一数学教学工作总结范文（精选32篇）</w:t>
      </w:r>
      <w:r>
        <w:rPr>
          <w:lang w:eastAsia="zh-CN"/>
        </w:rPr>
        <w:br/>
      </w:r>
      <w:r>
        <w:rPr>
          <w:lang w:eastAsia="zh-CN"/>
        </w:rPr>
        <w:t xml:space="preserve">    2024年高一数学教学工作总结范文 篇1 </w:t>
      </w:r>
      <w:r>
        <w:rPr>
          <w:lang w:eastAsia="zh-CN"/>
        </w:rPr>
        <w:br/>
      </w:r>
      <w:r>
        <w:rPr>
          <w:lang w:eastAsia="zh-CN"/>
        </w:rPr>
        <w:t>　　一、两个班的教学工作：</w:t>
      </w:r>
      <w:r>
        <w:rPr>
          <w:lang w:eastAsia="zh-CN"/>
        </w:rPr>
        <w:br/>
      </w:r>
      <w:r>
        <w:rPr>
          <w:lang w:eastAsia="zh-CN"/>
        </w:rPr>
        <w:t>　　本学期任教的两个班分别是高一、五班（C班）和高一、十班（A班），五班的工作重点是尖子生工作，十班的工作重点是基础教学，争取每名同学有所收获。两项工作已经结束，应该说已经完成了计划中的任务，下学期应该继续努力，工作中应在发现问题和解决问题的两大环节多下功夫！</w:t>
      </w:r>
      <w:r>
        <w:rPr>
          <w:lang w:eastAsia="zh-CN"/>
        </w:rPr>
        <w:br/>
      </w:r>
      <w:r>
        <w:rPr>
          <w:lang w:eastAsia="zh-CN"/>
        </w:rPr>
        <w:t>　　二、数学思维训练工作：</w:t>
      </w:r>
      <w:r>
        <w:rPr>
          <w:lang w:eastAsia="zh-CN"/>
        </w:rPr>
        <w:br/>
      </w:r>
      <w:r>
        <w:rPr>
          <w:lang w:eastAsia="zh-CN"/>
        </w:rPr>
        <w:t>　　数学思维训练是我们数学组的一项传统的重要工作，本学期的主要工作是对三年的工作做好规划。本学期的工作重点是对学生学数学的兴趣进行培养，对思维训练班的成立进行准备工作，对优秀学生进行动员！期中考试后，通过海选测试，成立了两个思维训练班并进行集中训练，现已很好的完成了任务。</w:t>
      </w:r>
      <w:r>
        <w:rPr>
          <w:lang w:eastAsia="zh-CN"/>
        </w:rPr>
        <w:br/>
      </w:r>
      <w:r>
        <w:rPr>
          <w:lang w:eastAsia="zh-CN"/>
        </w:rPr>
        <w:t>　　三、高一数学备课组工作：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本届高一在吸取前面几届高一工作的经验进行了很多调整。学生上学的第一周，进行了高中数学学习方法指导，初高中数学衔接。本届高一的教材顺序发生了变化，本学期授课内容是必修一、四，应该说任务很重，学生学习很吃力，因为这两部分的难度很大。本届高一在学校的带领下，进行了学案导学教学模式，这种模式对学生和老师都是极大的挑战，在备课组老师的共同努力下，已经基本完成任务。学生们已经基本适应了高中的学习，老师们基本摸索出了导学模式的教学，基本能适应这种新模式的教学。</w:t>
      </w:r>
      <w:r>
        <w:rPr>
          <w:lang w:eastAsia="zh-CN"/>
        </w:rPr>
        <w:br/>
      </w:r>
      <w:r>
        <w:rPr>
          <w:lang w:eastAsia="zh-CN"/>
        </w:rPr>
        <w:t>　　本学期的工作虽然结束了，但我们的工作并没有结束，在工作之余对一学期的工作得失应该很细致的反思！工作总结只是框架式的小结，其中的很多细节还要反思整理，要把平时的反思一一整理，发现存在的问题，以便今后工作中能更好的防患于未然。祝自己工作进步，身体健康。祝学校在新的一年里有更快、更好、更高的发展！</w:t>
      </w:r>
      <w:r>
        <w:rPr>
          <w:lang w:eastAsia="zh-CN"/>
        </w:rPr>
        <w:br/>
      </w:r>
      <w:r>
        <w:rPr>
          <w:lang w:eastAsia="zh-CN"/>
        </w:rPr>
        <w:t xml:space="preserve">    2024年高一数学教学工作总结范文 篇2 </w:t>
      </w:r>
      <w:r>
        <w:rPr>
          <w:lang w:eastAsia="zh-CN"/>
        </w:rPr>
        <w:br/>
      </w:r>
      <w:r>
        <w:rPr>
          <w:lang w:eastAsia="zh-CN"/>
        </w:rPr>
        <w:t>　　为了让学生顺利的从初中数学学习过渡到高中数学学习，我与我们全体高一数学组的同们做了大量的工作如：每周集体备课发挥集体的力量，一个月进行两次周考一次月考，重抓学生的试卷分析，让学生在一次次的进步中找到学习数学的乐趣，从而树立信心。回想半年的工作，感觉有成功也有不足，现本人就从政治思想方面、教育教学方面和工作考勤方面做如下总结：</w:t>
      </w:r>
      <w:r>
        <w:rPr>
          <w:lang w:eastAsia="zh-CN"/>
        </w:rPr>
        <w:br/>
      </w:r>
      <w:r>
        <w:rPr>
          <w:lang w:eastAsia="zh-CN"/>
        </w:rPr>
        <w:t>　　一、政治思想方面：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本学期，本人认真学习新课改的教育理论，认真钻研课标，不断学习和探索适合自己所教学生的教学方法，本着：“以学生为主体”的原则，重视学生学习方法的引导，帮助学生形成比较完整的知识结构，同时本人积极参加校本培训，并做了大量的探索与反思。并积极参与听课、评课，虚心向同行学习教学方法，博采众长，不断的提高自己的理论水平和教育教学水平，以适应教育的发展，时刻以做为一个优秀数学教师应该具备的条件来要求自己，努力做到更好。</w:t>
      </w:r>
      <w:r>
        <w:rPr>
          <w:lang w:eastAsia="zh-CN"/>
        </w:rPr>
        <w:br/>
      </w:r>
      <w:r>
        <w:rPr>
          <w:lang w:eastAsia="zh-CN"/>
        </w:rPr>
        <w:t>　　二、教育教学方面：</w:t>
      </w:r>
      <w:r>
        <w:rPr>
          <w:lang w:eastAsia="zh-CN"/>
        </w:rPr>
        <w:br/>
      </w:r>
      <w:r>
        <w:rPr>
          <w:lang w:eastAsia="zh-CN"/>
        </w:rPr>
        <w:t>　　要提高教学质量，关键是把握住重要的课堂45分钟。为了上好每一堂课，我坚持做到以下几点：</w:t>
      </w:r>
      <w:r>
        <w:rPr>
          <w:lang w:eastAsia="zh-CN"/>
        </w:rPr>
        <w:br/>
      </w:r>
      <w:r>
        <w:rPr>
          <w:lang w:eastAsia="zh-CN"/>
        </w:rPr>
        <w:t>　　1、认真做到全面的备课</w:t>
      </w:r>
      <w:r>
        <w:rPr>
          <w:lang w:eastAsia="zh-CN"/>
        </w:rPr>
        <w:br/>
      </w:r>
      <w:r>
        <w:rPr>
          <w:lang w:eastAsia="zh-CN"/>
        </w:rPr>
        <w:t>　　新课改使得原来简单的写写教案，列列知识点就算是备课的方法再也不能适应新时期的教学的要求了，所以我们的备课要认真做到如下三个方面：</w:t>
      </w:r>
      <w:r>
        <w:rPr>
          <w:lang w:eastAsia="zh-CN"/>
        </w:rPr>
        <w:br/>
      </w:r>
      <w:r>
        <w:rPr>
          <w:lang w:eastAsia="zh-CN"/>
        </w:rPr>
        <w:t>　　⑴备教材：认真钻研教材，对教材的基本思想、基本概念吃透，了解教材的结构，重点与难点，掌握知识的逻辑，能运用自如，知道应补充哪些资料，怎样才能教好。</w:t>
      </w:r>
      <w:r>
        <w:rPr>
          <w:lang w:eastAsia="zh-CN"/>
        </w:rPr>
        <w:br/>
      </w:r>
      <w:r>
        <w:rPr>
          <w:lang w:eastAsia="zh-CN"/>
        </w:rPr>
        <w:t>　　⑵备学生：了解学生原有的知识技能的质量，他们的兴趣、需要、方法、习惯，学习新知识可能会有哪些困难，采取相应的预防措施。</w:t>
      </w:r>
      <w:r>
        <w:rPr>
          <w:lang w:eastAsia="zh-CN"/>
        </w:rPr>
        <w:br/>
      </w:r>
      <w:r>
        <w:rPr>
          <w:lang w:eastAsia="zh-CN"/>
        </w:rPr>
        <w:t>　　⑶备教法：考虑教法，解决如何把已掌握的教材传授给学生，包括如何组织教材、如何安排每节课的活动。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2、努力营造活跃的课堂</w:t>
      </w:r>
      <w:r>
        <w:rPr>
          <w:lang w:eastAsia="zh-CN"/>
        </w:rPr>
        <w:br/>
      </w:r>
      <w:r>
        <w:rPr>
          <w:lang w:eastAsia="zh-CN"/>
        </w:rPr>
        <w:t>　　组织好课堂教学，关注全体学生，注意信息反馈，调动学生的有意注意，使其保持相对稳定性固然重要，但活跃课堂，激发学生的情感，使他们产生愉悦的心境，创造良好的课堂气氛显得更为重要，所以我努力做到课堂语言简洁明了，克服了以前重复的毛病，课堂提问面向全体学生，注意引发学生学数学的兴趣，课堂上讲练结合，布置好家庭作业，作业少而精，注重层次。</w:t>
      </w:r>
      <w:r>
        <w:rPr>
          <w:lang w:eastAsia="zh-CN"/>
        </w:rPr>
        <w:br/>
      </w:r>
      <w:r>
        <w:rPr>
          <w:lang w:eastAsia="zh-CN"/>
        </w:rPr>
        <w:t>　　3、注重抓好后进生转化</w:t>
      </w:r>
      <w:r>
        <w:rPr>
          <w:lang w:eastAsia="zh-CN"/>
        </w:rPr>
        <w:br/>
      </w:r>
      <w:r>
        <w:rPr>
          <w:lang w:eastAsia="zh-CN"/>
        </w:rPr>
        <w:t>　　要提高教学质量，还要做好课后辅导工作，包括辅导学生课业和抓好学生的思想教育，尤其在后进生的转化上，本学期在对后进生转化工作上，注意针对不同的学生采取不同的方法，先全面了解学生的基本情况，争取准确的找出导致“差”的原因。并在情感上温暖他们，取得他们的信任。从赞美着手，所有的人都渴望得到别人的理解和尊重，在和差生交谈时，对他的处境、想法表示深刻的理解和尊重；还有在批评学生时，注意阳光语言的使用，使他们真正意识到自己所犯的错误或自身存在的缺点，通过自身的努力尽快的赶超其他同学</w:t>
      </w:r>
      <w:r>
        <w:rPr>
          <w:lang w:eastAsia="zh-CN"/>
        </w:rPr>
        <w:br/>
      </w:r>
      <w:r>
        <w:rPr>
          <w:lang w:eastAsia="zh-CN"/>
        </w:rPr>
        <w:t>　　三、工作考勤方面：</w:t>
      </w:r>
      <w:r>
        <w:rPr>
          <w:lang w:eastAsia="zh-CN"/>
        </w:rPr>
        <w:br/>
      </w:r>
      <w:r>
        <w:rPr>
          <w:lang w:eastAsia="zh-CN"/>
        </w:rPr>
        <w:t>　　本人热爱自己的事业，从不因为个人的私事耽误工作的时间。并积极运用有效的工作时间尽力将自己的分内工作做得更好。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金无足赤，人无完人，在教学工作中难免有缺陷，例如，对尖子生的培养方面做得还很不够，我将在后面的工作中做得更好。新课改的形式下，对教师的素质要求更高了，在今后的教育教学工作中，我将更严格要求自己，多方面全方位的提高自己的素质，使自己成为新形式下学生喜爱、家长放心、学校肯定的合格教师。</w:t>
      </w:r>
      <w:r>
        <w:rPr>
          <w:lang w:eastAsia="zh-CN"/>
        </w:rPr>
        <w:br/>
      </w:r>
      <w:r>
        <w:rPr>
          <w:lang w:eastAsia="zh-CN"/>
        </w:rPr>
        <w:t xml:space="preserve">    2024年高一数学教学工作总结范文 篇3 </w:t>
      </w:r>
      <w:r>
        <w:rPr>
          <w:lang w:eastAsia="zh-CN"/>
        </w:rPr>
        <w:br/>
      </w:r>
      <w:r>
        <w:rPr>
          <w:lang w:eastAsia="zh-CN"/>
        </w:rPr>
        <w:t>　　时间过的真快，转眼间高一上学期的工作就结束了。 回想起这学期的工作，我感受颇多。当然经验谈不上，我只想和大家一起交流一下这学期工作心的体会，有不妥之处希望各位老师批评指正。</w:t>
      </w:r>
      <w:r>
        <w:rPr>
          <w:lang w:eastAsia="zh-CN"/>
        </w:rPr>
        <w:br/>
      </w:r>
      <w:r>
        <w:rPr>
          <w:lang w:eastAsia="zh-CN"/>
        </w:rPr>
        <w:t>　　这学期，我担任了高一（11）班班主任及高一（11）、（12）班的数学教学工作。这里，我就数学教学工作谈谈我及我们备课组的一些做法：</w:t>
      </w:r>
      <w:r>
        <w:rPr>
          <w:lang w:eastAsia="zh-CN"/>
        </w:rPr>
        <w:br/>
      </w:r>
      <w:r>
        <w:rPr>
          <w:lang w:eastAsia="zh-CN"/>
        </w:rPr>
        <w:t>　　一、对学生严格要求，培养良好的学习习惯和学习方法</w:t>
      </w:r>
      <w:r>
        <w:rPr>
          <w:lang w:eastAsia="zh-CN"/>
        </w:rPr>
        <w:br/>
      </w:r>
      <w:r>
        <w:rPr>
          <w:lang w:eastAsia="zh-CN"/>
        </w:rPr>
        <w:t>　　学生在从初中到高中的过渡阶段，往往会有些不能适应新的学习环境。例如新的竞争压力，以往的学习方法不能适应高中的学习，不良的学习习惯和学习态度等一些问题困扰和制约着学生的学习。为了解决这些问题，我确实下了一翻功夫。</w:t>
      </w:r>
      <w:r>
        <w:rPr>
          <w:lang w:eastAsia="zh-CN"/>
        </w:rPr>
        <w:br/>
      </w:r>
      <w:r>
        <w:rPr>
          <w:lang w:eastAsia="zh-CN"/>
        </w:rPr>
        <w:t>　　1、改变学生学习数学的一些思想观念，树立学好数学的信心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在开学初，我就给他们指出高中数学学习较初中的要难度大，内容多，知识面广，让他们有一个心理准备。全班大多数同学初中升高中成绩比较好，这造成一些成绩相对较差学生有自卑感，害怕自己不能学好数学；相反有些成绩较好学生骄傲自大，放松对数学的学习。对此，我给他们讲清楚，大家其实处在同一起跑线上，谁先跑，谁跑的有力，谁就会成功。对较差的学生，给予多的关心和指导，并帮助他们树立信心；对骄傲的学生批评教育，让他们不要放松学习。</w:t>
      </w:r>
      <w:r>
        <w:rPr>
          <w:lang w:eastAsia="zh-CN"/>
        </w:rPr>
        <w:br/>
      </w:r>
      <w:r>
        <w:rPr>
          <w:lang w:eastAsia="zh-CN"/>
        </w:rPr>
        <w:t>　　第一次月考，全班很多同学考的不好，甚至有个别同学只有三、四十分。有个以前成绩较好女生哭着对我说，她从来没有考过这么低的分，对学好数学没有信心。我耐心给她分析没考好的原因，一是试卷的难度大，二是考查的知识点上课时没能重点掌握，三是没有做好复习工作，教给她要注意的地方。经过她自身的努力，期中考试中，这位女生数学成绩进步很大。一段时间的调整，全班基本上树立了能学好数学的信心。</w:t>
      </w:r>
      <w:r>
        <w:rPr>
          <w:lang w:eastAsia="zh-CN"/>
        </w:rPr>
        <w:br/>
      </w:r>
      <w:r>
        <w:rPr>
          <w:lang w:eastAsia="zh-CN"/>
        </w:rPr>
        <w:t>　　2、改变学生不良的学习习惯，建立良好的学习方法和学习态度</w:t>
      </w:r>
      <w:r>
        <w:rPr>
          <w:lang w:eastAsia="zh-CN"/>
        </w:rPr>
        <w:br/>
      </w:r>
      <w:r>
        <w:rPr>
          <w:lang w:eastAsia="zh-CN"/>
        </w:rPr>
        <w:t>　　开始，有些学生有不好的学习习惯，例如作业字迹潦草，不写解答过程；不喜欢课前预习和课后复习；不会总结消化知识；对学习马虎大意，过分自信等。我要求统一作业格式，表扬优秀作业，指导他们预习和复习，强调总结的重要性，并有一些具体的做法，如写章节小结，做错题档案，总结做题规律等。对做的好的同学全班表扬并推广，不做或做的差的同学要批评。在我的严格要求下，大多数同学能很快接受，慢慢的建立起好的学习方法和认真的学习态度。当然，要改变根深蒂固的问题并不容易，这学期还要坚持下去。</w:t>
      </w:r>
      <w:r>
        <w:rPr>
          <w:lang w:eastAsia="zh-CN"/>
        </w:rPr>
        <w:br/>
      </w:r>
      <w:r>
        <w:rPr>
          <w:lang w:eastAsia="zh-CN"/>
        </w:rPr>
        <w:t>　　二、刻苦钻研教材，不断提高自身的教学教研能力</w:t>
      </w:r>
      <w:r>
        <w:rPr>
          <w:lang w:eastAsia="zh-CN"/>
        </w:rPr>
        <w:br/>
      </w:r>
      <w:r>
        <w:rPr>
          <w:lang w:eastAsia="zh-CN"/>
        </w:rPr>
        <w:t>　　高一的教学对我来说是一个新的内容，要做好不容易。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首先，我认真阅读新课，钻研新教材，熟悉教材内容，查阅教学资料，适当增减教学内容，</w:t>
      </w:r>
      <w:r>
        <w:rPr>
          <w:lang w:eastAsia="zh-CN"/>
        </w:rPr>
        <w:t xml:space="preserve"> 认真细致的备好每一节课，真正做到重点明确，难点分解。不但备学生而且备教材备教法，根据教材内容及学生的实际，设计课的类型，拟定采用的教学方法，遇认真写好教案。到难以解决的问题，就向老教师讨教或在备课组内讨论。在教学上，有疑必问。在各个章节的学习上都积极征求其他老师的意见，学习他们的方法，同时，多听老师的课，做到边听边讲，学习别人的优点，克服自己的不足，征求他们的意见，改进工作。</w:t>
      </w:r>
      <w:r>
        <w:rPr>
          <w:lang w:eastAsia="zh-CN"/>
        </w:rPr>
        <w:br/>
      </w:r>
      <w:r>
        <w:rPr>
          <w:lang w:eastAsia="zh-CN"/>
        </w:rPr>
        <w:t>　　在课堂上特别注意调动学生的积极性，加强师生交流，充分体现学生的主作用；注意精讲精练，在课堂上老师讲的尽量少，学生动口动手动脑尽量多；同时在每一堂课上都充分考虑每一个层次的学生学习需求和学习能力，让各个层次的学生都的到提高。布置作业也要做到精读精练。有针对性，有层次性；最后，做好课后辅导工作，注意分层教学。</w:t>
      </w:r>
      <w:r>
        <w:rPr>
          <w:lang w:eastAsia="zh-CN"/>
        </w:rPr>
        <w:br/>
      </w:r>
      <w:r>
        <w:rPr>
          <w:lang w:eastAsia="zh-CN"/>
        </w:rPr>
        <w:t>　　另外，我还积极阅读教学教参书籍及教学论文，如《中学数学教学参考》等，认真学习各种教学方法，并尝试运用到实践教学中去，当然，还有很多是不成熟。我还积极参加各种教研活动，如集体备课，校内外听课，教学教研会议。努力提高课堂教学的操作调控能力，语言表达能力。课下，根据自己的理解，选题、出检测试卷，这样也提高了我对教材重难点的理解。积极安排时间做好学生的辅导工作，学生有问题及时解决。</w:t>
      </w:r>
      <w:r>
        <w:rPr>
          <w:lang w:eastAsia="zh-CN"/>
        </w:rPr>
        <w:br/>
      </w:r>
      <w:r>
        <w:rPr>
          <w:lang w:eastAsia="zh-CN"/>
        </w:rPr>
        <w:t>　　坚持了一个学期，我感觉收获颇多。</w:t>
      </w:r>
      <w:r>
        <w:rPr>
          <w:lang w:eastAsia="zh-CN"/>
        </w:rPr>
        <w:br/>
      </w:r>
      <w:r>
        <w:rPr>
          <w:lang w:eastAsia="zh-CN"/>
        </w:rPr>
        <w:t>　　三、备课组的精诚合作是取的成绩的关键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如果说高一数学我取的了一点成绩的话，那也是我们备课组在组长的指导下，团结合作的结果。组长李老师教学能力强、经验丰富，对我们年轻老师的指导更是不遗余力。从集体备课，从课程安排到备考统筹等各方面，李老师作了大量的工作。他还经常对各种问题给予正确的指导，可以说我们新老师的成长离不开组长的帮助。</w:t>
      </w:r>
      <w:r>
        <w:rPr>
          <w:lang w:eastAsia="zh-CN"/>
        </w:rPr>
        <w:br/>
      </w:r>
      <w:r>
        <w:rPr>
          <w:lang w:eastAsia="zh-CN"/>
        </w:rPr>
        <w:t>　　我们的备课组的新老师占了大多数，向我就是刚刚走上工作岗位，教学经验不足，这更需要发挥集体的力量。首先，集体备课使我们对教材的认识达到统一，理解更深刻，时间安排一致。除了规定的时间集体备课外，我们还经常在一起讨论，解决问题。其次，统一测试、统一复习资料。平时，备课组安排老师出单元资料、检测题，然后统一使用。在期末复习阶段，组长安排每个老师负责出各章节的复习资料、复习题，资料共享。所以，最后的成绩是我们备课组全体老师共同努力的结果。</w:t>
      </w:r>
      <w:r>
        <w:rPr>
          <w:lang w:eastAsia="zh-CN"/>
        </w:rPr>
        <w:br/>
      </w:r>
      <w:r>
        <w:rPr>
          <w:lang w:eastAsia="zh-CN"/>
        </w:rPr>
        <w:t xml:space="preserve">    2024年高一数学教学工作总结范文 篇4 </w:t>
      </w:r>
      <w:r>
        <w:rPr>
          <w:lang w:eastAsia="zh-CN"/>
        </w:rPr>
        <w:br/>
      </w:r>
      <w:r>
        <w:rPr>
          <w:lang w:eastAsia="zh-CN"/>
        </w:rPr>
        <w:t>　　本学期我担任高一(1)、(2)两班的数学教学，完成了必修1 、 2的教学。本学期教学主要内容有：集合与函数的概念，基本初等函数，函数的应用，空间几何体，点、直线、平面之间的位置关系，直线与方程，圆与方程等七个章节的内容。现将本学期高中数学必修1 、必修2的教学总结如下：</w:t>
      </w:r>
      <w:r>
        <w:rPr>
          <w:lang w:eastAsia="zh-CN"/>
        </w:rPr>
        <w:br/>
      </w:r>
      <w:r>
        <w:rPr>
          <w:lang w:eastAsia="zh-CN"/>
        </w:rPr>
        <w:t>　　一、教学方面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1.要认真研究课程标准。在课程改革中，教师是关键，教师对新课程的理解与参与是推进课程改革的前提。认真学习数学课程标准，对课改有所了解。课程标准明确规定了教学的目的、教学目标、教学的指导思想以及教学内容的确定和安排。继承传统，更新教学观念。高中数学新课标指出：丰富学生的学习方式，改进学生的学习方法是高中数学课程追求的基本理念。学生的数学学习活动不应只限于对概念、结论和技能的记忆、模仿和接受，独立思考、自主探索、动手实践、合作交流、阅读自学等都是学习数学的重要方式。在高中数学教学中，教师的讲授仍然是重要的教学方式之一，但要注意的是必须关注学生的主体参与，师生互动。</w:t>
      </w:r>
      <w:r>
        <w:rPr>
          <w:lang w:eastAsia="zh-CN"/>
        </w:rPr>
        <w:br/>
      </w:r>
      <w:r>
        <w:rPr>
          <w:lang w:eastAsia="zh-CN"/>
        </w:rPr>
        <w:t>　　2.合理使用教科书，提高课堂效益。对教材内容，教学时需要作适当处理，适当补充或降低难度是备课必须处理的。灵活使用教材，才能在教学中少走弯路，提高教学质量。对教材中存在的一些问题，教师应认真理解课标，对课标要求的重点内容要作适量的补充;对教材中不符合学生实际的题目要作适当的调整。此外，还应把握教材的度，不要想一步到位，如函数性质的教学，要多次螺旋上升，逐步加深。</w:t>
      </w:r>
      <w:r>
        <w:rPr>
          <w:lang w:eastAsia="zh-CN"/>
        </w:rPr>
        <w:br/>
      </w:r>
      <w:r>
        <w:rPr>
          <w:lang w:eastAsia="zh-CN"/>
        </w:rPr>
        <w:t>　　3.改进学生的学习方式，注意问题的提出、探究和解决。教会学生发现问题和提出问题的方法。以问题引导学生去发现、探究、归纳、总结。引导他们更加主动、有兴趣的学，培养问题意识。</w:t>
      </w:r>
      <w:r>
        <w:rPr>
          <w:lang w:eastAsia="zh-CN"/>
        </w:rPr>
        <w:br/>
      </w:r>
      <w:r>
        <w:rPr>
          <w:lang w:eastAsia="zh-CN"/>
        </w:rPr>
        <w:t>　　4.在课后作业，反馈练习中培养学生自学能力。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课后作业和反馈练习、测试是检查学生学习效果的重要手段。抓好这一环节的教学，也有利于复习和巩固旧课，还锻炼了学生的自学能力。在学完一课、一单元后，让学生主动归纳总结，要求学生尽量自己独立完成，以便正确反馈教学效果。</w:t>
      </w:r>
      <w:r>
        <w:rPr>
          <w:lang w:eastAsia="zh-CN"/>
        </w:rPr>
        <w:br/>
      </w:r>
      <w:r>
        <w:rPr>
          <w:lang w:eastAsia="zh-CN"/>
        </w:rPr>
        <w:t>　　二 存在困惑</w:t>
      </w:r>
      <w:r>
        <w:rPr>
          <w:lang w:eastAsia="zh-CN"/>
        </w:rPr>
        <w:br/>
      </w:r>
      <w:r>
        <w:rPr>
          <w:lang w:eastAsia="zh-CN"/>
        </w:rPr>
        <w:t>　　1.书本习题都较简单和基础，而我们的教辅题目偏难，加重了学生的学习负担，而且学生完成情况很不好。课时又不足，教学时间紧，没时间讲评这些练习题。</w:t>
      </w:r>
      <w:r>
        <w:rPr>
          <w:lang w:eastAsia="zh-CN"/>
        </w:rPr>
        <w:br/>
      </w:r>
      <w:r>
        <w:rPr>
          <w:lang w:eastAsia="zh-CN"/>
        </w:rPr>
        <w:t>　　2.在教学中，经常出现一节课的教学任务完不成的现象，更少巩固练习的时间。勉强按规定时间讲完，一些学生听得似懂非懂，造成差生越来越多。而且知识内容需要补充的内容有：乘法公式;因式分解的十字相乘法;一元二次方程及根与系数的关系;根式的运算;解不等式等知识。</w:t>
      </w:r>
      <w:r>
        <w:rPr>
          <w:lang w:eastAsia="zh-CN"/>
        </w:rPr>
        <w:br/>
      </w:r>
      <w:r>
        <w:rPr>
          <w:lang w:eastAsia="zh-CN"/>
        </w:rPr>
        <w:t>　　3.虽然经常要求学生课后要去完成教辅上的精选的题目，但是，相当部分的同学还是没办法完成。学生的课业负担太重，有的学生则是学习意识淡薄。</w:t>
      </w:r>
      <w:r>
        <w:rPr>
          <w:lang w:eastAsia="zh-CN"/>
        </w:rPr>
        <w:br/>
      </w:r>
      <w:r>
        <w:rPr>
          <w:lang w:eastAsia="zh-CN"/>
        </w:rPr>
        <w:t>　　三、今后要注意的几点</w:t>
      </w:r>
      <w:r>
        <w:rPr>
          <w:lang w:eastAsia="zh-CN"/>
        </w:rPr>
        <w:br/>
      </w:r>
      <w:r>
        <w:rPr>
          <w:lang w:eastAsia="zh-CN"/>
        </w:rPr>
        <w:t>　　1.要处理好课时紧张与教学内容多的矛盾，加强对教材的研究;</w:t>
      </w:r>
      <w:r>
        <w:rPr>
          <w:lang w:eastAsia="zh-CN"/>
        </w:rPr>
        <w:br/>
      </w:r>
      <w:r>
        <w:rPr>
          <w:lang w:eastAsia="zh-CN"/>
        </w:rPr>
        <w:t>　　2.注意对教辅材料题目的精选;</w:t>
      </w:r>
      <w:r>
        <w:rPr>
          <w:lang w:eastAsia="zh-CN"/>
        </w:rPr>
        <w:br/>
      </w:r>
      <w:r>
        <w:rPr>
          <w:lang w:eastAsia="zh-CN"/>
        </w:rPr>
        <w:t>　　3.要加强对数学后进生的思想教育</w:t>
      </w:r>
      <w:r>
        <w:rPr>
          <w:lang w:eastAsia="zh-CN"/>
        </w:rPr>
        <w:br/>
      </w:r>
      <w:r>
        <w:rPr>
          <w:lang w:eastAsia="zh-CN"/>
        </w:rPr>
        <w:t xml:space="preserve">    2024年高一数学教学工作总结范文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本学期我继续担任高一的数学课教师，1班48人，2班66人。2班属于高一年级的重点班，1班属于高一年级的实验班。上学期期末考试的数学平均成绩，2班稍落后于年级同类班级，这学期来，我努力改进教育教学思路和方法，切实抓好教育教学的各个环节，认真引导学生理解和巩固基础知识和基本技能，无论从学习态度还是学习方法上都有了明显的进步，取得了应有的成绩。现将本学期的教学工作总结如下：</w:t>
      </w:r>
      <w:r>
        <w:rPr>
          <w:lang w:eastAsia="zh-CN"/>
        </w:rPr>
        <w:br/>
      </w:r>
      <w:r>
        <w:rPr>
          <w:lang w:eastAsia="zh-CN"/>
        </w:rPr>
        <w:t>　　一、备课分备教材和备学生两部分，二者相辅相成，互相影响。备教材就是根据所学内容设计课堂教学情景，力争做到深入浅出，生动活泼，方法灵活，讲练结合，真正体现学生的主体作用和教师的主导作用；备学生指的是全面掌握学生学习数学的现状，依据学生的学习态度、水平设计合理恰当的教学氛围，充分考虑学生的智力发展水平，扩展学生的认知领域，为学生提供思维训练的平台，创设熟悉易懂的学习情景，为学生的心理发展和知识积累提供可能。备课中一定要注意从学生的实际出发，从教材的实际内容出发，这样二者兼顾才能提高备课的针对性、有效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二、上课是教学活动的主要环节，也是教学工作的关键阶段。上课要坚持以学生活动为中心，面向全体学生授课，以启发式为主，兼顾个别学生，从听讲、笔记、练习、反馈等环节入手，引导学生积极参与学习活动，理解和掌握基本概念和基本技能，使学生在学习活动过程中不仅获得知识还要提高解决问题的能力，不光获得应有的智慧，也应掌握思考问题的思想方法。对概念课采用启发引导式，引导学生理解和掌握新概念产生的背景，发生发展的过程，展示新旧知识之间的内在联系，加深对概念的理解和掌握；对巩固课坚持“精讲多练”，精选典型例题，引导学生仔细分析问题的特点，寻求解决问题的思路和方法，提出合理的解决方案，力争使讲解通俗易懂，使方法融会贯通，并让学生在练习中加以消化，真正提高学生分析问题解决问题的能力。</w:t>
      </w:r>
      <w:r>
        <w:rPr>
          <w:lang w:eastAsia="zh-CN"/>
        </w:rPr>
        <w:br/>
      </w:r>
      <w:r>
        <w:rPr>
          <w:lang w:eastAsia="zh-CN"/>
        </w:rPr>
        <w:t>　　三、作业包括课本上的练习、习题、以及课外作业，针对学生的不同层次提出不同的要求：练习题要求全体学生尽量当堂完成，并及时进行讲解；习题中的A组题挑选有针对性的题目作为书面作业，要求学生课后独立完成，全批全改，深入了解学生对新知识新概念及新方法的掌握情况，B组题适当地对学有余力的学生提出要求，并及时给与提示，以求进一步提高；课外作业则根据实际情况灵活把握，精选题目，不求数量而求质量，加强和深化学生对概念公式的理解和掌握，特别是对学生作业中出现的错误及时予以纠正，以积累学生的解题经验，提高认识。</w:t>
      </w:r>
      <w:r>
        <w:rPr>
          <w:lang w:eastAsia="zh-CN"/>
        </w:rPr>
        <w:br/>
      </w:r>
      <w:r>
        <w:rPr>
          <w:lang w:eastAsia="zh-CN"/>
        </w:rPr>
        <w:t>　　四、辅导主要是指导学生及时旧课，预习新课。特别是对学生中存在的问题或集中讲解，或个别答疑，以求真正地使学生的数学学习保证持续性，建立知识网络的联系，引导学生从系统的高度，整体上把握数学知识，概念和方法。尤其是在课后辅导中更多地关注学习基础薄弱的学生，帮助他们树立了学习数学的信心，使他们得到了应有的进步。</w:t>
      </w:r>
      <w:r>
        <w:rPr>
          <w:lang w:eastAsia="zh-CN"/>
        </w:rPr>
        <w:br/>
      </w:r>
      <w:r>
        <w:rPr>
          <w:lang w:eastAsia="zh-CN"/>
        </w:rPr>
        <w:t>　　总之，教学工作不仅仅要落实常规，还要因地制宜，与时俱进，针对学生的具体情况采取相应的措施与办法，有计划有落实有检查，关注每一个学生，关注每一个课堂，关注每一个环节，从小处着眼，从细处着手。只有这样才有利于教学质量的提高，有利于学生身心的健康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2024年高一数学教学工作总结范文 篇6 </w:t>
      </w:r>
      <w:r>
        <w:rPr>
          <w:lang w:eastAsia="zh-CN"/>
        </w:rPr>
        <w:br/>
      </w:r>
      <w:r>
        <w:rPr>
          <w:lang w:eastAsia="zh-CN"/>
        </w:rPr>
        <w:t>　　一、对学生严格要求，培养良好的学习习惯和学习方法</w:t>
      </w:r>
      <w:r>
        <w:rPr>
          <w:lang w:eastAsia="zh-CN"/>
        </w:rPr>
        <w:br/>
      </w:r>
      <w:r>
        <w:rPr>
          <w:lang w:eastAsia="zh-CN"/>
        </w:rPr>
        <w:t>　　学生在从初中到高中的过渡阶段，往往会有些不能适应新的学习环境。例如新的竞争压力，以往的学习方法不能适应高中的学习，不良的学习习惯和学习态度等一些问题困扰和制约着学生的学习。为了解决这些问题，我确实下了一翻功夫。</w:t>
      </w:r>
      <w:r>
        <w:rPr>
          <w:lang w:eastAsia="zh-CN"/>
        </w:rPr>
        <w:br/>
      </w:r>
      <w:r>
        <w:rPr>
          <w:lang w:eastAsia="zh-CN"/>
        </w:rPr>
        <w:t>　　1、改变学生学习数学的一些思想观念，树立学好数学的信心</w:t>
      </w:r>
      <w:r>
        <w:rPr>
          <w:lang w:eastAsia="zh-CN"/>
        </w:rPr>
        <w:br/>
      </w:r>
      <w:r>
        <w:rPr>
          <w:lang w:eastAsia="zh-CN"/>
        </w:rPr>
        <w:t>　　在开学初，我就给他们指出高中数学学习较初中的要难度大，内容多，知识面广，让他们有一个心理准备。我们班是一个重点班，全班大多数同学初中升高中成绩比较好，这造成一些成绩相对较差学生有自卑感，害怕自己不能学好数学;相反有些成绩较好学生骄傲自大，放松对数学的学习。对此，我给他们讲清楚，大家其实处在同一起跑线上，谁先跑，谁跑得有力，谁就会成功。对较差的学生，给予多的关心和指导，并帮助他们树立信心;对骄傲的学生批评教育，让他们不要放松学习。</w:t>
      </w:r>
      <w:r>
        <w:rPr>
          <w:lang w:eastAsia="zh-CN"/>
        </w:rPr>
        <w:br/>
      </w:r>
      <w:r>
        <w:rPr>
          <w:lang w:eastAsia="zh-CN"/>
        </w:rPr>
        <w:t>　　第一次月考，全班很多同学考得不好，甚至有个别同学只有三、四十分。有个以前成绩较好女生哭着对我说，她从来没有考过这么低的分，对学好数学没有信心。我耐心给她分析没考好的原因，一是试卷的难度大，二是考查的知识点上课时没能重点掌握，三是没有做好复习工作，教给她要注意的地方。经过她自身的努力，期中考试中，这位女生数学考了96分。一段时间的调整，全班基本上树立了能学好数学的信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2、改变学生不良的学习习惯，建立良好的学习方法和学习态度</w:t>
      </w:r>
      <w:r>
        <w:rPr>
          <w:lang w:eastAsia="zh-CN"/>
        </w:rPr>
        <w:br/>
      </w:r>
      <w:r>
        <w:rPr>
          <w:lang w:eastAsia="zh-CN"/>
        </w:rPr>
        <w:t>　　开始，有些学生有不好的学习习惯，例如作业字迹潦草，不写解答过程;不喜欢课前预习和课后复习;不会消化知识;对学习马虎大意，过分自信等。我要求统一作业格式，表扬优秀作业，指导他们预习和复习，强调总结的重要性，并有一些具体的做法，如写章节小结，做错题档案，总结做题规律等。对做得好的同学全班表扬并推广，不做或做得差的同学要批评。在我的严格要求下，大多数同学能很快接受，慢慢的建立起好的学习方法和认真的学习态度。当然，要改变根深蒂固的问题并不容易，这学期还要坚持下去。</w:t>
      </w:r>
      <w:r>
        <w:rPr>
          <w:lang w:eastAsia="zh-CN"/>
        </w:rPr>
        <w:br/>
      </w:r>
      <w:r>
        <w:rPr>
          <w:lang w:eastAsia="zh-CN"/>
        </w:rPr>
        <w:t>　　二、刻苦钻研教材，不断提高自身的教学教研能力</w:t>
      </w:r>
      <w:r>
        <w:rPr>
          <w:lang w:eastAsia="zh-CN"/>
        </w:rPr>
        <w:br/>
      </w:r>
      <w:r>
        <w:rPr>
          <w:lang w:eastAsia="zh-CN"/>
        </w:rPr>
        <w:t>　　高一的教学对我来说是一个新的内容，要做好不容易。首先，我认真阅读新课标，钻研新教材，熟悉教材内容，查阅教学资料，适当增减教学内容，认真细致的备好每一节课，真正做到重点明确，难点分解。遇到难以解决的问题，就向老教师讨教或在备课组内讨论。另外，我还积极阅读教学教参书籍及教学论文，如《中学数学教学参考》等，认真学习各种教学方法，并尝试运用到实践教学中去，当然，还有很多是不成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积极参加各种教研活动，如集体备课，校内外听课，教学教研会议。努力提高课堂教学的操作调控能力，语言表达能力，运用多种教学器材，为了节省时间和增加课堂容量，我坚持用投影仪。课下，根据自己的理解，选题、出检测试卷，这样也提高了我对教材重难点的理解。积极安排时间做好学生的辅导工作，学生有问题及时解决。坚持了一个学期，我感觉收获颇多。</w:t>
      </w:r>
      <w:r>
        <w:rPr>
          <w:lang w:eastAsia="zh-CN"/>
        </w:rPr>
        <w:br/>
      </w:r>
      <w:r>
        <w:rPr>
          <w:lang w:eastAsia="zh-CN"/>
        </w:rPr>
        <w:t>　　三、备课组的精诚合作是取得成绩的关键</w:t>
      </w:r>
      <w:r>
        <w:rPr>
          <w:lang w:eastAsia="zh-CN"/>
        </w:rPr>
        <w:br/>
      </w:r>
      <w:r>
        <w:rPr>
          <w:lang w:eastAsia="zh-CN"/>
        </w:rPr>
        <w:t>　　如果说高一数学取得了一点成绩的话，那也是我们备课组在组长的指导下，团结合作的结果。组长李运根老师教学能力强、经验丰富，对我们年轻老师的指导更是不遗余力。从集体备课到作业批改，从课程安排到备考统筹等各方面，李老师作了大量的工作。他还经常听新老师的课，对各种问题给予正确的指导，可以说我们新老师的成长离不开组长的帮助。</w:t>
      </w:r>
      <w:r>
        <w:rPr>
          <w:lang w:eastAsia="zh-CN"/>
        </w:rPr>
        <w:br/>
      </w:r>
      <w:r>
        <w:rPr>
          <w:lang w:eastAsia="zh-CN"/>
        </w:rPr>
        <w:t>　　我们的备课组的新老师占了大多数，有的刚刚走上工作岗位，教学经验不足，这更需要发挥集体的力量。首先，集体备课使我们对教材的认识达到统一，理解更深刻，时间安排一致。除了规定的时间集体备课外，我们还经常在一起讨论，解决问题。其次，统一测试、统一复习资料。平时，备课组安排老师出单元资料、检测题，然后统一使用。在期末复习阶段，组长安排每个老师负责出各章节的复习资料、复习题，资料共享。所以，最后的成绩是我们备课组全体老师共同努力的结果。下面，我想简略的谈谈我的班主任工作两个方面。</w:t>
      </w:r>
      <w:r>
        <w:rPr>
          <w:lang w:eastAsia="zh-CN"/>
        </w:rPr>
        <w:br/>
      </w:r>
      <w:r>
        <w:rPr>
          <w:lang w:eastAsia="zh-CN"/>
        </w:rPr>
        <w:t>　　（一）高标准，严格要求学生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班主任的工作方法有很多，每个班主任的方法有可能各不相同。对于刚进校的高一新生来说，可能不适应新的环境，容易犯一些错误是难免的。但如果不严格管理，放任自流，到最后会出现更大的问题。所以，从军训起，我就对他们提出了高的标准，严格要求。高标准是各方面要做到最好，最终考上理想的大学。严格要求做到几个方面：</w:t>
      </w:r>
      <w:r>
        <w:rPr>
          <w:lang w:eastAsia="zh-CN"/>
        </w:rPr>
        <w:br/>
      </w:r>
      <w:r>
        <w:rPr>
          <w:lang w:eastAsia="zh-CN"/>
        </w:rPr>
        <w:t>　　1、纪律方面严格按照校、班的各项规章制度来要求学生，并将问题落实到位，决不马虎。</w:t>
      </w:r>
      <w:r>
        <w:rPr>
          <w:lang w:eastAsia="zh-CN"/>
        </w:rPr>
        <w:br/>
      </w:r>
      <w:r>
        <w:rPr>
          <w:lang w:eastAsia="zh-CN"/>
        </w:rPr>
        <w:t>　　2、学习方面提出班级目标和个人目标，力争上游，对学习态度差的学生给予严厉的批评和指正;对学习成绩有退步的学生给以耐心的指导，分析原因，帮助其提高。</w:t>
      </w:r>
      <w:r>
        <w:rPr>
          <w:lang w:eastAsia="zh-CN"/>
        </w:rPr>
        <w:br/>
      </w:r>
      <w:r>
        <w:rPr>
          <w:lang w:eastAsia="zh-CN"/>
        </w:rPr>
        <w:t>　　3、对各项活动积极参与，努力取得成绩，以之来不断锻炼进取心。通过高标准，严格要求学生，创造一个良好的学习氛围，建立积极向上的班级体。</w:t>
      </w:r>
      <w:r>
        <w:rPr>
          <w:lang w:eastAsia="zh-CN"/>
        </w:rPr>
        <w:br/>
      </w:r>
      <w:r>
        <w:rPr>
          <w:lang w:eastAsia="zh-CN"/>
        </w:rPr>
        <w:t>　　（二）与科任老师密切配合，做好各科的协调工作</w:t>
      </w:r>
      <w:r>
        <w:rPr>
          <w:lang w:eastAsia="zh-CN"/>
        </w:rPr>
        <w:br/>
      </w:r>
      <w:r>
        <w:rPr>
          <w:lang w:eastAsia="zh-CN"/>
        </w:rPr>
        <w:t>　　班主任的重要工作之一就是配合各科任老师的教学工作。高一新生刚开始很难适应新的老师的教法或口音，因而出现一些与老师之间的问题。通过了解，将一些问题向各位老师反映，争取双方慢慢适应。另外，当科任老师发现某同学学习存在问题，我将会及时处理。期末考试临近，各科有大量作业，为了避免争时间辅导，我将各时间段安排给各位老师。作为班主任，我还做得不够好。沙中有很多优秀的班主任，我会不断的向他们学习，争取做得更好。</w:t>
      </w:r>
      <w:r>
        <w:rPr>
          <w:lang w:eastAsia="zh-CN"/>
        </w:rPr>
        <w:br/>
      </w:r>
      <w:r>
        <w:rPr>
          <w:lang w:eastAsia="zh-CN"/>
        </w:rPr>
        <w:t xml:space="preserve">    2024年高一数学教学工作总结范文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本学期，我适应新时期教学工作的要求，本学期在学校领导的正确领导下,我不仅圆满地完成了本学期的教学任务,还在业务水平上有了很大的提高.立足现在，放眼未来，为使今后的工作取得更大的进步，现对本学期教学工作作出总结，希望能发扬优点，克服不足，总结检验教训，继往开来，以促进教训工作更上一层楼。这半年的教学历程，是忙碌的半年;是充满艰辛的半年;这也是收获喜悦的一学期.现将有关方面总结如下：</w:t>
      </w:r>
      <w:r>
        <w:rPr>
          <w:lang w:eastAsia="zh-CN"/>
        </w:rPr>
        <w:br/>
      </w:r>
      <w:r>
        <w:rPr>
          <w:lang w:eastAsia="zh-CN"/>
        </w:rPr>
        <w:t>　　1、热爱并忠诚于人民的教学事业，教学态度认真，教风扎实，严格遵守学校的规章制度.</w:t>
      </w:r>
      <w:r>
        <w:rPr>
          <w:lang w:eastAsia="zh-CN"/>
        </w:rPr>
        <w:br/>
      </w:r>
      <w:r>
        <w:rPr>
          <w:lang w:eastAsia="zh-CN"/>
        </w:rPr>
        <w:t>　　2、认真备课，不但备学生而且备教材备教法，根据教材内容及学生的实际，设计课的类型，拟定采用的教学方法，并对教学过程的程序及时间安排都作了详细的记录，认真写好教案。每一课都做到“有备而来”，每堂课都在课前做好充分的准备，并制作各种利于吸引学生注意力的有趣教具，课后及时对该课作出总结，写好教学后记，并认真按搜集每课书的知识要点，归纳成集。</w:t>
      </w:r>
      <w:r>
        <w:rPr>
          <w:lang w:eastAsia="zh-CN"/>
        </w:rPr>
        <w:br/>
      </w:r>
      <w:r>
        <w:rPr>
          <w:lang w:eastAsia="zh-CN"/>
        </w:rPr>
        <w:t>　　3、增强上课技能，提高教学质量，使讲解清晰化，条理化，准确化，条理化，准确化，情感化，生动化，做到线索清晰，层次分明，言简意赅，深入浅出。在课堂上特别注意调动学生的积极性，加强师生交流，充分体现学生的主作用，让学生学得容易，学得轻松，学得愉快;注意精讲精练，在课堂上老师讲得尽量少，学生动口动手动脑尽量多;同时在每一堂课上都充分考虑每一个层次的学生学习需求和学习能力，让各个层次的学生都得到提高。现在学生普遍反映喜欢上课数学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4、每周坚持集体备课，保证每次都有收获，真正为提高高一级的数学成绩而努力。要求所有老师用电脑备教案，尽量并且实现资源共享共同研究、共同进步。在教学上，坚持教学研究，共同讨论，同时，多听课，学习别人的优点，克服自己的不足。</w:t>
      </w:r>
      <w:r>
        <w:rPr>
          <w:lang w:eastAsia="zh-CN"/>
        </w:rPr>
        <w:br/>
      </w:r>
      <w:r>
        <w:rPr>
          <w:lang w:eastAsia="zh-CN"/>
        </w:rPr>
        <w:t>　　5、在课堂教学中，坚持启发式教学，坚持向45分钟要质量。以学生为主体，以训练为主线。教学过程重视知识与技能，学习过程和方法，情感态度与价值观，培养学生自主学习，合作学习，探究性学习的精神。</w:t>
      </w:r>
      <w:r>
        <w:rPr>
          <w:lang w:eastAsia="zh-CN"/>
        </w:rPr>
        <w:br/>
      </w:r>
      <w:r>
        <w:rPr>
          <w:lang w:eastAsia="zh-CN"/>
        </w:rPr>
        <w:t>　　6、真批改作业：布置作业做到精读精练。有针对性，有层次性。为了做到这点，我常常通过互联网搜集资料，对各种辅助资料进行筛选，力求每一次练习都起到最大的效果。同时对学生的作业批改及时、认真，分析并记录学生的作业情况，将他们在作业过程出现的问题作出分类总结，进行透切的评讲，并针对有关情况及时改进教学方法，做到有的放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7、做好课后辅导工作，注意分层教学。在课后，为不同层次的学生进行相应的辅导，以满足不同层次的学生的需求，避免了一刀切的弊端，同时加大了后进生的辅导力度。对后进生的辅导，并不限于学习知识性的辅导，更重要的是学习思想的辅导，要提高后进生的成绩，首先要解决他们心结，让他们意识到学习的重要性和必要性，使之对学习萌发兴趣。要通过各种途径激发他们的求知欲和上进心，让他们意识到学习并不是一项任务，也不是一件痛苦的事情。而是充满乐趣的。从而自觉的把身心投放到学习中去。这样，后进生的转化，就由原来的简单粗暴、强制学习转化到自觉的求知上来。使学习成为他们自我意识力度一部分。在此基础上，再教给他们学习的方法，提高他们的技能。并认真细致地做好查漏补缺工作。后进生通常存在很多知识断层，这些都是后进生转化过程中的拌脚石，在做好后进生的转化工作时，要特别注意给他们补课，把他们以前学习的知识断层补充完整，这样，他们就会学得轻松，进步也快，兴趣和求知欲也会随之增加。</w:t>
      </w:r>
      <w:r>
        <w:rPr>
          <w:lang w:eastAsia="zh-CN"/>
        </w:rPr>
        <w:br/>
      </w:r>
      <w:r>
        <w:rPr>
          <w:lang w:eastAsia="zh-CN"/>
        </w:rPr>
        <w:t>　　8、积极推进素质教育。目前的考试模式仍然比较传统，这决定了教师的教学模式要停留在应试教育的层次上，为此，我在教学工作中注意了学生能力的培养，坚持采用分组探究式数学教学模式，把传受知识、技能和发展智力、能力结合起来，在知识层面上注入了思想情感教育的因素，发挥学生的创新意识和创新能力。让学生的各种素质都得到有效的发展和培养。</w:t>
      </w:r>
      <w:r>
        <w:rPr>
          <w:lang w:eastAsia="zh-CN"/>
        </w:rPr>
        <w:br/>
      </w:r>
      <w:r>
        <w:rPr>
          <w:lang w:eastAsia="zh-CN"/>
        </w:rPr>
        <w:t>　　9、更新理念，坚持采用多媒体辅助教学，课件制作水平全国一流。深受学生欢迎。一份耕耘，一份收获。教学工作苦乐相伴。我们将本着“勤学、善思、实干”的准则，一如既往，再接再厉，把工作搞得更好!</w:t>
      </w:r>
      <w:r>
        <w:rPr>
          <w:lang w:eastAsia="zh-CN"/>
        </w:rPr>
        <w:br/>
      </w:r>
      <w:r>
        <w:rPr>
          <w:lang w:eastAsia="zh-CN"/>
        </w:rPr>
        <w:t xml:space="preserve">    2024年高一数学教学工作总结范文 篇8 </w:t>
      </w:r>
      <w:r>
        <w:rPr>
          <w:lang w:eastAsia="zh-CN"/>
        </w:rPr>
        <w:br/>
      </w:r>
      <w:r>
        <w:rPr>
          <w:lang w:eastAsia="zh-CN"/>
        </w:rPr>
        <w:t>　　本学期，根据需要，学校安排我上高一数学。高一数学是课改新内容与旧教材存在着很大的差别，不管是内容的编排还是教法要求都比较高，为了提高自己的教学水平，为了提高自己的教学水平，我下定决心从各方面严格要求自己，在教学上虚心向同行请教，结合本校和班级学生的实际情况，针对性的开展教学工作，使工作有计划，有组织，有步骤。我对一期来的教学工作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一、认真备课，做到既备学生又备教材与备教法。</w:t>
      </w:r>
      <w:r>
        <w:rPr>
          <w:lang w:eastAsia="zh-CN"/>
        </w:rPr>
        <w:br/>
      </w:r>
      <w:r>
        <w:rPr>
          <w:lang w:eastAsia="zh-CN"/>
        </w:rPr>
        <w:t>　　本学期我根据教材内容及学生的实际情况设计课程教学，拟定教学方法，并对教学过程中遇到的问题尽可能的预先考虑到，认真写好教案。首先，我认真阅读新课标，钻研新教材，熟悉教材内容，查阅教学资料，适当增减教学内容，认真细致的备好每一节课，真正做到重点明确，难点分解。遇到难以解决的问题，就向老教师讨教或在备课组内讨论。其次，深入了解学生，根据学生的知识水平和接受能力设计教案，每一课都做到“有备而去”，每堂课都在课前做好充分的准备。</w:t>
      </w:r>
      <w:r>
        <w:rPr>
          <w:lang w:eastAsia="zh-CN"/>
        </w:rPr>
        <w:br/>
      </w:r>
      <w:r>
        <w:rPr>
          <w:lang w:eastAsia="zh-CN"/>
        </w:rPr>
        <w:t>　　二、不断提高自身的教学教研能力，努力提高教学质量。</w:t>
      </w:r>
      <w:r>
        <w:rPr>
          <w:lang w:eastAsia="zh-CN"/>
        </w:rPr>
        <w:br/>
      </w:r>
      <w:r>
        <w:rPr>
          <w:lang w:eastAsia="zh-CN"/>
        </w:rPr>
        <w:t>　　我能积极参加各种教研活动，如集体备课，校内外听课，教学教研活动，不断提高课堂教学的操作调控能力，语言表达能力。我追求课堂讲解的清晰化，条理化，准确化，条理化，情感化，生动化;努力做到知识线索清晰，层次分明，教学言简意赅，深入浅出。我深知学生的积极参与是教学取得较好的效果的关键。所以在课堂上我特别注意调动学生的积极性，加强师生交流，充分体现学生在学习过程中的主动性，让学生学得轻松，学得愉快。在课堂上讲得尽量少些，而让学生自己动口动手动脑尽量多些;同时在每一堂课上都充分考虑每一个层次的学生学习需求和接受能力，让各个层次的学生都得到提高。</w:t>
      </w:r>
      <w:r>
        <w:rPr>
          <w:lang w:eastAsia="zh-CN"/>
        </w:rPr>
        <w:br/>
      </w:r>
      <w:r>
        <w:rPr>
          <w:lang w:eastAsia="zh-CN"/>
        </w:rPr>
        <w:t>　　三、虚心向其他老师学习，在教学上做到有疑必问。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在每个章节的学习上都积极征求其他有经验老师的意见，学习他们的方法。同时多听老教师的课，做到边听边学，给自己不断充电，弥补自己在教学上的不足，并常请备课组长和其他教师来听课，征求他们的意见，改进教学工作。</w:t>
      </w:r>
      <w:r>
        <w:rPr>
          <w:lang w:eastAsia="zh-CN"/>
        </w:rPr>
        <w:br/>
      </w:r>
      <w:r>
        <w:rPr>
          <w:lang w:eastAsia="zh-CN"/>
        </w:rPr>
        <w:t>　　四、注意培养良好的学习习惯和学习方法</w:t>
      </w:r>
      <w:r>
        <w:rPr>
          <w:lang w:eastAsia="zh-CN"/>
        </w:rPr>
        <w:br/>
      </w:r>
      <w:r>
        <w:rPr>
          <w:lang w:eastAsia="zh-CN"/>
        </w:rPr>
        <w:t>　　学生在从初中到高中的过渡阶段，往往会有些不能适应新的学习环境。例如新的竞争压力，以往的学习方法不能适应高中的学习，不良的学习习惯和学习态度等一些问题困扰和制约着学生的学习。为了解决这些问题，我下面一方面下功夫。</w:t>
      </w:r>
      <w:r>
        <w:rPr>
          <w:lang w:eastAsia="zh-CN"/>
        </w:rPr>
        <w:br/>
      </w:r>
      <w:r>
        <w:rPr>
          <w:lang w:eastAsia="zh-CN"/>
        </w:rPr>
        <w:t>　　1、改变学生学习数学的一些思想观念，树立学好数学的信心</w:t>
      </w:r>
      <w:r>
        <w:rPr>
          <w:lang w:eastAsia="zh-CN"/>
        </w:rPr>
        <w:br/>
      </w:r>
      <w:r>
        <w:rPr>
          <w:lang w:eastAsia="zh-CN"/>
        </w:rPr>
        <w:t>　　在开学初，我就给他们指出高中数学学习较初中的要难度大，内容多，知识面广，让他们有一个心理准备。对此，我给他们讲清楚，大家其实处在同一起跑线上，谁先跑，谁跑得有力，谁就会成功。对较差的学生，给予多的关心和指导，并帮助他们树立信心;对骄傲的学生批评教育，让他们不要放松学习。</w:t>
      </w:r>
      <w:r>
        <w:rPr>
          <w:lang w:eastAsia="zh-CN"/>
        </w:rPr>
        <w:br/>
      </w:r>
      <w:r>
        <w:rPr>
          <w:lang w:eastAsia="zh-CN"/>
        </w:rPr>
        <w:t>　　2、改变学生不良的学习习惯，建立良好的学习方法和学习态度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开始，有些学生有不好的学习习惯，例如作业字迹潦草，不写解答过程;不喜欢课前预习和课后复习;不会总结消化知识;对学习马虎大意，过分自信等。为了改变学生不良的学习习惯，我要求统一作业格式，表扬优秀作业，指导他们预习和复习，强调总结的重要性，并有一些具体的做法，如写章节小结，做错题档案，总结做题规律等。对做得好的同学全班表扬并推广，不做或做得差的同学要批评。通过努力，大多数同学能很快接受，慢慢的建立起好的学习方法和认真的学习态度。</w:t>
      </w:r>
      <w:r>
        <w:rPr>
          <w:lang w:eastAsia="zh-CN"/>
        </w:rPr>
        <w:br/>
      </w:r>
      <w:r>
        <w:rPr>
          <w:lang w:eastAsia="zh-CN"/>
        </w:rPr>
        <w:t xml:space="preserve">    2024年高一数学教学工作总结范文 篇9 </w:t>
      </w:r>
      <w:r>
        <w:rPr>
          <w:lang w:eastAsia="zh-CN"/>
        </w:rPr>
        <w:br/>
      </w:r>
      <w:r>
        <w:rPr>
          <w:lang w:eastAsia="zh-CN"/>
        </w:rPr>
        <w:t>　　本学期我继续担任1、2班的数学课教师，1班48人，2班66人。2班属于高一年级的重点班，1班属于高一年级的实验班。上学期期末考试的数学平均成绩，2班稍落后于年级同类班级，这学期来，我努力改进教育教学思路和方法，切实抓好教育教学的各个环节，认真引导学生理解和巩固基础知识和基本技能，无论从学习态度还是学习方法上都有了明显的进步，取得了应有的成绩。现将本学期的教学工作总结如下：</w:t>
      </w:r>
      <w:r>
        <w:rPr>
          <w:lang w:eastAsia="zh-CN"/>
        </w:rPr>
        <w:br/>
      </w:r>
      <w:r>
        <w:rPr>
          <w:lang w:eastAsia="zh-CN"/>
        </w:rPr>
        <w:t>　　一、备课分备教材和备学生两部分，二者相辅相成，互相影响。备教材就是根据所学内容设计课堂教学情景，力争做到深入浅出，生动活泼，方法灵活，讲练结合，真正体现学生的主体作用和教师的主导作用；备学生指的是全面掌握学生学习数学的现状，依据学生的学习态度、水平设计合理恰当的教学氛围，充分考虑学生的智力发展水平，扩展学生的认知领域，为学生提供思维训练的平台，创设熟悉易懂的学习情景，为学生的心理发展和知识积累提供可能。备课中一定要注意从学生的实际出发，从教材的实际内容出发，这样二者兼顾才能提高备课的针对性、有效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二、上课是教学活动的主要环节，也是教学工作的关键阶段。上课要坚持以学生活动为中心，面向全体学生授课，以启发式为主，兼顾个别学生，从听讲、笔记、练习、反馈等环节入手，引导学生积极参与学习活动，理解和掌握基本概念和基本技能，使学生在学习活动过程中不仅获得知识还要提高解决问题的能力，不光获得应有的智慧，也应掌握思考问题的思想方法。对概念课采用启发引导式，引导学生理解和掌握新概念产生的背景，发生发展的过程，展示新旧知识之间的内在联系，加深对概念的理解和掌握；对巩固课坚持“精讲多练”，精选典型例题，引导学生仔细分析问题的特点，寻求解决问题的思路和方法，提出合理的解决方案，力争使讲解通俗易懂，使方法融会贯通，并让学生在练习中加以消化，真正提高学生分析问题解决问题的能力。</w:t>
      </w:r>
      <w:r>
        <w:rPr>
          <w:lang w:eastAsia="zh-CN"/>
        </w:rPr>
        <w:br/>
      </w:r>
      <w:r>
        <w:rPr>
          <w:lang w:eastAsia="zh-CN"/>
        </w:rPr>
        <w:t>　　三、作业包括课本上的练习、习题、以及课外作业，针对学生的不同层次提出不同的要求：练习题要求全体学生尽量当堂完成，并及时进行讲解；习题中的A组题挑选有针对性的题目作为书面作业，要求学生课后独立完成，全批全改，深入了解学生对新知识新概念及新方法的掌握情况，B组题适当地对学有余力的学生提出要求，并及时给与提示，以求进一步提高；课外作业则根据实际情况灵活把握，精选题目，不求数量而求质量，加强和深化学生对概念公式的理解和掌握，特别是对学生作业中出现的错误及时予以纠正，以积累学生的解题经验，提高认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四、辅导主要是指导学生及时旧课，预习新课，特别是对学生中存在的问题或集中讲解，或个别答疑，以求真正地使学生的数学学习保证持续性，建立知识网络的联系，引导学生从系统的高度，整体上把握数学知识，概念和方法。尤其是在课后辅导中更多地关注学习基础薄弱的学生，帮助他们树立了学习数学的信心，使他们得到了应有的进步。</w:t>
      </w:r>
      <w:r>
        <w:rPr>
          <w:lang w:eastAsia="zh-CN"/>
        </w:rPr>
        <w:br/>
      </w:r>
      <w:r>
        <w:rPr>
          <w:lang w:eastAsia="zh-CN"/>
        </w:rPr>
        <w:t>　　总之，教学工作不仅仅要落实常规，还要因地制宜，与时俱进，针对学生的具体情况采取相应的措施与办法，有计划有落实有检查，关注每一个学生，关注每一个课堂，关注每一个环节，从小处着眼，从细处着手。只有这样才有利于教学质量的提高，有利于学生身心的健康发展。</w:t>
      </w:r>
      <w:r>
        <w:rPr>
          <w:lang w:eastAsia="zh-CN"/>
        </w:rPr>
        <w:br/>
      </w:r>
      <w:r>
        <w:rPr>
          <w:lang w:eastAsia="zh-CN"/>
        </w:rPr>
        <w:t xml:space="preserve">    2024年高一数学教学工作总结范文 篇10 </w:t>
      </w:r>
      <w:r>
        <w:rPr>
          <w:lang w:eastAsia="zh-CN"/>
        </w:rPr>
        <w:br/>
      </w:r>
      <w:r>
        <w:rPr>
          <w:lang w:eastAsia="zh-CN"/>
        </w:rPr>
        <w:t>　　高一数学学习是高中阶段的关键时期，不少初中数学成绩的佼佼者，进入高中后成绩会大幅度下降，甚至会不及格，基础能力相对较低的学生，学习高一数学更是困难重重。怎样才能使他们走出困境，提高学生的学习成绩，我从以下几个方面去做。</w:t>
      </w:r>
      <w:r>
        <w:rPr>
          <w:lang w:eastAsia="zh-CN"/>
        </w:rPr>
        <w:br/>
      </w:r>
      <w:r>
        <w:rPr>
          <w:lang w:eastAsia="zh-CN"/>
        </w:rPr>
        <w:t>　　一、加强课堂教学，培养良好的学习方法、学习习惯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不少学生进入高中后，学习习惯及解题方法仍停留在初中阶段，有很强的依赖心理，跟随老师运转，没有掌握学习的主动性。具体表现在只是听课，不记老师讲课的要点，对存在的问题不及时弄清，更谈不上寻找知识间的联系。对概念、性质、定理一知半解，课后赶做作业，乱套题型，机械模仿，于是，形成学习的障碍。因此，一进入高一阶段就要求我们老师，首先要做好学习习惯上的指导，把高中数学教学上的要求、学习方法与初中阶段的区别讲清楚，使学生有思想准备。具体做法是：指导学生制定学习计划，目标，课前预习，圈出疑点，课堂上积极思考，紧跟思路，敢于向老师挑战，使其思维与老师同步，课后先复习总结，分析知识点的联系，区别，变被动学习为主动学习;其次，做好解题方法上的指导，初中阶段题型中理论要求低，重直观理解及运算，已知条件，结论要求明确.而高中阶段题型理论要求高，重逻辑推理，限制条件往往隐含在概念、已知条件之中。所以，在解题过程中，就不能象初中阶段学习时，套老师例题，而要求学生弄清题意，挖掘题目中的概念、性质之间的联系及限制条件，然后动笔解题，再分析、验证自己的解题过程的正确性.</w:t>
      </w:r>
      <w:r>
        <w:rPr>
          <w:lang w:eastAsia="zh-CN"/>
        </w:rPr>
        <w:br/>
      </w:r>
      <w:r>
        <w:rPr>
          <w:lang w:eastAsia="zh-CN"/>
        </w:rPr>
        <w:t>　　课堂教学是学生学习的主渠道，优化课堂教学过程是提高成绩的关键。所以教师要结合教学内容和教学实际，从素质教育的角度出发，把非智力因素、学习方法、思维方法和各种能力的培养等数学素质的内容有机地溶于教学过程中，特别是数学素质，其内容包括数学知识，主要是数学思想，数学方法，数学技能，数学能力(运算能力、思维能力、空间想象能力等)，应用数学的意识等。</w:t>
      </w:r>
      <w:r>
        <w:rPr>
          <w:lang w:eastAsia="zh-CN"/>
        </w:rPr>
        <w:br/>
      </w:r>
      <w:r>
        <w:rPr>
          <w:lang w:eastAsia="zh-CN"/>
        </w:rPr>
        <w:t>　　二、激发学习兴趣，引导学生主动学习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俗语说得好，兴趣是最好的老师。只要本人有兴趣，于是拼命学习，努力用功，自然就会进步了.在数学教学中，就要求老师要多准备素材，随时改变问题的部分条件，让学生亲自去猜测，探索结论的变化，成为应得结论或规律的发现者;或引导学生对所学的问题加以拓广、深化，使他们体验到成功的喜悦。如果这种情况一再发生，就会增强学生学数学的兴趣及对数学老师的好感，与此相反，遇到问题，成绩不佳，又受到教师的批评，不但会失去对数学的兴趣，还会疏远数学老师。因此，在教学中，要充分挖掘学生在学习上的闪光点，做到因材施教，加强挫折教育，能使他们有勇气、有信心去面对困难、克服困难.使每一个学生都有不同程度地获得成功，增强学习数学的兴趣，提高成绩。</w:t>
      </w:r>
      <w:r>
        <w:rPr>
          <w:lang w:eastAsia="zh-CN"/>
        </w:rPr>
        <w:br/>
      </w:r>
      <w:r>
        <w:rPr>
          <w:lang w:eastAsia="zh-CN"/>
        </w:rPr>
        <w:t>　　三、加强课后辅导，解决疑难，增强信心</w:t>
      </w:r>
      <w:r>
        <w:rPr>
          <w:lang w:eastAsia="zh-CN"/>
        </w:rPr>
        <w:br/>
      </w:r>
      <w:r>
        <w:rPr>
          <w:lang w:eastAsia="zh-CN"/>
        </w:rPr>
        <w:t>　　高中数学一开始学习，就会碰到集合，幂函数，函数的定义域及值域，单调性，奇偶性…这些知识点，概念多，逻辑推理高，灵活性强，难度大，学生一接触就会出现分层。所以，要求我们老师要加强课后辅导，及时分析学习成绩差的原因：是初中基础差，还是一开始不适应高中段学习。如果是基础差，就要采取一系列补救措施，查漏补缺，讲解一些初高中衔接内容，使他们掌握必备的基础知识及技能，能适应高中段学习.如果是对高中段新学习方法不适应，就要求及时将学生遇到的困难及错误展示出来，让学生一起参与讨论，明辨是非，逐步解决学习难点，以扫清学习上的障碍，提高学习成绩。</w:t>
      </w:r>
      <w:r>
        <w:rPr>
          <w:lang w:eastAsia="zh-CN"/>
        </w:rPr>
        <w:br/>
      </w:r>
      <w:r>
        <w:rPr>
          <w:lang w:eastAsia="zh-CN"/>
        </w:rPr>
        <w:t>　　其次，指导学生自己讲课，在数学辅导课或数学课堂上，经常指导成绩较好的学生(课前细心指导、安排)轮流讲解学习体会、内容要点、问题回答;还有指导学生成立数学学习小组，数学学习小组既可开展互帮互助，又可加强数学学习的探讨，有多方面的效能，同时轮流由学生自己主办数学小报，这对全面提高学生的数学素质是富有成效的。</w:t>
      </w:r>
      <w:r>
        <w:rPr>
          <w:lang w:eastAsia="zh-CN"/>
        </w:rPr>
        <w:br/>
      </w:r>
      <w:r>
        <w:rPr>
          <w:lang w:eastAsia="zh-CN"/>
        </w:rPr>
        <w:t>　　四、从学生实际出发，备好上好每一课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要充分了解初中教材内容，及学生在初中阶段的学习习惯及思维状况，做好衔接内容及每节课的起始教学.在高一授课时，应适当降低起点，分散难点，立足于学生能听懂会做的练习题、问题。在讲授新课之前，应对这一堂课所涉及的旧的知识给予重温，在讲授新课的时候要注意多引导，多启发，多互动，尽量让更多学生参与到课堂中来。因此，要精心设计好每一堂课的教学入门内容，让学生能够积极参与，动手、动脑、动口;讲清每一个概念、性质、定理的来龙去脉;在教学中逐步渗透数学思想(包括分类讨论、整体化、构造思想及数形结合的解题方法)，循序渐进地进行教学，切忌过早地与高考题型对口径进行教学，课后适当的布置作业，以巩固所学的新旧知识，切实做到从大多数学生的知识基础与思维水平出发进行教学，提高质量，为今后的学习打好基础。</w:t>
      </w:r>
      <w:r>
        <w:rPr>
          <w:lang w:eastAsia="zh-CN"/>
        </w:rPr>
        <w:br/>
      </w:r>
      <w:r>
        <w:rPr>
          <w:lang w:eastAsia="zh-CN"/>
        </w:rPr>
        <w:t>　　总之，只要我们充分了解学生的实际，正视教材及学生方面存在的问题，善于从学生实际出发，探索发现教学创设情境(如简明、新颖、贴切)，激发学生主动性和积极性，把学生的探索引导到最近发现区，启发学生大胆联想、猜测以发现“成果”，以务实的态度治教治学，让学生积极进入思维状态，师生互启互发，使师生的思维融为一体，以最大热情地激发学生的学习兴趣，做到因材施教，循序渐进，就一定能解决高一学生数学成绩下降的问题。</w:t>
      </w:r>
      <w:r>
        <w:rPr>
          <w:lang w:eastAsia="zh-CN"/>
        </w:rPr>
        <w:br/>
      </w:r>
      <w:r>
        <w:rPr>
          <w:lang w:eastAsia="zh-CN"/>
        </w:rPr>
        <w:t xml:space="preserve">    2024年高一数学教学工作总结范文 篇11 </w:t>
      </w:r>
      <w:r>
        <w:rPr>
          <w:lang w:eastAsia="zh-CN"/>
        </w:rPr>
        <w:br/>
      </w:r>
      <w:r>
        <w:rPr>
          <w:lang w:eastAsia="zh-CN"/>
        </w:rPr>
        <w:t>　　现将一学期来的工作总结如下：</w:t>
      </w:r>
      <w:r>
        <w:rPr>
          <w:lang w:eastAsia="zh-CN"/>
        </w:rPr>
        <w:br/>
      </w:r>
      <w:r>
        <w:rPr>
          <w:lang w:eastAsia="zh-CN"/>
        </w:rPr>
        <w:t>　　一、授人以鱼，不如授人以渔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古人云：“授人以鱼，不如授人以渔。”也就是说，教师不仅要教学生学会，而且更重要的是要学生会学，这是二十一世纪现代素质教育的要求。这就需要教师要更新观念，改变教法，把学生看作学习的主人，培养他们自觉阅读，提出问题，释疑归纳的能力。逐步培养和提高学生的自学能力，思考问题、解决问题的能力，使他们能终身受益。</w:t>
      </w:r>
      <w:r>
        <w:rPr>
          <w:lang w:eastAsia="zh-CN"/>
        </w:rPr>
        <w:br/>
      </w:r>
      <w:r>
        <w:rPr>
          <w:lang w:eastAsia="zh-CN"/>
        </w:rPr>
        <w:t>　　1.在课前预习中培养学生的自学能力。</w:t>
      </w:r>
      <w:r>
        <w:rPr>
          <w:lang w:eastAsia="zh-CN"/>
        </w:rPr>
        <w:br/>
      </w:r>
      <w:r>
        <w:rPr>
          <w:lang w:eastAsia="zh-CN"/>
        </w:rPr>
        <w:t>　　课前预习是教学中的一个重要的环节，从教学实践来看，学生在课前做不做预习，学习的效果和课堂的气氛都不一样。为了抓好这一环节，我常要求学生在预习中做好以下几点，促使他们去看书，去动脑，逐步培养他们的预习能力。(1)本小节主要讲了哪些基本概念，有哪些注意点?(2)本小节还有哪些定理、性质及公式，它们是如何得到的，你看过之后能否复述一遍?(3)对照课本上的例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你能否回答课本中的练习(4)通过预习，你有哪些疑问，把它写在“数学摘抄本”上，而且从来没有要求学生应该记什么不应该记什么，而是让学生自己评价什么有用，什么没用(对于个体而言)少数学生的问题具有一定的代表性，也有一定的灵活性。这些要求刚开始实施时，还有一定困难，有些学生还不够自觉，通过一个阶段的实践，绝大多数学生能养成良好的习惯。另外，在课前预习时，我有时要求学生在学习过程中进行角色转移，站在教师的角度想问题，这叫换位思考法。在学习每一个问题，每项学习内容时，先让学生问问自己，假如我是老师，我是否弄明白了?怎样才能给别人讲清楚?这样，学生就会产生一种学习的内驱力，对每一个概念，每一个问题主动钻研，积极思考，自觉地把自己放在了主动学习的位置。</w:t>
      </w:r>
      <w:r>
        <w:rPr>
          <w:lang w:eastAsia="zh-CN"/>
        </w:rPr>
        <w:br/>
      </w:r>
      <w:r>
        <w:rPr>
          <w:lang w:eastAsia="zh-CN"/>
        </w:rPr>
        <w:t>　　2.在课堂教学中培养学生的自学能力。</w:t>
      </w:r>
      <w:r>
        <w:rPr>
          <w:lang w:eastAsia="zh-CN"/>
        </w:rPr>
        <w:br/>
      </w:r>
      <w:r>
        <w:rPr>
          <w:lang w:eastAsia="zh-CN"/>
        </w:rPr>
        <w:t>　　课堂是教学活动的主阵地，也是学啊、生获取知识和能力的主要渠道。作为数学教师改变以往的“一言堂”“满堂灌”的教学方式显得至关重要，而应采用组织引导，设置问题和问题情境，控制以及解答疑问的方法，形成以学生为中心的生动活泼的学习局面，激发学生的创造激情，从而培养学生的解决问题的能力。</w:t>
      </w:r>
      <w:r>
        <w:rPr>
          <w:lang w:eastAsia="zh-CN"/>
        </w:rPr>
        <w:br/>
      </w:r>
      <w:r>
        <w:rPr>
          <w:lang w:eastAsia="zh-CN"/>
        </w:rPr>
        <w:t>　　在尊重学生主体性的同时，我也考虑到学生之间的个体差异，要因材施教，发掘出每个学生的学习潜能，尽量做到基础分流，弹性管理。在教学中我采用分类教学，分层指导的方法，使每一位同学都能够稳步地前进。调动他们的学习积极性。对于问题我没有急于告诉学生答案，让他们在交流中掌握知识，在讨论中提高能力。尽量让学生</w:t>
      </w:r>
      <w:r>
        <w:rPr>
          <w:lang w:eastAsia="zh-CN"/>
        </w:rPr>
        <w:br/>
      </w:r>
      <w:r>
        <w:rPr>
          <w:lang w:eastAsia="zh-CN"/>
        </w:rPr>
        <w:t>　　发现问题，尽量让学生质疑问题，尽量让学生标新立异。</w:t>
      </w:r>
      <w:r>
        <w:rPr>
          <w:lang w:eastAsia="zh-CN"/>
        </w:rPr>
        <w:br/>
      </w:r>
      <w:r>
        <w:rPr>
          <w:lang w:eastAsia="zh-CN"/>
        </w:rPr>
        <w:t>　　在课堂教学中，我的一个主要的教学特征就是：给学生足够的时间，这时间包括学生的思考时间、演算时间、讨论时间和深入探究问题的时间，在我的课堂上可以看到更多的是学生正在积极的思考、热烈的讨论、亲自动脑，亲自动手，不等不靠，不会将问题结果完全寄托于老师的传授，而是在积极主动的探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当然数学教学过程作为师生双边活动过程，学生的探索要依靠教师的启发和引导。在教学过程中，我也从来没有放弃对于学生的指导，尤其在讲授新课时，我将教材组成一定的尝试层次，创造探索活动的环境和条件。让学生通过观察归纳，从特殊去探索一般，通过类比、联想，从旧知去探索新知，收到较好的效果。</w:t>
      </w:r>
      <w:r>
        <w:rPr>
          <w:lang w:eastAsia="zh-CN"/>
        </w:rPr>
        <w:br/>
      </w:r>
      <w:r>
        <w:rPr>
          <w:lang w:eastAsia="zh-CN"/>
        </w:rPr>
        <w:t>　　3.在课后作业，反馈练习中培养学生自学能力。</w:t>
      </w:r>
      <w:r>
        <w:rPr>
          <w:lang w:eastAsia="zh-CN"/>
        </w:rPr>
        <w:br/>
      </w:r>
      <w:r>
        <w:rPr>
          <w:lang w:eastAsia="zh-CN"/>
        </w:rPr>
        <w:t>　　课后作业和反馈练习、测试是检查学生学习效果的重要手段。抓好这一环节的教学，也有利于复习和巩固旧课，还锻炼了学生的自学能力。在学完一节、一课、一单元后，让学生动手“列菜单”，归纳总结，要求学生尽量自己独立完成，以便正确反馈教学效果，通过一系列的实践活动，把每个学生的学习积极性都调动起来，成为教学活动的参与者和组织者。</w:t>
      </w:r>
      <w:r>
        <w:rPr>
          <w:lang w:eastAsia="zh-CN"/>
        </w:rPr>
        <w:br/>
      </w:r>
      <w:r>
        <w:rPr>
          <w:lang w:eastAsia="zh-CN"/>
        </w:rPr>
        <w:t>　　学生自学能力的培养不是靠一朝一夕，要长期坚持的，三年来就是靠着这扎扎实实的教学，扎扎实实的学习才使我所教的两个班级的学生在自学能力上得到了长足的进步。科学安排，课前、课堂、课后三者结合，留给学生充分的自学机会。真正把学生推向主动地位，</w:t>
      </w:r>
      <w:r>
        <w:rPr>
          <w:lang w:eastAsia="zh-CN"/>
        </w:rPr>
        <w:br/>
      </w:r>
      <w:r>
        <w:rPr>
          <w:lang w:eastAsia="zh-CN"/>
        </w:rPr>
        <w:t>　　使其变成学习的主人，我想这是每一位教育工作者所梦寐以求的结果吧。</w:t>
      </w:r>
      <w:r>
        <w:rPr>
          <w:lang w:eastAsia="zh-CN"/>
        </w:rPr>
        <w:br/>
      </w:r>
      <w:r>
        <w:rPr>
          <w:lang w:eastAsia="zh-CN"/>
        </w:rPr>
        <w:t>　　二、数学教育创新</w:t>
      </w:r>
      <w:r>
        <w:rPr>
          <w:lang w:eastAsia="zh-CN"/>
        </w:rPr>
        <w:br/>
      </w:r>
      <w:r>
        <w:rPr>
          <w:lang w:eastAsia="zh-CN"/>
        </w:rPr>
        <w:t>　　大家都知道中学数学的教学内容为初等数学的基础知识，这些基础知识源远流长。不可能再有什么知识层面的创新了。更不可能要求学生发明创造什么新的初等数学的结论。因此，我个人认为数学教育创新应该着眼于学生建构新的认知过程，用数学的语言就是——“认知建模”。而这过程的创新应该体现在以下三个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1.勤于思考：</w:t>
      </w:r>
      <w:r>
        <w:rPr>
          <w:lang w:eastAsia="zh-CN"/>
        </w:rPr>
        <w:br/>
      </w:r>
      <w:r>
        <w:rPr>
          <w:lang w:eastAsia="zh-CN"/>
        </w:rPr>
        <w:t>　　创新的前题是理解。我们知道，数学离不开概念，由概念又引伸出性质，这些性质往往以定理或公式呈现出来。对定理、公式少不了要进行逻辑推理论证，形成这些论证的理路需要思维过程。为此，我们首先必须让学生对学习的对象有所理解。因为数学知识的获得主要依赖紧张思维活动后的理解，只有透彻的理解才能溶入其认知结构。这就需要拼弃过去那种单靠记往教师在课堂上传授的数学结论，然后套用这些结论或机械地模仿某种模式去解题的坏习惯。而要做到理解，就需要勤于思考。对知识和方法要多问几个为什么?如：为什么要形成这个概念?为什么要导出这个性质?这个性质、定理、公式有什么功能?如何应用?勤于思考的表现还在于对认知过程的不断反思、回顾，不断总结挫折的教训和成功的经验。避免墨守成规，勇于创新。</w:t>
      </w:r>
      <w:r>
        <w:rPr>
          <w:lang w:eastAsia="zh-CN"/>
        </w:rPr>
        <w:br/>
      </w:r>
      <w:r>
        <w:rPr>
          <w:lang w:eastAsia="zh-CN"/>
        </w:rPr>
        <w:t>　　2.善于提问：</w:t>
      </w:r>
      <w:r>
        <w:rPr>
          <w:lang w:eastAsia="zh-CN"/>
        </w:rPr>
        <w:br/>
      </w:r>
      <w:r>
        <w:rPr>
          <w:lang w:eastAsia="zh-CN"/>
        </w:rPr>
        <w:t>　　学生在数学课堂中通过观察、感知学习的对象以后，要学会分析，要有自己的见解，不要人云亦云，要善于挖掘自己尚不清楚的问题，多角度，全方位地探究，并提出质疑。作为一个中学生，不见得也毋须什么问题都能自己解决。我们倡导的只是能对学习的`对象提出多角度的问题，尤其是善于提出新颖的具有独特见解的问题。我认为会提问是创新的一个重要标志。</w:t>
      </w:r>
      <w:r>
        <w:rPr>
          <w:lang w:eastAsia="zh-CN"/>
        </w:rPr>
        <w:br/>
      </w:r>
      <w:r>
        <w:rPr>
          <w:lang w:eastAsia="zh-CN"/>
        </w:rPr>
        <w:t>　　3.解决问题：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学数学离不开解题，解题是在掌握所学知识和方法的基础上进行运用。解题可以训练技巧，磨炼意志。在解题过程中，首先应判断解题的大方向，大致有什么思路，在引导学生解题的探索过程中，要注意联想，要学会用不同的立意、不同的知识、不同的方法去思考，并善于在解题全过程监控自己的行为：是否走弯路?是否走入死胡同?有没有出错?需要及时调整，排除障碍。这样长期形成习惯后，往往可以别出心裁，另辟解题捷径。这种思维品质也是创新的重要标志。为了让学生达到这个境界，必须让学生明确不要为解题而解题，要在解题后不断反思、回顾，积累经验，增强解题意识，提高能力。</w:t>
      </w:r>
      <w:r>
        <w:rPr>
          <w:lang w:eastAsia="zh-CN"/>
        </w:rPr>
        <w:br/>
      </w:r>
      <w:r>
        <w:rPr>
          <w:lang w:eastAsia="zh-CN"/>
        </w:rPr>
        <w:t xml:space="preserve">    2024年高一数学教学工作总结范文 篇12 </w:t>
      </w:r>
      <w:r>
        <w:rPr>
          <w:lang w:eastAsia="zh-CN"/>
        </w:rPr>
        <w:br/>
      </w:r>
      <w:r>
        <w:rPr>
          <w:lang w:eastAsia="zh-CN"/>
        </w:rPr>
        <w:t>　　时间匆匆，一晃一个学期过去了。回顾本期的教学，心中自有许多感慨。这是我第一次教高一数学。它充满挑战，也是提高自己的一次机会。面对学生的素质的参差不齐，我主要从以下几个方面来实施本学期的教学。</w:t>
      </w:r>
      <w:r>
        <w:rPr>
          <w:lang w:eastAsia="zh-CN"/>
        </w:rPr>
        <w:br/>
      </w:r>
      <w:r>
        <w:rPr>
          <w:lang w:eastAsia="zh-CN"/>
        </w:rPr>
        <w:t>　　1、注重集体备课。每一次集体备课都认真做好记录。遇到没有把握好的课时就立即提出，请大家参谋，综合考虑各种方案，力求最好。</w:t>
      </w:r>
      <w:r>
        <w:rPr>
          <w:lang w:eastAsia="zh-CN"/>
        </w:rPr>
        <w:br/>
      </w:r>
      <w:r>
        <w:rPr>
          <w:lang w:eastAsia="zh-CN"/>
        </w:rPr>
        <w:t>　　2、多听课，学习有经验老师的教学方法，教学水平的提高在于努力学习，积累经验。不在于教学时间的长短。听课的同时，认真做好记录，认真写好心得。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3、钻研教材，认真备课，在不离开教材的原则下，尽量多的参考其它教科书，对比它们的不同之处，寻求让学生更容易接受的教法。上课之前尽量与其他教师多进行交流，及时修正自己的教学方案。</w:t>
      </w:r>
      <w:r>
        <w:rPr>
          <w:lang w:eastAsia="zh-CN"/>
        </w:rPr>
        <w:br/>
      </w:r>
      <w:r>
        <w:rPr>
          <w:lang w:eastAsia="zh-CN"/>
        </w:rPr>
        <w:t>　　4、多与学生沟通。主动与学生沟通，了解学生掌握知识的情况。只有这样才能更有效地引导学生去学习，更能充分利用好上课时间，高效率的去学习。</w:t>
      </w:r>
      <w:r>
        <w:rPr>
          <w:lang w:eastAsia="zh-CN"/>
        </w:rPr>
        <w:br/>
      </w:r>
      <w:r>
        <w:rPr>
          <w:lang w:eastAsia="zh-CN"/>
        </w:rPr>
        <w:t>　　5、注重组织教学。严格要求学生，大部分学生的学习基础较差。所谓“冰冻三尽，非一日之寒。”这些学生已经形成了厌学的习惯，顶多是完成老师布置的作业就了事。有些学生甚至抄袭作业，对于容易掌握的内容他们也不敢沾染。所以必须严格要求他们，由于学生缺乏学习自觉性，所以上课时间是他们学习的主要时间，教师应善于组织、调动学生进行学习，更充分地利用好上课时间。</w:t>
      </w:r>
      <w:r>
        <w:rPr>
          <w:lang w:eastAsia="zh-CN"/>
        </w:rPr>
        <w:br/>
      </w:r>
      <w:r>
        <w:rPr>
          <w:lang w:eastAsia="zh-CN"/>
        </w:rPr>
        <w:t>　　6、注重打基础。由于学生基础差上课时多以初中内容作为切入点，让学生更易接受。从熟悉的内容转到新内容的学习，做到过度自然。作业布置也以基础题加以少量的探索题，满足尖子生的需求和提高。</w:t>
      </w:r>
      <w:r>
        <w:rPr>
          <w:lang w:eastAsia="zh-CN"/>
        </w:rPr>
        <w:br/>
      </w:r>
      <w:r>
        <w:rPr>
          <w:lang w:eastAsia="zh-CN"/>
        </w:rPr>
        <w:t>　　7、运用多种技巧教学。针对学生基础差的特点，我尽量多引导学生对解题方法进行总结，及时帮助他们总结好所学知识，尽量快地形成能力。多找资料，在上课前讲一段相关的典故或趣事吸引学生的注意力。引发他们的兴趣。</w:t>
      </w:r>
      <w:r>
        <w:rPr>
          <w:lang w:eastAsia="zh-CN"/>
        </w:rPr>
        <w:br/>
      </w:r>
      <w:r>
        <w:rPr>
          <w:lang w:eastAsia="zh-CN"/>
        </w:rPr>
        <w:t>　　总之，通过本期的教学，加深了我对教学的理解，提高了我的教学水平，认识了自己的不足，为今后的工作又打下了一个坚实的基础。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xml:space="preserve">    2024年高一数学教学工作总结范文 篇13 </w:t>
      </w:r>
      <w:r>
        <w:rPr>
          <w:lang w:eastAsia="zh-CN"/>
        </w:rPr>
        <w:br/>
      </w:r>
      <w:r>
        <w:rPr>
          <w:lang w:eastAsia="zh-CN"/>
        </w:rPr>
        <w:t>　　本学期我担任高一(4)、(6)两班的数学教学。本学期教学主要资料有：集合与函数的概念，基本初等函数：指数函数、对数函数，现将本学期教学总结如下：</w:t>
      </w:r>
      <w:r>
        <w:rPr>
          <w:lang w:eastAsia="zh-CN"/>
        </w:rPr>
        <w:br/>
      </w:r>
      <w:r>
        <w:rPr>
          <w:lang w:eastAsia="zh-CN"/>
        </w:rPr>
        <w:t>　　一、教学方面</w:t>
      </w:r>
      <w:r>
        <w:rPr>
          <w:lang w:eastAsia="zh-CN"/>
        </w:rPr>
        <w:br/>
      </w:r>
      <w:r>
        <w:rPr>
          <w:lang w:eastAsia="zh-CN"/>
        </w:rPr>
        <w:t>　　1、认真研究课程标准。在课程改革中，教师是关键，教师对新课程的理解与参与是推进课程改革的前提。认真学习数学课程标准，对课改有所了解。课程标准明确规定了教学的目的、教学目标、教学的指导思想以及教学资料的确定和安排。继承传统，更新教学观念。高中数学新课标指出：“丰富学生的学习方式，改善学生的学习方法是高中数学课程追求的基本理念。学生的数学学习活动不应只限于对概念、结论和技能的记忆、模仿和理解，独立思考、自主探索、动手实践、合作交流、阅读自学等都是学习数学的重要方式。在高中数学教学中，教师的讲授仍然是重要的教学方式之一，但要注意的是务必关注学生的主体参与，师生互动”。</w:t>
      </w:r>
      <w:r>
        <w:rPr>
          <w:lang w:eastAsia="zh-CN"/>
        </w:rPr>
        <w:br/>
      </w:r>
      <w:r>
        <w:rPr>
          <w:lang w:eastAsia="zh-CN"/>
        </w:rPr>
        <w:t>　　2、合理使用教科书，提高课堂效益。对教材资料，教学时需要作适当处理，适当补充或降低难度是备课务必处理的。灵活使用教材，才能在教学中少走弯路，提高教学质量。对教材中存在的一些问题，教师应认真理解课标，对课标要求的重点资料要作适量的补充;对教材中不贴合学生实际的题目要作适当的调整。此外，还应把握教材的“度”，不要想一步到位，如函数性质的教学，要多次螺旋上升，逐步加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3、改善学生的学习方式，注意问题的提出、探究和解决。教会学生发现问题和提出问题的方法。以问题引导学生去发现、探究、归纳、总结。引导他们更加主动、有兴趣的学，培养问题意识。</w:t>
      </w:r>
      <w:r>
        <w:rPr>
          <w:lang w:eastAsia="zh-CN"/>
        </w:rPr>
        <w:br/>
      </w:r>
      <w:r>
        <w:rPr>
          <w:lang w:eastAsia="zh-CN"/>
        </w:rPr>
        <w:t>　　4、在课后作业，反馈练习中培养学生自学潜力。</w:t>
      </w:r>
      <w:r>
        <w:rPr>
          <w:lang w:eastAsia="zh-CN"/>
        </w:rPr>
        <w:br/>
      </w:r>
      <w:r>
        <w:rPr>
          <w:lang w:eastAsia="zh-CN"/>
        </w:rPr>
        <w:t>　　课后作业和反馈练习、测试是检查学生学习效果的重要手段。抓好这一环节的教学，也有利于复习和巩固旧课，还锻炼了学生的自学潜力。在学完一课、一单元后，让学生主动归纳总结，要求学生尽量自己独立完成，以便正确反馈教学效果。</w:t>
      </w:r>
      <w:r>
        <w:rPr>
          <w:lang w:eastAsia="zh-CN"/>
        </w:rPr>
        <w:br/>
      </w:r>
      <w:r>
        <w:rPr>
          <w:lang w:eastAsia="zh-CN"/>
        </w:rPr>
        <w:t>　　5、分层次教学。我所教的两个班，层次差别大，1班主要是落后面的学生，初中的基础差，高中的知识对他们来说就更增加了难度，而2班也是两极分化严重，前面16个学生的基础扎实，成绩在中等以上，而后面的30个学生的成绩却处于中下以下的水平，因此，不管是备课还是备练习，我都注重分层次教学，注意引导他们从基础做起，同时又不乏让他们能够开拓思维，用心动脑的提高性知识，让人人有的学，让人人学有获。</w:t>
      </w:r>
      <w:r>
        <w:rPr>
          <w:lang w:eastAsia="zh-CN"/>
        </w:rPr>
        <w:br/>
      </w:r>
      <w:r>
        <w:rPr>
          <w:lang w:eastAsia="zh-CN"/>
        </w:rPr>
        <w:t>　　二、存在困惑</w:t>
      </w:r>
      <w:r>
        <w:rPr>
          <w:lang w:eastAsia="zh-CN"/>
        </w:rPr>
        <w:br/>
      </w:r>
      <w:r>
        <w:rPr>
          <w:lang w:eastAsia="zh-CN"/>
        </w:rPr>
        <w:t>　　1、书本习题都较简单和基础，而我们的教辅题目偏难，加重了学生的学习负担，而且学生完成状况很不好。课时又不足，教学时间紧，没时间讲评这些练习题。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2、在教学中，经常出现一节课的教学任务完不成的现象，更少巩固练习的时间。勉强按规定时间讲完，一些学生听得似懂非懂，造成差生越来越多。而且知识资料需要补充的资料有：乘法公式;因式分解的十字相乘法;一元二次方程及根与系数的关系;根式的运算;解不等式等知识。</w:t>
      </w:r>
      <w:r>
        <w:rPr>
          <w:lang w:eastAsia="zh-CN"/>
        </w:rPr>
        <w:br/>
      </w:r>
      <w:r>
        <w:rPr>
          <w:lang w:eastAsia="zh-CN"/>
        </w:rPr>
        <w:t>　　3、虽然经常要求学生课后要去完成教辅上的精选的题目，但是，相当部分的同学还是没办法完成。学生的课业负担太重，有的学生则是学习意识淡薄。</w:t>
      </w:r>
      <w:r>
        <w:rPr>
          <w:lang w:eastAsia="zh-CN"/>
        </w:rPr>
        <w:br/>
      </w:r>
      <w:r>
        <w:rPr>
          <w:lang w:eastAsia="zh-CN"/>
        </w:rPr>
        <w:t>　　三、今后要注意的几点</w:t>
      </w:r>
      <w:r>
        <w:rPr>
          <w:lang w:eastAsia="zh-CN"/>
        </w:rPr>
        <w:br/>
      </w:r>
      <w:r>
        <w:rPr>
          <w:lang w:eastAsia="zh-CN"/>
        </w:rPr>
        <w:t>　　1、要处理好课时紧张与教学资料多的矛盾，加强对教材的研究;</w:t>
      </w:r>
      <w:r>
        <w:rPr>
          <w:lang w:eastAsia="zh-CN"/>
        </w:rPr>
        <w:br/>
      </w:r>
      <w:r>
        <w:rPr>
          <w:lang w:eastAsia="zh-CN"/>
        </w:rPr>
        <w:t>　　2、注意对教辅材料题目的精选;</w:t>
      </w:r>
      <w:r>
        <w:rPr>
          <w:lang w:eastAsia="zh-CN"/>
        </w:rPr>
        <w:br/>
      </w:r>
      <w:r>
        <w:rPr>
          <w:lang w:eastAsia="zh-CN"/>
        </w:rPr>
        <w:t>　　3、要加强对数学后进生的思想教育。</w:t>
      </w:r>
      <w:r>
        <w:rPr>
          <w:lang w:eastAsia="zh-CN"/>
        </w:rPr>
        <w:br/>
      </w:r>
      <w:r>
        <w:rPr>
          <w:lang w:eastAsia="zh-CN"/>
        </w:rPr>
        <w:t>　　总之，若一名高中教师，对教材的不熟悉，对重难点的突破，对考点的把握，对学生的方法指导，对高中教学的经验都是一个很大漏洞，我将把握好每一天，继续努力，争取更好的成绩。</w:t>
      </w:r>
      <w:r>
        <w:rPr>
          <w:lang w:eastAsia="zh-CN"/>
        </w:rPr>
        <w:br/>
      </w:r>
      <w:r>
        <w:rPr>
          <w:lang w:eastAsia="zh-CN"/>
        </w:rPr>
        <w:t xml:space="preserve">    2024年高一数学教学工作总结范文 篇14 </w:t>
      </w:r>
      <w:r>
        <w:rPr>
          <w:lang w:eastAsia="zh-CN"/>
        </w:rPr>
        <w:br/>
      </w:r>
      <w:r>
        <w:rPr>
          <w:lang w:eastAsia="zh-CN"/>
        </w:rPr>
        <w:t>　　本学年我担任高一（1）、（2）两班的数学教学，完成了必修1 -4的教学。本学期教学主要内容有：集合与函数的概念，基本初等函数，函数的应用，三角函数，平面向量等五个章节的内容。高中数学的内容多，抽象性、理论性强，因为不少同学进入高中之后很不适应，特别是高一年级，进校后，代数里首先遇到的是理论性很强的函数，再加上立体几何，空间概念、空间想象能力又不可能一下子就建立起来，再加之这些学生的基础本身就很差，而且学习习惯也不好，学生和老师之间难免会有许多的让人觉得不尽人意的地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因此在这一年的学习过程中除了教给他们应有的知识以外。同时不断的灌输一些学习的方法和学习高中数学应该具备的基本素质。如；</w:t>
      </w:r>
      <w:r>
        <w:rPr>
          <w:lang w:eastAsia="zh-CN"/>
        </w:rPr>
        <w:br/>
      </w:r>
      <w:r>
        <w:rPr>
          <w:lang w:eastAsia="zh-CN"/>
        </w:rPr>
        <w:t>　　一：继续学生数学养成习惯的培养。</w:t>
      </w:r>
      <w:r>
        <w:rPr>
          <w:lang w:eastAsia="zh-CN"/>
        </w:rPr>
        <w:br/>
      </w:r>
      <w:r>
        <w:rPr>
          <w:lang w:eastAsia="zh-CN"/>
        </w:rPr>
        <w:t>　　在第一学期培养学生的数学习惯的基础上，继续从上课前的准备工作，到听课方法的指导，笔记的整理，作业的规范等，从细微入手，让学生尽快适应高中的数学思维学习生活。教学是一个漫长的过程，不会在一天，两天就发生质变，但有好的习惯好的基础一定会有大的进步。经过一学年的培养，学生已经适应了高中数学学习，上课认真听讲，并能积极回答问题，虽然学生的基础很差，但他们都在努力是我们老师最大的欣慰。</w:t>
      </w:r>
      <w:r>
        <w:rPr>
          <w:lang w:eastAsia="zh-CN"/>
        </w:rPr>
        <w:br/>
      </w:r>
      <w:r>
        <w:rPr>
          <w:lang w:eastAsia="zh-CN"/>
        </w:rPr>
        <w:t>　　二：合理使用教科书，提高课堂效益。对教材内容，教学时需要作适当处理，适当补充或降低难度是备课必须处理的。灵活使用教材，才能在教学中少走弯路，提高教学质量。对教材中存在的一些问题，教师应认真理解课标，对课标要求的重点内容要作适量的补充；对教材中不符合学生实际的.题目要作适当的调整。</w:t>
      </w:r>
      <w:r>
        <w:rPr>
          <w:lang w:eastAsia="zh-CN"/>
        </w:rPr>
        <w:br/>
      </w:r>
      <w:r>
        <w:rPr>
          <w:lang w:eastAsia="zh-CN"/>
        </w:rPr>
        <w:t>　　三：在课后作业，反馈练习中培养学生自学能力。</w:t>
      </w:r>
      <w:r>
        <w:rPr>
          <w:lang w:eastAsia="zh-CN"/>
        </w:rPr>
        <w:br/>
      </w:r>
      <w:r>
        <w:rPr>
          <w:lang w:eastAsia="zh-CN"/>
        </w:rPr>
        <w:t>　　课后作业和反馈练习、测试是检查学生学习效果的重要手段。抓好这一环节的教学，也有利于复习和巩固旧课，还锻炼了学生的自学能力。在学完一课、一单元后，让学生主动归纳总结，要求学生尽量自己独立完成，以便正确反馈教学效果。</w:t>
      </w:r>
      <w:r>
        <w:rPr>
          <w:lang w:eastAsia="zh-CN"/>
        </w:rPr>
        <w:br/>
      </w:r>
      <w:r>
        <w:rPr>
          <w:lang w:eastAsia="zh-CN"/>
        </w:rPr>
        <w:t>　　四: 存在困惑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1.书本习题都较简单和基础，而我们的教辅题目偏难，加重了学生的学习负担，而且学生完成情况很不好。课时又不足，教学时间紧，没时间讲评这些练习题。</w:t>
      </w:r>
      <w:r>
        <w:rPr>
          <w:lang w:eastAsia="zh-CN"/>
        </w:rPr>
        <w:br/>
      </w:r>
      <w:r>
        <w:rPr>
          <w:lang w:eastAsia="zh-CN"/>
        </w:rPr>
        <w:t>　　2.在教学中，经常出现一节课的教学任务完不成的现象，更少巩固练习的时间。勉强按规定时间讲完，一些学生听得似懂非懂，造成差生越来越多。而且知识内容需要补充的内容有：乘法公式；因式分解的十字相乘法；一元二次方程及根与系数的关系；根式的运算；解不等式等知识。</w:t>
      </w:r>
      <w:r>
        <w:rPr>
          <w:lang w:eastAsia="zh-CN"/>
        </w:rPr>
        <w:br/>
      </w:r>
      <w:r>
        <w:rPr>
          <w:lang w:eastAsia="zh-CN"/>
        </w:rPr>
        <w:t>　　3.虽然经常要求学生课后要去完成教辅上的精选的题目，但是，相当部分的同学还是没办法完成。学生的课业负担太重，有的学生则是学习意识淡薄。</w:t>
      </w:r>
      <w:r>
        <w:rPr>
          <w:lang w:eastAsia="zh-CN"/>
        </w:rPr>
        <w:br/>
      </w:r>
      <w:r>
        <w:rPr>
          <w:lang w:eastAsia="zh-CN"/>
        </w:rPr>
        <w:t>　　4、可以说没有计算就没有数学，但现在学生中普遍计算能力偏低，甚至连小学五年级的分数加减都做不好，这不仅仅是一个理论的问题，还要有一定的培训过程，或者说数感的培养，这又是一个漫长的过程，如何将这个过程融合到学时很紧张的教学中去也是一个问题。</w:t>
      </w:r>
      <w:r>
        <w:rPr>
          <w:lang w:eastAsia="zh-CN"/>
        </w:rPr>
        <w:br/>
      </w:r>
      <w:r>
        <w:rPr>
          <w:lang w:eastAsia="zh-CN"/>
        </w:rPr>
        <w:t xml:space="preserve">    2024年高一数学教学工作总结范文 篇15 </w:t>
      </w:r>
      <w:r>
        <w:rPr>
          <w:lang w:eastAsia="zh-CN"/>
        </w:rPr>
        <w:br/>
      </w:r>
    </w:p>
    <w:p w:rsidR="001B1F19" w14:textId="27C3F48A">
      <w:pPr>
        <w:rPr>
          <w:rFonts w:hint="eastAsia"/>
          <w:lang w:eastAsia="zh-CN"/>
        </w:rPr>
      </w:pPr>
      <w:r>
        <w:rPr>
          <w:lang w:eastAsia="zh-CN"/>
        </w:rPr>
        <w:t>　　本学期，我担任高一(2)班与六班两个班的数学教学工作，作为一名人民教师，我感到由衷的自豪，同时我清楚要成为优秀的教育工作者，就要不断提高自身的精神修养，提高自己的政治素养和专业文化水平。在教学中严格要求学生，尊重学生，发扬教学民主，使学生学有所得，不断提高，从而不断提高自己的教学水平和思想觉悟，为了下一学期的教育工作做的更好，现就本人的工作总结如下：</w:t>
      </w:r>
      <w:r>
        <w:rPr>
          <w:lang w:eastAsia="zh-CN"/>
        </w:rPr>
        <w:br/>
      </w:r>
      <w:r>
        <w:rPr>
          <w:lang w:eastAsia="zh-CN"/>
        </w:rPr>
        <w:t>　　一、教学目标的完成</w:t>
      </w:r>
      <w:r>
        <w:rPr>
          <w:lang w:eastAsia="zh-CN"/>
        </w:rPr>
        <w:br/>
      </w:r>
      <w:r>
        <w:rPr>
          <w:lang w:eastAsia="zh-CN"/>
        </w:rPr>
        <w:t>　　1、按开学初制定的教学计划、进度计划，顺利完成了本学期的各项工作，同时认真学习新的教育理论，及时更新教育理念。积极参加课改培训和校本培训，并做了大量的探索与反思。</w:t>
      </w:r>
      <w:r>
        <w:rPr>
          <w:lang w:eastAsia="zh-CN"/>
        </w:rPr>
        <w:br/>
      </w:r>
      <w:r>
        <w:rPr>
          <w:lang w:eastAsia="zh-CN"/>
        </w:rPr>
        <w:t>　　2、安全工作的落实情况，把学生的安全放在第一位，积极配合学校的防灾演练工作，按照学校要求如果上每天的最后一节课，在下课前要进行必要的安全教育。</w:t>
      </w:r>
      <w:r>
        <w:rPr>
          <w:lang w:eastAsia="zh-CN"/>
        </w:rPr>
        <w:br/>
      </w:r>
      <w:r>
        <w:rPr>
          <w:lang w:eastAsia="zh-CN"/>
        </w:rPr>
        <w:t>　　3、德育渗透情况，教育教学中，适时对学生进行有关理想情操等方面的教育。培养他们树立正确的人生观和科学的世界观。争取做好教书育人的全面工作。</w:t>
      </w:r>
      <w:r>
        <w:rPr>
          <w:lang w:eastAsia="zh-CN"/>
        </w:rPr>
        <w:br/>
      </w:r>
      <w:r>
        <w:rPr>
          <w:lang w:eastAsia="zh-CN"/>
        </w:rPr>
        <w:t>　　二、教学活动的参与：</w:t>
      </w:r>
      <w:r>
        <w:rPr>
          <w:lang w:eastAsia="zh-CN"/>
        </w:rPr>
        <w:br/>
      </w:r>
      <w:r>
        <w:rPr>
          <w:lang w:eastAsia="zh-CN"/>
        </w:rPr>
        <w:t>　　合理应用教材，理解课标，提高教学质量，关键是上好课。为了上好课，我做了下面的工作：</w:t>
      </w:r>
      <w:r>
        <w:rPr>
          <w:lang w:eastAsia="zh-CN"/>
        </w:rPr>
        <w:br/>
      </w:r>
      <w:r>
        <w:rPr>
          <w:lang w:eastAsia="zh-CN"/>
        </w:rPr>
        <w:t>　　1、集体备课、天天公开课：认真参加每次集体备课活动，提前一周备好课，写好教案。平时做到提前备课，坚持把备教材、备考纲与备学生相结合，尤其关注我班学生可能出现的问题，力求吃透教材，找准重点、难点，制定符合学生认知规律的教学方案。本学期共上了两节公开课分别是新课《对数函数》和习题课《平面向量的.线性运算》。</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https://d.book118.com/626152031015010052</w:t>
        </w:r>
      </w:hyperlink>
    </w:p>
    <w:p w:rsidR="001B1F19">
      <w:pPr>
        <w:rPr>
          <w:rFonts w:hint="eastAsia"/>
          <w:lang w:eastAsia="zh-CN"/>
        </w:rPr>
      </w:pPr>
    </w:p>
    <w:sectPr>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2615203101501005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