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2024年“118”中国记者节活动方案（35篇）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2024年“118”中国记者节活动方案（通用35篇）</w:t>
      </w:r>
      <w:r>
        <w:rPr>
          <w:lang w:eastAsia="zh-CN"/>
        </w:rPr>
        <w:br/>
      </w:r>
      <w:r>
        <w:rPr>
          <w:lang w:eastAsia="zh-CN"/>
        </w:rPr>
        <w:t xml:space="preserve">    2024年“118”中国记者节活动方案 篇1 </w:t>
      </w:r>
      <w:r>
        <w:rPr>
          <w:lang w:eastAsia="zh-CN"/>
        </w:rPr>
        <w:br/>
      </w:r>
      <w:r>
        <w:rPr>
          <w:lang w:eastAsia="zh-CN"/>
        </w:rPr>
        <w:t>　　一、活动背景</w:t>
      </w:r>
      <w:r>
        <w:rPr>
          <w:lang w:eastAsia="zh-CN"/>
        </w:rPr>
        <w:br/>
      </w:r>
      <w:r>
        <w:rPr>
          <w:lang w:eastAsia="zh-CN"/>
        </w:rPr>
        <w:t>　　11月8日是中国记者节。1937年11月8日，以范长江为首的左翼新闻工作者在上海成立了中国青年记者协会。新中国成立以来，中国记协团结了广大新闻工作者，推动了中国新闻事业的发展，以及在开展国际新闻界友好往来等方面作出了显著贡献。作为当代的大学生们，理应积极关注中国新闻事业的发展，促进其不断壮大。为此记者站开展本次由院团委主办，《我的大学》杂志驻烟台南山学院记者站承办的记者节庆祝活动。</w:t>
      </w:r>
      <w:r>
        <w:rPr>
          <w:lang w:eastAsia="zh-CN"/>
        </w:rPr>
        <w:br/>
      </w:r>
      <w:r>
        <w:rPr>
          <w:lang w:eastAsia="zh-CN"/>
        </w:rPr>
        <w:t>　　二、活动主题</w:t>
      </w:r>
      <w:r>
        <w:rPr>
          <w:lang w:eastAsia="zh-CN"/>
        </w:rPr>
        <w:br/>
      </w:r>
      <w:r>
        <w:rPr>
          <w:lang w:eastAsia="zh-CN"/>
        </w:rPr>
        <w:t>　　魅力记者，一路同行。</w:t>
      </w:r>
      <w:r>
        <w:rPr>
          <w:lang w:eastAsia="zh-CN"/>
        </w:rPr>
        <w:br/>
      </w:r>
      <w:r>
        <w:rPr>
          <w:lang w:eastAsia="zh-CN"/>
        </w:rPr>
        <w:t>　　三、活动目的</w:t>
      </w:r>
      <w:r>
        <w:rPr>
          <w:lang w:eastAsia="zh-CN"/>
        </w:rPr>
        <w:br/>
      </w:r>
      <w:r>
        <w:rPr>
          <w:lang w:eastAsia="zh-CN"/>
        </w:rPr>
        <w:t>　　宣传新闻知识、培养实践能力，丰富高校文化，增进青年大学生学习交流，促进和谐校园建设。</w:t>
      </w:r>
      <w:r>
        <w:rPr>
          <w:lang w:eastAsia="zh-CN"/>
        </w:rPr>
        <w:br/>
      </w:r>
      <w:r>
        <w:rPr>
          <w:lang w:eastAsia="zh-CN"/>
        </w:rPr>
        <w:t>　　四、活动时间地点</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11月8日到14日，南山学院东海校区大学生活动中心</w:t>
      </w:r>
      <w:r>
        <w:rPr>
          <w:lang w:eastAsia="zh-CN"/>
        </w:rPr>
        <w:br/>
      </w:r>
      <w:r>
        <w:rPr>
          <w:lang w:eastAsia="zh-CN"/>
        </w:rPr>
        <w:t>　　五、活动主要内容</w:t>
      </w:r>
      <w:r>
        <w:rPr>
          <w:lang w:eastAsia="zh-CN"/>
        </w:rPr>
        <w:br/>
      </w:r>
      <w:r>
        <w:rPr>
          <w:lang w:eastAsia="zh-CN"/>
        </w:rPr>
        <w:t>　　1、在校园内张贴海报和横幅宣传记者节</w:t>
      </w:r>
      <w:r>
        <w:rPr>
          <w:lang w:eastAsia="zh-CN"/>
        </w:rPr>
        <w:br/>
      </w:r>
      <w:r>
        <w:rPr>
          <w:lang w:eastAsia="zh-CN"/>
        </w:rPr>
        <w:t>　　2、我是记者体验活动及征集签名活动</w:t>
      </w:r>
      <w:r>
        <w:rPr>
          <w:lang w:eastAsia="zh-CN"/>
        </w:rPr>
        <w:br/>
      </w:r>
      <w:r>
        <w:rPr>
          <w:lang w:eastAsia="zh-CN"/>
        </w:rPr>
        <w:t>　　3、模拟高端对话</w:t>
      </w:r>
      <w:r>
        <w:rPr>
          <w:lang w:eastAsia="zh-CN"/>
        </w:rPr>
        <w:br/>
      </w:r>
      <w:r>
        <w:rPr>
          <w:lang w:eastAsia="zh-CN"/>
        </w:rPr>
        <w:t>　　六、活动流程</w:t>
      </w:r>
      <w:r>
        <w:rPr>
          <w:lang w:eastAsia="zh-CN"/>
        </w:rPr>
        <w:br/>
      </w:r>
      <w:r>
        <w:rPr>
          <w:lang w:eastAsia="zh-CN"/>
        </w:rPr>
        <w:t>　　1、11月_日到_日我是记者体验活动招募体验者。</w:t>
      </w:r>
      <w:r>
        <w:rPr>
          <w:lang w:eastAsia="zh-CN"/>
        </w:rPr>
        <w:br/>
      </w:r>
      <w:r>
        <w:rPr>
          <w:lang w:eastAsia="zh-CN"/>
        </w:rPr>
        <w:t>　　2、11月_日张贴海报和横幅。</w:t>
      </w:r>
      <w:r>
        <w:rPr>
          <w:lang w:eastAsia="zh-CN"/>
        </w:rPr>
        <w:br/>
      </w:r>
      <w:r>
        <w:rPr>
          <w:lang w:eastAsia="zh-CN"/>
        </w:rPr>
        <w:t>　　4、11月_日我是记者体验活动及签名活动开展</w:t>
      </w:r>
      <w:r>
        <w:rPr>
          <w:lang w:eastAsia="zh-CN"/>
        </w:rPr>
        <w:br/>
      </w:r>
      <w:r>
        <w:rPr>
          <w:lang w:eastAsia="zh-CN"/>
        </w:rPr>
        <w:t>　　5、11月8日至11月9日模拟高端对话</w:t>
      </w:r>
      <w:r>
        <w:rPr>
          <w:lang w:eastAsia="zh-CN"/>
        </w:rPr>
        <w:br/>
      </w:r>
      <w:r>
        <w:rPr>
          <w:lang w:eastAsia="zh-CN"/>
        </w:rPr>
        <w:t>　　(一)我是记者体验活动</w:t>
      </w:r>
      <w:r>
        <w:rPr>
          <w:lang w:eastAsia="zh-CN"/>
        </w:rPr>
        <w:br/>
      </w:r>
      <w:r>
        <w:rPr>
          <w:lang w:eastAsia="zh-CN"/>
        </w:rPr>
        <w:t>　　首先招募体验者，然后将体验者分成若干小组。每个小组三个人，一人负责采访，一人负责记录，一人负责拍照。小组成员须自行准备好手机或录音笔、笔、笔记本。采访者用手机录音，拍照者用手机摄影和拍照。记录者用笔做好记录。采访结束后让被采访者参加一字千金改错活动，改对一个字奖励一个气球</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采访话题：①您最喜欢的新闻记者;②您为什么喜欢他或她;③您最关注哪方面的新闻;④您能介绍下最近国内外发生的大事吗，您对这些事件有说明看法⑤今天是中国第十一一记者节，您想对全国新闻工作者说些什么呢⑤如果您也是一名校园记者，您觉得应该从哪方面去做才有利于本社团的发展或者怎样做才能够提高本学校的知名度。(体验记者会发放杂志社记者站的精美卡片，此卡片享有杂志社记者的部分待遇)</w:t>
      </w:r>
      <w:r>
        <w:rPr>
          <w:lang w:eastAsia="zh-CN"/>
        </w:rPr>
        <w:br/>
      </w:r>
      <w:r>
        <w:rPr>
          <w:lang w:eastAsia="zh-CN"/>
        </w:rPr>
        <w:t>　　(二)签名征集活动</w:t>
      </w:r>
      <w:r>
        <w:rPr>
          <w:lang w:eastAsia="zh-CN"/>
        </w:rPr>
        <w:br/>
      </w:r>
      <w:r>
        <w:rPr>
          <w:lang w:eastAsia="zh-CN"/>
        </w:rPr>
        <w:t>　　制做一面写有新闻随处可见，记者就在身边&amp;&amp;《我的大学》驻南山学院记者站的横幅，在每次体验活动的采访结尾，邀请被采访人签名留念。</w:t>
      </w:r>
      <w:r>
        <w:rPr>
          <w:lang w:eastAsia="zh-CN"/>
        </w:rPr>
        <w:br/>
      </w:r>
      <w:r>
        <w:rPr>
          <w:lang w:eastAsia="zh-CN"/>
        </w:rPr>
        <w:t>　　(三)模拟高端访谈</w:t>
      </w:r>
      <w:r>
        <w:rPr>
          <w:lang w:eastAsia="zh-CN"/>
        </w:rPr>
        <w:br/>
      </w:r>
      <w:r>
        <w:rPr>
          <w:lang w:eastAsia="zh-CN"/>
        </w:rPr>
        <w:t>　　诗社成员分成6个小组，5个小组负责采访各班班主任，一个小组负责采访院领导。</w:t>
      </w:r>
      <w:r>
        <w:rPr>
          <w:lang w:eastAsia="zh-CN"/>
        </w:rPr>
        <w:br/>
      </w:r>
      <w:r>
        <w:rPr>
          <w:lang w:eastAsia="zh-CN"/>
        </w:rPr>
        <w:t xml:space="preserve">    2024年“118”中国记者节活动方案 篇2 </w:t>
      </w:r>
      <w:r>
        <w:rPr>
          <w:lang w:eastAsia="zh-CN"/>
        </w:rPr>
        <w:br/>
      </w:r>
      <w:r>
        <w:rPr>
          <w:lang w:eastAsia="zh-CN"/>
        </w:rPr>
        <w:t>　　为庆祝第17个中国记者节，全面展现校园学生新闻工作者积极向上的精神风貌，推进校园学生媒体的人才梯队建设，提升学生记者的专业素养，促进我校校园学生宣传媒体更好更快发展，决定举办20__年校园学生记者节系列活动。具体安排如下：</w:t>
      </w:r>
      <w:r>
        <w:rPr>
          <w:lang w:eastAsia="zh-CN"/>
        </w:rPr>
        <w:br/>
      </w:r>
      <w:r>
        <w:rPr>
          <w:lang w:eastAsia="zh-CN"/>
        </w:rPr>
        <w:t>　　一、活动主题</w:t>
      </w:r>
      <w:r>
        <w:rPr>
          <w:lang w:eastAsia="zh-CN"/>
        </w:rPr>
        <w:br/>
      </w:r>
      <w:r>
        <w:rPr>
          <w:lang w:eastAsia="zh-CN"/>
        </w:rPr>
        <w:t>　　华夏赤子绘中国梦 青年传记者情</w:t>
      </w:r>
      <w:r>
        <w:rPr>
          <w:lang w:eastAsia="zh-CN"/>
        </w:rPr>
        <w:br/>
      </w:r>
      <w:r>
        <w:rPr>
          <w:lang w:eastAsia="zh-CN"/>
        </w:rPr>
        <w:t>　　二、活动时间</w:t>
      </w:r>
      <w:r>
        <w:rPr>
          <w:lang w:eastAsia="zh-CN"/>
        </w:rPr>
        <w:br/>
      </w:r>
      <w:r>
        <w:rPr>
          <w:lang w:eastAsia="zh-CN"/>
        </w:rPr>
        <w:t>　　20__年10月至11月</w:t>
      </w:r>
      <w:r>
        <w:rPr>
          <w:lang w:eastAsia="zh-CN"/>
        </w:rPr>
        <w:br/>
      </w:r>
      <w:r>
        <w:rPr>
          <w:lang w:eastAsia="zh-CN"/>
        </w:rPr>
        <w:t>　　三、承办单位</w:t>
      </w:r>
      <w:r>
        <w:rPr>
          <w:lang w:eastAsia="zh-CN"/>
        </w:rPr>
        <w:br/>
      </w:r>
      <w:r>
        <w:rPr>
          <w:lang w:eastAsia="zh-CN"/>
        </w:rPr>
        <w:t>　　校青年宣传中心</w:t>
      </w:r>
      <w:r>
        <w:rPr>
          <w:lang w:eastAsia="zh-CN"/>
        </w:rPr>
        <w:br/>
      </w:r>
      <w:r>
        <w:rPr>
          <w:lang w:eastAsia="zh-CN"/>
        </w:rPr>
        <w:t>　　四、活动项目</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(一)举办团学信息工作研讨会。组织全校学生记者及信息员代表举行研讨会，交流讨论我校团学宣传工作的现状和发展，探讨微博、微信等校园新媒体的运营,进一步规范校园团学新闻工作。</w:t>
      </w:r>
      <w:r>
        <w:rPr>
          <w:lang w:eastAsia="zh-CN"/>
        </w:rPr>
        <w:br/>
      </w:r>
      <w:r>
        <w:rPr>
          <w:lang w:eastAsia="zh-CN"/>
        </w:rPr>
        <w:t>　　(二)举办校传媒精英训练营之记者节专题培训班。邀请知名媒体人开办记者培训讲座，进一步提高我校学生记者的综合素质，更好地为学校信息传播和校园文化建设贡献力量。</w:t>
      </w:r>
      <w:r>
        <w:rPr>
          <w:lang w:eastAsia="zh-CN"/>
        </w:rPr>
        <w:br/>
      </w:r>
      <w:r>
        <w:rPr>
          <w:lang w:eastAsia="zh-CN"/>
        </w:rPr>
        <w:t>　　(三)开展20__年校园优秀学生记者、优秀学生编辑评选活动。集中表彰一批为学校团学工作新闻报道和信息工作等做出贡献的学生记者和学生编辑。</w:t>
      </w:r>
      <w:r>
        <w:rPr>
          <w:lang w:eastAsia="zh-CN"/>
        </w:rPr>
        <w:br/>
      </w:r>
      <w:r>
        <w:rPr>
          <w:lang w:eastAsia="zh-CN"/>
        </w:rPr>
        <w:t>　　(四)举办第五届校园记者风采挑战赛。通过举办记者风采挑战大赛，为校园记者搭建一个展示个人风采的舞台，增进学习和交流，提升业务素质，丰富校园文化生活。</w:t>
      </w:r>
      <w:r>
        <w:rPr>
          <w:lang w:eastAsia="zh-CN"/>
        </w:rPr>
        <w:br/>
      </w:r>
      <w:r>
        <w:rPr>
          <w:lang w:eastAsia="zh-CN"/>
        </w:rPr>
        <w:t>　　五、相关要求</w:t>
      </w:r>
      <w:r>
        <w:rPr>
          <w:lang w:eastAsia="zh-CN"/>
        </w:rPr>
        <w:br/>
      </w:r>
      <w:r>
        <w:rPr>
          <w:lang w:eastAsia="zh-CN"/>
        </w:rPr>
        <w:t>　　(一)各单位要广泛宣传、精心组织、认真落实本届记者节系列活动。要结合自身实际，开展形式多样、内容丰富的记者节配套活动，为学生记者搭建展现风采、增长才干的平台，让更多的学生参与其中，得到锻炼和成长。</w:t>
      </w:r>
      <w:r>
        <w:rPr>
          <w:lang w:eastAsia="zh-CN"/>
        </w:rPr>
        <w:br/>
      </w:r>
      <w:r>
        <w:rPr>
          <w:lang w:eastAsia="zh-CN"/>
        </w:rPr>
        <w:t>　　(二)请各单位要安排专人及时送报各项活动的信息和材料，向承办单位通报活动进展和成果。</w:t>
      </w:r>
      <w:r>
        <w:rPr>
          <w:lang w:eastAsia="zh-CN"/>
        </w:rPr>
        <w:br/>
      </w:r>
      <w:r>
        <w:rPr>
          <w:lang w:eastAsia="zh-CN"/>
        </w:rPr>
        <w:t>　　(三)各项活动具体事宜会另行下文，如有异议，请联系校团委宣传部、校青年宣传中心，联系人： 。</w:t>
      </w:r>
      <w:r>
        <w:rPr>
          <w:lang w:eastAsia="zh-CN"/>
        </w:rPr>
        <w:br/>
      </w:r>
      <w:r>
        <w:rPr>
          <w:lang w:eastAsia="zh-CN"/>
        </w:rPr>
        <w:t xml:space="preserve">    2024年“118”中国记者节活动方案 篇3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为热烈庆祝第__个中国记者节，大力弘扬新闻工作者崇高职业道德和良好精神风尚，增强队伍学习力、创新力、执行力、凝聚力、战斗力、亲和力，激励干部职工牢记使命、凝心聚力、勤奋敬业、创新实干、拼搏进取、无私奉献，加快推进集团二次创业、转型升级、做大做强、跨越发展，集团党委决定，本着庄重、节俭、务实、创新原则组织开展四项活动。具体安排如下：</w:t>
      </w:r>
      <w:r>
        <w:rPr>
          <w:lang w:eastAsia="zh-CN"/>
        </w:rPr>
        <w:br/>
      </w:r>
      <w:r>
        <w:rPr>
          <w:lang w:eastAsia="zh-CN"/>
        </w:rPr>
        <w:t>　　一、“心系家园”座谈会</w:t>
      </w:r>
      <w:r>
        <w:rPr>
          <w:lang w:eastAsia="zh-CN"/>
        </w:rPr>
        <w:br/>
      </w:r>
      <w:r>
        <w:rPr>
          <w:lang w:eastAsia="zh-CN"/>
        </w:rPr>
        <w:t>　　11月8日上午9点，在集团三楼会议室召开“心系家园”记者节座谈会。集团各媒体编辑记者代表围绕“全媒体时代报业如何发展”的主题分别发言(发言人员由集团各媒体推荐、新闻宣传中心确定)，每人限时10分钟。谭海同志主持，来永生同志讲话，集团及各媒体有关领导、编采人员参加。发言稿择优编入集团庆祝记者节文集。</w:t>
      </w:r>
      <w:r>
        <w:rPr>
          <w:lang w:eastAsia="zh-CN"/>
        </w:rPr>
        <w:br/>
      </w:r>
      <w:r>
        <w:rPr>
          <w:lang w:eastAsia="zh-CN"/>
        </w:rPr>
        <w:t>　　这项活动，由谭海同志牵头，徐海同志负责，集团办公室、发展研究室、新闻宣传中心、物业公司具体组织。</w:t>
      </w:r>
      <w:r>
        <w:rPr>
          <w:lang w:eastAsia="zh-CN"/>
        </w:rPr>
        <w:br/>
      </w:r>
      <w:r>
        <w:rPr>
          <w:lang w:eastAsia="zh-CN"/>
        </w:rPr>
        <w:t>　　二、“青春擂台”业务技能测试</w:t>
      </w:r>
      <w:r>
        <w:rPr>
          <w:lang w:eastAsia="zh-CN"/>
        </w:rPr>
        <w:br/>
      </w:r>
      <w:r>
        <w:rPr>
          <w:lang w:eastAsia="zh-CN"/>
        </w:rPr>
        <w:t>　　11月7日上午，针对集团各媒体编采业务人员进行“青春擂台”业务技能测试。测试内容包括四项：一是新闻编采业务知识(35分)，二是新闻出版法律法规(35分)，三是_市经济社会发展状况及思路举措(20分)，四是报业集团发展思路及规划(10分)。测试题型分判断题、单项选择题、多项选择题三类，共100个题目、总分100分。要求集团各媒体编采业务人员全部参加，不可缺考，成绩张榜公布。</w:t>
      </w:r>
      <w:r>
        <w:rPr>
          <w:lang w:eastAsia="zh-CN"/>
        </w:rPr>
        <w:br/>
      </w:r>
      <w:r>
        <w:rPr>
          <w:lang w:eastAsia="zh-CN"/>
        </w:rPr>
        <w:t>　　这项活动，由谭海同志牵头，海同志负责，集团人力资源部、新闻宣传中心具体组织。</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三、“职业感悟”有奖征文</w:t>
      </w:r>
      <w:r>
        <w:rPr>
          <w:lang w:eastAsia="zh-CN"/>
        </w:rPr>
        <w:br/>
      </w:r>
      <w:r>
        <w:rPr>
          <w:lang w:eastAsia="zh-CN"/>
        </w:rPr>
        <w:t>　　记者节期间，面向集团各媒体编采业务人员组织开展“职业感悟”记者节有奖征文活动。征文活动主题是“记者的一天”，内容为记者采访中某一天的`所见、所闻、所感、所想，体裁为纪事散文，题目自拟，字数1000字左右。要求编采业务人员全部参加，征文以各媒体为单位统一报送集团新闻宣传中心(截止日期为11月6日下午)。活动将组织有关专家和业务总编进行点评，评出优秀作品10件，每件奖励作者1000元。优秀作品将在_日报、_晚报、新闻网等媒体刊发，并编入集团庆祝记者节文集。</w:t>
      </w:r>
      <w:r>
        <w:rPr>
          <w:lang w:eastAsia="zh-CN"/>
        </w:rPr>
        <w:br/>
      </w:r>
      <w:r>
        <w:rPr>
          <w:lang w:eastAsia="zh-CN"/>
        </w:rPr>
        <w:t>　　这项活动由谭海同志牵头，海同志负责，集团新闻宣传中心具体组织。</w:t>
      </w:r>
      <w:r>
        <w:rPr>
          <w:lang w:eastAsia="zh-CN"/>
        </w:rPr>
        <w:br/>
      </w:r>
      <w:r>
        <w:rPr>
          <w:lang w:eastAsia="zh-CN"/>
        </w:rPr>
        <w:t>　　四、“绿色梦想”义务植树</w:t>
      </w:r>
      <w:r>
        <w:rPr>
          <w:lang w:eastAsia="zh-CN"/>
        </w:rPr>
        <w:br/>
      </w:r>
      <w:r>
        <w:rPr>
          <w:lang w:eastAsia="zh-CN"/>
        </w:rPr>
        <w:t>　　记者节期间，组织各媒体编采业务人员在青州文化旅游度假区开展义务植树，开辟记者林，以后每年定期组织植树播绿纪念活动。</w:t>
      </w:r>
      <w:r>
        <w:rPr>
          <w:lang w:eastAsia="zh-CN"/>
        </w:rPr>
        <w:br/>
      </w:r>
      <w:r>
        <w:rPr>
          <w:lang w:eastAsia="zh-CN"/>
        </w:rPr>
        <w:t>　　这项活动由海同志牵头，海同志负责，集团办公室、新闻宣传中心、文化产业发展有限公司具体组织。</w:t>
      </w:r>
      <w:r>
        <w:rPr>
          <w:lang w:eastAsia="zh-CN"/>
        </w:rPr>
        <w:br/>
      </w:r>
      <w:r>
        <w:rPr>
          <w:lang w:eastAsia="zh-CN"/>
        </w:rPr>
        <w:t>　　以上四项活动，请各有关方面按照要求，认真做好具体筹备和组织实施，确保活动取得圆满成效。</w:t>
      </w:r>
      <w:r>
        <w:rPr>
          <w:lang w:eastAsia="zh-CN"/>
        </w:rPr>
        <w:br/>
      </w:r>
      <w:r>
        <w:rPr>
          <w:lang w:eastAsia="zh-CN"/>
        </w:rPr>
        <w:t xml:space="preserve">    2024年“118”中国记者节活动方案 篇4 </w:t>
      </w:r>
      <w:r>
        <w:rPr>
          <w:lang w:eastAsia="zh-CN"/>
        </w:rPr>
        <w:br/>
      </w:r>
      <w:r>
        <w:rPr>
          <w:lang w:eastAsia="zh-CN"/>
        </w:rPr>
        <w:t>　　一、活动主题</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为庆祝_年第_个中国记者节，展现我市新闻工作者风采，弘扬新闻工作者默默奉献的精神，全面展示今年来我市宣传思想工作、新闻事业发展取得的丰硕成果，进一步增强新闻工作者的社会责任感、使命感，特策划在20__年11月8日组织开展庆祝第_届记者节活动暨__市“最美新闻人”颁奖典礼。</w:t>
      </w:r>
      <w:r>
        <w:rPr>
          <w:lang w:eastAsia="zh-CN"/>
        </w:rPr>
        <w:br/>
      </w:r>
      <w:r>
        <w:rPr>
          <w:lang w:eastAsia="zh-CN"/>
        </w:rPr>
        <w:t>　　二、组织机构</w:t>
      </w:r>
      <w:r>
        <w:rPr>
          <w:lang w:eastAsia="zh-CN"/>
        </w:rPr>
        <w:br/>
      </w:r>
      <w:r>
        <w:rPr>
          <w:lang w:eastAsia="zh-CN"/>
        </w:rPr>
        <w:t>　　主办：委宣传部、新闻工作者协会</w:t>
      </w:r>
      <w:r>
        <w:rPr>
          <w:lang w:eastAsia="zh-CN"/>
        </w:rPr>
        <w:br/>
      </w:r>
      <w:r>
        <w:rPr>
          <w:lang w:eastAsia="zh-CN"/>
        </w:rPr>
        <w:t>　　承办：广播电视台、__日报社</w:t>
      </w:r>
      <w:r>
        <w:rPr>
          <w:lang w:eastAsia="zh-CN"/>
        </w:rPr>
        <w:br/>
      </w:r>
      <w:r>
        <w:rPr>
          <w:lang w:eastAsia="zh-CN"/>
        </w:rPr>
        <w:t>　　时间：20__年11月8日下午15：00</w:t>
      </w:r>
      <w:r>
        <w:rPr>
          <w:lang w:eastAsia="zh-CN"/>
        </w:rPr>
        <w:br/>
      </w:r>
      <w:r>
        <w:rPr>
          <w:lang w:eastAsia="zh-CN"/>
        </w:rPr>
        <w:t>　　地点：电视台演播厅</w:t>
      </w:r>
      <w:r>
        <w:rPr>
          <w:lang w:eastAsia="zh-CN"/>
        </w:rPr>
        <w:br/>
      </w:r>
      <w:r>
        <w:rPr>
          <w:lang w:eastAsia="zh-CN"/>
        </w:rPr>
        <w:t>　　三、活动内容</w:t>
      </w:r>
      <w:r>
        <w:rPr>
          <w:lang w:eastAsia="zh-CN"/>
        </w:rPr>
        <w:br/>
      </w:r>
      <w:r>
        <w:rPr>
          <w:lang w:eastAsia="zh-CN"/>
        </w:rPr>
        <w:t>　　整个活动分为四个板块：有奖征集活动、新闻宣传成果展示、“最美新闻人”颁奖、文艺节目汇演。</w:t>
      </w:r>
      <w:r>
        <w:rPr>
          <w:lang w:eastAsia="zh-CN"/>
        </w:rPr>
        <w:br/>
      </w:r>
      <w:r>
        <w:rPr>
          <w:lang w:eastAsia="zh-CN"/>
        </w:rPr>
        <w:t>　　由广播电视台推荐男女各一位主持人担当本次活动的主持，主持词要体现我市新闻宣传整体情况，包括广播电视、报纸、网络等媒体20__年度获得的新成就、事业新发展，尤其要重点推出我市媒体记者队伍中涌现出的'全省重大典型高思杰同志，号召全体新闻工作者向他学习。</w:t>
      </w:r>
      <w:r>
        <w:rPr>
          <w:lang w:eastAsia="zh-CN"/>
        </w:rPr>
        <w:br/>
      </w:r>
      <w:r>
        <w:rPr>
          <w:lang w:eastAsia="zh-CN"/>
        </w:rPr>
        <w:t>　　四、10月15—11月8日举办“我是记者”---寻找好新闻，有奖征集活动。</w:t>
      </w:r>
      <w:r>
        <w:rPr>
          <w:lang w:eastAsia="zh-CN"/>
        </w:rPr>
        <w:br/>
      </w:r>
      <w:r>
        <w:rPr>
          <w:lang w:eastAsia="zh-CN"/>
        </w:rPr>
        <w:t>　　1、参与者可以将发生在身边的大事小事通过一张照片(配文字说明)或者一则简短的报道发送到“印象阜阳”公众号。</w:t>
      </w:r>
      <w:r>
        <w:rPr>
          <w:lang w:eastAsia="zh-CN"/>
        </w:rPr>
        <w:br/>
      </w:r>
      <w:r>
        <w:rPr>
          <w:lang w:eastAsia="zh-CN"/>
        </w:rPr>
        <w:t>　　2、由广播电视台和__日报社资深记者团进行线下筛选，入围作品将进行网上投票，最终选出最具新闻价值的作品。</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3、获奖者将获得由广播电视台颁发的荣誉证书及丰厚奖品，并有机会与广电和__日报社的记者们进行一天的外拍及采访体验。</w:t>
      </w:r>
      <w:r>
        <w:rPr>
          <w:lang w:eastAsia="zh-CN"/>
        </w:rPr>
        <w:br/>
      </w:r>
      <w:r>
        <w:rPr>
          <w:lang w:eastAsia="zh-CN"/>
        </w:rPr>
        <w:t>　　五、颁奖典礼流程</w:t>
      </w:r>
      <w:r>
        <w:rPr>
          <w:lang w:eastAsia="zh-CN"/>
        </w:rPr>
        <w:br/>
      </w:r>
      <w:r>
        <w:rPr>
          <w:lang w:eastAsia="zh-CN"/>
        </w:rPr>
        <w:t>　　1、 领导致辞。</w:t>
      </w:r>
      <w:r>
        <w:rPr>
          <w:lang w:eastAsia="zh-CN"/>
        </w:rPr>
        <w:br/>
      </w:r>
      <w:r>
        <w:rPr>
          <w:lang w:eastAsia="zh-CN"/>
        </w:rPr>
        <w:t>　　2、新闻宣传成果展示。介绍今年以来我市宣传部门及新闻媒体在国家级、省级媒体获奖作品及发稿量，制作成短片在现场播放。</w:t>
      </w:r>
      <w:r>
        <w:rPr>
          <w:lang w:eastAsia="zh-CN"/>
        </w:rPr>
        <w:br/>
      </w:r>
      <w:r>
        <w:rPr>
          <w:lang w:eastAsia="zh-CN"/>
        </w:rPr>
        <w:t>　　3、“最美新闻人”颁奖。晚会现场表彰获奖者、颁发证书和奖品，重点突出向__先进事迹学习的环节，用社会认同的先进典型的力量激励和带动全市新闻工作者最美的奉献精神。</w:t>
      </w:r>
      <w:r>
        <w:rPr>
          <w:lang w:eastAsia="zh-CN"/>
        </w:rPr>
        <w:br/>
      </w:r>
      <w:r>
        <w:rPr>
          <w:lang w:eastAsia="zh-CN"/>
        </w:rPr>
        <w:t>　　4、颁发“我是记者”---寻找好新闻活动的获奖作品。晚会现场大屏展示获奖作品及作者，并颁发荣誉证书和奖品</w:t>
      </w:r>
      <w:r>
        <w:rPr>
          <w:lang w:eastAsia="zh-CN"/>
        </w:rPr>
        <w:br/>
      </w:r>
      <w:r>
        <w:rPr>
          <w:lang w:eastAsia="zh-CN"/>
        </w:rPr>
        <w:t>　　5、文艺节目汇演。从市直及各县市区新闻单位选调自编自排文艺节目，合唱、朗诵、歌曲、舞蹈等，表演形式不限，节目创作要体现新闻工作“三贴近”、创新工作、奉献精神，弘扬社会主义核心价值观。于10月15日之前将节目报送至__市委宣传部新闻科，以便编排具体节目流程。</w:t>
      </w:r>
      <w:r>
        <w:rPr>
          <w:lang w:eastAsia="zh-CN"/>
        </w:rPr>
        <w:br/>
      </w:r>
      <w:r>
        <w:rPr>
          <w:lang w:eastAsia="zh-CN"/>
        </w:rPr>
        <w:t>　　六、活动形式</w:t>
      </w:r>
      <w:r>
        <w:rPr>
          <w:lang w:eastAsia="zh-CN"/>
        </w:rPr>
        <w:br/>
      </w:r>
      <w:r>
        <w:rPr>
          <w:lang w:eastAsia="zh-CN"/>
        </w:rPr>
        <w:t>　　整个活动采取现场录制形式，将在广播电视台四个频道播出，并在微信平台、新闻网、公众网、在线、印象视频发布，进一步扩大宣传效果。</w:t>
      </w:r>
      <w:r>
        <w:rPr>
          <w:lang w:eastAsia="zh-CN"/>
        </w:rPr>
        <w:br/>
      </w:r>
      <w:r>
        <w:rPr>
          <w:lang w:eastAsia="zh-CN"/>
        </w:rPr>
        <w:t xml:space="preserve">    2024年“118”中国记者节活动方案 篇5 </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第__个中国记者节来临之际，新闻工作者协会将举办首届“‘新手段大’全媒体记者奖”评选活动，旨在引导新闻媒体从业人员深入基层，深入一线，借助新媒体工具，使用新媒体手段，以新媒体思维，及时报道、深入挖掘新闻，进一步促进我市媒体融合、转型升级、做大做强。</w:t>
      </w:r>
      <w:r>
        <w:rPr>
          <w:lang w:eastAsia="zh-CN"/>
        </w:rPr>
        <w:br/>
      </w:r>
      <w:r>
        <w:rPr>
          <w:lang w:eastAsia="zh-CN"/>
        </w:rPr>
        <w:t>　　一、组织单位</w:t>
      </w:r>
      <w:r>
        <w:rPr>
          <w:lang w:eastAsia="zh-CN"/>
        </w:rPr>
        <w:br/>
      </w:r>
      <w:r>
        <w:rPr>
          <w:lang w:eastAsia="zh-CN"/>
        </w:rPr>
        <w:t>　　主办单位：新闻工作者协会</w:t>
      </w:r>
      <w:r>
        <w:rPr>
          <w:lang w:eastAsia="zh-CN"/>
        </w:rPr>
        <w:br/>
      </w:r>
      <w:r>
        <w:rPr>
          <w:lang w:eastAsia="zh-CN"/>
        </w:rPr>
        <w:t>　　长江日报报业集团</w:t>
      </w:r>
      <w:r>
        <w:rPr>
          <w:lang w:eastAsia="zh-CN"/>
        </w:rPr>
        <w:br/>
      </w:r>
      <w:r>
        <w:rPr>
          <w:lang w:eastAsia="zh-CN"/>
        </w:rPr>
        <w:t>　　广播电视台(集团)</w:t>
      </w:r>
      <w:r>
        <w:rPr>
          <w:lang w:eastAsia="zh-CN"/>
        </w:rPr>
        <w:br/>
      </w:r>
      <w:r>
        <w:rPr>
          <w:lang w:eastAsia="zh-CN"/>
        </w:rPr>
        <w:t>　　九派()全媒体股份有限公司</w:t>
      </w:r>
      <w:r>
        <w:rPr>
          <w:lang w:eastAsia="zh-CN"/>
        </w:rPr>
        <w:br/>
      </w:r>
      <w:r>
        <w:rPr>
          <w:lang w:eastAsia="zh-CN"/>
        </w:rPr>
        <w:t>　　承办单位：九派新闻</w:t>
      </w:r>
      <w:r>
        <w:rPr>
          <w:lang w:eastAsia="zh-CN"/>
        </w:rPr>
        <w:br/>
      </w:r>
      <w:r>
        <w:rPr>
          <w:lang w:eastAsia="zh-CN"/>
        </w:rPr>
        <w:t>　　长江网</w:t>
      </w:r>
      <w:r>
        <w:rPr>
          <w:lang w:eastAsia="zh-CN"/>
        </w:rPr>
        <w:br/>
      </w:r>
      <w:r>
        <w:rPr>
          <w:lang w:eastAsia="zh-CN"/>
        </w:rPr>
        <w:t>　　掌上</w:t>
      </w:r>
      <w:r>
        <w:rPr>
          <w:lang w:eastAsia="zh-CN"/>
        </w:rPr>
        <w:br/>
      </w:r>
      <w:r>
        <w:rPr>
          <w:lang w:eastAsia="zh-CN"/>
        </w:rPr>
        <w:t>　　黄鹤云</w:t>
      </w:r>
      <w:r>
        <w:rPr>
          <w:lang w:eastAsia="zh-CN"/>
        </w:rPr>
        <w:br/>
      </w:r>
      <w:r>
        <w:rPr>
          <w:lang w:eastAsia="zh-CN"/>
        </w:rPr>
        <w:t>　　二、发布平台</w:t>
      </w:r>
      <w:r>
        <w:rPr>
          <w:lang w:eastAsia="zh-CN"/>
        </w:rPr>
        <w:br/>
      </w:r>
      <w:r>
        <w:rPr>
          <w:lang w:eastAsia="zh-CN"/>
        </w:rPr>
        <w:t>　　这次活动通过“见微全媒体记者发稿平台”在九派新闻、长江网、掌上、黄鹤云发布。</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见微全媒体记者发稿平台”是实现新闻首发的工具，也是实现传统媒体记者向全媒体记者转型的助手。使用“见微”，用手机记录事件，拍下现场照片，录下相关视频，通过无线传输技术，以最快速度传回后台，后台通过整理编辑，审核把关，根据报纸、电视、广播、网站、客户端、微博、微信等不同新闻终端和受众的`需求和特点，对新闻素材进行策划、统筹和制作，为市民提供更丰富的全媒体产品。实现一次性采集，多平台共享，全媒体播报，通过不同的媒体形式，抢占舆论话语权，使新闻影响力进一步延伸。同时该平台最新版本提供直播功能，每一个安装了“见微全媒体记者发稿平台”的记者可实现新闻第一时间第一现场发布。</w:t>
      </w:r>
      <w:r>
        <w:rPr>
          <w:lang w:eastAsia="zh-CN"/>
        </w:rPr>
        <w:br/>
      </w:r>
      <w:r>
        <w:rPr>
          <w:lang w:eastAsia="zh-CN"/>
        </w:rPr>
        <w:t>　　三、活动内容</w:t>
      </w:r>
      <w:r>
        <w:rPr>
          <w:lang w:eastAsia="zh-CN"/>
        </w:rPr>
        <w:br/>
      </w:r>
      <w:r>
        <w:rPr>
          <w:lang w:eastAsia="zh-CN"/>
        </w:rPr>
        <w:t>　　1、10月18日-10月20日，培训阶段</w:t>
      </w:r>
      <w:r>
        <w:rPr>
          <w:lang w:eastAsia="zh-CN"/>
        </w:rPr>
        <w:br/>
      </w:r>
      <w:r>
        <w:rPr>
          <w:lang w:eastAsia="zh-CN"/>
        </w:rPr>
        <w:t>　　组织2场记者培训交流会，培训辅导“见微全媒体记者发稿平台”软件使用。</w:t>
      </w:r>
      <w:r>
        <w:rPr>
          <w:lang w:eastAsia="zh-CN"/>
        </w:rPr>
        <w:br/>
      </w:r>
      <w:r>
        <w:rPr>
          <w:lang w:eastAsia="zh-CN"/>
        </w:rPr>
        <w:t>　　2、10月21日-11月2日，征稿阶段</w:t>
      </w:r>
      <w:r>
        <w:rPr>
          <w:lang w:eastAsia="zh-CN"/>
        </w:rPr>
        <w:br/>
      </w:r>
      <w:r>
        <w:rPr>
          <w:lang w:eastAsia="zh-CN"/>
        </w:rPr>
        <w:t>　　这次活动通过“见微全媒体记者发稿平台”征稿，包括新闻、音视频、照片和评论等多种体裁的作品，在九派新闻、长江网、掌上、黄鹤云上发布。</w:t>
      </w:r>
      <w:r>
        <w:rPr>
          <w:lang w:eastAsia="zh-CN"/>
        </w:rPr>
        <w:br/>
      </w:r>
      <w:r>
        <w:rPr>
          <w:lang w:eastAsia="zh-CN"/>
        </w:rPr>
        <w:t>　　新闻要求导向正确、题材重要，新闻性强、时效性好;表现形式丰富，表述准确，逻辑清晰，有完整的新闻要素，能体现网络媒体的传播优势和特点。</w:t>
      </w:r>
      <w:r>
        <w:rPr>
          <w:lang w:eastAsia="zh-CN"/>
        </w:rPr>
        <w:br/>
      </w:r>
      <w:r>
        <w:rPr>
          <w:lang w:eastAsia="zh-CN"/>
        </w:rPr>
        <w:t>　　音视频要求时长不超过3分钟，画面清晰，声音应无明显失真。</w:t>
      </w:r>
      <w:r>
        <w:rPr>
          <w:lang w:eastAsia="zh-CN"/>
        </w:rPr>
        <w:br/>
      </w:r>
      <w:r>
        <w:rPr>
          <w:lang w:eastAsia="zh-CN"/>
        </w:rPr>
        <w:t>　　照片要求格式为JPGE文件，每幅照片上传大小不得超过5M。图片单幅或一组不超过五张。黑白、彩色、单幅、组照均可。作品不得加入边框、水纹、签名等任何修饰。</w:t>
      </w:r>
      <w:r>
        <w:rPr>
          <w:lang w:eastAsia="zh-CN"/>
        </w:rPr>
        <w:br/>
      </w:r>
      <w:r>
        <w:rPr>
          <w:lang w:eastAsia="zh-CN"/>
        </w:rPr>
        <w:t>　　评论要求短小精悍，观点鲜明，立论有新意，言之有据;分析深刻，文笔犀利，语言生动、鲜活，有网络特色。</w:t>
      </w:r>
      <w:r>
        <w:rPr>
          <w:lang w:eastAsia="zh-CN"/>
        </w:rPr>
        <w:br/>
      </w:r>
      <w:r>
        <w:rPr>
          <w:lang w:eastAsia="zh-CN"/>
        </w:rPr>
        <w:t>　　3、11月3日-11月7日，评奖阶段</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邀请有关领导及专家等，评选出“见微全媒体记者奖”一、二、三等奖。</w:t>
      </w:r>
      <w:r>
        <w:rPr>
          <w:lang w:eastAsia="zh-CN"/>
        </w:rPr>
        <w:br/>
      </w:r>
      <w:r>
        <w:rPr>
          <w:lang w:eastAsia="zh-CN"/>
        </w:rPr>
        <w:t>　　4、11月8日，颁奖</w:t>
      </w:r>
      <w:r>
        <w:rPr>
          <w:lang w:eastAsia="zh-CN"/>
        </w:rPr>
        <w:br/>
      </w:r>
      <w:r>
        <w:rPr>
          <w:lang w:eastAsia="zh-CN"/>
        </w:rPr>
        <w:t>　　5、11月9日-11月30日，获奖作品在九派新闻、长江网、掌上、黄鹤云等网络媒体展播，同时也在市属报纸、电视、广播等媒体刊发相关报道。</w:t>
      </w:r>
      <w:r>
        <w:rPr>
          <w:lang w:eastAsia="zh-CN"/>
        </w:rPr>
        <w:br/>
      </w:r>
      <w:r>
        <w:rPr>
          <w:lang w:eastAsia="zh-CN"/>
        </w:rPr>
        <w:t>　　四、奖项设置</w:t>
      </w:r>
      <w:r>
        <w:rPr>
          <w:lang w:eastAsia="zh-CN"/>
        </w:rPr>
        <w:br/>
      </w:r>
      <w:r>
        <w:rPr>
          <w:lang w:eastAsia="zh-CN"/>
        </w:rPr>
        <w:t>　　一等奖6名奖品：获奖证书+各20__元现金</w:t>
      </w:r>
      <w:r>
        <w:rPr>
          <w:lang w:eastAsia="zh-CN"/>
        </w:rPr>
        <w:br/>
      </w:r>
      <w:r>
        <w:rPr>
          <w:lang w:eastAsia="zh-CN"/>
        </w:rPr>
        <w:t>　　二等奖10名奖品：获奖证书+各1000元现金</w:t>
      </w:r>
      <w:r>
        <w:rPr>
          <w:lang w:eastAsia="zh-CN"/>
        </w:rPr>
        <w:br/>
      </w:r>
      <w:r>
        <w:rPr>
          <w:lang w:eastAsia="zh-CN"/>
        </w:rPr>
        <w:t>　　三等奖30名奖品：获奖证书+各500元现金</w:t>
      </w:r>
      <w:r>
        <w:rPr>
          <w:lang w:eastAsia="zh-CN"/>
        </w:rPr>
        <w:br/>
      </w:r>
      <w:r>
        <w:rPr>
          <w:lang w:eastAsia="zh-CN"/>
        </w:rPr>
        <w:t>　　五、活动要求</w:t>
      </w:r>
      <w:r>
        <w:rPr>
          <w:lang w:eastAsia="zh-CN"/>
        </w:rPr>
        <w:br/>
      </w:r>
      <w:r>
        <w:rPr>
          <w:lang w:eastAsia="zh-CN"/>
        </w:rPr>
        <w:t>　　1、广泛宣传、精心组织。各单位要将评选方案和活动内容传达至每一位新闻从业人员，鼓励记者与日常采编发稿相结合，积极参与此次评选活动。各单位要指派专人担任联络人。并在10月18日前，按下表所分配的名额组成参评队伍，并报送参与人员名单。</w:t>
      </w:r>
      <w:r>
        <w:rPr>
          <w:lang w:eastAsia="zh-CN"/>
        </w:rPr>
        <w:br/>
      </w:r>
      <w:r>
        <w:rPr>
          <w:lang w:eastAsia="zh-CN"/>
        </w:rPr>
        <w:t>　　分组参与人员</w:t>
      </w:r>
      <w:r>
        <w:rPr>
          <w:lang w:eastAsia="zh-CN"/>
        </w:rPr>
        <w:br/>
      </w:r>
      <w:r>
        <w:rPr>
          <w:lang w:eastAsia="zh-CN"/>
        </w:rPr>
        <w:t>　　长报组12人</w:t>
      </w:r>
      <w:r>
        <w:rPr>
          <w:lang w:eastAsia="zh-CN"/>
        </w:rPr>
        <w:br/>
      </w:r>
      <w:r>
        <w:rPr>
          <w:lang w:eastAsia="zh-CN"/>
        </w:rPr>
        <w:t>　　电视组12人</w:t>
      </w:r>
      <w:r>
        <w:rPr>
          <w:lang w:eastAsia="zh-CN"/>
        </w:rPr>
        <w:br/>
      </w:r>
      <w:r>
        <w:rPr>
          <w:lang w:eastAsia="zh-CN"/>
        </w:rPr>
        <w:t>　　广播组10人</w:t>
      </w:r>
      <w:r>
        <w:rPr>
          <w:lang w:eastAsia="zh-CN"/>
        </w:rPr>
        <w:br/>
      </w:r>
      <w:r>
        <w:rPr>
          <w:lang w:eastAsia="zh-CN"/>
        </w:rPr>
        <w:t>　　晨报、晚报组各5人</w:t>
      </w:r>
      <w:r>
        <w:rPr>
          <w:lang w:eastAsia="zh-CN"/>
        </w:rPr>
        <w:br/>
      </w:r>
      <w:r>
        <w:rPr>
          <w:lang w:eastAsia="zh-CN"/>
        </w:rPr>
        <w:t>　　九派新闻、长江网、掌上(含黄鹤云)各5人</w:t>
      </w:r>
      <w:r>
        <w:rPr>
          <w:lang w:eastAsia="zh-CN"/>
        </w:rPr>
        <w:br/>
      </w:r>
      <w:r>
        <w:rPr>
          <w:lang w:eastAsia="zh-CN"/>
        </w:rPr>
        <w:t>　　教育电视台、武钢工人报各3人</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远城区组各2人</w:t>
      </w:r>
      <w:r>
        <w:rPr>
          <w:lang w:eastAsia="zh-CN"/>
        </w:rPr>
        <w:br/>
      </w:r>
      <w:r>
        <w:rPr>
          <w:lang w:eastAsia="zh-CN"/>
        </w:rPr>
        <w:t>　　2、凡投稿参评的记者，请于10月21日-11月2日期间(投稿截止日期11月2日17:00)，通过“见微全媒体记者发稿平台”上传作品，一经采用，即视为参评作品。期间，“见微全媒体记者发稿平台”技术团队将指派专人保障并担任技术联络人，解决技术问题。</w:t>
      </w:r>
      <w:r>
        <w:rPr>
          <w:lang w:eastAsia="zh-CN"/>
        </w:rPr>
        <w:br/>
      </w:r>
      <w:r>
        <w:rPr>
          <w:lang w:eastAsia="zh-CN"/>
        </w:rPr>
        <w:t>　　3、记者培训交流会的时间、地点另行通知。</w:t>
      </w:r>
      <w:r>
        <w:rPr>
          <w:lang w:eastAsia="zh-CN"/>
        </w:rPr>
        <w:br/>
      </w:r>
      <w:r>
        <w:rPr>
          <w:lang w:eastAsia="zh-CN"/>
        </w:rPr>
        <w:t>　　4、未尽事宜，请联系新闻工作者协会秘书处。</w:t>
      </w:r>
      <w:r>
        <w:rPr>
          <w:lang w:eastAsia="zh-CN"/>
        </w:rPr>
        <w:br/>
      </w:r>
      <w:r>
        <w:rPr>
          <w:lang w:eastAsia="zh-CN"/>
        </w:rPr>
        <w:t xml:space="preserve">    2024年“118”中国记者节活动方案 篇6 </w:t>
      </w:r>
      <w:r>
        <w:rPr>
          <w:lang w:eastAsia="zh-CN"/>
        </w:rPr>
        <w:br/>
      </w:r>
      <w:r>
        <w:rPr>
          <w:lang w:eastAsia="zh-CN"/>
        </w:rPr>
        <w:t>　　一、主承办单位</w:t>
      </w:r>
      <w:r>
        <w:rPr>
          <w:lang w:eastAsia="zh-CN"/>
        </w:rPr>
        <w:br/>
      </w:r>
      <w:r>
        <w:rPr>
          <w:lang w:eastAsia="zh-CN"/>
        </w:rPr>
        <w:t>　　主办单位：共青团福建师范大学委员会</w:t>
      </w:r>
      <w:r>
        <w:rPr>
          <w:lang w:eastAsia="zh-CN"/>
        </w:rPr>
        <w:br/>
      </w:r>
      <w:r>
        <w:rPr>
          <w:lang w:eastAsia="zh-CN"/>
        </w:rPr>
        <w:t>　　承办单位：福建师范大学青年通讯社</w:t>
      </w:r>
      <w:r>
        <w:rPr>
          <w:lang w:eastAsia="zh-CN"/>
        </w:rPr>
        <w:br/>
      </w:r>
      <w:r>
        <w:rPr>
          <w:lang w:eastAsia="zh-CN"/>
        </w:rPr>
        <w:t>　　二、活动对象</w:t>
      </w:r>
      <w:r>
        <w:rPr>
          <w:lang w:eastAsia="zh-CN"/>
        </w:rPr>
        <w:br/>
      </w:r>
      <w:r>
        <w:rPr>
          <w:lang w:eastAsia="zh-CN"/>
        </w:rPr>
        <w:t>　　全体在校生</w:t>
      </w:r>
      <w:r>
        <w:rPr>
          <w:lang w:eastAsia="zh-CN"/>
        </w:rPr>
        <w:br/>
      </w:r>
      <w:r>
        <w:rPr>
          <w:lang w:eastAsia="zh-CN"/>
        </w:rPr>
        <w:t>　　三、活动项目</w:t>
      </w:r>
      <w:r>
        <w:rPr>
          <w:lang w:eastAsia="zh-CN"/>
        </w:rPr>
        <w:br/>
      </w:r>
      <w:r>
        <w:rPr>
          <w:lang w:eastAsia="zh-CN"/>
        </w:rPr>
        <w:t>　　（一）20__年度校园记者风采大赛</w:t>
      </w:r>
      <w:r>
        <w:rPr>
          <w:lang w:eastAsia="zh-CN"/>
        </w:rPr>
        <w:br/>
      </w:r>
      <w:r>
        <w:rPr>
          <w:lang w:eastAsia="zh-CN"/>
        </w:rPr>
        <w:t>　　1、时间：</w:t>
      </w:r>
      <w:r>
        <w:rPr>
          <w:lang w:eastAsia="zh-CN"/>
        </w:rPr>
        <w:br/>
      </w:r>
      <w:r>
        <w:rPr>
          <w:lang w:eastAsia="zh-CN"/>
        </w:rPr>
        <w:t>　　20__年11月—20__年12月</w:t>
      </w:r>
      <w:r>
        <w:rPr>
          <w:lang w:eastAsia="zh-CN"/>
        </w:rPr>
        <w:br/>
      </w:r>
      <w:r>
        <w:rPr>
          <w:lang w:eastAsia="zh-CN"/>
        </w:rPr>
        <w:t>　　2、内容：</w:t>
      </w:r>
      <w:r>
        <w:rPr>
          <w:lang w:eastAsia="zh-CN"/>
        </w:rPr>
        <w:br/>
      </w:r>
      <w:r>
        <w:rPr>
          <w:lang w:eastAsia="zh-CN"/>
        </w:rPr>
        <w:t>　　校园记者风采大赛是面向全校学生记者的专业技能比赛，旨在为热爱或有志于从事记者工作的`学生提供一个锻炼与展示能力的平台，培养优秀的校园记者，活跃校园化氛围。</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3、活动形式</w:t>
      </w:r>
      <w:r>
        <w:rPr>
          <w:lang w:eastAsia="zh-CN"/>
        </w:rPr>
        <w:br/>
      </w:r>
      <w:r>
        <w:rPr>
          <w:lang w:eastAsia="zh-CN"/>
        </w:rPr>
        <w:t>　　（1）初赛：11月18日进行现场笔试，经专业老师评审确定20名选手入围复赛；</w:t>
      </w:r>
      <w:r>
        <w:rPr>
          <w:lang w:eastAsia="zh-CN"/>
        </w:rPr>
        <w:br/>
      </w:r>
      <w:r>
        <w:rPr>
          <w:lang w:eastAsia="zh-CN"/>
        </w:rPr>
        <w:t>　　（2）复赛：入围复赛的选手须在11月21日―12月1日独立完成1篇校内消息或人物采访稿，经专业老师评审，推荐12名参赛者入围决赛；</w:t>
      </w:r>
      <w:r>
        <w:rPr>
          <w:lang w:eastAsia="zh-CN"/>
        </w:rPr>
        <w:br/>
      </w:r>
      <w:r>
        <w:rPr>
          <w:lang w:eastAsia="zh-CN"/>
        </w:rPr>
        <w:t>　　（3）决赛：12名参赛者通过决赛评选出一、二、三等奖（决赛安排在旗校区举行，具体环节、时间另行通知）；</w:t>
      </w:r>
      <w:r>
        <w:rPr>
          <w:lang w:eastAsia="zh-CN"/>
        </w:rPr>
        <w:br/>
      </w:r>
      <w:r>
        <w:rPr>
          <w:lang w:eastAsia="zh-CN"/>
        </w:rPr>
        <w:t>　　（4）奖项设置：</w:t>
      </w:r>
      <w:r>
        <w:rPr>
          <w:lang w:eastAsia="zh-CN"/>
        </w:rPr>
        <w:br/>
      </w:r>
      <w:r>
        <w:rPr>
          <w:lang w:eastAsia="zh-CN"/>
        </w:rPr>
        <w:t>　　一等奖1名，颁发荣誉证书、奖金500元及奖品。</w:t>
      </w:r>
      <w:r>
        <w:rPr>
          <w:lang w:eastAsia="zh-CN"/>
        </w:rPr>
        <w:br/>
      </w:r>
      <w:r>
        <w:rPr>
          <w:lang w:eastAsia="zh-CN"/>
        </w:rPr>
        <w:t>　　二等奖2名，颁发荣誉证书、奖金300元及奖品。</w:t>
      </w:r>
      <w:r>
        <w:rPr>
          <w:lang w:eastAsia="zh-CN"/>
        </w:rPr>
        <w:br/>
      </w:r>
      <w:r>
        <w:rPr>
          <w:lang w:eastAsia="zh-CN"/>
        </w:rPr>
        <w:t>　　三等奖名，颁发荣誉证书、奖金200元及奖品。</w:t>
      </w:r>
      <w:r>
        <w:rPr>
          <w:lang w:eastAsia="zh-CN"/>
        </w:rPr>
        <w:br/>
      </w:r>
      <w:r>
        <w:rPr>
          <w:lang w:eastAsia="zh-CN"/>
        </w:rPr>
        <w:t>　　优秀奖6名，颁发荣誉证书、奖品。</w:t>
      </w:r>
      <w:r>
        <w:rPr>
          <w:lang w:eastAsia="zh-CN"/>
        </w:rPr>
        <w:br/>
      </w:r>
      <w:r>
        <w:rPr>
          <w:lang w:eastAsia="zh-CN"/>
        </w:rPr>
        <w:t>　　4、报名方式</w:t>
      </w:r>
      <w:r>
        <w:rPr>
          <w:lang w:eastAsia="zh-CN"/>
        </w:rPr>
        <w:br/>
      </w:r>
      <w:r>
        <w:rPr>
          <w:lang w:eastAsia="zh-CN"/>
        </w:rPr>
        <w:t>　　（1）组织推荐：各校级组织宣传中心、各学院记者团可以推荐1名同学，参加笔试考核；</w:t>
      </w:r>
      <w:r>
        <w:rPr>
          <w:lang w:eastAsia="zh-CN"/>
        </w:rPr>
        <w:br/>
      </w:r>
      <w:r>
        <w:rPr>
          <w:lang w:eastAsia="zh-CN"/>
        </w:rPr>
        <w:t>　　（2）自主报名：可通过自主报名形式参与比赛，通过资料审核后参加笔试考核。</w:t>
      </w:r>
      <w:r>
        <w:rPr>
          <w:lang w:eastAsia="zh-CN"/>
        </w:rPr>
        <w:br/>
      </w:r>
      <w:r>
        <w:rPr>
          <w:lang w:eastAsia="zh-CN"/>
        </w:rPr>
        <w:t>　　（二）第六期青媒训练营</w:t>
      </w:r>
      <w:r>
        <w:rPr>
          <w:lang w:eastAsia="zh-CN"/>
        </w:rPr>
        <w:br/>
      </w:r>
      <w:r>
        <w:rPr>
          <w:lang w:eastAsia="zh-CN"/>
        </w:rPr>
        <w:t>　　1、时间：20__年11月―20__年12月</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内容：本期青媒训练营将面向全校，选拔60位爱好新闻写作、新媒体工作的同学参与。培训内容为专题讲座、新媒体工作实践、走访知名媒体、参与中国（福建）高校传媒联盟活动等。优秀营员将有机会推荐到省级以上优秀媒体见习。</w:t>
      </w:r>
      <w:r>
        <w:rPr>
          <w:lang w:eastAsia="zh-CN"/>
        </w:rPr>
        <w:br/>
      </w:r>
      <w:r>
        <w:rPr>
          <w:lang w:eastAsia="zh-CN"/>
        </w:rPr>
        <w:t>　　选拔方式</w:t>
      </w:r>
      <w:r>
        <w:rPr>
          <w:lang w:eastAsia="zh-CN"/>
        </w:rPr>
        <w:br/>
      </w:r>
      <w:r>
        <w:rPr>
          <w:lang w:eastAsia="zh-CN"/>
        </w:rPr>
        <w:t>　　（1）直选学员：各校级组织、各学院记者团可以推荐1名同学成为直选学员，不必参加笔试考核；</w:t>
      </w:r>
      <w:r>
        <w:rPr>
          <w:lang w:eastAsia="zh-CN"/>
        </w:rPr>
        <w:br/>
      </w:r>
      <w:r>
        <w:rPr>
          <w:lang w:eastAsia="zh-CN"/>
        </w:rPr>
        <w:t>　　（2）自荐学员：其余同学可通过自主报名形式参与全校学员公选，通过资料审核后参加笔试考核。</w:t>
      </w:r>
      <w:r>
        <w:rPr>
          <w:lang w:eastAsia="zh-CN"/>
        </w:rPr>
        <w:br/>
      </w:r>
      <w:r>
        <w:rPr>
          <w:lang w:eastAsia="zh-CN"/>
        </w:rPr>
        <w:t>　　四、具体要求</w:t>
      </w:r>
      <w:r>
        <w:rPr>
          <w:lang w:eastAsia="zh-CN"/>
        </w:rPr>
        <w:br/>
      </w:r>
      <w:r>
        <w:rPr>
          <w:lang w:eastAsia="zh-CN"/>
        </w:rPr>
        <w:t>　　（一）各学院要广泛宣传、精心组织，将记者节活动信息传达至各年级、班级，动员广大青年学生参与到活动中。</w:t>
      </w:r>
      <w:r>
        <w:rPr>
          <w:lang w:eastAsia="zh-CN"/>
        </w:rPr>
        <w:br/>
      </w:r>
      <w:r>
        <w:rPr>
          <w:lang w:eastAsia="zh-CN"/>
        </w:rPr>
        <w:t>　　（二）有意参与上述活动的同学，请于11月1日12：00前将电子版报名表发至电子邮箱，邮件标题须注明学院及姓名。</w:t>
      </w:r>
      <w:r>
        <w:rPr>
          <w:lang w:eastAsia="zh-CN"/>
        </w:rPr>
        <w:br/>
      </w:r>
      <w:r>
        <w:rPr>
          <w:lang w:eastAsia="zh-CN"/>
        </w:rPr>
        <w:t>　　（三）未尽事宜，请联系：</w:t>
      </w:r>
      <w:r>
        <w:rPr>
          <w:lang w:eastAsia="zh-CN"/>
        </w:rPr>
        <w:br/>
      </w:r>
      <w:r>
        <w:rPr>
          <w:lang w:eastAsia="zh-CN"/>
        </w:rPr>
        <w:t>　　校团委宣传部：</w:t>
      </w:r>
      <w:r>
        <w:rPr>
          <w:lang w:eastAsia="zh-CN"/>
        </w:rPr>
        <w:br/>
      </w:r>
      <w:r>
        <w:rPr>
          <w:lang w:eastAsia="zh-CN"/>
        </w:rPr>
        <w:t xml:space="preserve">    2024年“118”中国记者节活动方案 篇7 </w:t>
      </w:r>
      <w:r>
        <w:rPr>
          <w:lang w:eastAsia="zh-CN"/>
        </w:rPr>
        <w:br/>
      </w:r>
      <w:r>
        <w:rPr>
          <w:lang w:eastAsia="zh-CN"/>
        </w:rPr>
        <w:t>　　一、招募小记者宗旨和目的</w:t>
      </w:r>
      <w:r>
        <w:rPr>
          <w:lang w:eastAsia="zh-CN"/>
        </w:rPr>
        <w:br/>
      </w:r>
      <w:r>
        <w:rPr>
          <w:lang w:eastAsia="zh-CN"/>
        </w:rPr>
        <w:t>　　1、为重庆中小学生们搭建一个独特的了解社会、走进社会的平台。孩子们以小记者的身份去观察、思考、感受、交流、记录更加广阔的社会生活。</w:t>
      </w:r>
      <w:r>
        <w:rPr>
          <w:lang w:eastAsia="zh-CN"/>
        </w:rPr>
        <w:br/>
      </w:r>
      <w:r>
        <w:rPr>
          <w:lang w:eastAsia="zh-CN"/>
        </w:rPr>
        <w:t>　　2、希望通过小记者活动锻炼学生各方面的能力，还可以通过小记者反映学校文化、增进师生、同学之间的沟通。传递学校的教育方针、办学精神。</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以小记者的手与眼照亮学校各个角落，见证学校每年所经春的播种、夏的耕作、秋的收获、冬的回归，每一历程都折射着教育工作者的.努力身影，每一阶段都有教育发展的镜像，在发展的轨迹中留下深深的印痕。为教育塑造良好的形象，也为学校教育向内涵发展起到推动作用。</w:t>
      </w:r>
      <w:r>
        <w:rPr>
          <w:lang w:eastAsia="zh-CN"/>
        </w:rPr>
        <w:br/>
      </w:r>
      <w:r>
        <w:rPr>
          <w:lang w:eastAsia="zh-CN"/>
        </w:rPr>
        <w:t>　　二、小记者条件</w:t>
      </w:r>
      <w:r>
        <w:rPr>
          <w:lang w:eastAsia="zh-CN"/>
        </w:rPr>
        <w:br/>
      </w:r>
      <w:r>
        <w:rPr>
          <w:lang w:eastAsia="zh-CN"/>
        </w:rPr>
        <w:t>　　1、年龄6岁以上，16周岁以下的中小学生</w:t>
      </w:r>
      <w:r>
        <w:rPr>
          <w:lang w:eastAsia="zh-CN"/>
        </w:rPr>
        <w:br/>
      </w:r>
      <w:r>
        <w:rPr>
          <w:lang w:eastAsia="zh-CN"/>
        </w:rPr>
        <w:t>　　2、喜欢摄影、采访和写作（会写故事），有一定的语言表达能力；</w:t>
      </w:r>
      <w:r>
        <w:rPr>
          <w:lang w:eastAsia="zh-CN"/>
        </w:rPr>
        <w:br/>
      </w:r>
      <w:r>
        <w:rPr>
          <w:lang w:eastAsia="zh-CN"/>
        </w:rPr>
        <w:t>　　3、须征得家长同意支持；</w:t>
      </w:r>
      <w:r>
        <w:rPr>
          <w:lang w:eastAsia="zh-CN"/>
        </w:rPr>
        <w:br/>
      </w:r>
      <w:r>
        <w:rPr>
          <w:lang w:eastAsia="zh-CN"/>
        </w:rPr>
        <w:t>　　4、报名方式：</w:t>
      </w:r>
      <w:r>
        <w:rPr>
          <w:lang w:eastAsia="zh-CN"/>
        </w:rPr>
        <w:br/>
      </w:r>
      <w:r>
        <w:rPr>
          <w:lang w:eastAsia="zh-CN"/>
        </w:rPr>
        <w:t>　　预约报名电话：</w:t>
      </w:r>
      <w:r>
        <w:rPr>
          <w:lang w:eastAsia="zh-CN"/>
        </w:rPr>
        <w:br/>
      </w:r>
      <w:r>
        <w:rPr>
          <w:lang w:eastAsia="zh-CN"/>
        </w:rPr>
        <w:t>　　QQ群：</w:t>
      </w:r>
      <w:r>
        <w:rPr>
          <w:lang w:eastAsia="zh-CN"/>
        </w:rPr>
        <w:br/>
      </w:r>
      <w:r>
        <w:rPr>
          <w:lang w:eastAsia="zh-CN"/>
        </w:rPr>
        <w:t>　　官方邮箱：</w:t>
      </w:r>
      <w:r>
        <w:rPr>
          <w:lang w:eastAsia="zh-CN"/>
        </w:rPr>
        <w:br/>
      </w:r>
      <w:r>
        <w:rPr>
          <w:lang w:eastAsia="zh-CN"/>
        </w:rPr>
        <w:t>　　三、报名形式：</w:t>
      </w:r>
      <w:r>
        <w:rPr>
          <w:lang w:eastAsia="zh-CN"/>
        </w:rPr>
        <w:br/>
      </w:r>
      <w:r>
        <w:rPr>
          <w:lang w:eastAsia="zh-CN"/>
        </w:rPr>
        <w:t>　　1、以命题作文方式在学校集中选拔；</w:t>
      </w:r>
      <w:r>
        <w:rPr>
          <w:lang w:eastAsia="zh-CN"/>
        </w:rPr>
        <w:br/>
      </w:r>
      <w:r>
        <w:rPr>
          <w:lang w:eastAsia="zh-CN"/>
        </w:rPr>
        <w:t>　　2、中小学生还可以通过投稿自己的作文、图片、采访录音等方式，电话、邮箱、QQ群进行投稿，内容可涉及时政、生活趣闻、校园生活等。</w:t>
      </w:r>
      <w:r>
        <w:rPr>
          <w:lang w:eastAsia="zh-CN"/>
        </w:rPr>
        <w:br/>
      </w:r>
      <w:r>
        <w:rPr>
          <w:lang w:eastAsia="zh-CN"/>
        </w:rPr>
        <w:t>　　四、小记者站日常活动形式</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小记者站通过记者走进课堂进行培训、讲座，邀请全国知名人士以及资深记者走进学校、课堂的形式，以及作品研讨、比赛，提高小记者拍摄、写作和语言表达能力，通过活动引导小记者深入生活，开阔视野。</w:t>
      </w:r>
      <w:r>
        <w:rPr>
          <w:lang w:eastAsia="zh-CN"/>
        </w:rPr>
        <w:br/>
      </w:r>
      <w:r>
        <w:rPr>
          <w:lang w:eastAsia="zh-CN"/>
        </w:rPr>
        <w:t>　　五、小记者程序和权利</w:t>
      </w:r>
      <w:r>
        <w:rPr>
          <w:lang w:eastAsia="zh-CN"/>
        </w:rPr>
        <w:br/>
      </w:r>
      <w:r>
        <w:rPr>
          <w:lang w:eastAsia="zh-CN"/>
        </w:rPr>
        <w:t>　　1、程序</w:t>
      </w:r>
      <w:r>
        <w:rPr>
          <w:lang w:eastAsia="zh-CN"/>
        </w:rPr>
        <w:br/>
      </w:r>
      <w:r>
        <w:rPr>
          <w:lang w:eastAsia="zh-CN"/>
        </w:rPr>
        <w:t>　　1）、报名</w:t>
      </w:r>
      <w:r>
        <w:rPr>
          <w:lang w:eastAsia="zh-CN"/>
        </w:rPr>
        <w:br/>
      </w:r>
      <w:r>
        <w:rPr>
          <w:lang w:eastAsia="zh-CN"/>
        </w:rPr>
        <w:t>　　2）、自行投稿或者学校选拔方式成为实习生、见习小记者和正式小记者（选拔和自行投稿优秀稿件、以及小记者稿件将选登在新浪网上）</w:t>
      </w:r>
      <w:r>
        <w:rPr>
          <w:lang w:eastAsia="zh-CN"/>
        </w:rPr>
        <w:br/>
      </w:r>
      <w:r>
        <w:rPr>
          <w:lang w:eastAsia="zh-CN"/>
        </w:rPr>
        <w:t>　　3)、将对小记者定期举行评选，形成良好的竞争机制，相互促进，并建立最佳小记者人气排行榜。</w:t>
      </w:r>
      <w:r>
        <w:rPr>
          <w:lang w:eastAsia="zh-CN"/>
        </w:rPr>
        <w:br/>
      </w:r>
      <w:r>
        <w:rPr>
          <w:lang w:eastAsia="zh-CN"/>
        </w:rPr>
        <w:t>　　2、权利</w:t>
      </w:r>
      <w:r>
        <w:rPr>
          <w:lang w:eastAsia="zh-CN"/>
        </w:rPr>
        <w:br/>
      </w:r>
      <w:r>
        <w:rPr>
          <w:lang w:eastAsia="zh-CN"/>
        </w:rPr>
        <w:t>　　1）、成为小记者，将颁发小记者证。</w:t>
      </w:r>
      <w:r>
        <w:rPr>
          <w:lang w:eastAsia="zh-CN"/>
        </w:rPr>
        <w:br/>
      </w:r>
      <w:r>
        <w:rPr>
          <w:lang w:eastAsia="zh-CN"/>
        </w:rPr>
        <w:t>　　2）、小记者可以采用随手拍、随手记的形式向我们提供新闻热点线索、社会事件素材。</w:t>
      </w:r>
      <w:r>
        <w:rPr>
          <w:lang w:eastAsia="zh-CN"/>
        </w:rPr>
        <w:br/>
      </w:r>
      <w:r>
        <w:rPr>
          <w:lang w:eastAsia="zh-CN"/>
        </w:rPr>
        <w:t>　　3）、成为小记者，新闻稿、作品择优在频道设立的青少儿活动专题中小记者活动专栏刊发作品。</w:t>
      </w:r>
      <w:r>
        <w:rPr>
          <w:lang w:eastAsia="zh-CN"/>
        </w:rPr>
        <w:br/>
      </w:r>
      <w:r>
        <w:rPr>
          <w:lang w:eastAsia="zh-CN"/>
        </w:rPr>
        <w:t>　　4）不定期择优选派部分优秀小记者参加全市大型活动现场采访。</w:t>
      </w:r>
      <w:r>
        <w:rPr>
          <w:lang w:eastAsia="zh-CN"/>
        </w:rPr>
        <w:br/>
      </w:r>
      <w:r>
        <w:rPr>
          <w:lang w:eastAsia="zh-CN"/>
        </w:rPr>
        <w:t>　　6）、重庆和全国知名记者、知名编辑对小记者进行新闻知识和技能培训以及摄影技巧培训。</w:t>
      </w:r>
      <w:r>
        <w:rPr>
          <w:lang w:eastAsia="zh-CN"/>
        </w:rPr>
        <w:br/>
      </w:r>
      <w:r>
        <w:rPr>
          <w:lang w:eastAsia="zh-CN"/>
        </w:rPr>
        <w:t>　　7）、优秀小记者免费或优惠参加新闻采风、文学沙龙、作文大赛、夏令营、冬令营等活动。</w:t>
      </w:r>
      <w:r>
        <w:rPr>
          <w:lang w:eastAsia="zh-CN"/>
        </w:rPr>
        <w:br/>
      </w:r>
      <w:r>
        <w:rPr>
          <w:lang w:eastAsia="zh-CN"/>
        </w:rPr>
        <w:t>　　六、小记者奖惩制度</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1、连续三学期不发表作品的小记者予以辞退；</w:t>
      </w:r>
      <w:r>
        <w:rPr>
          <w:lang w:eastAsia="zh-CN"/>
        </w:rPr>
        <w:br/>
      </w:r>
      <w:r>
        <w:rPr>
          <w:lang w:eastAsia="zh-CN"/>
        </w:rPr>
        <w:t>　　2、如有损小记者形象，即刻取消小记者资格；</w:t>
      </w:r>
      <w:r>
        <w:rPr>
          <w:lang w:eastAsia="zh-CN"/>
        </w:rPr>
        <w:br/>
      </w:r>
      <w:r>
        <w:rPr>
          <w:lang w:eastAsia="zh-CN"/>
        </w:rPr>
        <w:t>　　3、每年在小记者专栏发表20篇以上的小记者在年终时将进行嘉奖，颁发纪念品，并从中评选金牌小记者、银牌小记者，分别给予奖励；</w:t>
      </w:r>
      <w:r>
        <w:rPr>
          <w:lang w:eastAsia="zh-CN"/>
        </w:rPr>
        <w:br/>
      </w:r>
      <w:r>
        <w:rPr>
          <w:lang w:eastAsia="zh-CN"/>
        </w:rPr>
        <w:t>　　4、每年将根据小记者站组织建设、开展活动、作品交流等指标，综合评选出“优秀小记者站“表彰奖励。</w:t>
      </w:r>
      <w:r>
        <w:rPr>
          <w:lang w:eastAsia="zh-CN"/>
        </w:rPr>
        <w:br/>
      </w:r>
      <w:r>
        <w:rPr>
          <w:lang w:eastAsia="zh-CN"/>
        </w:rPr>
        <w:t>　　小记者活动</w:t>
      </w:r>
      <w:r>
        <w:rPr>
          <w:lang w:eastAsia="zh-CN"/>
        </w:rPr>
        <w:br/>
      </w:r>
      <w:r>
        <w:rPr>
          <w:lang w:eastAsia="zh-CN"/>
        </w:rPr>
        <w:t>　　20__年11月</w:t>
      </w:r>
      <w:r>
        <w:rPr>
          <w:lang w:eastAsia="zh-CN"/>
        </w:rPr>
        <w:br/>
      </w:r>
      <w:r>
        <w:rPr>
          <w:lang w:eastAsia="zh-CN"/>
        </w:rPr>
        <w:t xml:space="preserve">    2024年“118”中国记者节活动方案 篇8 </w:t>
      </w:r>
      <w:r>
        <w:rPr>
          <w:lang w:eastAsia="zh-CN"/>
        </w:rPr>
        <w:br/>
      </w:r>
      <w:r>
        <w:rPr>
          <w:lang w:eastAsia="zh-CN"/>
        </w:rPr>
        <w:t>　　这是一个微博的时代，一个网络的时代，一个行走在信息高速公路上的时代！这样一个时代，人人都是记者，人人都能第一时间用不同的方式传递新闻，去发现、去记录、去追问事实的真相。那么，身为这个时代的记者，你还等什么呢？让我们将所有的敬意与祝福，献给这样一个时代，以及这个时代的“全民记者”。</w:t>
      </w:r>
      <w:r>
        <w:rPr>
          <w:lang w:eastAsia="zh-CN"/>
        </w:rPr>
        <w:br/>
      </w:r>
      <w:r>
        <w:rPr>
          <w:lang w:eastAsia="zh-CN"/>
        </w:rPr>
        <w:t>　　为庆祝“11·8”第19个中国记者节，学校党委宣传部特举办“我是记者”主题征文活动，现就征文比赛相关事宜安排如下：</w:t>
      </w:r>
      <w:r>
        <w:rPr>
          <w:lang w:eastAsia="zh-CN"/>
        </w:rPr>
        <w:br/>
      </w:r>
      <w:r>
        <w:rPr>
          <w:lang w:eastAsia="zh-CN"/>
        </w:rPr>
        <w:t>　　一、征文主题及内容</w:t>
      </w:r>
      <w:r>
        <w:rPr>
          <w:lang w:eastAsia="zh-CN"/>
        </w:rPr>
        <w:br/>
      </w:r>
      <w:r>
        <w:rPr>
          <w:lang w:eastAsia="zh-CN"/>
        </w:rPr>
        <w:t>　　以“我是记者”为主题，主要内容如下：</w:t>
      </w:r>
      <w:r>
        <w:rPr>
          <w:lang w:eastAsia="zh-CN"/>
        </w:rPr>
        <w:br/>
      </w:r>
      <w:r>
        <w:rPr>
          <w:lang w:eastAsia="zh-CN"/>
        </w:rPr>
        <w:t>　　（1）可以谈身为全媒体时代的记者，你的经历和收获；</w:t>
      </w:r>
      <w:r>
        <w:rPr>
          <w:lang w:eastAsia="zh-CN"/>
        </w:rPr>
        <w:br/>
      </w:r>
      <w:r>
        <w:rPr>
          <w:lang w:eastAsia="zh-CN"/>
        </w:rPr>
        <w:t>　　（2）可以关注你熟悉的.校内外媒体吉大人，叙说他们的故事；</w:t>
      </w:r>
      <w:r>
        <w:rPr>
          <w:lang w:eastAsia="zh-CN"/>
        </w:rPr>
        <w:br/>
      </w:r>
      <w:r>
        <w:rPr>
          <w:lang w:eastAsia="zh-CN"/>
        </w:rPr>
        <w:t>　　（3）可以讲述你对全民记者时代新闻工作的认识。</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二、作品要求</w:t>
      </w:r>
      <w:r>
        <w:rPr>
          <w:lang w:eastAsia="zh-CN"/>
        </w:rPr>
        <w:br/>
      </w:r>
      <w:r>
        <w:rPr>
          <w:lang w:eastAsia="zh-CN"/>
        </w:rPr>
        <w:t>　　1.积极健康，体裁不限（小说、戏剧）除外，题目自拟，文笔流畅，富有真实情感。</w:t>
      </w:r>
      <w:r>
        <w:rPr>
          <w:lang w:eastAsia="zh-CN"/>
        </w:rPr>
        <w:br/>
      </w:r>
      <w:r>
        <w:rPr>
          <w:lang w:eastAsia="zh-CN"/>
        </w:rPr>
        <w:t>　　2.字数求800字以上。必须为原创作品，不得抄袭、套改。</w:t>
      </w:r>
      <w:r>
        <w:rPr>
          <w:lang w:eastAsia="zh-CN"/>
        </w:rPr>
        <w:br/>
      </w:r>
      <w:r>
        <w:rPr>
          <w:lang w:eastAsia="zh-CN"/>
        </w:rPr>
        <w:t>　　3.内容符合征文主题，来稿不退，请自行保存底稿。</w:t>
      </w:r>
      <w:r>
        <w:rPr>
          <w:lang w:eastAsia="zh-CN"/>
        </w:rPr>
        <w:br/>
      </w:r>
      <w:r>
        <w:rPr>
          <w:lang w:eastAsia="zh-CN"/>
        </w:rPr>
        <w:t>　　三、征稿对象</w:t>
      </w:r>
      <w:r>
        <w:rPr>
          <w:lang w:eastAsia="zh-CN"/>
        </w:rPr>
        <w:br/>
      </w:r>
      <w:r>
        <w:rPr>
          <w:lang w:eastAsia="zh-CN"/>
        </w:rPr>
        <w:t>　　__大学全体在校师生</w:t>
      </w:r>
      <w:r>
        <w:rPr>
          <w:lang w:eastAsia="zh-CN"/>
        </w:rPr>
        <w:br/>
      </w:r>
      <w:r>
        <w:rPr>
          <w:lang w:eastAsia="zh-CN"/>
        </w:rPr>
        <w:t>　　四、投稿方式</w:t>
      </w:r>
      <w:r>
        <w:rPr>
          <w:lang w:eastAsia="zh-CN"/>
        </w:rPr>
        <w:br/>
      </w:r>
      <w:r>
        <w:rPr>
          <w:lang w:eastAsia="zh-CN"/>
        </w:rPr>
        <w:t>　　1.请用电子邮件投稿，请在邮件主题栏注明“记者节征文”字样，文尾注明作者姓名、联系方式。</w:t>
      </w:r>
      <w:r>
        <w:rPr>
          <w:lang w:eastAsia="zh-CN"/>
        </w:rPr>
        <w:br/>
      </w:r>
      <w:r>
        <w:rPr>
          <w:lang w:eastAsia="zh-CN"/>
        </w:rPr>
        <w:t>　　2.投稿电子邮箱：</w:t>
      </w:r>
      <w:r>
        <w:rPr>
          <w:lang w:eastAsia="zh-CN"/>
        </w:rPr>
        <w:br/>
      </w:r>
      <w:r>
        <w:rPr>
          <w:lang w:eastAsia="zh-CN"/>
        </w:rPr>
        <w:t>　　五、征稿日期</w:t>
      </w:r>
      <w:r>
        <w:rPr>
          <w:lang w:eastAsia="zh-CN"/>
        </w:rPr>
        <w:br/>
      </w:r>
      <w:r>
        <w:rPr>
          <w:lang w:eastAsia="zh-CN"/>
        </w:rPr>
        <w:t>　　即日起至20__年11月27日止。</w:t>
      </w:r>
      <w:r>
        <w:rPr>
          <w:lang w:eastAsia="zh-CN"/>
        </w:rPr>
        <w:br/>
      </w:r>
      <w:r>
        <w:rPr>
          <w:lang w:eastAsia="zh-CN"/>
        </w:rPr>
        <w:t>　　六、征文评奖</w:t>
      </w:r>
      <w:r>
        <w:rPr>
          <w:lang w:eastAsia="zh-CN"/>
        </w:rPr>
        <w:br/>
      </w:r>
      <w:r>
        <w:rPr>
          <w:lang w:eastAsia="zh-CN"/>
        </w:rPr>
        <w:t>　　本次征文成立专家评委审委会，秉着“公平、公正、公开”的原则进行评选，征文特设一等奖2名、二等奖3名、三等奖5名、优胜奖8名。对优秀稿件进行表彰，并颁发荣誉证书及精美奖品、奖金。</w:t>
      </w:r>
      <w:r>
        <w:rPr>
          <w:lang w:eastAsia="zh-CN"/>
        </w:rPr>
        <w:br/>
      </w:r>
      <w:r>
        <w:rPr>
          <w:lang w:eastAsia="zh-CN"/>
        </w:rPr>
        <w:t>　　七、后期宣传</w:t>
      </w:r>
      <w:r>
        <w:rPr>
          <w:lang w:eastAsia="zh-CN"/>
        </w:rPr>
        <w:br/>
      </w:r>
      <w:r>
        <w:rPr>
          <w:lang w:eastAsia="zh-CN"/>
        </w:rPr>
        <w:t>　　征文结束后，优秀作品将选刊登在新闻网、校报及其他校外媒体上。</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注：颁奖仪式将在__大学庆祝中国第十九个11·8记者节晚会上举行。</w:t>
      </w:r>
      <w:r>
        <w:rPr>
          <w:lang w:eastAsia="zh-CN"/>
        </w:rPr>
        <w:br/>
      </w:r>
      <w:r>
        <w:rPr>
          <w:lang w:eastAsia="zh-CN"/>
        </w:rPr>
        <w:t xml:space="preserve">    2024年“118”中国记者节活动方案 篇9 </w:t>
      </w:r>
      <w:r>
        <w:rPr>
          <w:lang w:eastAsia="zh-CN"/>
        </w:rPr>
        <w:br/>
      </w:r>
      <w:r>
        <w:rPr>
          <w:lang w:eastAsia="zh-CN"/>
        </w:rPr>
        <w:t>　　一. 活动背景：</w:t>
      </w:r>
      <w:r>
        <w:rPr>
          <w:lang w:eastAsia="zh-CN"/>
        </w:rPr>
        <w:br/>
      </w:r>
      <w:r>
        <w:rPr>
          <w:lang w:eastAsia="zh-CN"/>
        </w:rPr>
        <w:t>　　当前校内各大媒体记者已经成为传承校内精神文化的重要力量，他们对于记者有着自己的理解、自己的想法，他们引领着大学生生活的时政思潮和精神方向。校内记者是挖掘校内新鲜活动事迹、报道校园时政新闻的重要角色，同时他们也有着自己的记者风采，在此，为了给我校各大媒体记者及记者爱好者提供一个良好的展现自我的平台，我们决定将举行大型记者节系列活动，为每一个有着记者追求的同学实现自己的记者梦!</w:t>
      </w:r>
      <w:r>
        <w:rPr>
          <w:lang w:eastAsia="zh-CN"/>
        </w:rPr>
        <w:br/>
      </w:r>
      <w:r>
        <w:rPr>
          <w:lang w:eastAsia="zh-CN"/>
        </w:rPr>
        <w:t>　　二. 活动目的.：</w:t>
      </w:r>
      <w:r>
        <w:rPr>
          <w:lang w:eastAsia="zh-CN"/>
        </w:rPr>
        <w:br/>
      </w:r>
      <w:r>
        <w:rPr>
          <w:lang w:eastAsia="zh-CN"/>
        </w:rPr>
        <w:t>　　1. 丰富大学生的校园生活，为校内媒体记者提供一个可以展现自我、实现自我梦想的平台。</w:t>
      </w:r>
      <w:r>
        <w:rPr>
          <w:lang w:eastAsia="zh-CN"/>
        </w:rPr>
        <w:br/>
      </w:r>
      <w:r>
        <w:rPr>
          <w:lang w:eastAsia="zh-CN"/>
        </w:rPr>
        <w:t>　　2. 通过新闻发布会，向校内外媒体正式发布我们将举办校团委《金山青年》报社第_届记者节系列活动的消息，并邀请各媒体记者积极参与。</w:t>
      </w:r>
      <w:r>
        <w:rPr>
          <w:lang w:eastAsia="zh-CN"/>
        </w:rPr>
        <w:br/>
      </w:r>
      <w:r>
        <w:rPr>
          <w:lang w:eastAsia="zh-CN"/>
        </w:rPr>
        <w:t>　　3. 让全校师生能够全面了解此次记者节系列活动。</w:t>
      </w:r>
      <w:r>
        <w:rPr>
          <w:lang w:eastAsia="zh-CN"/>
        </w:rPr>
        <w:br/>
      </w:r>
      <w:r>
        <w:rPr>
          <w:lang w:eastAsia="zh-CN"/>
        </w:rPr>
        <w:t>　　三. 活动对象：</w:t>
      </w:r>
      <w:r>
        <w:rPr>
          <w:lang w:eastAsia="zh-CN"/>
        </w:rPr>
        <w:br/>
      </w:r>
      <w:r>
        <w:rPr>
          <w:lang w:eastAsia="zh-CN"/>
        </w:rPr>
        <w:t>　　校内文学社、各学院记者团、宣传部代表</w:t>
      </w:r>
      <w:r>
        <w:rPr>
          <w:lang w:eastAsia="zh-CN"/>
        </w:rPr>
        <w:br/>
      </w:r>
      <w:r>
        <w:rPr>
          <w:lang w:eastAsia="zh-CN"/>
        </w:rPr>
        <w:t>　　四. 活动地点：</w:t>
      </w:r>
      <w:r>
        <w:rPr>
          <w:lang w:eastAsia="zh-CN"/>
        </w:rPr>
        <w:br/>
      </w:r>
      <w:r>
        <w:rPr>
          <w:lang w:eastAsia="zh-CN"/>
        </w:rPr>
        <w:t>　　田家炳301(暂定)</w:t>
      </w:r>
      <w:r>
        <w:rPr>
          <w:lang w:eastAsia="zh-CN"/>
        </w:rPr>
        <w:br/>
      </w:r>
      <w:r>
        <w:rPr>
          <w:lang w:eastAsia="zh-CN"/>
        </w:rPr>
        <w:t>　　五. 活动时间：</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__年_月_日(周六)晚上6:30-7:30</w:t>
      </w:r>
      <w:r>
        <w:rPr>
          <w:lang w:eastAsia="zh-CN"/>
        </w:rPr>
        <w:br/>
      </w:r>
      <w:r>
        <w:rPr>
          <w:lang w:eastAsia="zh-CN"/>
        </w:rPr>
        <w:t>　　六. 准备：</w:t>
      </w:r>
      <w:r>
        <w:rPr>
          <w:lang w:eastAsia="zh-CN"/>
        </w:rPr>
        <w:br/>
      </w:r>
      <w:r>
        <w:rPr>
          <w:lang w:eastAsia="zh-CN"/>
        </w:rPr>
        <w:t>　　前期准备：</w:t>
      </w:r>
      <w:r>
        <w:rPr>
          <w:lang w:eastAsia="zh-CN"/>
        </w:rPr>
        <w:br/>
      </w:r>
      <w:r>
        <w:rPr>
          <w:lang w:eastAsia="zh-CN"/>
        </w:rPr>
        <w:t>　　⑴制作历届记者节精⑵制作新闻视频。(内容主要包括当前社会新闻热点、校园新闻记者现状)</w:t>
      </w:r>
      <w:r>
        <w:rPr>
          <w:lang w:eastAsia="zh-CN"/>
        </w:rPr>
        <w:br/>
      </w:r>
      <w:r>
        <w:rPr>
          <w:lang w:eastAsia="zh-CN"/>
        </w:rPr>
        <w:t>　　⑶制作系列活动详细介绍ppt</w:t>
      </w:r>
      <w:r>
        <w:rPr>
          <w:lang w:eastAsia="zh-CN"/>
        </w:rPr>
        <w:br/>
      </w:r>
      <w:r>
        <w:rPr>
          <w:lang w:eastAsia="zh-CN"/>
        </w:rPr>
        <w:t>　　⑷制作宣传条幅校团委《金山青年》报社新闻发布会</w:t>
      </w:r>
      <w:r>
        <w:rPr>
          <w:lang w:eastAsia="zh-CN"/>
        </w:rPr>
        <w:br/>
      </w:r>
      <w:r>
        <w:rPr>
          <w:lang w:eastAsia="zh-CN"/>
        </w:rPr>
        <w:t>　　⑸制作各学院邀请函;利用高校交流机会邀请高校报社媒体记者(福大、师范、工程、医大、闽江等)</w:t>
      </w:r>
      <w:r>
        <w:rPr>
          <w:lang w:eastAsia="zh-CN"/>
        </w:rPr>
        <w:br/>
      </w:r>
      <w:r>
        <w:rPr>
          <w:lang w:eastAsia="zh-CN"/>
        </w:rPr>
        <w:t>　　后期准备：</w:t>
      </w:r>
      <w:r>
        <w:rPr>
          <w:lang w:eastAsia="zh-CN"/>
        </w:rPr>
        <w:br/>
      </w:r>
      <w:r>
        <w:rPr>
          <w:lang w:eastAsia="zh-CN"/>
        </w:rPr>
        <w:t>　　⑴教室申请(多媒体)，装饰教室</w:t>
      </w:r>
      <w:r>
        <w:rPr>
          <w:lang w:eastAsia="zh-CN"/>
        </w:rPr>
        <w:br/>
      </w:r>
      <w:r>
        <w:rPr>
          <w:lang w:eastAsia="zh-CN"/>
        </w:rPr>
        <w:t>　　⑵准备各嘉宾、学院、文学社座位牌</w:t>
      </w:r>
      <w:r>
        <w:rPr>
          <w:lang w:eastAsia="zh-CN"/>
        </w:rPr>
        <w:br/>
      </w:r>
      <w:r>
        <w:rPr>
          <w:lang w:eastAsia="zh-CN"/>
        </w:rPr>
        <w:t>　　⑶安排4~6位现场礼仪人员负责引导</w:t>
      </w:r>
      <w:r>
        <w:rPr>
          <w:lang w:eastAsia="zh-CN"/>
        </w:rPr>
        <w:br/>
      </w:r>
      <w:r>
        <w:rPr>
          <w:lang w:eastAsia="zh-CN"/>
        </w:rPr>
        <w:t>　　七. 新闻发布会活动流程：</w:t>
      </w:r>
      <w:r>
        <w:rPr>
          <w:lang w:eastAsia="zh-CN"/>
        </w:rPr>
        <w:br/>
      </w:r>
      <w:r>
        <w:rPr>
          <w:lang w:eastAsia="zh-CN"/>
        </w:rPr>
        <w:t>　　1. [6:30pm]入场。会前播放历届记者节精彩片段</w:t>
      </w:r>
      <w:r>
        <w:rPr>
          <w:lang w:eastAsia="zh-CN"/>
        </w:rPr>
        <w:br/>
      </w:r>
      <w:r>
        <w:rPr>
          <w:lang w:eastAsia="zh-CN"/>
        </w:rPr>
        <w:t>　　由报社礼仪人员引导各学院记者团代表、校内文学社代表(田园、南峰等)以及榕城高校嘉宾入座;出席新闻发布会的社长、主编、副社长以及报社5个部门的5位部长就坐。</w:t>
      </w:r>
      <w:r>
        <w:rPr>
          <w:lang w:eastAsia="zh-CN"/>
        </w:rPr>
        <w:br/>
      </w:r>
      <w:r>
        <w:rPr>
          <w:lang w:eastAsia="zh-CN"/>
        </w:rPr>
        <w:t>　　2. [3-5分钟]社长开场发言，宣布新闻发布会正式开始，介绍出席发布会的报社各个部长，欢迎到场嘉宾并感谢各个出席代表团以及在场同学的到来和大力支持。</w:t>
      </w:r>
      <w:r>
        <w:rPr>
          <w:lang w:eastAsia="zh-CN"/>
        </w:rPr>
        <w:br/>
      </w:r>
      <w:r>
        <w:rPr>
          <w:lang w:eastAsia="zh-CN"/>
        </w:rPr>
        <w:t>　　3.</w:t>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[8-15分钟]播放视频短片。(内容主要包括当前社会新闻热点、校园新闻记者现状、以及我们报社的情况)</w:t>
      </w:r>
      <w:r>
        <w:rPr>
          <w:lang w:eastAsia="zh-CN"/>
        </w:rPr>
        <w:br/>
      </w:r>
      <w:r>
        <w:rPr>
          <w:lang w:eastAsia="zh-CN"/>
        </w:rPr>
        <w:t>　　4. [3-5分钟]嘉宾热评。邀请某学院记者团团长(或者一位外校代表)简谈自己对校园记者的看法及建议。</w:t>
      </w:r>
      <w:r>
        <w:rPr>
          <w:lang w:eastAsia="zh-CN"/>
        </w:rPr>
        <w:br/>
      </w:r>
      <w:r>
        <w:rPr>
          <w:lang w:eastAsia="zh-CN"/>
        </w:rPr>
        <w:t>　　5. [5-10分钟]背景介绍。由主编就短片中社会形势和校园新闻记者的情况，分析当前校园媒体作用，介绍报社举行此次记者节系列活动的背景和初衷，并真诚的邀请广大校园记者们积极参加此次活动。</w:t>
      </w:r>
      <w:r>
        <w:rPr>
          <w:lang w:eastAsia="zh-CN"/>
        </w:rPr>
        <w:br/>
      </w:r>
      <w:r>
        <w:rPr>
          <w:lang w:eastAsia="zh-CN"/>
        </w:rPr>
        <w:t>　　6. [5-8分钟]活动详情。由副社长详细介绍我们报社此次记者节的系列活动(金山青年杯征文大赛、新闻发布会、文化展、记者风采大赛)以及各项时间安排。(此环节可以配用ppt材料)</w:t>
      </w:r>
      <w:r>
        <w:rPr>
          <w:lang w:eastAsia="zh-CN"/>
        </w:rPr>
        <w:br/>
      </w:r>
      <w:r>
        <w:rPr>
          <w:lang w:eastAsia="zh-CN"/>
        </w:rPr>
        <w:t>　　7. [10-15分钟]现场互动。在场的各位代表、同学可以就此次活动自己还不清楚或着很感兴趣的方面向发布人员自由提问，报社社长及各部长做出正面回应，积极引导大家的参与热情。</w:t>
      </w:r>
      <w:r>
        <w:rPr>
          <w:lang w:eastAsia="zh-CN"/>
        </w:rPr>
        <w:br/>
      </w:r>
      <w:r>
        <w:rPr>
          <w:lang w:eastAsia="zh-CN"/>
        </w:rPr>
        <w:t>　　8. [5-8分钟]结束环节。由社长就共同的记者梦做结束语，感谢大家的到来，并告知各学院代表，我们的活动策划及报名单将会发到各学院。</w:t>
      </w:r>
      <w:r>
        <w:rPr>
          <w:lang w:eastAsia="zh-CN"/>
        </w:rPr>
        <w:br/>
      </w:r>
      <w:r>
        <w:rPr>
          <w:lang w:eastAsia="zh-CN"/>
        </w:rPr>
        <w:t>　　八. 策划总结：</w:t>
      </w:r>
      <w:r>
        <w:rPr>
          <w:lang w:eastAsia="zh-CN"/>
        </w:rPr>
        <w:br/>
      </w:r>
      <w:r>
        <w:rPr>
          <w:lang w:eastAsia="zh-CN"/>
        </w:rPr>
        <w:t>　　1.组委会就新闻发布会中的合理意见，进一步修改完善记者节总体策划细节。</w:t>
      </w:r>
      <w:r>
        <w:rPr>
          <w:lang w:eastAsia="zh-CN"/>
        </w:rPr>
        <w:br/>
      </w:r>
      <w:r>
        <w:rPr>
          <w:lang w:eastAsia="zh-CN"/>
        </w:rPr>
        <w:t>　　2.于次日向各学院分发正式活动策划和报名单，邀请各学院记者。</w:t>
      </w:r>
      <w:r>
        <w:rPr>
          <w:lang w:eastAsia="zh-CN"/>
        </w:rPr>
        <w:br/>
      </w:r>
      <w:r>
        <w:rPr>
          <w:lang w:eastAsia="zh-CN"/>
        </w:rPr>
        <w:t>　　九. 经费预算：</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(个数_单价= )</w:t>
      </w:r>
      <w:r>
        <w:rPr>
          <w:lang w:eastAsia="zh-CN"/>
        </w:rPr>
        <w:br/>
      </w:r>
      <w:r>
        <w:rPr>
          <w:lang w:eastAsia="zh-CN"/>
        </w:rPr>
        <w:t>　　条幅 ：</w:t>
      </w:r>
      <w:r>
        <w:rPr>
          <w:lang w:eastAsia="zh-CN"/>
        </w:rPr>
        <w:br/>
      </w:r>
      <w:r>
        <w:rPr>
          <w:lang w:eastAsia="zh-CN"/>
        </w:rPr>
        <w:t>　　邀请函 ：</w:t>
      </w:r>
      <w:r>
        <w:rPr>
          <w:lang w:eastAsia="zh-CN"/>
        </w:rPr>
        <w:br/>
      </w:r>
      <w:r>
        <w:rPr>
          <w:lang w:eastAsia="zh-CN"/>
        </w:rPr>
        <w:t xml:space="preserve">    2024年“118”中国记者节活动方案 篇10 </w:t>
      </w:r>
      <w:r>
        <w:rPr>
          <w:lang w:eastAsia="zh-CN"/>
        </w:rPr>
        <w:br/>
      </w:r>
      <w:r>
        <w:rPr>
          <w:lang w:eastAsia="zh-CN"/>
        </w:rPr>
        <w:t>　　活动意义：</w:t>
      </w:r>
      <w:r>
        <w:rPr>
          <w:lang w:eastAsia="zh-CN"/>
        </w:rPr>
        <w:br/>
      </w:r>
      <w:r>
        <w:rPr>
          <w:lang w:eastAsia="zh-CN"/>
        </w:rPr>
        <w:t>　　庆祝记者节，培养优秀校园记者，提高理论联系实际的'能力。</w:t>
      </w:r>
      <w:r>
        <w:rPr>
          <w:lang w:eastAsia="zh-CN"/>
        </w:rPr>
        <w:br/>
      </w:r>
      <w:r>
        <w:rPr>
          <w:lang w:eastAsia="zh-CN"/>
        </w:rPr>
        <w:t>　　时间地点按排：</w:t>
      </w:r>
      <w:r>
        <w:rPr>
          <w:lang w:eastAsia="zh-CN"/>
        </w:rPr>
        <w:br/>
      </w:r>
      <w:r>
        <w:rPr>
          <w:lang w:eastAsia="zh-CN"/>
        </w:rPr>
        <w:t>　　第一场_月_日晚_：00第二学术报告厅</w:t>
      </w:r>
      <w:r>
        <w:rPr>
          <w:lang w:eastAsia="zh-CN"/>
        </w:rPr>
        <w:br/>
      </w:r>
      <w:r>
        <w:rPr>
          <w:lang w:eastAsia="zh-CN"/>
        </w:rPr>
        <w:t>　　第二场_月_日晚_：00第二学术报告厅</w:t>
      </w:r>
      <w:r>
        <w:rPr>
          <w:lang w:eastAsia="zh-CN"/>
        </w:rPr>
        <w:br/>
      </w:r>
      <w:r>
        <w:rPr>
          <w:lang w:eastAsia="zh-CN"/>
        </w:rPr>
        <w:t>　　第三场_月_日晚_：00第二学术报告厅</w:t>
      </w:r>
      <w:r>
        <w:rPr>
          <w:lang w:eastAsia="zh-CN"/>
        </w:rPr>
        <w:br/>
      </w:r>
      <w:r>
        <w:rPr>
          <w:lang w:eastAsia="zh-CN"/>
        </w:rPr>
        <w:t>　　讲座主题：</w:t>
      </w:r>
      <w:r>
        <w:rPr>
          <w:lang w:eastAsia="zh-CN"/>
        </w:rPr>
        <w:br/>
      </w:r>
      <w:r>
        <w:rPr>
          <w:lang w:eastAsia="zh-CN"/>
        </w:rPr>
        <w:t>　　第一场，怎样做个合格新闻人</w:t>
      </w:r>
      <w:r>
        <w:rPr>
          <w:lang w:eastAsia="zh-CN"/>
        </w:rPr>
        <w:br/>
      </w:r>
      <w:r>
        <w:rPr>
          <w:lang w:eastAsia="zh-CN"/>
        </w:rPr>
        <w:t>　　第二场，先做人，后做新闻人（初定）</w:t>
      </w:r>
      <w:r>
        <w:rPr>
          <w:lang w:eastAsia="zh-CN"/>
        </w:rPr>
        <w:br/>
      </w:r>
      <w:r>
        <w:rPr>
          <w:lang w:eastAsia="zh-CN"/>
        </w:rPr>
        <w:t>　　第三场，校园新闻如何做（初定）</w:t>
      </w:r>
      <w:r>
        <w:rPr>
          <w:lang w:eastAsia="zh-CN"/>
        </w:rPr>
        <w:br/>
      </w:r>
      <w:r>
        <w:rPr>
          <w:lang w:eastAsia="zh-CN"/>
        </w:rPr>
        <w:t>　　活动具体方案：</w:t>
      </w:r>
      <w:r>
        <w:rPr>
          <w:lang w:eastAsia="zh-CN"/>
        </w:rPr>
        <w:br/>
      </w:r>
      <w:r>
        <w:rPr>
          <w:lang w:eastAsia="zh-CN"/>
        </w:rPr>
        <w:t>　　第一场：邀请四位老师（等）以论坛的形式进述合格新闻人要具备哪些素质，主持人 调控时间，至少留下1/3的时间解答学生的疑难问题。</w:t>
      </w:r>
      <w:r>
        <w:rPr>
          <w:lang w:eastAsia="zh-CN"/>
        </w:rPr>
        <w:br/>
      </w:r>
      <w:r>
        <w:rPr>
          <w:lang w:eastAsia="zh-CN"/>
        </w:rPr>
        <w:t>　　讲台布置，教师份两排面对面坐，主持人靠任意一边，中间大屏幕显示：献给记者节，怎样做个合格新闻人，右下方主办：校党委宣传部，承办；新闻传播协会</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台下设四个方阵，每个方阵设两名工作人员收取同学的提问然后交予主持人。</w:t>
      </w:r>
      <w:r>
        <w:rPr>
          <w:lang w:eastAsia="zh-CN"/>
        </w:rPr>
        <w:br/>
      </w:r>
      <w:r>
        <w:rPr>
          <w:lang w:eastAsia="zh-CN"/>
        </w:rPr>
        <w:t>　　第二、三场：请省内著名记者做知识性讲座，讲台布置设一张讲台，一个座式麦克风。</w:t>
      </w:r>
      <w:r>
        <w:rPr>
          <w:lang w:eastAsia="zh-CN"/>
        </w:rPr>
        <w:br/>
      </w:r>
      <w:r>
        <w:rPr>
          <w:lang w:eastAsia="zh-CN"/>
        </w:rPr>
        <w:t>　　活动宣传：做两场宣传板。</w:t>
      </w:r>
      <w:r>
        <w:rPr>
          <w:lang w:eastAsia="zh-CN"/>
        </w:rPr>
        <w:br/>
      </w:r>
      <w:r>
        <w:rPr>
          <w:lang w:eastAsia="zh-CN"/>
        </w:rPr>
        <w:t>　　每场报告张海报。</w:t>
      </w:r>
      <w:r>
        <w:rPr>
          <w:lang w:eastAsia="zh-CN"/>
        </w:rPr>
        <w:br/>
      </w:r>
      <w:r>
        <w:rPr>
          <w:lang w:eastAsia="zh-CN"/>
        </w:rPr>
        <w:t>　　人员按排：邀请老师：</w:t>
      </w:r>
      <w:r>
        <w:rPr>
          <w:lang w:eastAsia="zh-CN"/>
        </w:rPr>
        <w:br/>
      </w:r>
      <w:r>
        <w:rPr>
          <w:lang w:eastAsia="zh-CN"/>
        </w:rPr>
        <w:t>　　会场布置：</w:t>
      </w:r>
      <w:r>
        <w:rPr>
          <w:lang w:eastAsia="zh-CN"/>
        </w:rPr>
        <w:br/>
      </w:r>
      <w:r>
        <w:rPr>
          <w:lang w:eastAsia="zh-CN"/>
        </w:rPr>
        <w:t>　　倒茶：</w:t>
      </w:r>
      <w:r>
        <w:rPr>
          <w:lang w:eastAsia="zh-CN"/>
        </w:rPr>
        <w:br/>
      </w:r>
      <w:r>
        <w:rPr>
          <w:lang w:eastAsia="zh-CN"/>
        </w:rPr>
        <w:t>　　幻灯片制作：</w:t>
      </w:r>
      <w:r>
        <w:rPr>
          <w:lang w:eastAsia="zh-CN"/>
        </w:rPr>
        <w:br/>
      </w:r>
      <w:r>
        <w:rPr>
          <w:lang w:eastAsia="zh-CN"/>
        </w:rPr>
        <w:t>　　邀请嘉宾：</w:t>
      </w:r>
      <w:r>
        <w:rPr>
          <w:lang w:eastAsia="zh-CN"/>
        </w:rPr>
        <w:br/>
      </w:r>
      <w:r>
        <w:rPr>
          <w:lang w:eastAsia="zh-CN"/>
        </w:rPr>
        <w:t>　　接待：</w:t>
      </w:r>
      <w:r>
        <w:rPr>
          <w:lang w:eastAsia="zh-CN"/>
        </w:rPr>
        <w:br/>
      </w:r>
      <w:r>
        <w:rPr>
          <w:lang w:eastAsia="zh-CN"/>
        </w:rPr>
        <w:t>　　第一场收题：</w:t>
      </w:r>
      <w:r>
        <w:rPr>
          <w:lang w:eastAsia="zh-CN"/>
        </w:rPr>
        <w:br/>
      </w:r>
      <w:r>
        <w:rPr>
          <w:lang w:eastAsia="zh-CN"/>
        </w:rPr>
        <w:t>　　经费预算：</w:t>
      </w:r>
      <w:r>
        <w:rPr>
          <w:lang w:eastAsia="zh-CN"/>
        </w:rPr>
        <w:br/>
      </w:r>
      <w:r>
        <w:rPr>
          <w:lang w:eastAsia="zh-CN"/>
        </w:rPr>
        <w:t>　　主讲人经费：__人学习 元</w:t>
      </w:r>
      <w:r>
        <w:rPr>
          <w:lang w:eastAsia="zh-CN"/>
        </w:rPr>
        <w:br/>
      </w:r>
      <w:r>
        <w:rPr>
          <w:lang w:eastAsia="zh-CN"/>
        </w:rPr>
        <w:t>　　会场布置：茶叶：__元，海报用纸30张计__元</w:t>
      </w:r>
      <w:r>
        <w:rPr>
          <w:lang w:eastAsia="zh-CN"/>
        </w:rPr>
        <w:br/>
      </w:r>
      <w:r>
        <w:rPr>
          <w:lang w:eastAsia="zh-CN"/>
        </w:rPr>
        <w:t>　　墨汁：__元，毛笔：__元</w:t>
      </w:r>
      <w:r>
        <w:rPr>
          <w:lang w:eastAsia="zh-CN"/>
        </w:rPr>
        <w:br/>
      </w:r>
      <w:r>
        <w:rPr>
          <w:lang w:eastAsia="zh-CN"/>
        </w:rPr>
        <w:t>　　浆糊：__元</w:t>
      </w:r>
      <w:r>
        <w:rPr>
          <w:lang w:eastAsia="zh-CN"/>
        </w:rPr>
        <w:br/>
      </w:r>
      <w:r>
        <w:rPr>
          <w:lang w:eastAsia="zh-CN"/>
        </w:rPr>
        <w:t>　　幻灯片制作磁盘一张：__元</w:t>
      </w:r>
      <w:r>
        <w:rPr>
          <w:lang w:eastAsia="zh-CN"/>
        </w:rPr>
        <w:br/>
      </w:r>
      <w:r>
        <w:rPr>
          <w:lang w:eastAsia="zh-CN"/>
        </w:rPr>
        <w:t>　　邀请各院记者团请束：_元</w:t>
      </w:r>
      <w:r>
        <w:rPr>
          <w:lang w:eastAsia="zh-CN"/>
        </w:rPr>
        <w:br/>
      </w:r>
      <w:r>
        <w:rPr>
          <w:lang w:eastAsia="zh-CN"/>
        </w:rPr>
        <w:t>　　场地费：__元</w:t>
      </w:r>
      <w:r>
        <w:rPr>
          <w:lang w:eastAsia="zh-CN"/>
        </w:rPr>
        <w:br/>
      </w:r>
      <w:r>
        <w:rPr>
          <w:lang w:eastAsia="zh-CN"/>
        </w:rPr>
        <w:t>　　接送车费：__元</w:t>
      </w:r>
      <w:r>
        <w:rPr>
          <w:lang w:eastAsia="zh-CN"/>
        </w:rPr>
        <w:br/>
      </w:r>
      <w:r>
        <w:rPr>
          <w:lang w:eastAsia="zh-CN"/>
        </w:rPr>
        <w:t>　　总计：__元整。</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2024年“118”中国记者节活动方案 篇11 </w:t>
      </w:r>
      <w:r>
        <w:rPr>
          <w:lang w:eastAsia="zh-CN"/>
        </w:rPr>
        <w:br/>
      </w:r>
      <w:r>
        <w:rPr>
          <w:lang w:eastAsia="zh-CN"/>
        </w:rPr>
        <w:t>　　为庆祝年第 届中国记者节，展现广电新闻工作者的良好风貌，弘扬广电新闻工作者默默奉献的精神，全面展示近年来我市广电新闻宣传、事业产业发展取得的丰硕成果，提高广电的知名度和美誉度，进一步增强新闻工作者的`社会责任感、使命感，强化广电精品栏目、优秀记者、知名主持人的公众形象，特策划在第十届记者节期间组织开展一场记者节专题文艺晚会。初步设想如下：</w:t>
      </w:r>
      <w:r>
        <w:rPr>
          <w:lang w:eastAsia="zh-CN"/>
        </w:rPr>
        <w:br/>
      </w:r>
      <w:r>
        <w:rPr>
          <w:lang w:eastAsia="zh-CN"/>
        </w:rPr>
        <w:t>　　一、晚会主题。展广电风采、颂广电业绩、扬广电美名、树广电形象。</w:t>
      </w:r>
      <w:r>
        <w:rPr>
          <w:lang w:eastAsia="zh-CN"/>
        </w:rPr>
        <w:br/>
      </w:r>
      <w:r>
        <w:rPr>
          <w:lang w:eastAsia="zh-CN"/>
        </w:rPr>
        <w:t>　　二、晚会内容。晚会计划设新闻宣传成果展示、事业产业发展回望、十佳记者（主持人）颁奖和文艺节目汇演四大主题版块。</w:t>
      </w:r>
      <w:r>
        <w:rPr>
          <w:lang w:eastAsia="zh-CN"/>
        </w:rPr>
        <w:br/>
      </w:r>
      <w:r>
        <w:rPr>
          <w:lang w:eastAsia="zh-CN"/>
        </w:rPr>
        <w:t>　　1、新闻宣传成果展示。近年来我市广电媒体在国家级、省级获奖作品和优秀节（栏）目介绍、展播。制作成专题片（可综合制作成一部专题片，也可按获奖级别、节目类型或地域单位制作成若干小版块专题片，专题片时长待定），在晚会现场播放。</w:t>
      </w:r>
      <w:r>
        <w:rPr>
          <w:lang w:eastAsia="zh-CN"/>
        </w:rPr>
        <w:br/>
      </w:r>
      <w:r>
        <w:rPr>
          <w:lang w:eastAsia="zh-CN"/>
        </w:rPr>
        <w:t>　　2、事业产业发展回望。近年来广电系统事业产业建设取得的瞩目成就。制作成专题片（时长待定），在晚会现场播放。</w:t>
      </w:r>
      <w:r>
        <w:rPr>
          <w:lang w:eastAsia="zh-CN"/>
        </w:rPr>
        <w:br/>
      </w:r>
      <w:r>
        <w:rPr>
          <w:lang w:eastAsia="zh-CN"/>
        </w:rPr>
        <w:t>　　3、十佳记者、主持人颁奖。全市广电系统由基层推荐评选出十佳 记者、主持人，每名优秀记者、主持人拍摄制作两分钟左右专题介绍片，现场播放。晚会上向十佳记者、主持人颁发奖杯和证书；</w:t>
      </w:r>
      <w:r>
        <w:rPr>
          <w:lang w:eastAsia="zh-CN"/>
        </w:rPr>
        <w:br/>
      </w:r>
      <w:r>
        <w:rPr>
          <w:lang w:eastAsia="zh-CN"/>
        </w:rPr>
        <w:t>　　4、文艺节目汇演。从系统内各单位选调优秀自编自排文艺节目，也可适当安排部分外邀节目。</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四大主题版块在晚会中合理编排、精心穿插。整场晚会及各版块、各节目做到坚持精品化、突破模式化、增强主题性、体现广电情。</w:t>
      </w:r>
      <w:r>
        <w:rPr>
          <w:lang w:eastAsia="zh-CN"/>
        </w:rPr>
        <w:br/>
      </w:r>
      <w:r>
        <w:rPr>
          <w:lang w:eastAsia="zh-CN"/>
        </w:rPr>
        <w:t>　　三、时间、地点和播出形式。如晚会采取直播形式，晚会时间则定于11月8日晚；如晚会采取录播形式，晚会时间则定于11月8日前两至三天。晚会地点可选择电视台演播厅或其它适合晚会举办场所。</w:t>
      </w:r>
      <w:r>
        <w:rPr>
          <w:lang w:eastAsia="zh-CN"/>
        </w:rPr>
        <w:br/>
      </w:r>
      <w:r>
        <w:rPr>
          <w:lang w:eastAsia="zh-CN"/>
        </w:rPr>
        <w:t>　　四、邀请领导及嘉宾。拟邀请市四大家领导、市直各单位负责人、优秀企业和商家老总等出席、参加晚会，以充分扩大本场晚会的宣传效果及影响层面。晚会现场并邀请市领导祝贺致辞，对广电系统的工作成绩给予肯定、褒奖。</w:t>
      </w:r>
      <w:r>
        <w:rPr>
          <w:lang w:eastAsia="zh-CN"/>
        </w:rPr>
        <w:br/>
      </w:r>
      <w:r>
        <w:rPr>
          <w:lang w:eastAsia="zh-CN"/>
        </w:rPr>
        <w:t>　　五、冠名及赞助。为使本次活动实现社会效益与经济效益的双收获，可发挥广电人社会关系资源优势，为本届记者节晚会联系冠名及赞助（冠名及赞助费用标准待定）。对冠名及赞助联系人可给予一定比例提成奖励。</w:t>
      </w:r>
      <w:r>
        <w:rPr>
          <w:lang w:eastAsia="zh-CN"/>
        </w:rPr>
        <w:br/>
      </w:r>
      <w:r>
        <w:rPr>
          <w:lang w:eastAsia="zh-CN"/>
        </w:rPr>
        <w:t>　　六、组建专班。为确保本届记者节晚会各项筹备工作的有序运作、顺利开展，拟成立记者节晚会筹备领导专班，由局党委书记、局长张莉君担任专班负责人。专班下设三个筹备小组：</w:t>
      </w:r>
      <w:r>
        <w:rPr>
          <w:lang w:eastAsia="zh-CN"/>
        </w:rPr>
        <w:br/>
      </w:r>
      <w:r>
        <w:rPr>
          <w:lang w:eastAsia="zh-CN"/>
        </w:rPr>
        <w:t>　　1、专题摄制筹备小组：负责晚会现场播放的各档专题片的策划、选材、拍摄、制作工作；</w:t>
      </w:r>
      <w:r>
        <w:rPr>
          <w:lang w:eastAsia="zh-CN"/>
        </w:rPr>
        <w:br/>
      </w:r>
      <w:r>
        <w:rPr>
          <w:lang w:eastAsia="zh-CN"/>
        </w:rPr>
        <w:t>　　2、文艺节目筹备小组：负责晚会文艺节目的抽调、选优和精排工作；</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3、晚会组织筹备小组：负责晚会总体编导、设计、协调及其它相关工作。</w:t>
      </w:r>
      <w:r>
        <w:rPr>
          <w:lang w:eastAsia="zh-CN"/>
        </w:rPr>
        <w:br/>
      </w:r>
      <w:r>
        <w:rPr>
          <w:lang w:eastAsia="zh-CN"/>
        </w:rPr>
        <w:t>　　各小组配备相应专长骨干人员，既明确分工，又统筹配合，协心同力完成记者节晚会各项筹备工作。</w:t>
      </w:r>
      <w:r>
        <w:rPr>
          <w:lang w:eastAsia="zh-CN"/>
        </w:rPr>
        <w:br/>
      </w:r>
      <w:r>
        <w:rPr>
          <w:lang w:eastAsia="zh-CN"/>
        </w:rPr>
        <w:t>　　本届记者节晚会是对广电系统精神风貌、各项成果的集中展示，也是对广电人自我宣传、自我包装能力的一次考验，在晚会策划思路上和实际动作中尽量做到集思广益，众策群力，力争将本届晚会办成我们广电系统展风采、颂业绩、扬美名、树形象的精品晚会。</w:t>
      </w:r>
      <w:r>
        <w:rPr>
          <w:lang w:eastAsia="zh-CN"/>
        </w:rPr>
        <w:br/>
      </w:r>
      <w:r>
        <w:rPr>
          <w:lang w:eastAsia="zh-CN"/>
        </w:rPr>
        <w:t xml:space="preserve">    2024年“118”中国记者节活动方案 篇12 </w:t>
      </w:r>
      <w:r>
        <w:rPr>
          <w:lang w:eastAsia="zh-CN"/>
        </w:rPr>
        <w:br/>
      </w:r>
      <w:r>
        <w:rPr>
          <w:lang w:eastAsia="zh-CN"/>
        </w:rPr>
        <w:t>　　一、活动流程：</w:t>
      </w:r>
      <w:r>
        <w:rPr>
          <w:lang w:eastAsia="zh-CN"/>
        </w:rPr>
        <w:br/>
      </w:r>
      <w:r>
        <w:rPr>
          <w:lang w:eastAsia="zh-CN"/>
        </w:rPr>
        <w:t>　　1、直播理工</w:t>
      </w:r>
      <w:r>
        <w:rPr>
          <w:lang w:eastAsia="zh-CN"/>
        </w:rPr>
        <w:br/>
      </w:r>
      <w:r>
        <w:rPr>
          <w:lang w:eastAsia="zh-CN"/>
        </w:rPr>
        <w:t>　　新闻组共9人，分为3组，每组派一个代表上舞台解说，时长不超过5分钟。</w:t>
      </w:r>
      <w:r>
        <w:rPr>
          <w:lang w:eastAsia="zh-CN"/>
        </w:rPr>
        <w:br/>
      </w:r>
      <w:r>
        <w:rPr>
          <w:lang w:eastAsia="zh-CN"/>
        </w:rPr>
        <w:t>　　2、中场休息，中间插个小游戏。由主持人提问有关微博的问题，答对者可获得小奖品。</w:t>
      </w:r>
      <w:r>
        <w:rPr>
          <w:lang w:eastAsia="zh-CN"/>
        </w:rPr>
        <w:br/>
      </w:r>
      <w:r>
        <w:rPr>
          <w:lang w:eastAsia="zh-CN"/>
        </w:rPr>
        <w:t>　　3、快乐分享</w:t>
      </w:r>
      <w:r>
        <w:rPr>
          <w:lang w:eastAsia="zh-CN"/>
        </w:rPr>
        <w:br/>
      </w:r>
      <w:r>
        <w:rPr>
          <w:lang w:eastAsia="zh-CN"/>
        </w:rPr>
        <w:t>　　娱乐组共12人，不再分组，以个体为单位参赛。每位选手需上台讲说自己的作品。时长不超过3分钟。</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文艺表演：文艺表演穿插在前三个流程中，由参赛选手选择性表演，即是否进行文艺表演由参赛选手（小组）自主选择。进行文艺表演的选手（小组）可获得相应加分，计入总成绩。选择文艺表演的选手（小组）需在自己讲说完成后进行，文艺表演时长勿超过3分钟。</w:t>
      </w:r>
      <w:r>
        <w:rPr>
          <w:lang w:eastAsia="zh-CN"/>
        </w:rPr>
        <w:br/>
      </w:r>
      <w:r>
        <w:rPr>
          <w:lang w:eastAsia="zh-CN"/>
        </w:rPr>
        <w:t>　　5、分数统计：由评委进行打分，然后交由统分员进行统分，最后排定名次。</w:t>
      </w:r>
      <w:r>
        <w:rPr>
          <w:lang w:eastAsia="zh-CN"/>
        </w:rPr>
        <w:br/>
      </w:r>
      <w:r>
        <w:rPr>
          <w:lang w:eastAsia="zh-CN"/>
        </w:rPr>
        <w:t>　　6、颁奖：根据名次颁奖</w:t>
      </w:r>
      <w:r>
        <w:rPr>
          <w:lang w:eastAsia="zh-CN"/>
        </w:rPr>
        <w:br/>
      </w:r>
      <w:r>
        <w:rPr>
          <w:lang w:eastAsia="zh-CN"/>
        </w:rPr>
        <w:t>　　二、决赛要求：</w:t>
      </w:r>
      <w:r>
        <w:rPr>
          <w:lang w:eastAsia="zh-CN"/>
        </w:rPr>
        <w:br/>
      </w:r>
      <w:r>
        <w:rPr>
          <w:lang w:eastAsia="zh-CN"/>
        </w:rPr>
        <w:t>　　进入决赛的同学从5月5日起便可进行决赛作品的准备，到5月7日晚必须将作品准备完毕！5月8日上午9:00，在西校大学生艺术中心多功能厅准时进行决赛作品评定。请参赛选手提前20分钟到场，每人需邀请不少于3个同学好友作为亲友团。</w:t>
      </w:r>
      <w:r>
        <w:rPr>
          <w:lang w:eastAsia="zh-CN"/>
        </w:rPr>
        <w:br/>
      </w:r>
      <w:r>
        <w:rPr>
          <w:lang w:eastAsia="zh-CN"/>
        </w:rPr>
        <w:t>　　1、新闻组要求：</w:t>
      </w:r>
      <w:r>
        <w:rPr>
          <w:lang w:eastAsia="zh-CN"/>
        </w:rPr>
        <w:br/>
      </w:r>
      <w:r>
        <w:rPr>
          <w:lang w:eastAsia="zh-CN"/>
        </w:rPr>
        <w:t>　　新闻组有三组，每组需用微博直播校园内进行的一个活动。建议直播活动场所稳定，时间有保证的活动。活动的直播时长不得少于30分钟。等活动直播完成后，请对作品进行整理，制成ppt的形式，以方便决赛中进行讲说。PPT的图片需截自直播微博，并且是放大后的，有水印为证。注：各组成员联系方式已发在本社团新浪博客，请根据联系方式自主联系本组成员。</w:t>
      </w:r>
      <w:r>
        <w:rPr>
          <w:lang w:eastAsia="zh-CN"/>
        </w:rPr>
        <w:br/>
      </w:r>
      <w:r>
        <w:rPr>
          <w:lang w:eastAsia="zh-CN"/>
        </w:rPr>
        <w:t>　　新闻组评分标准：</w:t>
      </w:r>
      <w:r>
        <w:rPr>
          <w:lang w:eastAsia="zh-CN"/>
        </w:rPr>
        <w:br/>
      </w:r>
      <w:r>
        <w:rPr>
          <w:lang w:eastAsia="zh-CN"/>
        </w:rPr>
        <w:t>　　直播质量（语言丰富度、直播速度、图片质量等）30分；</w:t>
      </w:r>
      <w:r>
        <w:rPr>
          <w:lang w:eastAsia="zh-CN"/>
        </w:rPr>
        <w:br/>
      </w:r>
      <w:r>
        <w:rPr>
          <w:lang w:eastAsia="zh-CN"/>
        </w:rPr>
        <w:t>　　经验分享（如何把微博直播做好的'心得体会）30分；</w:t>
      </w:r>
      <w:r>
        <w:rPr>
          <w:lang w:eastAsia="zh-CN"/>
        </w:rPr>
        <w:br/>
      </w:r>
      <w:r>
        <w:rPr>
          <w:lang w:eastAsia="zh-CN"/>
        </w:rPr>
        <w:t>　　现场表现20分</w:t>
      </w:r>
      <w:r>
        <w:rPr>
          <w:lang w:eastAsia="zh-CN"/>
        </w:rPr>
        <w:br/>
      </w:r>
      <w:r>
        <w:rPr>
          <w:lang w:eastAsia="zh-CN"/>
        </w:rPr>
        <w:t>　　文艺表演20分（选择性加分）</w:t>
      </w:r>
      <w:r>
        <w:rPr>
          <w:lang w:eastAsia="zh-CN"/>
        </w:rPr>
        <w:br/>
      </w:r>
      <w:r>
        <w:rPr>
          <w:lang w:eastAsia="zh-CN"/>
        </w:rPr>
        <w:t>　　2、娱乐组要求：</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娱乐组有12人，决赛每人需再创作一条微博，然后将自己初赛中的作品与决赛作品制成ppt，方便讲说。初赛作品勿与决赛的作品混在一起。决赛原创微博的要求：数量为一条，要围绕“色彩、背影、求索、精灵、八零九零”这五个词语为主题，微博图片和文字中含义与上述五个词语联系越多越好。 PPT的图片需截自微博放大图片，有水印为证。</w:t>
      </w:r>
      <w:r>
        <w:rPr>
          <w:lang w:eastAsia="zh-CN"/>
        </w:rPr>
        <w:br/>
      </w:r>
      <w:r>
        <w:rPr>
          <w:lang w:eastAsia="zh-CN"/>
        </w:rPr>
        <w:t>　　娱乐组评分标准：</w:t>
      </w:r>
      <w:r>
        <w:rPr>
          <w:lang w:eastAsia="zh-CN"/>
        </w:rPr>
        <w:br/>
      </w:r>
      <w:r>
        <w:rPr>
          <w:lang w:eastAsia="zh-CN"/>
        </w:rPr>
        <w:t>　　初赛作品（数量、质量）30分</w:t>
      </w:r>
      <w:r>
        <w:rPr>
          <w:lang w:eastAsia="zh-CN"/>
        </w:rPr>
        <w:br/>
      </w:r>
      <w:r>
        <w:rPr>
          <w:lang w:eastAsia="zh-CN"/>
        </w:rPr>
        <w:t>　　决赛作品（图片文字质量、与所给主题的切合度等）50分</w:t>
      </w:r>
      <w:r>
        <w:rPr>
          <w:lang w:eastAsia="zh-CN"/>
        </w:rPr>
        <w:br/>
      </w:r>
      <w:r>
        <w:rPr>
          <w:lang w:eastAsia="zh-CN"/>
        </w:rPr>
        <w:t>　　现场表现20分</w:t>
      </w:r>
      <w:r>
        <w:rPr>
          <w:lang w:eastAsia="zh-CN"/>
        </w:rPr>
        <w:br/>
      </w:r>
      <w:r>
        <w:rPr>
          <w:lang w:eastAsia="zh-CN"/>
        </w:rPr>
        <w:t>　　文艺表演20分（选择性加分）</w:t>
      </w:r>
      <w:r>
        <w:rPr>
          <w:lang w:eastAsia="zh-CN"/>
        </w:rPr>
        <w:br/>
      </w:r>
      <w:r>
        <w:rPr>
          <w:lang w:eastAsia="zh-CN"/>
        </w:rPr>
        <w:t>　　比赛中的作品要求全部为原创，包括图片及文字。违规严重者将被取消比赛资格！</w:t>
      </w:r>
      <w:r>
        <w:rPr>
          <w:lang w:eastAsia="zh-CN"/>
        </w:rPr>
        <w:br/>
      </w:r>
      <w:r>
        <w:rPr>
          <w:lang w:eastAsia="zh-CN"/>
        </w:rPr>
        <w:t>　　请参赛选手在制作ppt时注意评分的侧重点，要求语言尽量精美。文艺表演尽量求新，请不要选择手语操等在各个活动中多次表演的节目。</w:t>
      </w:r>
      <w:r>
        <w:rPr>
          <w:lang w:eastAsia="zh-CN"/>
        </w:rPr>
        <w:br/>
      </w:r>
      <w:r>
        <w:rPr>
          <w:lang w:eastAsia="zh-CN"/>
        </w:rPr>
        <w:t>　　三、人员安排：</w:t>
      </w:r>
      <w:r>
        <w:rPr>
          <w:lang w:eastAsia="zh-CN"/>
        </w:rPr>
        <w:br/>
      </w:r>
      <w:r>
        <w:rPr>
          <w:lang w:eastAsia="zh-CN"/>
        </w:rPr>
        <w:t>　　会场布置：黄维新、孟园园、石亚慧、韦柳军、许文莉、张冲</w:t>
      </w:r>
      <w:r>
        <w:rPr>
          <w:lang w:eastAsia="zh-CN"/>
        </w:rPr>
        <w:br/>
      </w:r>
      <w:r>
        <w:rPr>
          <w:lang w:eastAsia="zh-CN"/>
        </w:rPr>
        <w:t>　　主持人：苟兰兰、</w:t>
      </w:r>
      <w:r>
        <w:rPr>
          <w:lang w:eastAsia="zh-CN"/>
        </w:rPr>
        <w:br/>
      </w:r>
      <w:r>
        <w:rPr>
          <w:lang w:eastAsia="zh-CN"/>
        </w:rPr>
        <w:t>　　服务人员：石亚慧、许文莉、孟园园</w:t>
      </w:r>
      <w:r>
        <w:rPr>
          <w:lang w:eastAsia="zh-CN"/>
        </w:rPr>
        <w:br/>
      </w:r>
      <w:r>
        <w:rPr>
          <w:lang w:eastAsia="zh-CN"/>
        </w:rPr>
        <w:t>　　评委：机械学院社联主席：吕国玉；材料学院社联主席：赵玉光；青春在线新闻频道主编：董思寒；电气学院社联主席：梅静</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统分员：黄维新、韦柳军</w:t>
      </w:r>
      <w:r>
        <w:rPr>
          <w:lang w:eastAsia="zh-CN"/>
        </w:rPr>
        <w:br/>
      </w:r>
      <w:r>
        <w:rPr>
          <w:lang w:eastAsia="zh-CN"/>
        </w:rPr>
        <w:t>　　电脑控制：张冲</w:t>
      </w:r>
      <w:r>
        <w:rPr>
          <w:lang w:eastAsia="zh-CN"/>
        </w:rPr>
        <w:br/>
      </w:r>
      <w:r>
        <w:rPr>
          <w:lang w:eastAsia="zh-CN"/>
        </w:rPr>
        <w:t>　　策划主办：校社联</w:t>
      </w:r>
      <w:r>
        <w:rPr>
          <w:lang w:eastAsia="zh-CN"/>
        </w:rPr>
        <w:br/>
      </w:r>
      <w:r>
        <w:rPr>
          <w:lang w:eastAsia="zh-CN"/>
        </w:rPr>
        <w:t xml:space="preserve">    2024年“118”中国记者节活动方案 篇13 </w:t>
      </w:r>
      <w:r>
        <w:rPr>
          <w:lang w:eastAsia="zh-CN"/>
        </w:rPr>
        <w:br/>
      </w:r>
      <w:r>
        <w:rPr>
          <w:lang w:eastAsia="zh-CN"/>
        </w:rPr>
        <w:t>　　一、活动背景</w:t>
      </w:r>
      <w:r>
        <w:rPr>
          <w:lang w:eastAsia="zh-CN"/>
        </w:rPr>
        <w:br/>
      </w:r>
      <w:r>
        <w:rPr>
          <w:lang w:eastAsia="zh-CN"/>
        </w:rPr>
        <w:t>　　11月8日是中国记者节。1937年11月8日，以范长江为首的左翼新闻工作者在上海成立了中国青年记者协会。新中国成立以来，中国记协团结了广大新闻工作者爱好者，推动了中国新闻事业的发展，以及在开展国际新闻界友好往来等方面作出了显著贡献。作为当代的大学生们，理应积极关注中国新闻事业的发展，促进其不断壮大。今天，我们又迎来了记者节，记者团联手校园广播台开展此次我是记者，我爱记者庆祝活动。</w:t>
      </w:r>
      <w:r>
        <w:rPr>
          <w:lang w:eastAsia="zh-CN"/>
        </w:rPr>
        <w:br/>
      </w:r>
      <w:r>
        <w:rPr>
          <w:lang w:eastAsia="zh-CN"/>
        </w:rPr>
        <w:t>　　二、活动主题：</w:t>
      </w:r>
      <w:r>
        <w:rPr>
          <w:lang w:eastAsia="zh-CN"/>
        </w:rPr>
        <w:br/>
      </w:r>
      <w:r>
        <w:rPr>
          <w:lang w:eastAsia="zh-CN"/>
        </w:rPr>
        <w:t>　　商院记者，一路同行。</w:t>
      </w:r>
      <w:r>
        <w:rPr>
          <w:lang w:eastAsia="zh-CN"/>
        </w:rPr>
        <w:br/>
      </w:r>
      <w:r>
        <w:rPr>
          <w:lang w:eastAsia="zh-CN"/>
        </w:rPr>
        <w:t>　　三、活动目的：</w:t>
      </w:r>
      <w:r>
        <w:rPr>
          <w:lang w:eastAsia="zh-CN"/>
        </w:rPr>
        <w:br/>
      </w:r>
      <w:r>
        <w:rPr>
          <w:lang w:eastAsia="zh-CN"/>
        </w:rPr>
        <w:t>　　宣传新闻知识、培养实践能力，丰富高校文化，增进青年大</w:t>
      </w:r>
      <w:r>
        <w:rPr>
          <w:lang w:eastAsia="zh-CN"/>
        </w:rPr>
        <w:br/>
      </w:r>
      <w:r>
        <w:rPr>
          <w:lang w:eastAsia="zh-CN"/>
        </w:rPr>
        <w:t>　　学生学习交流，促进和谐校园建设。</w:t>
      </w:r>
      <w:r>
        <w:rPr>
          <w:lang w:eastAsia="zh-CN"/>
        </w:rPr>
        <w:br/>
      </w:r>
      <w:r>
        <w:rPr>
          <w:lang w:eastAsia="zh-CN"/>
        </w:rPr>
        <w:t>　　四、活动时间地点：</w:t>
      </w:r>
      <w:r>
        <w:rPr>
          <w:lang w:eastAsia="zh-CN"/>
        </w:rPr>
        <w:br/>
      </w:r>
      <w:r>
        <w:rPr>
          <w:lang w:eastAsia="zh-CN"/>
        </w:rPr>
        <w:t>　　20__年_月_日</w:t>
      </w:r>
      <w:r>
        <w:rPr>
          <w:lang w:eastAsia="zh-CN"/>
        </w:rPr>
        <w:br/>
      </w:r>
      <w:r>
        <w:rPr>
          <w:lang w:eastAsia="zh-CN"/>
        </w:rPr>
        <w:t>　　五、活动地点：</w:t>
      </w:r>
      <w:r>
        <w:rPr>
          <w:lang w:eastAsia="zh-CN"/>
        </w:rPr>
        <w:br/>
      </w:r>
      <w:r>
        <w:rPr>
          <w:lang w:eastAsia="zh-CN"/>
        </w:rPr>
        <w:t>　　中心广场</w:t>
      </w:r>
      <w:r>
        <w:rPr>
          <w:lang w:eastAsia="zh-CN"/>
        </w:rPr>
        <w:br/>
      </w:r>
      <w:r>
        <w:rPr>
          <w:lang w:eastAsia="zh-CN"/>
        </w:rPr>
        <w:t>　　六、活动主要内容：</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1、在校园内悬挂横幅宣传记者节。</w:t>
      </w:r>
      <w:r>
        <w:rPr>
          <w:lang w:eastAsia="zh-CN"/>
        </w:rPr>
        <w:br/>
      </w:r>
      <w:r>
        <w:rPr>
          <w:lang w:eastAsia="zh-CN"/>
        </w:rPr>
        <w:t>　　2、我是记者，我爱记者体验活动及征集签名活动。</w:t>
      </w:r>
      <w:r>
        <w:rPr>
          <w:lang w:eastAsia="zh-CN"/>
        </w:rPr>
        <w:br/>
      </w:r>
      <w:r>
        <w:rPr>
          <w:lang w:eastAsia="zh-CN"/>
        </w:rPr>
        <w:t>　　3、接力长跑。</w:t>
      </w:r>
      <w:r>
        <w:rPr>
          <w:lang w:eastAsia="zh-CN"/>
        </w:rPr>
        <w:br/>
      </w:r>
      <w:r>
        <w:rPr>
          <w:lang w:eastAsia="zh-CN"/>
        </w:rPr>
        <w:t>　　4、倒着说游戏</w:t>
      </w:r>
      <w:r>
        <w:rPr>
          <w:lang w:eastAsia="zh-CN"/>
        </w:rPr>
        <w:br/>
      </w:r>
      <w:r>
        <w:rPr>
          <w:lang w:eastAsia="zh-CN"/>
        </w:rPr>
        <w:t>　　七、活动流程</w:t>
      </w:r>
      <w:r>
        <w:rPr>
          <w:lang w:eastAsia="zh-CN"/>
        </w:rPr>
        <w:br/>
      </w:r>
      <w:r>
        <w:rPr>
          <w:lang w:eastAsia="zh-CN"/>
        </w:rPr>
        <w:t>　　1、11月8日早10点前张挂横幅。</w:t>
      </w:r>
      <w:r>
        <w:rPr>
          <w:lang w:eastAsia="zh-CN"/>
        </w:rPr>
        <w:br/>
      </w:r>
      <w:r>
        <w:rPr>
          <w:lang w:eastAsia="zh-CN"/>
        </w:rPr>
        <w:t>　　2、活动时间为中午12：10。</w:t>
      </w:r>
      <w:r>
        <w:rPr>
          <w:lang w:eastAsia="zh-CN"/>
        </w:rPr>
        <w:br/>
      </w:r>
      <w:r>
        <w:rPr>
          <w:lang w:eastAsia="zh-CN"/>
        </w:rPr>
        <w:t>　　3、主持人宣布活动正式开始。</w:t>
      </w:r>
      <w:r>
        <w:rPr>
          <w:lang w:eastAsia="zh-CN"/>
        </w:rPr>
        <w:br/>
      </w:r>
      <w:r>
        <w:rPr>
          <w:lang w:eastAsia="zh-CN"/>
        </w:rPr>
        <w:t>　　4、由主持人介绍参会嘉宾并邀其讲话。</w:t>
      </w:r>
      <w:r>
        <w:rPr>
          <w:lang w:eastAsia="zh-CN"/>
        </w:rPr>
        <w:br/>
      </w:r>
      <w:r>
        <w:rPr>
          <w:lang w:eastAsia="zh-CN"/>
        </w:rPr>
        <w:t>　　5、由记者团、广播台负责人组织我是记者，我爱记者体验活动及签名活动。</w:t>
      </w:r>
      <w:r>
        <w:rPr>
          <w:lang w:eastAsia="zh-CN"/>
        </w:rPr>
        <w:br/>
      </w:r>
      <w:r>
        <w:rPr>
          <w:lang w:eastAsia="zh-CN"/>
        </w:rPr>
        <w:t>　　6、由主持人介绍接力长跑的规则并开始活动。</w:t>
      </w:r>
      <w:r>
        <w:rPr>
          <w:lang w:eastAsia="zh-CN"/>
        </w:rPr>
        <w:br/>
      </w:r>
      <w:r>
        <w:rPr>
          <w:lang w:eastAsia="zh-CN"/>
        </w:rPr>
        <w:t>　　7、由主持人介绍倒着说游戏规则。</w:t>
      </w:r>
      <w:r>
        <w:rPr>
          <w:lang w:eastAsia="zh-CN"/>
        </w:rPr>
        <w:br/>
      </w:r>
      <w:r>
        <w:rPr>
          <w:lang w:eastAsia="zh-CN"/>
        </w:rPr>
        <w:t>　　8、由主管指导老师做活动总结。</w:t>
      </w:r>
      <w:r>
        <w:rPr>
          <w:lang w:eastAsia="zh-CN"/>
        </w:rPr>
        <w:br/>
      </w:r>
      <w:r>
        <w:rPr>
          <w:lang w:eastAsia="zh-CN"/>
        </w:rPr>
        <w:t>　　9、有主持人宣布本次活动结束。</w:t>
      </w:r>
      <w:r>
        <w:rPr>
          <w:lang w:eastAsia="zh-CN"/>
        </w:rPr>
        <w:br/>
      </w:r>
      <w:r>
        <w:rPr>
          <w:lang w:eastAsia="zh-CN"/>
        </w:rPr>
        <w:t xml:space="preserve">    2024年“118”中国记者节活动方案 篇14 </w:t>
      </w:r>
      <w:r>
        <w:rPr>
          <w:lang w:eastAsia="zh-CN"/>
        </w:rPr>
        <w:br/>
      </w:r>
      <w:r>
        <w:rPr>
          <w:lang w:eastAsia="zh-CN"/>
        </w:rPr>
        <w:t>　　一、总体思路：以践行马克思主义新闻观为主线，展现以高思杰为代表的我市新闻工作者风采，展示今年来我市新闻事业发展取得的丰硕成果，进一步增强新闻工作者的社会责任感、使命感，整个活动突出思想性、教育性、艺术性奔跑在路上__市庆祝第17个中国记者节系列活动暨星光杯-----最美新闻人颁奖典礼策划方案</w:t>
      </w:r>
      <w:r>
        <w:rPr>
          <w:lang w:eastAsia="zh-CN"/>
        </w:rPr>
        <w:br/>
      </w:r>
      <w:r>
        <w:rPr>
          <w:lang w:eastAsia="zh-CN"/>
        </w:rPr>
        <w:t>　　一、活动主题</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为庆祝20__年第17个中国记者节，展现我市新闻工作者风采，弘扬新闻工作者默默奉献的精神，全面展示今年来我市宣传思想工作、新闻事业发展取得的丰硕成果，进一步增强新闻工作者的社会责任感、使命感，特策划在20__年11月8日组织开展庆祝第17届记者节活动暨__市最美新闻人颁奖典礼。</w:t>
      </w:r>
      <w:r>
        <w:rPr>
          <w:lang w:eastAsia="zh-CN"/>
        </w:rPr>
        <w:br/>
      </w:r>
      <w:r>
        <w:rPr>
          <w:lang w:eastAsia="zh-CN"/>
        </w:rPr>
        <w:t>　　二、组织机构</w:t>
      </w:r>
      <w:r>
        <w:rPr>
          <w:lang w:eastAsia="zh-CN"/>
        </w:rPr>
        <w:br/>
      </w:r>
      <w:r>
        <w:rPr>
          <w:lang w:eastAsia="zh-CN"/>
        </w:rPr>
        <w:t>　　主办：中共__市委宣传部、__市新闻工作者协会 承办：广播电视台、__日报社</w:t>
      </w:r>
      <w:r>
        <w:rPr>
          <w:lang w:eastAsia="zh-CN"/>
        </w:rPr>
        <w:br/>
      </w:r>
      <w:r>
        <w:rPr>
          <w:lang w:eastAsia="zh-CN"/>
        </w:rPr>
        <w:t>　　时间：20__年11月8日下午15:00</w:t>
      </w:r>
      <w:r>
        <w:rPr>
          <w:lang w:eastAsia="zh-CN"/>
        </w:rPr>
        <w:br/>
      </w:r>
      <w:r>
        <w:rPr>
          <w:lang w:eastAsia="zh-CN"/>
        </w:rPr>
        <w:t>　　地点：广播电视台演播厅</w:t>
      </w:r>
      <w:r>
        <w:rPr>
          <w:lang w:eastAsia="zh-CN"/>
        </w:rPr>
        <w:br/>
      </w:r>
      <w:r>
        <w:rPr>
          <w:lang w:eastAsia="zh-CN"/>
        </w:rPr>
        <w:t>　　三、活动内容</w:t>
      </w:r>
      <w:r>
        <w:rPr>
          <w:lang w:eastAsia="zh-CN"/>
        </w:rPr>
        <w:br/>
      </w:r>
      <w:r>
        <w:rPr>
          <w:lang w:eastAsia="zh-CN"/>
        </w:rPr>
        <w:t>　　整个活动分为四个板块：有奖征集活动、新闻宣传成果展示、最美新闻人颁奖、文艺节目汇演。由广播电视台推荐男女各一位主持人担当本次活动的主持，主持词要体现我市新闻宣传整体情况，包括广播电视、报纸、网络等媒体20__年度获得的新成就、事业新发展，尤其要重点推出我市媒体记者队伍中涌现出的全省重大典型高思杰同志，号召全体新闻工作者向他学习。</w:t>
      </w:r>
      <w:r>
        <w:rPr>
          <w:lang w:eastAsia="zh-CN"/>
        </w:rPr>
        <w:br/>
      </w:r>
      <w:r>
        <w:rPr>
          <w:lang w:eastAsia="zh-CN"/>
        </w:rPr>
        <w:t>　　四、10月15&amp;11月8日举办我是记者---寻找好新闻 ，有奖征集活动。</w:t>
      </w:r>
      <w:r>
        <w:rPr>
          <w:lang w:eastAsia="zh-CN"/>
        </w:rPr>
        <w:br/>
      </w:r>
      <w:r>
        <w:rPr>
          <w:lang w:eastAsia="zh-CN"/>
        </w:rPr>
        <w:t>　　1.参与者可以将发生在身边的大事小事通过一张照片(配文字说明)或者一则简短的报道发送到印象公众号。</w:t>
      </w:r>
      <w:r>
        <w:rPr>
          <w:lang w:eastAsia="zh-CN"/>
        </w:rPr>
        <w:br/>
      </w:r>
      <w:r>
        <w:rPr>
          <w:lang w:eastAsia="zh-CN"/>
        </w:rPr>
        <w:t>　　2.</w:t>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xml:space="preserve"> 由广播电视台和__日报社资深记者团进行线下筛选，入围作品将进行网上投票，最终选出最具新闻价值的作品。</w:t>
      </w:r>
      <w:r>
        <w:rPr>
          <w:lang w:eastAsia="zh-CN"/>
        </w:rPr>
        <w:br/>
      </w:r>
      <w:r>
        <w:rPr>
          <w:lang w:eastAsia="zh-CN"/>
        </w:rPr>
        <w:t>　　3.获奖者将获得由广播电视台颁发的荣誉证书及丰厚奖品，并有机会与广电和__日报社的记者们进行一天的外拍及采访体验。</w:t>
      </w:r>
      <w:r>
        <w:rPr>
          <w:lang w:eastAsia="zh-CN"/>
        </w:rPr>
        <w:br/>
      </w:r>
      <w:r>
        <w:rPr>
          <w:lang w:eastAsia="zh-CN"/>
        </w:rPr>
        <w:t>　　五、颁奖典礼流程</w:t>
      </w:r>
      <w:r>
        <w:rPr>
          <w:lang w:eastAsia="zh-CN"/>
        </w:rPr>
        <w:br/>
      </w:r>
      <w:r>
        <w:rPr>
          <w:lang w:eastAsia="zh-CN"/>
        </w:rPr>
        <w:t>　　1. 领导致辞。</w:t>
      </w:r>
      <w:r>
        <w:rPr>
          <w:lang w:eastAsia="zh-CN"/>
        </w:rPr>
        <w:br/>
      </w:r>
      <w:r>
        <w:rPr>
          <w:lang w:eastAsia="zh-CN"/>
        </w:rPr>
        <w:t>　　2. 新闻宣传成果展示。介绍今年以来我市宣传部门及新闻媒</w:t>
      </w:r>
      <w:r>
        <w:rPr>
          <w:lang w:eastAsia="zh-CN"/>
        </w:rPr>
        <w:br/>
      </w:r>
      <w:r>
        <w:rPr>
          <w:lang w:eastAsia="zh-CN"/>
        </w:rPr>
        <w:t>　　体在国家级、省级媒体获奖作品及发稿量，制作成短片在现场播放。</w:t>
      </w:r>
      <w:r>
        <w:rPr>
          <w:lang w:eastAsia="zh-CN"/>
        </w:rPr>
        <w:br/>
      </w:r>
      <w:r>
        <w:rPr>
          <w:lang w:eastAsia="zh-CN"/>
        </w:rPr>
        <w:t>　　3.最美新闻人颁奖。晚会现场表彰获奖者、颁发证书和奖品，重点突出向高思杰同志先进事迹学习的环节，用社会认同的先进典型的力量激励和带动全市新闻工作者最美的奉献精神。</w:t>
      </w:r>
      <w:r>
        <w:rPr>
          <w:lang w:eastAsia="zh-CN"/>
        </w:rPr>
        <w:br/>
      </w:r>
      <w:r>
        <w:rPr>
          <w:lang w:eastAsia="zh-CN"/>
        </w:rPr>
        <w:t>　　4.颁发我是记者---寻找好新闻活动的获奖作品。 晚会现场大屏展示获奖作品及作者，并颁发荣誉证书和奖品</w:t>
      </w:r>
      <w:r>
        <w:rPr>
          <w:lang w:eastAsia="zh-CN"/>
        </w:rPr>
        <w:br/>
      </w:r>
      <w:r>
        <w:rPr>
          <w:lang w:eastAsia="zh-CN"/>
        </w:rPr>
        <w:t>　　5. 文艺节目汇演。从市直及各县市区新闻单位选调自编自排文艺节目，合唱、朗诵、歌曲、舞蹈等，表演形式不限，节目创作要体现新闻工作三贴近、创新工作、奉献精神，弘扬社会主义核心价值观。于10月15日之前将节目报送至__市委宣传部新闻科，以便编排具体节目流程。</w:t>
      </w:r>
      <w:r>
        <w:rPr>
          <w:lang w:eastAsia="zh-CN"/>
        </w:rPr>
        <w:br/>
      </w:r>
      <w:r>
        <w:rPr>
          <w:lang w:eastAsia="zh-CN"/>
        </w:rPr>
        <w:t>　　六、活动形式</w:t>
      </w:r>
      <w:r>
        <w:rPr>
          <w:lang w:eastAsia="zh-CN"/>
        </w:rPr>
        <w:br/>
      </w:r>
      <w:r>
        <w:rPr>
          <w:lang w:eastAsia="zh-CN"/>
        </w:rPr>
        <w:t>　　整个活动采取现场录制形式，将在广播电视台四个频道播出，并在微信平台、新闻网、公众网、在线、印象视频发布，进一步扩大宣传效果。</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2024年“118”中国记者节活动方案 篇15 </w:t>
      </w:r>
      <w:r>
        <w:rPr>
          <w:lang w:eastAsia="zh-CN"/>
        </w:rPr>
        <w:br/>
      </w:r>
      <w:r>
        <w:rPr>
          <w:lang w:eastAsia="zh-CN"/>
        </w:rPr>
        <w:t>　　从20__年11月8日第一届中国记者节，到今年(20__年)是第十四届记者节。记者节像护士节、教师节一样是我国仅有的三个行业性节日之一。记者节是一个不放假的全国性节日。为了庆祝中国第十四个记者节，庆祝我们校园媒体工作者自己的节日，特举办师院第八届大学生记者节。</w:t>
      </w:r>
      <w:r>
        <w:rPr>
          <w:lang w:eastAsia="zh-CN"/>
        </w:rPr>
        <w:br/>
      </w:r>
      <w:r>
        <w:rPr>
          <w:lang w:eastAsia="zh-CN"/>
        </w:rPr>
        <w:t>　　一、活动目的</w:t>
      </w:r>
      <w:r>
        <w:rPr>
          <w:lang w:eastAsia="zh-CN"/>
        </w:rPr>
        <w:br/>
      </w:r>
      <w:r>
        <w:rPr>
          <w:lang w:eastAsia="zh-CN"/>
        </w:rPr>
        <w:t>　　为了让记者团成员及其他各二级学院记者团过一个属于自己的节日，提供一个学习交流的平台，加强各记者团成员的业务素质，同时向全院同学宣传，加强其对我校记者团及记者这一职业的认识。</w:t>
      </w:r>
      <w:r>
        <w:rPr>
          <w:lang w:eastAsia="zh-CN"/>
        </w:rPr>
        <w:br/>
      </w:r>
      <w:r>
        <w:rPr>
          <w:lang w:eastAsia="zh-CN"/>
        </w:rPr>
        <w:t>　　二、举办单位</w:t>
      </w:r>
      <w:r>
        <w:rPr>
          <w:lang w:eastAsia="zh-CN"/>
        </w:rPr>
        <w:br/>
      </w:r>
      <w:r>
        <w:rPr>
          <w:lang w:eastAsia="zh-CN"/>
        </w:rPr>
        <w:t>　　主办单位:师范学院团委学生会</w:t>
      </w:r>
      <w:r>
        <w:rPr>
          <w:lang w:eastAsia="zh-CN"/>
        </w:rPr>
        <w:br/>
      </w:r>
      <w:r>
        <w:rPr>
          <w:lang w:eastAsia="zh-CN"/>
        </w:rPr>
        <w:t>　　承办单位:师范学院学生会学习宣传部师范学院大学生记者团协办单位:各二级学院学生分会学习宣传部各二级学院记者站</w:t>
      </w:r>
      <w:r>
        <w:rPr>
          <w:lang w:eastAsia="zh-CN"/>
        </w:rPr>
        <w:br/>
      </w:r>
      <w:r>
        <w:rPr>
          <w:lang w:eastAsia="zh-CN"/>
        </w:rPr>
        <w:t>　　三、活动主题</w:t>
      </w:r>
      <w:r>
        <w:rPr>
          <w:lang w:eastAsia="zh-CN"/>
        </w:rPr>
        <w:br/>
      </w:r>
      <w:r>
        <w:rPr>
          <w:lang w:eastAsia="zh-CN"/>
        </w:rPr>
        <w:t>　　待定</w:t>
      </w:r>
      <w:r>
        <w:rPr>
          <w:lang w:eastAsia="zh-CN"/>
        </w:rPr>
        <w:br/>
      </w:r>
      <w:r>
        <w:rPr>
          <w:lang w:eastAsia="zh-CN"/>
        </w:rPr>
        <w:t>　　四、活动时间</w:t>
      </w:r>
      <w:r>
        <w:rPr>
          <w:lang w:eastAsia="zh-CN"/>
        </w:rPr>
        <w:br/>
      </w:r>
      <w:r>
        <w:rPr>
          <w:lang w:eastAsia="zh-CN"/>
        </w:rPr>
        <w:t>　　20__年11月5日--11月28日(具体待定)</w:t>
      </w:r>
      <w:r>
        <w:rPr>
          <w:lang w:eastAsia="zh-CN"/>
        </w:rPr>
        <w:br/>
      </w:r>
      <w:r>
        <w:rPr>
          <w:lang w:eastAsia="zh-CN"/>
        </w:rPr>
        <w:t>　　五、活动内容</w:t>
      </w:r>
      <w:r>
        <w:rPr>
          <w:lang w:eastAsia="zh-CN"/>
        </w:rPr>
        <w:br/>
      </w:r>
      <w:r>
        <w:rPr>
          <w:lang w:eastAsia="zh-CN"/>
        </w:rPr>
        <w:t>　　1.开幕式;</w:t>
      </w:r>
      <w:r>
        <w:rPr>
          <w:lang w:eastAsia="zh-CN"/>
        </w:rPr>
        <w:br/>
      </w:r>
      <w:r>
        <w:rPr>
          <w:lang w:eastAsia="zh-CN"/>
        </w:rPr>
        <w:t>　　2.各二级学院海报展览及投票;</w:t>
      </w:r>
      <w:r>
        <w:rPr>
          <w:lang w:eastAsia="zh-CN"/>
        </w:rPr>
        <w:br/>
      </w:r>
      <w:r>
        <w:rPr>
          <w:lang w:eastAsia="zh-CN"/>
        </w:rPr>
        <w:t>　　3.文传学院新闻专业教师的业务知识讲座;</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4.记者节征文摄影大赛;</w:t>
      </w:r>
      <w:r>
        <w:rPr>
          <w:lang w:eastAsia="zh-CN"/>
        </w:rPr>
        <w:br/>
      </w:r>
      <w:r>
        <w:rPr>
          <w:lang w:eastAsia="zh-CN"/>
        </w:rPr>
        <w:t>　　5.出刊《大学生思想动态》庆祝记者节特刊;</w:t>
      </w:r>
      <w:r>
        <w:rPr>
          <w:lang w:eastAsia="zh-CN"/>
        </w:rPr>
        <w:br/>
      </w:r>
      <w:r>
        <w:rPr>
          <w:lang w:eastAsia="zh-CN"/>
        </w:rPr>
        <w:t>　　6.师范学院第八届大学生记者节闭幕式暨颁奖晚会。</w:t>
      </w:r>
      <w:r>
        <w:rPr>
          <w:lang w:eastAsia="zh-CN"/>
        </w:rPr>
        <w:br/>
      </w:r>
      <w:r>
        <w:rPr>
          <w:lang w:eastAsia="zh-CN"/>
        </w:rPr>
        <w:t>　　六、活动流程</w:t>
      </w:r>
      <w:r>
        <w:rPr>
          <w:lang w:eastAsia="zh-CN"/>
        </w:rPr>
        <w:br/>
      </w:r>
      <w:r>
        <w:rPr>
          <w:lang w:eastAsia="zh-CN"/>
        </w:rPr>
        <w:t>　　(一)开幕式</w:t>
      </w:r>
      <w:r>
        <w:rPr>
          <w:lang w:eastAsia="zh-CN"/>
        </w:rPr>
        <w:br/>
      </w:r>
      <w:r>
        <w:rPr>
          <w:lang w:eastAsia="zh-CN"/>
        </w:rPr>
        <w:t>　　11月5日下午3点在综合楼108隆重启动。邀请校团委领导、校学生会主席团成员致辞，参与人员主要为校学生会学习宣传部干事、校大学生记者团全体成员及各二级学院学生分会学习宣传部成员、各二级学院记者站成员。</w:t>
      </w:r>
      <w:r>
        <w:rPr>
          <w:lang w:eastAsia="zh-CN"/>
        </w:rPr>
        <w:br/>
      </w:r>
      <w:r>
        <w:rPr>
          <w:lang w:eastAsia="zh-CN"/>
        </w:rPr>
        <w:t>　　活动程序:</w:t>
      </w:r>
      <w:r>
        <w:rPr>
          <w:lang w:eastAsia="zh-CN"/>
        </w:rPr>
        <w:br/>
      </w:r>
      <w:r>
        <w:rPr>
          <w:lang w:eastAsia="zh-CN"/>
        </w:rPr>
        <w:t>　　1、校学生会主席发言</w:t>
      </w:r>
      <w:r>
        <w:rPr>
          <w:lang w:eastAsia="zh-CN"/>
        </w:rPr>
        <w:br/>
      </w:r>
      <w:r>
        <w:rPr>
          <w:lang w:eastAsia="zh-CN"/>
        </w:rPr>
        <w:t>　　2、校学生会学习宣传部代表发言</w:t>
      </w:r>
      <w:r>
        <w:rPr>
          <w:lang w:eastAsia="zh-CN"/>
        </w:rPr>
        <w:br/>
      </w:r>
      <w:r>
        <w:rPr>
          <w:lang w:eastAsia="zh-CN"/>
        </w:rPr>
        <w:t>　　3、二级学院记者站代表发言(2人)</w:t>
      </w:r>
      <w:r>
        <w:rPr>
          <w:lang w:eastAsia="zh-CN"/>
        </w:rPr>
        <w:br/>
      </w:r>
      <w:r>
        <w:rPr>
          <w:lang w:eastAsia="zh-CN"/>
        </w:rPr>
        <w:t>　　4、校大学生记者团代表发言</w:t>
      </w:r>
      <w:r>
        <w:rPr>
          <w:lang w:eastAsia="zh-CN"/>
        </w:rPr>
        <w:br/>
      </w:r>
      <w:r>
        <w:rPr>
          <w:lang w:eastAsia="zh-CN"/>
        </w:rPr>
        <w:t>　　5、校团委老师发表重要讲话并宣布师范学院第八届大学生记者节开幕</w:t>
      </w:r>
      <w:r>
        <w:rPr>
          <w:lang w:eastAsia="zh-CN"/>
        </w:rPr>
        <w:br/>
      </w:r>
      <w:r>
        <w:rPr>
          <w:lang w:eastAsia="zh-CN"/>
        </w:rPr>
        <w:t>　　6、放气球、礼炮，合照留念</w:t>
      </w:r>
      <w:r>
        <w:rPr>
          <w:lang w:eastAsia="zh-CN"/>
        </w:rPr>
        <w:br/>
      </w:r>
      <w:r>
        <w:rPr>
          <w:lang w:eastAsia="zh-CN"/>
        </w:rPr>
        <w:t>　　(二)各二级学院海报展览</w:t>
      </w:r>
      <w:r>
        <w:rPr>
          <w:lang w:eastAsia="zh-CN"/>
        </w:rPr>
        <w:br/>
      </w:r>
      <w:r>
        <w:rPr>
          <w:lang w:eastAsia="zh-CN"/>
        </w:rPr>
        <w:t>　　开幕式完毕后，将二级学院海报摆出并在展出期间面向全校师生展开公开投票，由同学投票选出最受欢迎的海报作品，最终海报评比结果将在闭幕式晚会上公布，并对参与投票人员进行抽奖。海报展览同时发放《大学生思想动态》庆祝记者节特刊。</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展览时间为11月12日至14日。</w:t>
      </w:r>
      <w:r>
        <w:rPr>
          <w:lang w:eastAsia="zh-CN"/>
        </w:rPr>
        <w:br/>
      </w:r>
      <w:r>
        <w:rPr>
          <w:lang w:eastAsia="zh-CN"/>
        </w:rPr>
        <w:t>　　(三)文传学院新闻专业教师的业务知识讲座(时间待定)</w:t>
      </w:r>
      <w:r>
        <w:rPr>
          <w:lang w:eastAsia="zh-CN"/>
        </w:rPr>
        <w:br/>
      </w:r>
      <w:r>
        <w:rPr>
          <w:lang w:eastAsia="zh-CN"/>
        </w:rPr>
        <w:t>　　邀请我校文学与新闻传播学院新闻专业的教师来给记者团及其他感兴趣的同学开展新闻写作技能训练讲座，借此一方面提高大家对新闻及记者行业的兴趣，一方面极高大家的业务素质和水平。</w:t>
      </w:r>
      <w:r>
        <w:rPr>
          <w:lang w:eastAsia="zh-CN"/>
        </w:rPr>
        <w:br/>
      </w:r>
      <w:r>
        <w:rPr>
          <w:lang w:eastAsia="zh-CN"/>
        </w:rPr>
        <w:t>　　(四)记者节征文摄影大赛</w:t>
      </w:r>
      <w:r>
        <w:rPr>
          <w:lang w:eastAsia="zh-CN"/>
        </w:rPr>
        <w:br/>
      </w:r>
      <w:r>
        <w:rPr>
          <w:lang w:eastAsia="zh-CN"/>
        </w:rPr>
        <w:t>　　从本活动正式对外发动之日起至11月15日止为作品征集时间。本次征文主题为待定，届时优秀作品及获奖结果将在下一期《大学生思想动态》中发布。</w:t>
      </w:r>
      <w:r>
        <w:rPr>
          <w:lang w:eastAsia="zh-CN"/>
        </w:rPr>
        <w:br/>
      </w:r>
      <w:r>
        <w:rPr>
          <w:lang w:eastAsia="zh-CN"/>
        </w:rPr>
        <w:t>　　(五)出刊十一月份的《大学生思想动态》庆祝记者节特刊</w:t>
      </w:r>
      <w:r>
        <w:rPr>
          <w:lang w:eastAsia="zh-CN"/>
        </w:rPr>
        <w:br/>
      </w:r>
      <w:r>
        <w:rPr>
          <w:lang w:eastAsia="zh-CN"/>
        </w:rPr>
        <w:t>　　在记者节前期进行《大学生思想动态》庆祝记者节特刊的筹备，报纸主要为十一月份学院团委、学生会工作动态以及各项的活动宣传报道，副刊内容为记者节介绍，师范学院第八届大学生记者节活动安排</w:t>
      </w:r>
      <w:r>
        <w:rPr>
          <w:lang w:eastAsia="zh-CN"/>
        </w:rPr>
        <w:br/>
      </w:r>
      <w:r>
        <w:rPr>
          <w:lang w:eastAsia="zh-CN"/>
        </w:rPr>
        <w:t>　　(六)闭幕式晚会</w:t>
      </w:r>
      <w:r>
        <w:rPr>
          <w:lang w:eastAsia="zh-CN"/>
        </w:rPr>
        <w:br/>
      </w:r>
      <w:r>
        <w:rPr>
          <w:lang w:eastAsia="zh-CN"/>
        </w:rPr>
        <w:t>　　记者节相关评选结果结束后11月28日(暂定)在音乐演奏厅举行闭幕式晚会。晚会节目主要面向全校学生和记者团成员征集，晚会期间穿插小游戏、海报评比、分会组织奖、抽奖、知识竞答抽奖等及相关评选结果的揭晓。</w:t>
      </w:r>
      <w:r>
        <w:rPr>
          <w:lang w:eastAsia="zh-CN"/>
        </w:rPr>
        <w:br/>
      </w:r>
      <w:r>
        <w:rPr>
          <w:lang w:eastAsia="zh-CN"/>
        </w:rPr>
        <w:t>　　七、工作安排</w:t>
      </w:r>
      <w:r>
        <w:rPr>
          <w:lang w:eastAsia="zh-CN"/>
        </w:rPr>
        <w:br/>
      </w:r>
      <w:r>
        <w:rPr>
          <w:lang w:eastAsia="zh-CN"/>
        </w:rPr>
        <w:t>　　1本次活动由校学生会学习宣传部统一组织安排。</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2校学生会学习宣传部主要负责开幕式工作的安排，闭幕式晚会节目的征集与筛选，各二级学院海报的评选统票、分会组织奖的评选统票和活动证书的打印。</w:t>
      </w:r>
      <w:r>
        <w:rPr>
          <w:lang w:eastAsia="zh-CN"/>
        </w:rPr>
        <w:br/>
      </w:r>
      <w:r>
        <w:rPr>
          <w:lang w:eastAsia="zh-CN"/>
        </w:rPr>
        <w:t>　　3校大学生记者团主要负责十一月份《大学生思想动态》以及记者节副刊的出刊与发放，各学生分会海报展览期间的人员安排，记者节横幅的制作，记者节教师讲座安排等工作。</w:t>
      </w:r>
      <w:r>
        <w:rPr>
          <w:lang w:eastAsia="zh-CN"/>
        </w:rPr>
        <w:br/>
      </w:r>
      <w:r>
        <w:rPr>
          <w:lang w:eastAsia="zh-CN"/>
        </w:rPr>
        <w:t>　　4记者节征文摄影与评选，展板制作，会场布臵由校学生会学习宣传部和校大学生记者团共同完成。</w:t>
      </w:r>
      <w:r>
        <w:rPr>
          <w:lang w:eastAsia="zh-CN"/>
        </w:rPr>
        <w:br/>
      </w:r>
      <w:r>
        <w:rPr>
          <w:lang w:eastAsia="zh-CN"/>
        </w:rPr>
        <w:t>　　八、奖项设臵</w:t>
      </w:r>
      <w:r>
        <w:rPr>
          <w:lang w:eastAsia="zh-CN"/>
        </w:rPr>
        <w:br/>
      </w:r>
      <w:r>
        <w:rPr>
          <w:lang w:eastAsia="zh-CN"/>
        </w:rPr>
        <w:t>　　1、海报评选:设一等奖一名、二等奖两名、三等奖三名。</w:t>
      </w:r>
      <w:r>
        <w:rPr>
          <w:lang w:eastAsia="zh-CN"/>
        </w:rPr>
        <w:br/>
      </w:r>
      <w:r>
        <w:rPr>
          <w:lang w:eastAsia="zh-CN"/>
        </w:rPr>
        <w:t>　　2、征文:设一等奖一名、二等奖两名、三等奖三名。</w:t>
      </w:r>
      <w:r>
        <w:rPr>
          <w:lang w:eastAsia="zh-CN"/>
        </w:rPr>
        <w:br/>
      </w:r>
      <w:r>
        <w:rPr>
          <w:lang w:eastAsia="zh-CN"/>
        </w:rPr>
        <w:t>　　3、摄影:设一等奖一名、二等奖两名、三等奖三名。</w:t>
      </w:r>
      <w:r>
        <w:rPr>
          <w:lang w:eastAsia="zh-CN"/>
        </w:rPr>
        <w:br/>
      </w:r>
      <w:r>
        <w:rPr>
          <w:lang w:eastAsia="zh-CN"/>
        </w:rPr>
        <w:t>　　5、二级学院学习宣传部组织奖三名。</w:t>
      </w:r>
      <w:r>
        <w:rPr>
          <w:lang w:eastAsia="zh-CN"/>
        </w:rPr>
        <w:br/>
      </w:r>
      <w:r>
        <w:rPr>
          <w:lang w:eastAsia="zh-CN"/>
        </w:rPr>
        <w:t>　　九、活动预算</w:t>
      </w:r>
      <w:r>
        <w:rPr>
          <w:lang w:eastAsia="zh-CN"/>
        </w:rPr>
        <w:br/>
      </w:r>
      <w:r>
        <w:rPr>
          <w:lang w:eastAsia="zh-CN"/>
        </w:rPr>
        <w:t>　　开幕式道具(活动条幅和会场装饰):200元</w:t>
      </w:r>
      <w:r>
        <w:rPr>
          <w:lang w:eastAsia="zh-CN"/>
        </w:rPr>
        <w:br/>
      </w:r>
      <w:r>
        <w:rPr>
          <w:lang w:eastAsia="zh-CN"/>
        </w:rPr>
        <w:t>　　报纸刊物:600元</w:t>
      </w:r>
      <w:r>
        <w:rPr>
          <w:lang w:eastAsia="zh-CN"/>
        </w:rPr>
        <w:br/>
      </w:r>
      <w:r>
        <w:rPr>
          <w:lang w:eastAsia="zh-CN"/>
        </w:rPr>
        <w:t>　　晚会场地及音响租借:1000元</w:t>
      </w:r>
      <w:r>
        <w:rPr>
          <w:lang w:eastAsia="zh-CN"/>
        </w:rPr>
        <w:br/>
      </w:r>
      <w:r>
        <w:rPr>
          <w:lang w:eastAsia="zh-CN"/>
        </w:rPr>
        <w:t>　　晚会其他花费(演员及主持人服装和晚会道具):800元</w:t>
      </w:r>
      <w:r>
        <w:rPr>
          <w:lang w:eastAsia="zh-CN"/>
        </w:rPr>
        <w:br/>
      </w:r>
      <w:r>
        <w:rPr>
          <w:lang w:eastAsia="zh-CN"/>
        </w:rPr>
        <w:t>　　纪念品及其他资料:100元</w:t>
      </w:r>
      <w:r>
        <w:rPr>
          <w:lang w:eastAsia="zh-CN"/>
        </w:rPr>
        <w:br/>
      </w:r>
      <w:r>
        <w:rPr>
          <w:lang w:eastAsia="zh-CN"/>
        </w:rPr>
        <w:t>　　奖状及证书:100元</w:t>
      </w:r>
      <w:r>
        <w:rPr>
          <w:lang w:eastAsia="zh-CN"/>
        </w:rPr>
        <w:br/>
      </w:r>
      <w:r>
        <w:rPr>
          <w:lang w:eastAsia="zh-CN"/>
        </w:rPr>
        <w:t>　　其他:300元</w:t>
      </w:r>
      <w:r>
        <w:rPr>
          <w:lang w:eastAsia="zh-CN"/>
        </w:rPr>
        <w:br/>
      </w:r>
      <w:r>
        <w:rPr>
          <w:lang w:eastAsia="zh-CN"/>
        </w:rPr>
        <w:t>　　合计:3100元。</w:t>
      </w:r>
      <w:r>
        <w:rPr>
          <w:lang w:eastAsia="zh-CN"/>
        </w:rPr>
        <w:br/>
      </w:r>
      <w:r>
        <w:rPr>
          <w:lang w:eastAsia="zh-CN"/>
        </w:rPr>
        <w:t xml:space="preserve">    2024年“118”中国记者节活动方案 篇16 </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为挖掘与培养我校校园学生媒体人才，提升学生记者采写能力与专业素养，加强我校团学活动的宣传力量，进一步扩大我校团学工作的影响力。经研究，决定举办第__届校园记者节。现将有关事项通知如下：</w:t>
      </w:r>
      <w:r>
        <w:rPr>
          <w:lang w:eastAsia="zh-CN"/>
        </w:rPr>
        <w:br/>
      </w:r>
      <w:r>
        <w:rPr>
          <w:lang w:eastAsia="zh-CN"/>
        </w:rPr>
        <w:t>　　一、主承办单位</w:t>
      </w:r>
      <w:r>
        <w:rPr>
          <w:lang w:eastAsia="zh-CN"/>
        </w:rPr>
        <w:br/>
      </w:r>
      <w:r>
        <w:rPr>
          <w:lang w:eastAsia="zh-CN"/>
        </w:rPr>
        <w:t>　　主办单位：共青团福建师范大学委员会</w:t>
      </w:r>
      <w:r>
        <w:rPr>
          <w:lang w:eastAsia="zh-CN"/>
        </w:rPr>
        <w:br/>
      </w:r>
      <w:r>
        <w:rPr>
          <w:lang w:eastAsia="zh-CN"/>
        </w:rPr>
        <w:t>　　承办单位：福建师范大学青年通讯社</w:t>
      </w:r>
      <w:r>
        <w:rPr>
          <w:lang w:eastAsia="zh-CN"/>
        </w:rPr>
        <w:br/>
      </w:r>
      <w:r>
        <w:rPr>
          <w:lang w:eastAsia="zh-CN"/>
        </w:rPr>
        <w:t>　　二、活动对象</w:t>
      </w:r>
      <w:r>
        <w:rPr>
          <w:lang w:eastAsia="zh-CN"/>
        </w:rPr>
        <w:br/>
      </w:r>
      <w:r>
        <w:rPr>
          <w:lang w:eastAsia="zh-CN"/>
        </w:rPr>
        <w:t>　　全体在校生</w:t>
      </w:r>
      <w:r>
        <w:rPr>
          <w:lang w:eastAsia="zh-CN"/>
        </w:rPr>
        <w:br/>
      </w:r>
      <w:r>
        <w:rPr>
          <w:lang w:eastAsia="zh-CN"/>
        </w:rPr>
        <w:t>　　三、活动项目</w:t>
      </w:r>
      <w:r>
        <w:rPr>
          <w:lang w:eastAsia="zh-CN"/>
        </w:rPr>
        <w:br/>
      </w:r>
      <w:r>
        <w:rPr>
          <w:lang w:eastAsia="zh-CN"/>
        </w:rPr>
        <w:t>　　（一）20__年度校园记者风采大赛</w:t>
      </w:r>
      <w:r>
        <w:rPr>
          <w:lang w:eastAsia="zh-CN"/>
        </w:rPr>
        <w:br/>
      </w:r>
      <w:r>
        <w:rPr>
          <w:lang w:eastAsia="zh-CN"/>
        </w:rPr>
        <w:t>　　1、时间：20__年11月—20__年12月</w:t>
      </w:r>
      <w:r>
        <w:rPr>
          <w:lang w:eastAsia="zh-CN"/>
        </w:rPr>
        <w:br/>
      </w:r>
      <w:r>
        <w:rPr>
          <w:lang w:eastAsia="zh-CN"/>
        </w:rPr>
        <w:t>　　2、内容：校园记者风采大赛是面向全校学生记者的专业技能比赛，旨在为热爱或有志于从事记者工作的学生提供一个锻炼与展示能力的平台，培养优秀的校园记者，活跃校园化氛围。</w:t>
      </w:r>
      <w:r>
        <w:rPr>
          <w:lang w:eastAsia="zh-CN"/>
        </w:rPr>
        <w:br/>
      </w:r>
      <w:r>
        <w:rPr>
          <w:lang w:eastAsia="zh-CN"/>
        </w:rPr>
        <w:t>　　3、活动形式</w:t>
      </w:r>
      <w:r>
        <w:rPr>
          <w:lang w:eastAsia="zh-CN"/>
        </w:rPr>
        <w:br/>
      </w:r>
      <w:r>
        <w:rPr>
          <w:lang w:eastAsia="zh-CN"/>
        </w:rPr>
        <w:t>　　（1）初赛：11月18日进行现场笔试，经专业老师评审确定20名选手入围复赛；</w:t>
      </w:r>
      <w:r>
        <w:rPr>
          <w:lang w:eastAsia="zh-CN"/>
        </w:rPr>
        <w:br/>
      </w:r>
      <w:r>
        <w:rPr>
          <w:lang w:eastAsia="zh-CN"/>
        </w:rPr>
        <w:t>　　（2）复赛：入围复赛的选手须在11月21日—12月1日独立完成1篇校内消息或人物采访稿，经专业老师评审，推荐12名参赛者入围决赛；</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（3）决赛：12名参赛者通过决赛评选出一、二、三等奖（决赛安排在旗校区举行，具体环节、时间另行通知）；</w:t>
      </w:r>
      <w:r>
        <w:rPr>
          <w:lang w:eastAsia="zh-CN"/>
        </w:rPr>
        <w:br/>
      </w:r>
      <w:r>
        <w:rPr>
          <w:lang w:eastAsia="zh-CN"/>
        </w:rPr>
        <w:t>　　（4）奖项设置：</w:t>
      </w:r>
      <w:r>
        <w:rPr>
          <w:lang w:eastAsia="zh-CN"/>
        </w:rPr>
        <w:br/>
      </w:r>
      <w:r>
        <w:rPr>
          <w:lang w:eastAsia="zh-CN"/>
        </w:rPr>
        <w:t>　　一等奖1名，颁发荣誉证书、奖金500元及奖品。</w:t>
      </w:r>
      <w:r>
        <w:rPr>
          <w:lang w:eastAsia="zh-CN"/>
        </w:rPr>
        <w:br/>
      </w:r>
      <w:r>
        <w:rPr>
          <w:lang w:eastAsia="zh-CN"/>
        </w:rPr>
        <w:t>　　二等奖2名，颁发荣誉证书、奖金300元及奖品。</w:t>
      </w:r>
      <w:r>
        <w:rPr>
          <w:lang w:eastAsia="zh-CN"/>
        </w:rPr>
        <w:br/>
      </w:r>
      <w:r>
        <w:rPr>
          <w:lang w:eastAsia="zh-CN"/>
        </w:rPr>
        <w:t>　　三等奖名，颁发荣誉证书、奖金200元及奖品。</w:t>
      </w:r>
      <w:r>
        <w:rPr>
          <w:lang w:eastAsia="zh-CN"/>
        </w:rPr>
        <w:br/>
      </w:r>
      <w:r>
        <w:rPr>
          <w:lang w:eastAsia="zh-CN"/>
        </w:rPr>
        <w:t>　　优秀奖6名，颁发荣誉证书、奖品。</w:t>
      </w:r>
      <w:r>
        <w:rPr>
          <w:lang w:eastAsia="zh-CN"/>
        </w:rPr>
        <w:br/>
      </w:r>
      <w:r>
        <w:rPr>
          <w:lang w:eastAsia="zh-CN"/>
        </w:rPr>
        <w:t>　　4、报名方式</w:t>
      </w:r>
      <w:r>
        <w:rPr>
          <w:lang w:eastAsia="zh-CN"/>
        </w:rPr>
        <w:br/>
      </w:r>
      <w:r>
        <w:rPr>
          <w:lang w:eastAsia="zh-CN"/>
        </w:rPr>
        <w:t>　　（1）组织推荐：各校级组织宣传中心、各学院记者团可以推荐1名同学，参加笔试考核；</w:t>
      </w:r>
      <w:r>
        <w:rPr>
          <w:lang w:eastAsia="zh-CN"/>
        </w:rPr>
        <w:br/>
      </w:r>
      <w:r>
        <w:rPr>
          <w:lang w:eastAsia="zh-CN"/>
        </w:rPr>
        <w:t>　　（2）自主报名：可通过自主报名形式参与比赛，通过资料审核后参加笔试考核。</w:t>
      </w:r>
      <w:r>
        <w:rPr>
          <w:lang w:eastAsia="zh-CN"/>
        </w:rPr>
        <w:br/>
      </w:r>
      <w:r>
        <w:rPr>
          <w:lang w:eastAsia="zh-CN"/>
        </w:rPr>
        <w:t>　　（二）第六期青媒训练营</w:t>
      </w:r>
      <w:r>
        <w:rPr>
          <w:lang w:eastAsia="zh-CN"/>
        </w:rPr>
        <w:br/>
      </w:r>
      <w:r>
        <w:rPr>
          <w:lang w:eastAsia="zh-CN"/>
        </w:rPr>
        <w:t>　　1、时间：20__年11月—20__年12月</w:t>
      </w:r>
      <w:r>
        <w:rPr>
          <w:lang w:eastAsia="zh-CN"/>
        </w:rPr>
        <w:br/>
      </w:r>
      <w:r>
        <w:rPr>
          <w:lang w:eastAsia="zh-CN"/>
        </w:rPr>
        <w:t>　　2、内容：本期青媒训练营将面向全校，选拔60位爱好新闻写作、新媒体工作的同学参与。培训内容为专题讲座、新媒体工作实践、走访知名媒体、参与中国（福建）高校传媒联盟活动等。优秀营员将有机会推荐到省级以上优秀媒体见习。</w:t>
      </w:r>
      <w:r>
        <w:rPr>
          <w:lang w:eastAsia="zh-CN"/>
        </w:rPr>
        <w:br/>
      </w:r>
      <w:r>
        <w:rPr>
          <w:lang w:eastAsia="zh-CN"/>
        </w:rPr>
        <w:t>　　选拔方式</w:t>
      </w:r>
      <w:r>
        <w:rPr>
          <w:lang w:eastAsia="zh-CN"/>
        </w:rPr>
        <w:br/>
      </w:r>
      <w:r>
        <w:rPr>
          <w:lang w:eastAsia="zh-CN"/>
        </w:rPr>
        <w:t>　　（1）直选学员：各校级组织、各学院记者团可以推荐1名同学成为直选学员，不必参加笔试考核；</w:t>
      </w:r>
      <w:r>
        <w:rPr>
          <w:lang w:eastAsia="zh-CN"/>
        </w:rPr>
        <w:br/>
      </w:r>
      <w:r>
        <w:rPr>
          <w:lang w:eastAsia="zh-CN"/>
        </w:rPr>
        <w:t>　　（2）自荐学员：其余同学可通过自主报名形式参与全校学员公选，通过资料审核后参加笔试考核。</w:t>
      </w:r>
      <w:r>
        <w:rPr>
          <w:lang w:eastAsia="zh-CN"/>
        </w:rPr>
        <w:br/>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四、具体要求</w:t>
      </w:r>
      <w:r>
        <w:rPr>
          <w:lang w:eastAsia="zh-CN"/>
        </w:rPr>
        <w:br/>
      </w:r>
      <w:r>
        <w:rPr>
          <w:lang w:eastAsia="zh-CN"/>
        </w:rPr>
        <w:t>　　（一）各学院要广泛宣传、精心组织，将记者节活动信息传达至各年级、班级，动员广大青年学生参与到活动中。</w:t>
      </w:r>
      <w:r>
        <w:rPr>
          <w:lang w:eastAsia="zh-CN"/>
        </w:rPr>
        <w:br/>
      </w:r>
      <w:r>
        <w:rPr>
          <w:lang w:eastAsia="zh-CN"/>
        </w:rPr>
        <w:t>　　（二）有意参与上述活动的同学，请于11月1日12：00前将电子版报名表发至电子邮箱，邮件标题须注明学院及姓名。</w:t>
      </w:r>
      <w:r>
        <w:rPr>
          <w:lang w:eastAsia="zh-CN"/>
        </w:rPr>
        <w:br/>
      </w:r>
      <w:r>
        <w:rPr>
          <w:lang w:eastAsia="zh-CN"/>
        </w:rPr>
        <w:t xml:space="preserve">    2024年“118”中国记者节活动方案 篇17 </w:t>
      </w:r>
      <w:r>
        <w:rPr>
          <w:lang w:eastAsia="zh-CN"/>
        </w:rPr>
        <w:br/>
      </w:r>
      <w:r>
        <w:rPr>
          <w:lang w:eastAsia="zh-CN"/>
        </w:rPr>
        <w:t>　　为庆祝20__年第__届中国记者节，展现新闻工作者的良好风貌，弘扬新闻工作者默默奉献的精神，全面展示近年来我市新闻宣传、事业产业发展取得的丰硕成果，提高知名度和美誉度，进一步增强新闻工作者的社会责任感、使命感，强化精品栏目、优秀记者、知名主持人的公众形象，特策划在第__届记者节期间组织开展一场记者节专题文艺晚会。初步设想如下：</w:t>
      </w:r>
      <w:r>
        <w:rPr>
          <w:lang w:eastAsia="zh-CN"/>
        </w:rPr>
        <w:br/>
      </w:r>
      <w:r>
        <w:rPr>
          <w:lang w:eastAsia="zh-CN"/>
        </w:rPr>
        <w:t>　　一、晚会主题</w:t>
      </w:r>
      <w:r>
        <w:rPr>
          <w:lang w:eastAsia="zh-CN"/>
        </w:rPr>
        <w:br/>
      </w:r>
      <w:r>
        <w:rPr>
          <w:lang w:eastAsia="zh-CN"/>
        </w:rPr>
        <w:t>　　展风采、颂业绩、扬美名、树形象。</w:t>
      </w:r>
      <w:r>
        <w:rPr>
          <w:lang w:eastAsia="zh-CN"/>
        </w:rPr>
        <w:br/>
      </w:r>
      <w:r>
        <w:rPr>
          <w:lang w:eastAsia="zh-CN"/>
        </w:rPr>
        <w:t>　　二、晚会内容</w:t>
      </w:r>
      <w:r>
        <w:rPr>
          <w:lang w:eastAsia="zh-CN"/>
        </w:rPr>
        <w:br/>
      </w:r>
      <w:r>
        <w:rPr>
          <w:lang w:eastAsia="zh-CN"/>
        </w:rPr>
        <w:t>　　晚会计划设新闻宣传成果展示、事业产业发展回望、十佳记者(主持人)颁奖和文艺节目汇演四大主题版块。</w:t>
      </w:r>
      <w:r>
        <w:rPr>
          <w:lang w:eastAsia="zh-CN"/>
        </w:rPr>
        <w:br/>
      </w:r>
      <w:r>
        <w:rPr>
          <w:lang w:eastAsia="zh-CN"/>
        </w:rPr>
        <w:t>　　1、新闻宣传成果展示。</w:t>
      </w:r>
      <w:r>
        <w:rPr>
          <w:lang w:eastAsia="zh-CN"/>
        </w:rPr>
        <w:br/>
      </w:r>
      <w:r>
        <w:rPr>
          <w:lang w:eastAsia="zh-CN"/>
        </w:rPr>
        <w:t>　　近年来我市媒体在、省级获奖作品和优秀节(栏)目介绍、展播。制作成专题片(可综合制作成一部专题片，也可按获奖级别、节目类型或地域单位制作成若干小版块专题片，专题片时长待定)，在晚会现场播放。</w:t>
      </w:r>
      <w:r>
        <w:rPr>
          <w:lang w:eastAsia="zh-CN"/>
        </w:rPr>
        <w:br/>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2、事业产业发展回望。</w:t>
      </w:r>
      <w:r>
        <w:rPr>
          <w:lang w:eastAsia="zh-CN"/>
        </w:rPr>
        <w:br/>
      </w:r>
      <w:r>
        <w:rPr>
          <w:lang w:eastAsia="zh-CN"/>
        </w:rPr>
        <w:t>　　近年来系统事业产业建设取得的瞩目成就。制作成专题片(时长待定)，在晚会现场播放。</w:t>
      </w:r>
      <w:r>
        <w:rPr>
          <w:lang w:eastAsia="zh-CN"/>
        </w:rPr>
        <w:br/>
      </w:r>
      <w:r>
        <w:rPr>
          <w:lang w:eastAsia="zh-CN"/>
        </w:rPr>
        <w:t>　　3、十佳记者、主持人颁奖。</w:t>
      </w:r>
      <w:r>
        <w:rPr>
          <w:lang w:eastAsia="zh-CN"/>
        </w:rPr>
        <w:br/>
      </w:r>
      <w:r>
        <w:rPr>
          <w:lang w:eastAsia="zh-CN"/>
        </w:rPr>
        <w:t>　　全市系统由基层推荐评选出十佳记者、主持人，每名优秀记者、主持人拍摄制作两分钟左右专题介绍片，现场播放。晚会上向十佳记者、主持人颁发奖杯和证书;</w:t>
      </w:r>
      <w:r>
        <w:rPr>
          <w:lang w:eastAsia="zh-CN"/>
        </w:rPr>
        <w:br/>
      </w:r>
      <w:r>
        <w:rPr>
          <w:lang w:eastAsia="zh-CN"/>
        </w:rPr>
        <w:t>　　4、文艺节目汇演。</w:t>
      </w:r>
      <w:r>
        <w:rPr>
          <w:lang w:eastAsia="zh-CN"/>
        </w:rPr>
        <w:br/>
      </w:r>
      <w:r>
        <w:rPr>
          <w:lang w:eastAsia="zh-CN"/>
        </w:rPr>
        <w:t>　　从系统内各单位选调优秀自编自排文艺节目，也可适当安排部分外邀节目。</w:t>
      </w:r>
      <w:r>
        <w:rPr>
          <w:lang w:eastAsia="zh-CN"/>
        </w:rPr>
        <w:br/>
      </w:r>
      <w:r>
        <w:rPr>
          <w:lang w:eastAsia="zh-CN"/>
        </w:rPr>
        <w:t>　　四大主题版块在晚会中合理编排、精心穿插。整场晚会及各版块、各节目做到坚持精品化、突破模式化、增强主题性、体现情。</w:t>
      </w:r>
      <w:r>
        <w:rPr>
          <w:lang w:eastAsia="zh-CN"/>
        </w:rPr>
        <w:br/>
      </w:r>
      <w:r>
        <w:rPr>
          <w:lang w:eastAsia="zh-CN"/>
        </w:rPr>
        <w:t>　　三、时间、地点和播出形式。</w:t>
      </w:r>
      <w:r>
        <w:rPr>
          <w:lang w:eastAsia="zh-CN"/>
        </w:rPr>
        <w:br/>
      </w:r>
      <w:r>
        <w:rPr>
          <w:lang w:eastAsia="zh-CN"/>
        </w:rPr>
        <w:t>　　如晚会采取直播形式，晚会时间则定于11月8日晚;如晚会采取录播形式，晚会时间则定于11月8日前两至三天。晚会地点可选择电视台演播厅或其它适合晚会举办场所。</w:t>
      </w:r>
      <w:r>
        <w:rPr>
          <w:lang w:eastAsia="zh-CN"/>
        </w:rPr>
        <w:br/>
      </w:r>
      <w:r>
        <w:rPr>
          <w:lang w:eastAsia="zh-CN"/>
        </w:rPr>
        <w:t>　　四、邀请领导及嘉宾。</w:t>
      </w:r>
      <w:r>
        <w:rPr>
          <w:lang w:eastAsia="zh-CN"/>
        </w:rPr>
        <w:br/>
      </w:r>
      <w:r>
        <w:rPr>
          <w:lang w:eastAsia="zh-CN"/>
        </w:rPr>
        <w:t>　　拟邀请市四大家领导、市直各单位负责人、优秀企业和商家老总等出席、参加晚会，以充分扩大本场晚会的宣传效果及影响层面。晚会现场并邀请市领导祝贺致辞，对系统的工作成绩给予肯定、褒奖。</w:t>
      </w:r>
      <w:r>
        <w:rPr>
          <w:lang w:eastAsia="zh-CN"/>
        </w:rPr>
        <w:br/>
      </w:r>
      <w:r>
        <w:rPr>
          <w:lang w:eastAsia="zh-CN"/>
        </w:rPr>
        <w:t>　　五、冠名及赞助。</w:t>
      </w:r>
      <w:r>
        <w:rPr>
          <w:lang w:eastAsia="zh-CN"/>
        </w:rPr>
        <w:br/>
      </w:r>
    </w:p>
    <w:p w:rsidR="001B1F19" w14:textId="27C3F48A">
      <w:pPr>
        <w:rPr>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为使本次活动实现社会效益与经济效益的双收获，可发挥__人社会关系资源优势，为本届记者节晚会联系冠名及赞助(冠名及赞助费用标准待定)。对冠名及赞助联系人可给予一定比例提成奖励。</w:t>
      </w:r>
      <w:r>
        <w:rPr>
          <w:lang w:eastAsia="zh-CN"/>
        </w:rPr>
        <w:br/>
      </w:r>
      <w:r>
        <w:rPr>
          <w:lang w:eastAsia="zh-CN"/>
        </w:rPr>
        <w:t>　　六、组建专班。</w:t>
      </w:r>
      <w:r>
        <w:rPr>
          <w:lang w:eastAsia="zh-CN"/>
        </w:rPr>
        <w:br/>
      </w:r>
      <w:r>
        <w:rPr>
          <w:lang w:eastAsia="zh-CN"/>
        </w:rPr>
        <w:t>　　为确保本届记者节晚会各项筹备工作的有序运作、顺利开展，拟成立记者节晚会筹备领导专班，由局党委书记、局长担任专班负责人。</w:t>
      </w:r>
      <w:r>
        <w:rPr>
          <w:lang w:eastAsia="zh-CN"/>
        </w:rPr>
        <w:br/>
      </w:r>
      <w:r>
        <w:rPr>
          <w:lang w:eastAsia="zh-CN"/>
        </w:rPr>
        <w:t>　　专班下设三个筹备小组：</w:t>
      </w:r>
      <w:r>
        <w:rPr>
          <w:lang w:eastAsia="zh-CN"/>
        </w:rPr>
        <w:br/>
      </w:r>
      <w:r>
        <w:rPr>
          <w:lang w:eastAsia="zh-CN"/>
        </w:rPr>
        <w:t>　　1、专题摄制筹备小组：负责晚会现场播放的各档专题片的策划、选材、拍摄、制作工作;</w:t>
      </w:r>
      <w:r>
        <w:rPr>
          <w:lang w:eastAsia="zh-CN"/>
        </w:rPr>
        <w:br/>
      </w:r>
      <w:r>
        <w:rPr>
          <w:lang w:eastAsia="zh-CN"/>
        </w:rPr>
        <w:t>　　2、文艺节目筹备小组：负责晚会文艺节目的抽调、选优和精排工作;</w:t>
      </w:r>
      <w:r>
        <w:rPr>
          <w:lang w:eastAsia="zh-CN"/>
        </w:rPr>
        <w:br/>
      </w:r>
      <w:r>
        <w:rPr>
          <w:lang w:eastAsia="zh-CN"/>
        </w:rPr>
        <w:t>　　3、晚会组织筹备小组：负责晚会总体编导、设计、协调及其它相关工作。</w:t>
      </w:r>
      <w:r>
        <w:rPr>
          <w:lang w:eastAsia="zh-CN"/>
        </w:rPr>
        <w:br/>
      </w:r>
      <w:r>
        <w:rPr>
          <w:lang w:eastAsia="zh-CN"/>
        </w:rPr>
        <w:t>　　各小组配备相应专长骨干人员，既明确分工，又统筹配合，协心同力完成记者节晚会各项筹备工作。</w:t>
      </w:r>
      <w:r>
        <w:rPr>
          <w:lang w:eastAsia="zh-CN"/>
        </w:rPr>
        <w:br/>
      </w:r>
      <w:r>
        <w:rPr>
          <w:lang w:eastAsia="zh-CN"/>
        </w:rPr>
        <w:t>　　本届记者节晚会是对系统精神风貌、各项成果的集中展示，也是对__人自我宣传、自我包装能力的一次考验，在晚会策划思路上和实际动作中尽量做到集思广益，众策群力，力争将本届晚会办成我们系统展风采、颂业绩、扬美名、树形象的精品晚会。</w:t>
      </w:r>
      <w:r>
        <w:rPr>
          <w:lang w:eastAsia="zh-CN"/>
        </w:rPr>
        <w:br/>
      </w:r>
      <w:r>
        <w:rPr>
          <w:lang w:eastAsia="zh-CN"/>
        </w:rPr>
        <w:t xml:space="preserve">    2024年“118”中国记者节活动方案 篇18 </w:t>
      </w:r>
      <w:r>
        <w:rPr>
          <w:lang w:eastAsia="zh-CN"/>
        </w:rPr>
        <w:br/>
      </w:r>
    </w:p>
    <w:p w:rsidR="001B1F19" w14:textId="27C3F48A">
      <w:pPr>
        <w:rPr>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为热烈庆祝第十五个记者节，展现我台新闻工作者的良好风貌，弘扬新闻工作者默默奉献的精神，全面展示近年来我台广播电视事业产业发展所取得的丰硕成果，现就组织开展庆祝记者节系列活动安排如下：</w:t>
      </w:r>
      <w:r>
        <w:rPr>
          <w:lang w:eastAsia="zh-CN"/>
        </w:rPr>
        <w:br/>
      </w:r>
      <w:r>
        <w:rPr>
          <w:lang w:eastAsia="zh-CN"/>
        </w:rPr>
        <w:t>　　一、活动目的</w:t>
      </w:r>
      <w:r>
        <w:rPr>
          <w:lang w:eastAsia="zh-CN"/>
        </w:rPr>
        <w:br/>
      </w:r>
      <w:r>
        <w:rPr>
          <w:lang w:eastAsia="zh-CN"/>
        </w:rPr>
        <w:t>　　将系列活动与我台新闻工作者岗位职责相结合，与为民办实事活动相结合，与提升宣传水平和传播能力相结合，充分彰显西宁广播电视人根植人民、通达民意、为民服务的情怀，进一步增强新闻工作者的社会责任感、使命感，提升广播电视精品栏目、优秀记者、知名主持人的公众形象，提高我台的知名度和美誉度，鼓舞和激励奋斗在新闻一线的工作者，坚持“三贴近”原则，践行“走转改”精神，努力提高舆论引导水平，为实现伟大的中国梦、推进我省“三区”建设、实现我市“两城”目标提供强大的舆论氛围和精神支撑。</w:t>
      </w:r>
      <w:r>
        <w:rPr>
          <w:lang w:eastAsia="zh-CN"/>
        </w:rPr>
        <w:br/>
      </w:r>
      <w:r>
        <w:rPr>
          <w:lang w:eastAsia="zh-CN"/>
        </w:rPr>
        <w:t>　　二、活动主题</w:t>
      </w:r>
      <w:r>
        <w:rPr>
          <w:lang w:eastAsia="zh-CN"/>
        </w:rPr>
        <w:br/>
      </w:r>
      <w:r>
        <w:rPr>
          <w:lang w:eastAsia="zh-CN"/>
        </w:rPr>
        <w:t>　　牢记使命 释放激情</w:t>
      </w:r>
      <w:r>
        <w:rPr>
          <w:lang w:eastAsia="zh-CN"/>
        </w:rPr>
        <w:br/>
      </w:r>
      <w:r>
        <w:rPr>
          <w:lang w:eastAsia="zh-CN"/>
        </w:rPr>
        <w:t>　　三、活动时间</w:t>
      </w:r>
      <w:r>
        <w:rPr>
          <w:lang w:eastAsia="zh-CN"/>
        </w:rPr>
        <w:br/>
      </w:r>
      <w:r>
        <w:rPr>
          <w:lang w:eastAsia="zh-CN"/>
        </w:rPr>
        <w:t>　　10月27日至11月18日</w:t>
      </w:r>
      <w:r>
        <w:rPr>
          <w:lang w:eastAsia="zh-CN"/>
        </w:rPr>
        <w:br/>
      </w:r>
      <w:r>
        <w:rPr>
          <w:lang w:eastAsia="zh-CN"/>
        </w:rPr>
        <w:t>　　四、活动内容</w:t>
      </w:r>
      <w:r>
        <w:rPr>
          <w:lang w:eastAsia="zh-CN"/>
        </w:rPr>
        <w:br/>
      </w:r>
      <w:r>
        <w:rPr>
          <w:lang w:eastAsia="zh-CN"/>
        </w:rPr>
        <w:t>　　（一）开展送慰问送祝福采访活动；</w:t>
      </w:r>
      <w:r>
        <w:rPr>
          <w:lang w:eastAsia="zh-CN"/>
        </w:rPr>
        <w:br/>
      </w:r>
      <w:r>
        <w:rPr>
          <w:lang w:eastAsia="zh-CN"/>
        </w:rPr>
        <w:t>　　（二）开展以“荧屏声频背后的故事”为主题的采访活动；</w:t>
      </w:r>
      <w:r>
        <w:rPr>
          <w:lang w:eastAsia="zh-CN"/>
        </w:rPr>
        <w:br/>
      </w:r>
      <w:r>
        <w:rPr>
          <w:lang w:eastAsia="zh-CN"/>
        </w:rPr>
        <w:t>　　（三）开展以“进社区办实事”为主题的采访活动；</w:t>
      </w:r>
      <w:r>
        <w:rPr>
          <w:lang w:eastAsia="zh-CN"/>
        </w:rPr>
        <w:br/>
      </w:r>
      <w:r>
        <w:rPr>
          <w:lang w:eastAsia="zh-CN"/>
        </w:rPr>
        <w:t>　　（四）表彰全台优秀新闻先进工作者和先进单位及集体；</w:t>
      </w:r>
      <w:r>
        <w:rPr>
          <w:lang w:eastAsia="zh-CN"/>
        </w:rPr>
        <w:br/>
      </w:r>
    </w:p>
    <w:p w:rsidR="001B1F19" w14:textId="27C3F48A">
      <w:pPr>
        <w:rPr>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（五）开展以“我秀我工作”为主题的手机创意摄影大赛；</w:t>
      </w:r>
      <w:r>
        <w:rPr>
          <w:lang w:eastAsia="zh-CN"/>
        </w:rPr>
        <w:br/>
      </w:r>
      <w:r>
        <w:rPr>
          <w:lang w:eastAsia="zh-CN"/>
        </w:rPr>
        <w:t>　　（六）参加“我是新主播”电视主持人大赛决赛，与知名主持人乐嘉互动。</w:t>
      </w:r>
      <w:r>
        <w:rPr>
          <w:lang w:eastAsia="zh-CN"/>
        </w:rPr>
        <w:br/>
      </w:r>
      <w:r>
        <w:rPr>
          <w:lang w:eastAsia="zh-CN"/>
        </w:rPr>
        <w:t>　　（七）在全台各频率频率、各频道安排播出“我们的节日”为主题的公益广告，营造浓厚的节日氛围。</w:t>
      </w:r>
      <w:r>
        <w:rPr>
          <w:lang w:eastAsia="zh-CN"/>
        </w:rPr>
        <w:br/>
      </w:r>
      <w:r>
        <w:rPr>
          <w:lang w:eastAsia="zh-CN"/>
        </w:rPr>
        <w:t>　　五、 活动安排</w:t>
      </w:r>
      <w:r>
        <w:rPr>
          <w:lang w:eastAsia="zh-CN"/>
        </w:rPr>
        <w:br/>
      </w:r>
      <w:r>
        <w:rPr>
          <w:lang w:eastAsia="zh-CN"/>
        </w:rPr>
        <w:t>　　（一）开展送慰问送祝福采访活动；</w:t>
      </w:r>
      <w:r>
        <w:rPr>
          <w:lang w:eastAsia="zh-CN"/>
        </w:rPr>
        <w:br/>
      </w:r>
      <w:r>
        <w:rPr>
          <w:lang w:eastAsia="zh-CN"/>
        </w:rPr>
        <w:t>　　1、采访对象：省市相关领导，中央驻青媒体、省垣媒体相关领导，社会各行各业人士及普通市民；</w:t>
      </w:r>
      <w:r>
        <w:rPr>
          <w:lang w:eastAsia="zh-CN"/>
        </w:rPr>
        <w:br/>
      </w:r>
      <w:r>
        <w:rPr>
          <w:lang w:eastAsia="zh-CN"/>
        </w:rPr>
        <w:t>　　2、采访内容：对新成立的西宁广播电视台送祝福，表达支持祝贺等；</w:t>
      </w:r>
      <w:r>
        <w:rPr>
          <w:lang w:eastAsia="zh-CN"/>
        </w:rPr>
        <w:br/>
      </w:r>
      <w:r>
        <w:rPr>
          <w:lang w:eastAsia="zh-CN"/>
        </w:rPr>
        <w:t>　　3、播出形式：采制后于11月4日至11月9日根据各频率频道定位及节目设置，在相契合的节目中进行播出。</w:t>
      </w:r>
      <w:r>
        <w:rPr>
          <w:lang w:eastAsia="zh-CN"/>
        </w:rPr>
        <w:br/>
      </w:r>
      <w:r>
        <w:rPr>
          <w:lang w:eastAsia="zh-CN"/>
        </w:rPr>
        <w:t>　　4、责任部门：新闻频道、新闻频率</w:t>
      </w:r>
      <w:r>
        <w:rPr>
          <w:lang w:eastAsia="zh-CN"/>
        </w:rPr>
        <w:br/>
      </w:r>
      <w:r>
        <w:rPr>
          <w:lang w:eastAsia="zh-CN"/>
        </w:rPr>
        <w:t>　　5、配合部门：全台各部门</w:t>
      </w:r>
      <w:r>
        <w:rPr>
          <w:lang w:eastAsia="zh-CN"/>
        </w:rPr>
        <w:br/>
      </w:r>
      <w:r>
        <w:rPr>
          <w:lang w:eastAsia="zh-CN"/>
        </w:rPr>
        <w:t>　　（二）开展以“荧屏声频背后的故事”为主题的采访活动</w:t>
      </w:r>
      <w:r>
        <w:rPr>
          <w:lang w:eastAsia="zh-CN"/>
        </w:rPr>
        <w:br/>
      </w:r>
      <w:r>
        <w:rPr>
          <w:lang w:eastAsia="zh-CN"/>
        </w:rPr>
        <w:t>　　1、采访对象：全台主持人、记者、编导、摄像、制作、技术岗位的工作人员；</w:t>
      </w:r>
      <w:r>
        <w:rPr>
          <w:lang w:eastAsia="zh-CN"/>
        </w:rPr>
        <w:br/>
      </w:r>
      <w:r>
        <w:rPr>
          <w:lang w:eastAsia="zh-CN"/>
        </w:rPr>
        <w:t>　　2、采访内容：面对镜头及话筒讲述自己在我台工作的收获感悟及声音及银屏背后的故事，让受众从不同侧面了解广播电视人的工作；</w:t>
      </w:r>
      <w:r>
        <w:rPr>
          <w:lang w:eastAsia="zh-CN"/>
        </w:rPr>
        <w:br/>
      </w:r>
    </w:p>
    <w:p w:rsidR="001B1F19" w14:textId="27C3F48A">
      <w:pPr>
        <w:rPr>
          <w:lang w:eastAsia="zh-CN"/>
        </w:rPr>
      </w:pPr>
      <w:r>
        <w:rPr>
          <w:lang w:eastAsia="zh-CN"/>
        </w:rPr>
        <w:t>　　3、播出形式：采制后于11月4日至11月9日，期间根据各频率频道定位及节目设置，在相契合的节目中进行播</w:t>
      </w:r>
      <w:r>
        <w:rPr>
          <w:lang w:eastAsia="zh-CN"/>
        </w:rPr>
        <w:br/>
      </w:r>
      <w:r>
        <w:rPr>
          <w:lang w:eastAsia="zh-CN"/>
        </w:rPr>
        <w:t>　　出。</w:t>
      </w:r>
      <w:r>
        <w:rPr>
          <w:lang w:eastAsia="zh-CN"/>
        </w:rPr>
        <w:br/>
      </w:r>
      <w:r>
        <w:rPr>
          <w:lang w:eastAsia="zh-CN"/>
        </w:rPr>
        <w:t>　　4、责任部门：新闻频道、新闻频率</w:t>
      </w:r>
      <w:r>
        <w:rPr>
          <w:lang w:eastAsia="zh-CN"/>
        </w:rPr>
        <w:br/>
      </w:r>
      <w:r>
        <w:rPr>
          <w:lang w:eastAsia="zh-CN"/>
        </w:rPr>
        <w:t>　　5、配合部门：全台各部门</w:t>
      </w:r>
      <w:r>
        <w:rPr>
          <w:lang w:eastAsia="zh-CN"/>
        </w:rPr>
        <w:br/>
      </w:r>
      <w:r>
        <w:rPr>
          <w:lang w:eastAsia="zh-CN"/>
        </w:rPr>
        <w:t>　　6、要求：结合广播及电视特色，制定前期采访方案，在统一安排下进行有计划的'采访报道，力求报道既能凸显媒体特色，又具有创新和亮点。</w:t>
      </w:r>
      <w:r>
        <w:rPr>
          <w:lang w:eastAsia="zh-CN"/>
        </w:rPr>
        <w:br/>
      </w:r>
      <w:r>
        <w:rPr>
          <w:lang w:eastAsia="zh-CN"/>
        </w:rPr>
        <w:t>　　（三）开展以“进社区办实事”为主题的采访活动</w:t>
      </w:r>
      <w:r>
        <w:rPr>
          <w:lang w:eastAsia="zh-CN"/>
        </w:rPr>
        <w:br/>
      </w:r>
      <w:r>
        <w:rPr>
          <w:lang w:eastAsia="zh-CN"/>
        </w:rPr>
        <w:t>　　1、参加人员：夏都零距离栏目、阳光热线栏目</w:t>
      </w:r>
      <w:r>
        <w:rPr>
          <w:lang w:eastAsia="zh-CN"/>
        </w:rPr>
        <w:br/>
      </w:r>
      <w:r>
        <w:rPr>
          <w:lang w:eastAsia="zh-CN"/>
        </w:rPr>
        <w:t>　　2、采访内容：走进社区，深入群众，了解民忧，为民办事。</w:t>
      </w:r>
      <w:r>
        <w:rPr>
          <w:lang w:eastAsia="zh-CN"/>
        </w:rPr>
        <w:br/>
      </w:r>
      <w:r>
        <w:rPr>
          <w:lang w:eastAsia="zh-CN"/>
        </w:rPr>
        <w:t>　　3、播出形式：选择社区的典型事件，与观众互动，帮助市民实现自己的微愿望。采制后在11月4日至11月15日期间在我台播出。</w:t>
      </w:r>
      <w:r>
        <w:rPr>
          <w:lang w:eastAsia="zh-CN"/>
        </w:rPr>
        <w:br/>
      </w:r>
      <w:r>
        <w:rPr>
          <w:lang w:eastAsia="zh-CN"/>
        </w:rPr>
        <w:t>　　4、责任部门：新闻频道、新闻频率</w:t>
      </w:r>
      <w:r>
        <w:rPr>
          <w:lang w:eastAsia="zh-CN"/>
        </w:rPr>
        <w:br/>
      </w:r>
      <w:r>
        <w:rPr>
          <w:lang w:eastAsia="zh-CN"/>
        </w:rPr>
        <w:t>　　5、配合部门：网络电视台</w:t>
      </w:r>
      <w:r>
        <w:rPr>
          <w:lang w:eastAsia="zh-CN"/>
        </w:rPr>
        <w:br/>
      </w:r>
      <w:r>
        <w:rPr>
          <w:lang w:eastAsia="zh-CN"/>
        </w:rPr>
        <w:t>　　6、要求：新闻频道、新闻频率负责该项活动的策划、执行及实施，并制定各自可行的操作方案，确保该项活动有亮点、有特色。采访活动可根据采访情况适当延长活动时间。</w:t>
      </w:r>
      <w:r>
        <w:rPr>
          <w:lang w:eastAsia="zh-CN"/>
        </w:rPr>
        <w:br/>
      </w:r>
      <w:r>
        <w:rPr>
          <w:lang w:eastAsia="zh-CN"/>
        </w:rPr>
        <w:t>　　（四）表彰全台优秀新闻先进工作者和先进集体</w:t>
      </w:r>
      <w:r>
        <w:rPr>
          <w:lang w:eastAsia="zh-CN"/>
        </w:rPr>
        <w:br/>
      </w:r>
      <w:r>
        <w:rPr>
          <w:lang w:eastAsia="zh-CN"/>
        </w:rPr>
        <w:t>　　1、参加人员：西宁广播电视台全体干部职工。</w:t>
      </w:r>
      <w:r>
        <w:rPr>
          <w:lang w:eastAsia="zh-CN"/>
        </w:rPr>
        <w:br/>
      </w:r>
      <w:r>
        <w:rPr>
          <w:lang w:eastAsia="zh-CN"/>
        </w:rPr>
        <w:t>　　2、活动内容：在第十五个记者节期间，通过表彰优秀工作者和先进单位，在全台掀起学习先进、崇尚先进的浓厚氛围，让广大干部职工鼓足干劲再创佳绩。</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https://d.book118.com/627201021012006051</w:t>
        </w:r>
      </w:hyperlink>
    </w:p>
    <w:p w:rsidR="001B1F19">
      <w:pPr>
        <w:rPr>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7201021012006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