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关于客服人员的工作总结（32篇）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t>更多阅读请查看本站工作总结频道。</w:t>
      </w:r>
      <w:r>
        <w:rPr>
          <w:lang w:eastAsia="zh-CN"/>
        </w:rPr>
        <w:br/>
      </w:r>
      <w:r>
        <w:rPr>
          <w:lang w:eastAsia="zh-CN"/>
        </w:rPr>
        <w:t>　　在朋友的介绍下我来到了，得到要来北京学习的消息，我很高兴，很珍惜这样的机会，我学习了五年的酒店管理，都没有怎么实践过，我想一切从头开始，这正是一个很好的机会，于是我怀着热情的心来到了北京学习，刚开始是学习锦江文化和理论课程，我很接受锦江的文化，我也很乐意成为一名锦江人，在十天理论课程完毕之后我迫不及待的怀着忐忑的心情来来到了_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r>
        <w:rPr>
          <w:lang w:eastAsia="zh-CN"/>
        </w:rPr>
        <w:br/>
      </w:r>
      <w:r>
        <w:rPr>
          <w:lang w:eastAsia="zh-CN"/>
        </w:rPr>
        <w:t>　　第三周我被分到了前台，我很喜欢前台接待这个工作，但我很忐忑，我不知道我能否</w:t>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xml:space="preserve"> 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w:t>
      </w:r>
      <w:r>
        <w:rPr>
          <w:lang w:eastAsia="zh-CN"/>
        </w:rPr>
        <w:t xml:space="preserve"> 酒店客人如何登记入住和退房等的一些基本的前台日常操作有了深入的了解并进行了实际操作。</w:t>
      </w:r>
      <w:r>
        <w:rPr>
          <w:lang w:eastAsia="zh-CN"/>
        </w:rPr>
        <w:br/>
      </w:r>
      <w:r>
        <w:rPr>
          <w:lang w:eastAsia="zh-CN"/>
        </w:rPr>
        <w:t>　　实习的日子就这样一天天结束了，这些日子我确实学到了不少东西，除了学习到一些基本的技巧和服务常识之外，更学习到了做人， 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r>
        <w:rPr>
          <w:lang w:eastAsia="zh-CN"/>
        </w:rPr>
        <w:br/>
      </w:r>
      <w:r>
        <w:rPr>
          <w:lang w:eastAsia="zh-CN"/>
        </w:rPr>
        <w:t>　　的年终工作总结频道希望在写作方面解决您的问题，也希望我们的创作和收集整理《客服工作人员个人工作年末总结》内容给您带来帮助。同时，如您需更多总结范文可以访问“工作人员个人工作汇报”专题。</w:t>
      </w:r>
      <w:r>
        <w:rPr>
          <w:lang w:eastAsia="zh-CN"/>
        </w:rPr>
        <w:br/>
      </w:r>
      <w:r>
        <w:rPr>
          <w:lang w:eastAsia="zh-CN"/>
        </w:rPr>
        <w:t xml:space="preserve">    关于客服人员的工作总结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忙碌的20__年即将过去。回首客务部一年来的工作，感慨颇深。这一年来客服部在公司各级领导的关心和支持下、在客服部全体人员的积极努力配合下、在发现、解决、总结中逐渐成熟，并且取得了一定的成绩。</w:t>
      </w:r>
      <w:r>
        <w:rPr>
          <w:lang w:eastAsia="zh-CN"/>
        </w:rPr>
        <w:br/>
      </w:r>
      <w:r>
        <w:rPr>
          <w:lang w:eastAsia="zh-CN"/>
        </w:rPr>
        <w:t>　　一、提高服务质量，规范前台服务。</w:t>
      </w:r>
      <w:r>
        <w:rPr>
          <w:lang w:eastAsia="zh-CN"/>
        </w:rPr>
        <w:br/>
      </w:r>
      <w:r>
        <w:rPr>
          <w:lang w:eastAsia="zh-CN"/>
        </w:rPr>
        <w:t>　　自20__年我部门提出首问负责制的工作方针后，20_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r>
        <w:rPr>
          <w:lang w:eastAsia="zh-CN"/>
        </w:rPr>
        <w:br/>
      </w:r>
      <w:r>
        <w:rPr>
          <w:lang w:eastAsia="zh-CN"/>
        </w:rPr>
        <w:t>　　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r>
        <w:rPr>
          <w:lang w:eastAsia="zh-CN"/>
        </w:rPr>
        <w:br/>
      </w:r>
      <w:r>
        <w:rPr>
          <w:lang w:eastAsia="zh-CN"/>
        </w:rPr>
        <w:t>　　二、规范服务流程，物业管理走向专业化。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r>
        <w:rPr>
          <w:lang w:eastAsia="zh-CN"/>
        </w:rPr>
        <w:br/>
      </w:r>
      <w:r>
        <w:rPr>
          <w:lang w:eastAsia="zh-CN"/>
        </w:rPr>
        <w:t>　　三、改变职能、建立提成制。</w:t>
      </w:r>
      <w:r>
        <w:rPr>
          <w:lang w:eastAsia="zh-CN"/>
        </w:rPr>
        <w:br/>
      </w:r>
      <w:r>
        <w:rPr>
          <w:lang w:eastAsia="zh-CN"/>
        </w:rPr>
        <w:t>　　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r>
        <w:rPr>
          <w:lang w:eastAsia="zh-CN"/>
        </w:rPr>
        <w:br/>
      </w:r>
      <w:r>
        <w:rPr>
          <w:lang w:eastAsia="zh-CN"/>
        </w:rPr>
        <w:t>　　四、加强培训、提高业务水平</w:t>
      </w:r>
      <w:r>
        <w:rPr>
          <w:lang w:eastAsia="zh-CN"/>
        </w:rPr>
        <w:br/>
      </w:r>
      <w:r>
        <w:rPr>
          <w:lang w:eastAsia="zh-CN"/>
        </w:rPr>
        <w:t>　　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客服部是与业主打交道最直接最频繁的部门，员工的素质高低代表着企业的形象，所以我们一直不断地搞好员工培训、提高我们的整体服务水平，我们培训的主要内容有：</w:t>
      </w:r>
      <w:r>
        <w:rPr>
          <w:lang w:eastAsia="zh-CN"/>
        </w:rPr>
        <w:br/>
      </w:r>
      <w:r>
        <w:rPr>
          <w:lang w:eastAsia="zh-CN"/>
        </w:rPr>
        <w:t>　　(一)搞好礼仪培训、规范仪容仪表</w:t>
      </w:r>
      <w:r>
        <w:rPr>
          <w:lang w:eastAsia="zh-CN"/>
        </w:rPr>
        <w:br/>
      </w:r>
      <w:r>
        <w:rPr>
          <w:lang w:eastAsia="zh-CN"/>
        </w:rPr>
        <w:t>　　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_号_人为您服务。前台服务人员必须站立服务，无论是公司领导不是业主从前台经过时要说你好，这样，即提升了客务部的形象，在一定程度也提升了整个物业公司的形象，更突出了物业公司的服务性质。</w:t>
      </w:r>
      <w:r>
        <w:rPr>
          <w:lang w:eastAsia="zh-CN"/>
        </w:rPr>
        <w:br/>
      </w:r>
      <w:r>
        <w:rPr>
          <w:lang w:eastAsia="zh-CN"/>
        </w:rPr>
        <w:t>　　(二)搞好专业知识培训、提高专业技能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r>
        <w:rPr>
          <w:lang w:eastAsia="zh-CN"/>
        </w:rPr>
        <w:br/>
      </w:r>
      <w:r>
        <w:rPr>
          <w:lang w:eastAsia="zh-CN"/>
        </w:rPr>
        <w:t>　　五、组织活动、丰富社区文化</w:t>
      </w:r>
      <w:r>
        <w:rPr>
          <w:lang w:eastAsia="zh-CN"/>
        </w:rPr>
        <w:br/>
      </w:r>
      <w:r>
        <w:rPr>
          <w:lang w:eastAsia="zh-CN"/>
        </w:rPr>
        <w:t>　　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r>
        <w:rPr>
          <w:lang w:eastAsia="zh-CN"/>
        </w:rPr>
        <w:br/>
      </w:r>
      <w:r>
        <w:rPr>
          <w:lang w:eastAsia="zh-CN"/>
        </w:rPr>
        <w:t>　　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r>
        <w:rPr>
          <w:lang w:eastAsia="zh-CN"/>
        </w:rPr>
        <w:br/>
      </w:r>
      <w:r>
        <w:rPr>
          <w:lang w:eastAsia="zh-CN"/>
        </w:rPr>
        <w:t>　　通过一次次的活动，体现了__小区人性化的物业管理，同时也增进了物业公司与业主之间的沟通与交流，并为公司增加一笔收入，据统计自20__年3月以来以园区内开展活动形式收取现金及实物共计约13850元。</w:t>
      </w:r>
      <w:r>
        <w:rPr>
          <w:lang w:eastAsia="zh-CN"/>
        </w:rPr>
        <w:br/>
      </w:r>
      <w:r>
        <w:rPr>
          <w:lang w:eastAsia="zh-CN"/>
        </w:rPr>
        <w:t>　　六、清查二期未安装的水表，追缴经济损失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r>
        <w:rPr>
          <w:lang w:eastAsia="zh-CN"/>
        </w:rPr>
        <w:br/>
      </w:r>
      <w:r>
        <w:rPr>
          <w:lang w:eastAsia="zh-CN"/>
        </w:rPr>
        <w:t>　　七、执行新自来水的水费收费标准，及时调整水价</w:t>
      </w:r>
      <w:r>
        <w:rPr>
          <w:lang w:eastAsia="zh-CN"/>
        </w:rPr>
        <w:br/>
      </w:r>
      <w:r>
        <w:rPr>
          <w:lang w:eastAsia="zh-CN"/>
        </w:rPr>
        <w:t>　　在今年7月份全市自来水进行统一价格调整，园区内20__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r>
        <w:rPr>
          <w:lang w:eastAsia="zh-CN"/>
        </w:rPr>
        <w:br/>
      </w:r>
      <w:r>
        <w:rPr>
          <w:lang w:eastAsia="zh-CN"/>
        </w:rPr>
        <w:t>　　八、不辞辛苦，入户进行满意度调查</w:t>
      </w:r>
      <w:r>
        <w:rPr>
          <w:lang w:eastAsia="zh-CN"/>
        </w:rPr>
        <w:br/>
      </w:r>
      <w:r>
        <w:rPr>
          <w:lang w:eastAsia="zh-CN"/>
        </w:rPr>
        <w:t>　　根据计划安排，20__年11月开始进行满意度调查工作，我们采取让收费员收费的同时进行此项调查工作，同时重新登记业主的联系电话，我们会将业主的最新联系电话重新输入业主资料中。据统计至今为止已发放1610份，返回1600份，回收率为62%。</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20__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r>
        <w:rPr>
          <w:lang w:eastAsia="zh-CN"/>
        </w:rPr>
        <w:br/>
      </w:r>
      <w:r>
        <w:rPr>
          <w:lang w:eastAsia="zh-CN"/>
        </w:rPr>
        <w:t>　　客服部20__年工作计划：</w:t>
      </w:r>
      <w:r>
        <w:rPr>
          <w:lang w:eastAsia="zh-CN"/>
        </w:rPr>
        <w:br/>
      </w:r>
      <w:r>
        <w:rPr>
          <w:lang w:eastAsia="zh-CN"/>
        </w:rPr>
        <w:t>　　一、针对20__年满意度调查时业主反映的情况进行跟进处理，以便提高20__年收费率。</w:t>
      </w:r>
      <w:r>
        <w:rPr>
          <w:lang w:eastAsia="zh-CN"/>
        </w:rPr>
        <w:br/>
      </w:r>
      <w:r>
        <w:rPr>
          <w:lang w:eastAsia="zh-CN"/>
        </w:rPr>
        <w:t>　　二、继续规范各项工作流程，认真贯彻执行各岗位的岗位职责</w:t>
      </w:r>
      <w:r>
        <w:rPr>
          <w:lang w:eastAsia="zh-CN"/>
        </w:rPr>
        <w:br/>
      </w:r>
      <w:r>
        <w:rPr>
          <w:lang w:eastAsia="zh-CN"/>
        </w:rPr>
        <w:t>　　三、推行《员工待客基本行为准则》，提高员工素质及服务水平。</w:t>
      </w:r>
      <w:r>
        <w:rPr>
          <w:lang w:eastAsia="zh-CN"/>
        </w:rPr>
        <w:br/>
      </w:r>
      <w:r>
        <w:rPr>
          <w:lang w:eastAsia="zh-CN"/>
        </w:rPr>
        <w:t>　　四、根据公司要求，在20__年对客服部全体人员进行业务素质及专业知识培训，及时进行考核。</w:t>
      </w:r>
      <w:r>
        <w:rPr>
          <w:lang w:eastAsia="zh-CN"/>
        </w:rPr>
        <w:br/>
      </w:r>
      <w:r>
        <w:rPr>
          <w:lang w:eastAsia="zh-CN"/>
        </w:rPr>
        <w:t>　　五、继续执行现行的物业费收取机制，在实际工作中不断加以完善。</w:t>
      </w:r>
      <w:r>
        <w:rPr>
          <w:lang w:eastAsia="zh-CN"/>
        </w:rPr>
        <w:br/>
      </w:r>
      <w:r>
        <w:rPr>
          <w:lang w:eastAsia="zh-CN"/>
        </w:rPr>
        <w:t>　　六、完成阳台维修工作。</w:t>
      </w:r>
      <w:r>
        <w:rPr>
          <w:lang w:eastAsia="zh-CN"/>
        </w:rPr>
        <w:br/>
      </w:r>
      <w:r>
        <w:rPr>
          <w:lang w:eastAsia="zh-CN"/>
        </w:rPr>
        <w:t xml:space="preserve">    关于客服人员的工作总结 篇7 </w:t>
      </w:r>
      <w:r>
        <w:rPr>
          <w:lang w:eastAsia="zh-CN"/>
        </w:rPr>
        <w:br/>
      </w:r>
      <w:r>
        <w:rPr>
          <w:lang w:eastAsia="zh-CN"/>
        </w:rPr>
        <w:t>　　一年来，在公司党委的正确领导和关心帮助下按照局党委确定的工作思路，以微笑服务为己任，以顾客满意为宗旨，立足本职、爱岗敬业、扎扎实实地做好电信基层客服工作。现对自己全年的工作总结如下：</w:t>
      </w:r>
      <w:r>
        <w:rPr>
          <w:lang w:eastAsia="zh-CN"/>
        </w:rPr>
        <w:br/>
      </w:r>
      <w:r>
        <w:rPr>
          <w:lang w:eastAsia="zh-CN"/>
        </w:rPr>
        <w:t>　　一、立足本职，爱岗敬业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r>
        <w:rPr>
          <w:lang w:eastAsia="zh-CN"/>
        </w:rPr>
        <w:br/>
      </w:r>
      <w:r>
        <w:rPr>
          <w:lang w:eastAsia="zh-CN"/>
        </w:rPr>
        <w:t>　　二、勤奋学习，与时俱进</w:t>
      </w:r>
      <w:r>
        <w:rPr>
          <w:lang w:eastAsia="zh-CN"/>
        </w:rPr>
        <w:br/>
      </w:r>
      <w:r>
        <w:rPr>
          <w:lang w:eastAsia="zh-CN"/>
        </w:rPr>
        <w:t>　　理论是行动的先导。作为电信基层客服人员，我深刻体会到理论学习不仅是任务，而且是一种责任，更是一种境界。一年来我坚持勤奋学习，努力提高理论水平，强化思维能力，注重用理论联系实际，用实践来锻炼自己。</w:t>
      </w:r>
      <w:r>
        <w:rPr>
          <w:lang w:eastAsia="zh-CN"/>
        </w:rPr>
        <w:br/>
      </w:r>
      <w:r>
        <w:rPr>
          <w:lang w:eastAsia="zh-CN"/>
        </w:rPr>
        <w:t>　　1、注重理论联系实际。</w:t>
      </w:r>
      <w:r>
        <w:rPr>
          <w:lang w:eastAsia="zh-CN"/>
        </w:rPr>
        <w:br/>
      </w:r>
      <w:r>
        <w:rPr>
          <w:lang w:eastAsia="zh-CN"/>
        </w:rPr>
        <w:t>　　在工作中用理论来指导解决实践，学习目的再于应用，以理论的指导，不断提高了分析问题和解决问题的能力，增强了工作中的原则性、系统性、预见性和创造性。到公司三年来，我注重把理论转化为自己的科学思维方法，转化为对实际工作的正确把握，转化为指导工作的思路办法，积极研究新情况，解决新问题，走出新路子，克服因循守旧的思想，力戒“经验主义”，拓展思维。</w:t>
      </w:r>
      <w:r>
        <w:rPr>
          <w:lang w:eastAsia="zh-CN"/>
        </w:rPr>
        <w:br/>
      </w:r>
      <w:r>
        <w:rPr>
          <w:lang w:eastAsia="zh-CN"/>
        </w:rPr>
        <w:t>　　2、注重克服思想上的“惰”性。</w:t>
      </w:r>
      <w:r>
        <w:rPr>
          <w:lang w:eastAsia="zh-CN"/>
        </w:rPr>
        <w:br/>
      </w:r>
      <w:r>
        <w:rPr>
          <w:lang w:eastAsia="zh-CN"/>
        </w:rPr>
        <w:t>　　坚持按制度，按计划进行理论学习。首先不把理论学习视为“软指标”和额外负担，自觉参加每季度的党课集中学习；其次是按自己的学习计划，坚持个人自学，发扬“钉子”精神，挤时间学，正确处理工作与学习的矛盾，不因工作忙而忽视学习，不因任务重而放松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在今后的工作中，我会继续发扬我在过去的工作方式，我会努力的继续工作，在工作中保持好和客户之间的关系，用最好的服务来解决客户的困难，让我用最好的服务来化解客户的难题。</w:t>
      </w:r>
      <w:r>
        <w:rPr>
          <w:lang w:eastAsia="zh-CN"/>
        </w:rPr>
        <w:br/>
      </w:r>
      <w:r>
        <w:rPr>
          <w:lang w:eastAsia="zh-CN"/>
        </w:rPr>
        <w:t>　　工作就是这样，干一行爱一行，我已经对我的工作非常的热爱了，我会在今后的工作中继续的努力，为公司的发展做出自己最大的努力！</w:t>
      </w:r>
      <w:r>
        <w:rPr>
          <w:lang w:eastAsia="zh-CN"/>
        </w:rPr>
        <w:br/>
      </w:r>
      <w:r>
        <w:rPr>
          <w:lang w:eastAsia="zh-CN"/>
        </w:rPr>
        <w:t xml:space="preserve">    关于客服人员的工作总结 篇8 </w:t>
      </w:r>
      <w:r>
        <w:rPr>
          <w:lang w:eastAsia="zh-CN"/>
        </w:rPr>
        <w:br/>
      </w:r>
      <w:r>
        <w:rPr>
          <w:lang w:eastAsia="zh-CN"/>
        </w:rPr>
        <w:t>　　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r>
        <w:rPr>
          <w:lang w:eastAsia="zh-CN"/>
        </w:rPr>
        <w:br/>
      </w:r>
      <w:r>
        <w:rPr>
          <w:lang w:eastAsia="zh-CN"/>
        </w:rPr>
        <w:t>　　1、塑造店铺良好形象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r>
        <w:rPr>
          <w:lang w:eastAsia="zh-CN"/>
        </w:rPr>
        <w:br/>
      </w:r>
      <w:r>
        <w:rPr>
          <w:lang w:eastAsia="zh-CN"/>
        </w:rPr>
        <w:t>　　2、学会换位思考</w:t>
      </w:r>
      <w:r>
        <w:rPr>
          <w:lang w:eastAsia="zh-CN"/>
        </w:rPr>
        <w:br/>
      </w:r>
      <w:r>
        <w:rPr>
          <w:lang w:eastAsia="zh-CN"/>
        </w:rPr>
        <w:t>　　3、熟悉公司产品和产品相关知识</w:t>
      </w:r>
      <w:r>
        <w:rPr>
          <w:lang w:eastAsia="zh-CN"/>
        </w:rPr>
        <w:br/>
      </w:r>
      <w:r>
        <w:rPr>
          <w:lang w:eastAsia="zh-CN"/>
        </w:rPr>
        <w:t>　　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r>
        <w:rPr>
          <w:lang w:eastAsia="zh-CN"/>
        </w:rPr>
        <w:br/>
      </w:r>
      <w:r>
        <w:rPr>
          <w:lang w:eastAsia="zh-CN"/>
        </w:rPr>
        <w:t>　　4、有效的完成本职工作</w:t>
      </w:r>
      <w:r>
        <w:rPr>
          <w:lang w:eastAsia="zh-CN"/>
        </w:rPr>
        <w:br/>
      </w:r>
      <w:r>
        <w:rPr>
          <w:lang w:eastAsia="zh-CN"/>
        </w:rPr>
        <w:t>　　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r>
        <w:rPr>
          <w:lang w:eastAsia="zh-CN"/>
        </w:rPr>
        <w:br/>
      </w:r>
      <w:r>
        <w:rPr>
          <w:lang w:eastAsia="zh-CN"/>
        </w:rPr>
        <w:t>　　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r>
        <w:rPr>
          <w:lang w:eastAsia="zh-CN"/>
        </w:rPr>
        <w:br/>
      </w:r>
      <w:r>
        <w:rPr>
          <w:lang w:eastAsia="zh-CN"/>
        </w:rPr>
        <w:t xml:space="preserve">    关于客服人员的工作总结 篇9 </w:t>
      </w:r>
      <w:r>
        <w:rPr>
          <w:lang w:eastAsia="zh-CN"/>
        </w:rPr>
        <w:br/>
      </w:r>
      <w:r>
        <w:rPr>
          <w:lang w:eastAsia="zh-CN"/>
        </w:rPr>
        <w:t>　　在新的一年里我会吸取过去的教训，积极参加公司的培训，以饱满的精神状态迎接新的挑战，向先进学习，向同事学习，取长补短，共同进步，为公司的明天而尽心尽责。</w:t>
      </w:r>
      <w:r>
        <w:rPr>
          <w:lang w:eastAsia="zh-CN"/>
        </w:rPr>
        <w:br/>
      </w:r>
      <w:r>
        <w:rPr>
          <w:lang w:eastAsia="zh-CN"/>
        </w:rPr>
        <w:t>　　一、个人的情况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思想上：作为一名客服员工，我在理念上保持与公司一致，“坚持为客户提供的服务!”在工作的培训和学习中，我不断的提高自己的思想觉悟，学习公司的理念，改正自己工作中的缺点。工作中热情，且亲切，主动帮助同事，并对自己的工作认真负责，有较强的责任感。</w:t>
      </w:r>
      <w:r>
        <w:rPr>
          <w:lang w:eastAsia="zh-CN"/>
        </w:rPr>
        <w:br/>
      </w:r>
      <w:r>
        <w:rPr>
          <w:lang w:eastAsia="zh-CN"/>
        </w:rPr>
        <w:t>　　工作上：努力的完成自己的工作，对于自己不明白的地方及时去学习和提升自己，为顾客解答的时候以客户为主，优先为安抚客户情绪，同时以最快的速度为客户解决问题。在工作中学习经验，对同事和自己遇上的情况进行记录和反省，防止下一次出现问题。</w:t>
      </w:r>
      <w:r>
        <w:rPr>
          <w:lang w:eastAsia="zh-CN"/>
        </w:rPr>
        <w:br/>
      </w:r>
      <w:r>
        <w:rPr>
          <w:lang w:eastAsia="zh-CN"/>
        </w:rPr>
        <w:t>　　人际上：在公司中我广交朋友，提升自己在公司中的人际关系，加强同事间的交流，与同事间互帮互助，互相学习经验，努力提高工作能力。自己作为一名客服，总是要面临和各种客户的交流，有时候也会出现无奈和伤心的时候，但是我们总是互相的安慰和帮助，让工作能顺利的进行。</w:t>
      </w:r>
      <w:r>
        <w:rPr>
          <w:lang w:eastAsia="zh-CN"/>
        </w:rPr>
        <w:br/>
      </w:r>
      <w:r>
        <w:rPr>
          <w:lang w:eastAsia="zh-CN"/>
        </w:rPr>
        <w:t>　　二、工作的情况</w:t>
      </w:r>
      <w:r>
        <w:rPr>
          <w:lang w:eastAsia="zh-CN"/>
        </w:rPr>
        <w:br/>
      </w:r>
      <w:r>
        <w:rPr>
          <w:lang w:eastAsia="zh-CN"/>
        </w:rPr>
        <w:t>　　在工作中，我一开时严格的要求自己，不让自己在工作中犯错，总是在做好万全的准备之后再为顾客解决。虽然没什么问题，但是在业绩上却难以进步，自己也总是被批评。在重新的对自己检讨之后，我改变了自己的工作方式，开始带着人性化的工作，在和客户交流的时候，多考虑客户的状况，让客户能感到更加的方便。渐渐的，自己也喜欢上了这样的感觉，努力的将工作做的.更好。</w:t>
      </w:r>
      <w:r>
        <w:rPr>
          <w:lang w:eastAsia="zh-CN"/>
        </w:rPr>
        <w:br/>
      </w:r>
      <w:r>
        <w:rPr>
          <w:lang w:eastAsia="zh-CN"/>
        </w:rPr>
        <w:t>　　三、工作中的不足</w:t>
      </w:r>
      <w:r>
        <w:rPr>
          <w:lang w:eastAsia="zh-CN"/>
        </w:rPr>
        <w:br/>
      </w:r>
      <w:r>
        <w:rPr>
          <w:lang w:eastAsia="zh-CN"/>
        </w:rPr>
        <w:t>　　目前自己的。不足，还是对公司产品了解的不够深入。在很多专业的客户面前，可能自己还懂的不如客户多，这实在是有些丢脸。为了防止再出现这个错误，我要更加深入的学习产品知识，提高个人的只是储备。相信这样也能有效的提高公司形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四、总结</w:t>
      </w:r>
      <w:r>
        <w:rPr>
          <w:lang w:eastAsia="zh-CN"/>
        </w:rPr>
        <w:br/>
      </w:r>
      <w:r>
        <w:rPr>
          <w:lang w:eastAsia="zh-CN"/>
        </w:rPr>
        <w:t>　　一年的工作结束了，说实话，客服的工作是比较简单的，但是只有自己在工作中发现了乐趣，才能让自己找到目标，才能让自己继续前进!在下一年，我也要努力朝着自己的目标前进!</w:t>
      </w:r>
      <w:r>
        <w:rPr>
          <w:lang w:eastAsia="zh-CN"/>
        </w:rPr>
        <w:br/>
      </w:r>
      <w:r>
        <w:rPr>
          <w:lang w:eastAsia="zh-CN"/>
        </w:rPr>
        <w:t xml:space="preserve">    关于客服人员的工作总结 篇10 </w:t>
      </w:r>
      <w:r>
        <w:rPr>
          <w:lang w:eastAsia="zh-CN"/>
        </w:rPr>
        <w:br/>
      </w:r>
      <w:r>
        <w:rPr>
          <w:lang w:eastAsia="zh-CN"/>
        </w:rPr>
        <w:t>　　时光如梭，不知不觉中来绿城青竹园服务中心工作已有一年了。在我看来，这是短暂而又漫长的一年。短暂的是我还来不及掌握的工作技巧与专业知识，时光已经流逝;漫长的是要成为一名优秀的客服人员今后的路必定很漫长。</w:t>
      </w:r>
      <w:r>
        <w:rPr>
          <w:lang w:eastAsia="zh-CN"/>
        </w:rPr>
        <w:br/>
      </w:r>
      <w:r>
        <w:rPr>
          <w:lang w:eastAsia="zh-CN"/>
        </w:rPr>
        <w:t>　　回顾当初在招聘会上应聘公司客服岗位的事就像发生在一样;不过如今的我已从懵懂的学生转变成了肩负工作职责的绿城员工，对客服工作也由陌生变成了熟悉。</w:t>
      </w:r>
      <w:r>
        <w:rPr>
          <w:lang w:eastAsia="zh-CN"/>
        </w:rPr>
        <w:br/>
      </w:r>
      <w:r>
        <w:rPr>
          <w:lang w:eastAsia="zh-CN"/>
        </w:rPr>
        <w:t>　　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r>
        <w:rPr>
          <w:lang w:eastAsia="zh-CN"/>
        </w:rPr>
        <w:br/>
      </w:r>
      <w:r>
        <w:rPr>
          <w:lang w:eastAsia="zh-CN"/>
        </w:rPr>
        <w:t>　　下面是我这一年来的主要工作内容</w:t>
      </w:r>
      <w:r>
        <w:rPr>
          <w:lang w:eastAsia="zh-CN"/>
        </w:rPr>
        <w:br/>
      </w:r>
      <w:r>
        <w:rPr>
          <w:lang w:eastAsia="zh-CN"/>
        </w:rPr>
        <w:t>　　1、业主收房、入住、装修等手续和证件的办理以及业主资料、档案、钥匙的归档;其中交付园区共92户，办理交房手续46户，办理装修手续7户，入住业主2户;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2、接受各方面信息，包括业主、装修单位、房产公司、施工单位等信息，在做好记录的同时通知相关部门和人员进行处理，并对此过程进行跟踪，完成后进行回访;</w:t>
      </w:r>
      <w:r>
        <w:rPr>
          <w:lang w:eastAsia="zh-CN"/>
        </w:rPr>
        <w:br/>
      </w:r>
      <w:r>
        <w:rPr>
          <w:lang w:eastAsia="zh-CN"/>
        </w:rPr>
        <w:t>　　3、函件、文件的制作、发送与归档，目前年度工作联系单发函150份，整改通知单115份;温馨提示55份;部门会议纪要23份，大件物品放行条1387余份。</w:t>
      </w:r>
      <w:r>
        <w:rPr>
          <w:lang w:eastAsia="zh-CN"/>
        </w:rPr>
        <w:br/>
      </w:r>
      <w:r>
        <w:rPr>
          <w:lang w:eastAsia="zh-CN"/>
        </w:rPr>
        <w:t>　　在完成上述工作的过程中，我学到了很多，也成长了不少。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1、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揽秀苑与临风苑房屋交付的时候，因时间紧迫，人员较少，相关工作又较复杂;管家部全体人员连续加班一个多星期，力争在交房前把所以准备工作做充分做细致;尤其是在交付的前3日，大家每晚都加班至凌晨两三点。交房的第一天我是负责客服中心的协助工作，当我拖着疲惫的身体参与交房工作时，已有一种睁着眼睛睡觉的感觉。但当我看到从重庆远道而来的张羽在面对客户时从容甜美的笑容，娴熟的接待技巧时，内心竟荡起一波波涟漪;她也是加班加点的在工作，也会很累，为什么在客户面前却可以保持这么好的精神面貌和工作状态呢通过公司领导对我们当天工作的总结，我才深刻体会到职业精神和微笑服务的真正含义。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r>
        <w:rPr>
          <w:lang w:eastAsia="zh-CN"/>
        </w:rPr>
        <w:br/>
      </w:r>
      <w:r>
        <w:rPr>
          <w:lang w:eastAsia="zh-CN"/>
        </w:rPr>
        <w:t>　　2、工作生活中体会到了细节的重要性。细节因其“小”，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r>
        <w:rPr>
          <w:lang w:eastAsia="zh-CN"/>
        </w:rPr>
        <w:br/>
      </w:r>
      <w:r>
        <w:rPr>
          <w:lang w:eastAsia="zh-CN"/>
        </w:rPr>
        <w:t>　　在201_年这全新的一年里，我要努力改正过去一年里工作中的缺点，不断提升，加强以下几个方面的工作</w:t>
      </w:r>
      <w:r>
        <w:rPr>
          <w:lang w:eastAsia="zh-CN"/>
        </w:rPr>
        <w:br/>
      </w:r>
      <w:r>
        <w:rPr>
          <w:lang w:eastAsia="zh-CN"/>
        </w:rPr>
        <w:t>　　4、加强学习物业管理的基本知识，提高客户服务技巧与心理，完善客服接待流程及礼仪;</w:t>
      </w:r>
      <w:r>
        <w:rPr>
          <w:lang w:eastAsia="zh-CN"/>
        </w:rPr>
        <w:br/>
      </w:r>
      <w:r>
        <w:rPr>
          <w:lang w:eastAsia="zh-CN"/>
        </w:rPr>
        <w:t>　　5、加强文案、会务等制作能力;拓展各项工作技能，如学习PHOTOSHOP、coreldraw软件的操作等;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6、进一步改善自己的性格，提高对工作耐心度，更加注重细节，加强工作责任心和培养工作积极性;</w:t>
      </w:r>
      <w:r>
        <w:rPr>
          <w:lang w:eastAsia="zh-CN"/>
        </w:rPr>
        <w:br/>
      </w:r>
      <w:r>
        <w:rPr>
          <w:lang w:eastAsia="zh-CN"/>
        </w:rPr>
        <w:t>　　7、多与各位领导、同事们沟通学习，取长补短，提升自己各方面能力，跟上公司前进的步伐。</w:t>
      </w:r>
      <w:r>
        <w:rPr>
          <w:lang w:eastAsia="zh-CN"/>
        </w:rPr>
        <w:br/>
      </w:r>
      <w:r>
        <w:rPr>
          <w:lang w:eastAsia="zh-CN"/>
        </w:rPr>
        <w:t>　　很幸运刚从学校毕业就可以加入绿城青竹园这个可爱而优秀的团队，绿城的文化理念，管家部的工作氛围已不自觉地感染着我、推动着我;让我可以在工作中学习，在学习中成长;也确定了自己努力的方向。此时此刻，我的目标就是力争在新一年工作中挑战自我、超越自我，取得更大的进步!谢谢大家，我的工作总结完毕!</w:t>
      </w:r>
      <w:r>
        <w:rPr>
          <w:lang w:eastAsia="zh-CN"/>
        </w:rPr>
        <w:br/>
      </w:r>
      <w:r>
        <w:rPr>
          <w:lang w:eastAsia="zh-CN"/>
        </w:rPr>
        <w:t xml:space="preserve">    关于客服人员的工作总结 篇11 </w:t>
      </w:r>
      <w:r>
        <w:rPr>
          <w:lang w:eastAsia="zh-CN"/>
        </w:rPr>
        <w:br/>
      </w:r>
      <w:r>
        <w:rPr>
          <w:lang w:eastAsia="zh-CN"/>
        </w:rPr>
        <w:t>　　客服人员个人工作总结一客服部以二个效益为中心，以三个满意为基础，上下齐心，咨询成功率与预约成功率都有了提高。现结合__年工作实际，将_年的工作总结如下：</w:t>
      </w:r>
      <w:r>
        <w:rPr>
          <w:lang w:eastAsia="zh-CN"/>
        </w:rPr>
        <w:br/>
      </w:r>
      <w:r>
        <w:rPr>
          <w:lang w:eastAsia="zh-CN"/>
        </w:rPr>
        <w:t>　　一.规范咨询工作</w:t>
      </w:r>
      <w:r>
        <w:rPr>
          <w:lang w:eastAsia="zh-CN"/>
        </w:rPr>
        <w:br/>
      </w:r>
      <w:r>
        <w:rPr>
          <w:lang w:eastAsia="zh-CN"/>
        </w:rPr>
        <w:t>　　（一）拟定咨询科室各种规章制度</w:t>
      </w:r>
      <w:r>
        <w:rPr>
          <w:lang w:eastAsia="zh-CN"/>
        </w:rPr>
        <w:br/>
      </w:r>
      <w:r>
        <w:rPr>
          <w:lang w:eastAsia="zh-CN"/>
        </w:rPr>
        <w:t>　　包括咨询服务标准，咨询部考核细则，电话回访服务标准，咨询部工作范畴，咨询部工作要求等，细化各个具体工作的服务标准，咨询部的基本工作规范等。</w:t>
      </w:r>
      <w:r>
        <w:rPr>
          <w:lang w:eastAsia="zh-CN"/>
        </w:rPr>
        <w:br/>
      </w:r>
      <w:r>
        <w:rPr>
          <w:lang w:eastAsia="zh-CN"/>
        </w:rPr>
        <w:t>　　（二）规范咨询业务技巧，增加咨询成功率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十月第一周咨询成功率在18%左右，预约成功率在43%；到目前为止，咨询成功率约50%，预约成功率达60%以上，咨询及预约成功率均有了较大幅度的上升，前期的业务技巧培训及咨询服务的规范效果是非常显著的。</w:t>
      </w:r>
      <w:r>
        <w:rPr>
          <w:lang w:eastAsia="zh-CN"/>
        </w:rPr>
        <w:br/>
      </w:r>
      <w:r>
        <w:rPr>
          <w:lang w:eastAsia="zh-CN"/>
        </w:rPr>
        <w:t>　　1.专业知识的学习。</w:t>
      </w:r>
      <w:r>
        <w:rPr>
          <w:lang w:eastAsia="zh-CN"/>
        </w:rPr>
        <w:br/>
      </w:r>
      <w:r>
        <w:rPr>
          <w:lang w:eastAsia="zh-CN"/>
        </w:rPr>
        <w:t>　　a、每周一次由咨询医生进行讲课，培养咨询医生的学习积极性和自主性，讲课医生能限度地掌握该项专业知识。</w:t>
      </w:r>
      <w:r>
        <w:rPr>
          <w:lang w:eastAsia="zh-CN"/>
        </w:rPr>
        <w:br/>
      </w:r>
      <w:r>
        <w:rPr>
          <w:lang w:eastAsia="zh-CN"/>
        </w:rPr>
        <w:t>　　b、每结束一期培训进行一次专业知识考核，考核成绩由科室各位曾讲课的医生进行评定。</w:t>
      </w:r>
      <w:r>
        <w:rPr>
          <w:lang w:eastAsia="zh-CN"/>
        </w:rPr>
        <w:br/>
      </w:r>
      <w:r>
        <w:rPr>
          <w:lang w:eastAsia="zh-CN"/>
        </w:rPr>
        <w:t>　　c、每月拨打其他医院的电话进行总结，从他们的咨询中揣摩、了解、学习其它医院的咨询技巧，在学习的基础上进行比较，找出自己的优势，更好地发挥。</w:t>
      </w:r>
      <w:r>
        <w:rPr>
          <w:lang w:eastAsia="zh-CN"/>
        </w:rPr>
        <w:br/>
      </w:r>
      <w:r>
        <w:rPr>
          <w:lang w:eastAsia="zh-CN"/>
        </w:rPr>
        <w:t>　　2.定期召开咨询记录讲评会议。</w:t>
      </w:r>
      <w:r>
        <w:rPr>
          <w:lang w:eastAsia="zh-CN"/>
        </w:rPr>
        <w:br/>
      </w:r>
      <w:r>
        <w:rPr>
          <w:lang w:eastAsia="zh-CN"/>
        </w:rPr>
        <w:t>　　a.定期抽查每个咨询人员的咨询记录，重点在于讲评总结，及时指出咨询中存在的问题，提高咨询质量。</w:t>
      </w:r>
      <w:r>
        <w:rPr>
          <w:lang w:eastAsia="zh-CN"/>
        </w:rPr>
        <w:br/>
      </w:r>
      <w:r>
        <w:rPr>
          <w:lang w:eastAsia="zh-CN"/>
        </w:rPr>
        <w:t>　　b.咨询医生的技巧和营销的交流，各个咨询医生对其它人咨询的评价。</w:t>
      </w:r>
      <w:r>
        <w:rPr>
          <w:lang w:eastAsia="zh-CN"/>
        </w:rPr>
        <w:br/>
      </w:r>
      <w:r>
        <w:rPr>
          <w:lang w:eastAsia="zh-CN"/>
        </w:rPr>
        <w:t xml:space="preserve">    关于客服人员的工作总结 篇12 </w:t>
      </w:r>
      <w:r>
        <w:rPr>
          <w:lang w:eastAsia="zh-CN"/>
        </w:rPr>
        <w:br/>
      </w:r>
      <w:r>
        <w:rPr>
          <w:lang w:eastAsia="zh-CN"/>
        </w:rPr>
        <w:t>　　20年即将结束，在公司_总和_总的领导下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公司能给我这样一个学习和进步的机会。现将本人一年来的工作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一、本年度个人工作情况</w:t>
      </w:r>
      <w:r>
        <w:rPr>
          <w:lang w:eastAsia="zh-CN"/>
        </w:rPr>
        <w:br/>
      </w:r>
      <w:r>
        <w:rPr>
          <w:lang w:eastAsia="zh-CN"/>
        </w:rPr>
        <w:t>　　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_总在我的工作上给予了很大的支持和肯定，使我自己能够尽快的进入工作状态。</w:t>
      </w:r>
      <w:r>
        <w:rPr>
          <w:lang w:eastAsia="zh-CN"/>
        </w:rPr>
        <w:br/>
      </w:r>
      <w:r>
        <w:rPr>
          <w:lang w:eastAsia="zh-CN"/>
        </w:rPr>
        <w:t>　　20年3—4月主要工作重点是一期客户合同备案前的更换工作及一期户型变更后给客户的解释确认工作。</w:t>
      </w:r>
      <w:r>
        <w:rPr>
          <w:lang w:eastAsia="zh-CN"/>
        </w:rPr>
        <w:br/>
      </w:r>
      <w:r>
        <w:rPr>
          <w:lang w:eastAsia="zh-CN"/>
        </w:rPr>
        <w:t>　　20年5—6—7月主要负责了商铺户型面积价格的确定，以及商铺销售工作的开展。</w:t>
      </w:r>
      <w:r>
        <w:rPr>
          <w:lang w:eastAsia="zh-CN"/>
        </w:rPr>
        <w:br/>
      </w:r>
      <w:r>
        <w:rPr>
          <w:lang w:eastAsia="zh-CN"/>
        </w:rPr>
        <w:t>　　20年8—9月主要工作重点是二期合同的更换及附带商铺的销售工作。</w:t>
      </w:r>
      <w:r>
        <w:rPr>
          <w:lang w:eastAsia="zh-CN"/>
        </w:rPr>
        <w:br/>
      </w:r>
      <w:r>
        <w:rPr>
          <w:lang w:eastAsia="zh-CN"/>
        </w:rPr>
        <w:t>　　20年10月做了一些交房前的准备工作及房屋内部工程摸底的工作。</w:t>
      </w:r>
      <w:r>
        <w:rPr>
          <w:lang w:eastAsia="zh-CN"/>
        </w:rPr>
        <w:br/>
      </w:r>
      <w:r>
        <w:rPr>
          <w:lang w:eastAsia="zh-CN"/>
        </w:rPr>
        <w:t>　　20年11—12月主要就是一期客户的交房工作。</w:t>
      </w:r>
      <w:r>
        <w:rPr>
          <w:lang w:eastAsia="zh-CN"/>
        </w:rPr>
        <w:br/>
      </w:r>
      <w:r>
        <w:rPr>
          <w:lang w:eastAsia="zh-CN"/>
        </w:rPr>
        <w:t>　　以上是本人参与处理过的一部分阶段性的工作，除了以上工作外本人主要负责的日常工作还有：</w:t>
      </w:r>
      <w:r>
        <w:rPr>
          <w:lang w:eastAsia="zh-CN"/>
        </w:rPr>
        <w:br/>
      </w:r>
      <w:r>
        <w:rPr>
          <w:lang w:eastAsia="zh-CN"/>
        </w:rPr>
        <w:t>　　1、在销售过程中，销售部与工程部之间的相互协调及沟通工作，在该项工作方面也得到了工程部施总工和赵部长的积极配合与支持，在此也表示对他们的感谢。</w:t>
      </w:r>
      <w:r>
        <w:rPr>
          <w:lang w:eastAsia="zh-CN"/>
        </w:rPr>
        <w:br/>
      </w:r>
      <w:r>
        <w:rPr>
          <w:lang w:eastAsia="zh-CN"/>
        </w:rPr>
        <w:t>　　2、本人负责的另一项日常工作就是退房客户的接待以及退款手续的办理工作，至目前为止已办理退房客户45位。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3、完成_总临时安排的一些工作。</w:t>
      </w:r>
      <w:r>
        <w:rPr>
          <w:lang w:eastAsia="zh-CN"/>
        </w:rPr>
        <w:br/>
      </w:r>
      <w:r>
        <w:rPr>
          <w:lang w:eastAsia="zh-CN"/>
        </w:rPr>
        <w:t>　　二、工作当中存在的问题。</w:t>
      </w:r>
      <w:r>
        <w:rPr>
          <w:lang w:eastAsia="zh-CN"/>
        </w:rPr>
        <w:br/>
      </w:r>
      <w:r>
        <w:rPr>
          <w:lang w:eastAsia="zh-CN"/>
        </w:rPr>
        <w:t>　　回想在过去一年的工作当中，是做了一定的工作但是没有那项工作做的完整理想，工作当中需要自己改进和不断学习的地方还是有很多，下面将工作当中存在的不足：</w:t>
      </w:r>
      <w:r>
        <w:rPr>
          <w:lang w:eastAsia="zh-CN"/>
        </w:rPr>
        <w:br/>
      </w:r>
      <w:r>
        <w:rPr>
          <w:lang w:eastAsia="zh-CN"/>
        </w:rPr>
        <w:t>　　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r>
        <w:rPr>
          <w:lang w:eastAsia="zh-CN"/>
        </w:rPr>
        <w:br/>
      </w:r>
      <w:r>
        <w:rPr>
          <w:lang w:eastAsia="zh-CN"/>
        </w:rPr>
        <w:t>　　2、工作不找方法。我们做的是销售工作，平时我们应该灵活的运用销售技巧，同样在工作当中也应该多去找一些方法。</w:t>
      </w:r>
      <w:r>
        <w:rPr>
          <w:lang w:eastAsia="zh-CN"/>
        </w:rPr>
        <w:br/>
      </w:r>
      <w:r>
        <w:rPr>
          <w:lang w:eastAsia="zh-CN"/>
        </w:rPr>
        <w:t>　　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r>
        <w:rPr>
          <w:lang w:eastAsia="zh-CN"/>
        </w:rPr>
        <w:br/>
      </w:r>
      <w:r>
        <w:rPr>
          <w:lang w:eastAsia="zh-CN"/>
        </w:rPr>
        <w:t>　　三、工作计划</w:t>
      </w:r>
      <w:r>
        <w:rPr>
          <w:lang w:eastAsia="zh-CN"/>
        </w:rPr>
        <w:br/>
      </w:r>
      <w:r>
        <w:rPr>
          <w:lang w:eastAsia="zh-CN"/>
        </w:rPr>
        <w:t>　　20年的结束对于我们来说并不代表着工作的结束，而是一个新起点的开始。因为我们的工作在来年面临着更严峻的考验，充满着挑战。年公司的销售可以说是很不错，基本上完成了公司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w:t>
      </w:r>
      <w:r>
        <w:rPr>
          <w:lang w:eastAsia="zh-CN"/>
        </w:rPr>
        <w:br/>
      </w:r>
      <w:r>
        <w:rPr>
          <w:lang w:eastAsia="zh-CN"/>
        </w:rPr>
        <w:t>　　同时再伴随着因受全球金融危机影响，房地产市场持续低迷这样的一个状况，客户目前大多抱着持币观望的'状态，投资者也变的更为谨慎，再加上普遍风传的降价风潮都给我们20年的销售工作带来了很大的困难。所以在这个时候我们我们更应该强硬自身，提高自己的思想认识，增强全局意识，加强服务理念，从我个人角度出发，服从公司的安排，严格要求自己，按以下几点迎接20年的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我是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r>
        <w:rPr>
          <w:lang w:eastAsia="zh-CN"/>
        </w:rPr>
        <w:br/>
      </w:r>
      <w:r>
        <w:rPr>
          <w:lang w:eastAsia="zh-CN"/>
        </w:rPr>
        <w:t>　　房地产市场的起伏动荡，公司于年与公司进行合资，共同完成销售工作。在这段时间，我积极配合公司的员工，以销售为目的，在公司领导的指导下，完成经营价格的制定，在春节前策划完成了广告宣传，为月份的销售高潮奠定了基础，最后以个月完成合同额万元的好成绩而告终。经过这次企业的洗礼，我从中得到了不少专业知识，使自己各方面都所有提高。</w:t>
      </w:r>
      <w:r>
        <w:rPr>
          <w:lang w:eastAsia="zh-CN"/>
        </w:rPr>
        <w:br/>
      </w:r>
      <w:r>
        <w:rPr>
          <w:lang w:eastAsia="zh-CN"/>
        </w:rPr>
        <w:t>　　20年下旬公司与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w:t>
      </w:r>
      <w:r>
        <w:rPr>
          <w:lang w:eastAsia="zh-CN"/>
        </w:rPr>
        <w:br/>
      </w:r>
      <w:r>
        <w:rPr>
          <w:lang w:eastAsia="zh-CN"/>
        </w:rPr>
        <w:t>　　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20年这一年是有意义的、有价值的、有收获的。公司在每一名员工的努力下，在新的一年中将会有新的突破，新的气象，能够在日益激烈的市场竞争中，占有一席之地。</w:t>
      </w:r>
      <w:r>
        <w:rPr>
          <w:lang w:eastAsia="zh-CN"/>
        </w:rPr>
        <w:br/>
      </w:r>
      <w:r>
        <w:rPr>
          <w:lang w:eastAsia="zh-CN"/>
        </w:rPr>
        <w:t xml:space="preserve">    关于客服人员的工作总结 篇13 </w:t>
      </w:r>
      <w:r>
        <w:rPr>
          <w:lang w:eastAsia="zh-CN"/>
        </w:rPr>
        <w:br/>
      </w:r>
      <w:r>
        <w:rPr>
          <w:lang w:eastAsia="zh-CN"/>
        </w:rPr>
        <w:t>　　一、 深化落实公司各项规章制度和客服部各项制度</w:t>
      </w:r>
      <w:r>
        <w:rPr>
          <w:lang w:eastAsia="zh-CN"/>
        </w:rPr>
        <w:br/>
      </w:r>
      <w:r>
        <w:rPr>
          <w:lang w:eastAsia="zh-CN"/>
        </w:rPr>
        <w:t>　　在201_年初步完善的各项规章制度的基础上,20__年的重点是深化落实,为此,客服部根据公司的发展现状,加深其对物业管理的认识和理解。客服部也及时调整客服工作的相关制度,以求更好的适应新的形势。</w:t>
      </w:r>
      <w:r>
        <w:rPr>
          <w:lang w:eastAsia="zh-CN"/>
        </w:rPr>
        <w:br/>
      </w:r>
      <w:r>
        <w:rPr>
          <w:lang w:eastAsia="zh-CN"/>
        </w:rPr>
        <w:t>　　二、理论联系实际,积极开展客服人员的培训工作</w:t>
      </w:r>
      <w:r>
        <w:rPr>
          <w:lang w:eastAsia="zh-CN"/>
        </w:rPr>
        <w:br/>
      </w:r>
      <w:r>
        <w:rPr>
          <w:lang w:eastAsia="zh-CN"/>
        </w:rPr>
        <w:t>　　在物业公司的多次亲自指导下，我部门从客服人员最基本的形象建立，从物业管理最基本的概念，到物业人员的沟通技巧，到物业管理的各个环节工作，再结合相关的法律法规综合知识，进行了较为系统的培训学习。</w:t>
      </w:r>
      <w:r>
        <w:rPr>
          <w:lang w:eastAsia="zh-CN"/>
        </w:rPr>
        <w:br/>
      </w:r>
      <w:r>
        <w:rPr>
          <w:lang w:eastAsia="zh-CN"/>
        </w:rPr>
        <w:t>　　三、日常报修的处理</w:t>
      </w:r>
      <w:r>
        <w:rPr>
          <w:lang w:eastAsia="zh-CN"/>
        </w:rPr>
        <w:br/>
      </w:r>
      <w:r>
        <w:rPr>
          <w:lang w:eastAsia="zh-CN"/>
        </w:rPr>
        <w:t>　　据《每日工作记录》记录业主来电来访投诉及服务事项，根据报修内容的不同积极进行派工,争取在最短的时间内将问题解决。同时,根据报修的完成情况及时地进行回访。</w:t>
      </w:r>
      <w:r>
        <w:rPr>
          <w:lang w:eastAsia="zh-CN"/>
        </w:rPr>
        <w:br/>
      </w:r>
      <w:r>
        <w:rPr>
          <w:lang w:eastAsia="zh-CN"/>
        </w:rPr>
        <w:t>　　全年客服处理报修电话累计达14346个，解决各类故障14346个，排除原施工问题、报修故障解决率为100%;共接收投诉电话984个，及时处理、反馈984个。</w:t>
      </w:r>
      <w:r>
        <w:rPr>
          <w:lang w:eastAsia="zh-CN"/>
        </w:rPr>
        <w:br/>
      </w:r>
      <w:r>
        <w:rPr>
          <w:lang w:eastAsia="zh-CN"/>
        </w:rPr>
        <w:t>　　四、信息发布工作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共计向客户发放各类书面通知23次。运用短信群发器发送通知累计1386条，做到通知拟发及时、详尽，表述清晰、用词准确，同时积极配合通知内容做好相关解释工作。</w:t>
      </w:r>
      <w:r>
        <w:rPr>
          <w:lang w:eastAsia="zh-CN"/>
        </w:rPr>
        <w:br/>
      </w:r>
      <w:r>
        <w:rPr>
          <w:lang w:eastAsia="zh-CN"/>
        </w:rPr>
        <w:t>　　五、物业费的收缴工作</w:t>
      </w:r>
      <w:r>
        <w:rPr>
          <w:lang w:eastAsia="zh-CN"/>
        </w:rPr>
        <w:br/>
      </w:r>
      <w:r>
        <w:rPr>
          <w:lang w:eastAsia="zh-CN"/>
        </w:rPr>
        <w:t>　　根据公司下达的收费通知,积极开展物业费的解释、通知工作，做好催缴工作。</w:t>
      </w:r>
      <w:r>
        <w:rPr>
          <w:lang w:eastAsia="zh-CN"/>
        </w:rPr>
        <w:br/>
      </w:r>
      <w:r>
        <w:rPr>
          <w:lang w:eastAsia="zh-CN"/>
        </w:rPr>
        <w:t>　　六、水电费的收缴工作</w:t>
      </w:r>
      <w:r>
        <w:rPr>
          <w:lang w:eastAsia="zh-CN"/>
        </w:rPr>
        <w:br/>
      </w:r>
      <w:r>
        <w:rPr>
          <w:lang w:eastAsia="zh-CN"/>
        </w:rPr>
        <w:t>　　做好首次入户抄表工作。按期完成每月水电表抄表工作的同时,及时完成每月水电费数据录入、出账。打印缴费通知单后，按时张贴缴费通知单到每户。对未按时缴费的用户进行催缴，对逾期的采取停水处理。</w:t>
      </w:r>
      <w:r>
        <w:rPr>
          <w:lang w:eastAsia="zh-CN"/>
        </w:rPr>
        <w:br/>
      </w:r>
      <w:r>
        <w:rPr>
          <w:lang w:eastAsia="zh-CN"/>
        </w:rPr>
        <w:t>　　七、建立健全业主档案工作</w:t>
      </w:r>
      <w:r>
        <w:rPr>
          <w:lang w:eastAsia="zh-CN"/>
        </w:rPr>
        <w:br/>
      </w:r>
      <w:r>
        <w:rPr>
          <w:lang w:eastAsia="zh-CN"/>
        </w:rPr>
        <w:t>　　已完善及更新业主档案256份，并持续补充整理业主电子档案。门禁卡办理累计159人次，公寓入住人员登记累计245人次。公寓入住证明(办暂住证需要)累计26人次。</w:t>
      </w:r>
      <w:r>
        <w:rPr>
          <w:lang w:eastAsia="zh-CN"/>
        </w:rPr>
        <w:br/>
      </w:r>
      <w:r>
        <w:rPr>
          <w:lang w:eastAsia="zh-CN"/>
        </w:rPr>
        <w:t>　　八、工作中存在的不足、发现的问题及遇到的困难：</w:t>
      </w:r>
      <w:r>
        <w:rPr>
          <w:lang w:eastAsia="zh-CN"/>
        </w:rPr>
        <w:br/>
      </w:r>
      <w:r>
        <w:rPr>
          <w:lang w:eastAsia="zh-CN"/>
        </w:rPr>
        <w:t>　　1、由于我部门均未经过专业的物业管理培训，关于物业方面的知识仍需系统学习，服务规范及沟通技巧也要进一步加强。</w:t>
      </w:r>
      <w:r>
        <w:rPr>
          <w:lang w:eastAsia="zh-CN"/>
        </w:rPr>
        <w:br/>
      </w:r>
      <w:r>
        <w:rPr>
          <w:lang w:eastAsia="zh-CN"/>
        </w:rPr>
        <w:t>　　2、部分报修工作的跟进、反馈不够及时。</w:t>
      </w:r>
      <w:r>
        <w:rPr>
          <w:lang w:eastAsia="zh-CN"/>
        </w:rPr>
        <w:br/>
      </w:r>
      <w:r>
        <w:rPr>
          <w:lang w:eastAsia="zh-CN"/>
        </w:rPr>
        <w:t>　　3、物业各项费用收取时机、方式、方法不够完善。</w:t>
      </w:r>
      <w:r>
        <w:rPr>
          <w:lang w:eastAsia="zh-CN"/>
        </w:rPr>
        <w:br/>
      </w:r>
      <w:r>
        <w:rPr>
          <w:lang w:eastAsia="zh-CN"/>
        </w:rPr>
        <w:t>　　4、客服工作压力大，员工身体素质及自我心理调节能力需不断提高。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5、精神文明建设，像开展各种形式的宣传及组织业主的文化娱乐活动工作上尚未组织开展起来。</w:t>
      </w:r>
      <w:r>
        <w:rPr>
          <w:lang w:eastAsia="zh-CN"/>
        </w:rPr>
        <w:br/>
      </w:r>
      <w:r>
        <w:rPr>
          <w:lang w:eastAsia="zh-CN"/>
        </w:rPr>
        <w:t xml:space="preserve">    关于客服人员的工作总结 篇14 </w:t>
      </w:r>
      <w:r>
        <w:rPr>
          <w:lang w:eastAsia="zh-CN"/>
        </w:rPr>
        <w:br/>
      </w:r>
      <w:r>
        <w:rPr>
          <w:lang w:eastAsia="zh-CN"/>
        </w:rPr>
        <w:t>　　20__年上半年，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以下是重要工作任务完成情况及分析：</w:t>
      </w:r>
      <w:r>
        <w:rPr>
          <w:lang w:eastAsia="zh-CN"/>
        </w:rPr>
        <w:br/>
      </w:r>
      <w:r>
        <w:rPr>
          <w:lang w:eastAsia="zh-CN"/>
        </w:rPr>
        <w:t>　　一、日常接待工作</w:t>
      </w:r>
      <w:r>
        <w:rPr>
          <w:lang w:eastAsia="zh-CN"/>
        </w:rPr>
        <w:br/>
      </w:r>
      <w:r>
        <w:rPr>
          <w:lang w:eastAsia="zh-CN"/>
        </w:rPr>
        <w:t>　　每日填写《客户服务部值班接待纪录》，记录业主来电来访投诉及服务事项，并协调处理结果，及时反馈、电话回访业主。累计已达上千项。</w:t>
      </w:r>
      <w:r>
        <w:rPr>
          <w:lang w:eastAsia="zh-CN"/>
        </w:rPr>
        <w:br/>
      </w:r>
      <w:r>
        <w:rPr>
          <w:lang w:eastAsia="zh-CN"/>
        </w:rPr>
        <w:t>　　二、信息发布工作</w:t>
      </w:r>
      <w:r>
        <w:rPr>
          <w:lang w:eastAsia="zh-CN"/>
        </w:rPr>
        <w:br/>
      </w:r>
      <w:r>
        <w:rPr>
          <w:lang w:eastAsia="zh-CN"/>
        </w:rPr>
        <w:t>　　本年度，我部共计向客户发放各类书面通知约20多次。运行发送通知累计968条，做到通知拟发及时、详尽，表述清晰、用词准确，同时积极配合通知内容做好相关解释工作。</w:t>
      </w:r>
      <w:r>
        <w:rPr>
          <w:lang w:eastAsia="zh-CN"/>
        </w:rPr>
        <w:br/>
      </w:r>
      <w:r>
        <w:rPr>
          <w:lang w:eastAsia="zh-CN"/>
        </w:rPr>
        <w:t>　　三、业主遗漏工程投诉处理工作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20__年_月_日之前共发出__份遗漏工程维修工作联系单，开发公司工程部维修完成回单__份，完成率__%。__月__日以后共递交客户投诉信息日报表__份，投诉处理单__份。开发公司工程部维修完成回单__份，业主投诉报修维修率__%。我部门回访__份，回访率__%，工程维修满意率__%。</w:t>
      </w:r>
      <w:r>
        <w:rPr>
          <w:lang w:eastAsia="zh-CN"/>
        </w:rPr>
        <w:br/>
      </w:r>
      <w:r>
        <w:rPr>
          <w:lang w:eastAsia="zh-CN"/>
        </w:rPr>
        <w:t>　　四、地下室透水事故处理工作</w:t>
      </w:r>
      <w:r>
        <w:rPr>
          <w:lang w:eastAsia="zh-CN"/>
        </w:rPr>
        <w:br/>
      </w:r>
      <w:r>
        <w:rPr>
          <w:lang w:eastAsia="zh-CN"/>
        </w:rPr>
        <w:t>　　20__年_月_日地下室透水事故共造成__户业主财产损失。在公司领导的指挥下，我客服部联系业主并为业主盘点受损物品，事后又积极参与配合与业主谈判，并发放置换物品及折抵补偿金。</w:t>
      </w:r>
      <w:r>
        <w:rPr>
          <w:lang w:eastAsia="zh-CN"/>
        </w:rPr>
        <w:br/>
      </w:r>
      <w:r>
        <w:rPr>
          <w:lang w:eastAsia="zh-CN"/>
        </w:rPr>
        <w:t>　　五、入户服务意见调查工作</w:t>
      </w:r>
      <w:r>
        <w:rPr>
          <w:lang w:eastAsia="zh-CN"/>
        </w:rPr>
        <w:br/>
      </w:r>
      <w:r>
        <w:rPr>
          <w:lang w:eastAsia="zh-CN"/>
        </w:rPr>
        <w:t>　　我部门工作人员在完成日常工作的同时，积极走进小区业主家中，搜集各类客户对物业管理过程中的意见及建议，不断提高世纪新筑小区物业管理的服务质量及服务水平。</w:t>
      </w:r>
      <w:r>
        <w:rPr>
          <w:lang w:eastAsia="zh-CN"/>
        </w:rPr>
        <w:br/>
      </w:r>
      <w:r>
        <w:rPr>
          <w:lang w:eastAsia="zh-CN"/>
        </w:rPr>
        <w:t>　　截止到20__年__月__日我部门对小区入住业主进行的入户调查走访__户，并发放物业服务意见表__份。调查得出小区业主对我部门的接待工作的满意率达__%，接待电话报修的满意率达__%，回访工作的满意率达__%。</w:t>
      </w:r>
      <w:r>
        <w:rPr>
          <w:lang w:eastAsia="zh-CN"/>
        </w:rPr>
        <w:br/>
      </w:r>
      <w:r>
        <w:rPr>
          <w:lang w:eastAsia="zh-CN"/>
        </w:rPr>
        <w:t>　　六、建立健全业主档案工作</w:t>
      </w:r>
      <w:r>
        <w:rPr>
          <w:lang w:eastAsia="zh-CN"/>
        </w:rPr>
        <w:br/>
      </w:r>
      <w:r>
        <w:rPr>
          <w:lang w:eastAsia="zh-CN"/>
        </w:rPr>
        <w:t>　　已完善及更新业主档案__份，并持续补充整理业主电子档案。</w:t>
      </w:r>
      <w:r>
        <w:rPr>
          <w:lang w:eastAsia="zh-CN"/>
        </w:rPr>
        <w:br/>
      </w:r>
      <w:r>
        <w:rPr>
          <w:lang w:eastAsia="zh-CN"/>
        </w:rPr>
        <w:t>　　七、协助政府部门完成的工作</w:t>
      </w:r>
      <w:r>
        <w:rPr>
          <w:lang w:eastAsia="zh-CN"/>
        </w:rPr>
        <w:br/>
      </w:r>
      <w:r>
        <w:rPr>
          <w:lang w:eastAsia="zh-CN"/>
        </w:rPr>
        <w:t>　　协助三合街派出所对入住园区的业主进行人口普查工作。</w:t>
      </w:r>
      <w:r>
        <w:rPr>
          <w:lang w:eastAsia="zh-CN"/>
        </w:rPr>
        <w:br/>
      </w:r>
      <w:r>
        <w:rPr>
          <w:lang w:eastAsia="zh-CN"/>
        </w:rPr>
        <w:t>　　为__户业主办理了户口迁入手续用的社内户口变更证明。</w:t>
      </w:r>
      <w:r>
        <w:rPr>
          <w:lang w:eastAsia="zh-CN"/>
        </w:rPr>
        <w:br/>
      </w:r>
      <w:r>
        <w:rPr>
          <w:lang w:eastAsia="zh-CN"/>
        </w:rPr>
        <w:t>　　八、培训学习工作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在公八司杨经理的多次亲自现场指导下，我部门从客服人员最基本的形象建立，从客服管理最基本的概念，到客服人员的沟通技巧，到客服管理的各个环节工作，再结合相关的法律法规综合知识，进行了较为系统的培训学习。</w:t>
      </w:r>
      <w:r>
        <w:rPr>
          <w:lang w:eastAsia="zh-CN"/>
        </w:rPr>
        <w:br/>
      </w:r>
      <w:r>
        <w:rPr>
          <w:lang w:eastAsia="zh-CN"/>
        </w:rPr>
        <w:t>　　部门员工由一个思想认识不足、对工作没有动力的队伍引导成一个对公司充满憧憬，对行业发展和自身成长充满希望的团队。把部门员工由一个对物业管理知识掌握空白培训成一个具一定物业管理常识的团队。</w:t>
      </w:r>
      <w:r>
        <w:rPr>
          <w:lang w:eastAsia="zh-CN"/>
        </w:rPr>
        <w:br/>
      </w:r>
      <w:r>
        <w:rPr>
          <w:lang w:eastAsia="zh-CN"/>
        </w:rPr>
        <w:t xml:space="preserve">    关于客服人员的工作总结 篇15 </w:t>
      </w:r>
      <w:r>
        <w:rPr>
          <w:lang w:eastAsia="zh-CN"/>
        </w:rPr>
        <w:br/>
      </w:r>
      <w:r>
        <w:rPr>
          <w:lang w:eastAsia="zh-CN"/>
        </w:rPr>
        <w:t>　　飘扬的雪花带来了冬的讯息，也送走了充实而忙碌的20__年。时间总是这样的快，眨眼间，20__年就这样毫无声息的走了！一年来，感谢公司各位领导与同事的大力支持和帮助，使得客服工作进展顺利。</w:t>
      </w:r>
      <w:r>
        <w:rPr>
          <w:lang w:eastAsia="zh-CN"/>
        </w:rPr>
        <w:br/>
      </w:r>
      <w:r>
        <w:rPr>
          <w:lang w:eastAsia="zh-CN"/>
        </w:rPr>
        <w:t>　　现简要总结如下：</w:t>
      </w:r>
      <w:r>
        <w:rPr>
          <w:lang w:eastAsia="zh-CN"/>
        </w:rPr>
        <w:br/>
      </w:r>
      <w:r>
        <w:rPr>
          <w:lang w:eastAsia="zh-CN"/>
        </w:rPr>
        <w:t>　　20__年对我而言是很难忘的一年，工作的内容没有发生很大的变化，重点还是与客户的及资料的收集，但是工作的思想、等做了一些调整，感觉到了压力，同时也融入了收获的快乐。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在部门达经理的领导下，各项工作逐步走向正规，计划维修任务圆满完成。做为客服员，本年度我重点将行动与沟通相结合，在安装完成后及维修完毕均有电话跟踪回访，认真听取客户意见和建议，并及时为客户建立电子档案，在每个月有公司统一发送的温馨励志短信，提高了公司的服务形象，也受到了客户的好评。虽然客服工作相对而言有点琐碎，在这个过程中，通过广泛搜集和学习其他公司的服务规程，在工作条理性及服务规范方面有了一定的进步。经过对三保配件的严格审核控制及每月有效的核算，本年度三保配件总额控制在了2万元以内，比去年有所下降；在大家的共同努力下，收费总额有所上升，圆满完成年初制定的经济指标。在与客户的沟通、文化墙的制作及有效的利用网络信息平台的过程中，锻炼了我的语言沟通能力和书面表达能力，同时也充分认识到了自己知识的匮乏，需要不断的自我提高。在业务能力方面，通过两年多的虚心学习，对于部分产品及配件了解充分，还有许多也还不是非常清楚，在以后的工作中，需要认真学习，虚心请教。</w:t>
      </w:r>
      <w:r>
        <w:rPr>
          <w:lang w:eastAsia="zh-CN"/>
        </w:rPr>
        <w:br/>
      </w:r>
      <w:r>
        <w:rPr>
          <w:lang w:eastAsia="zh-CN"/>
        </w:rPr>
        <w:t>　　20__年的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r>
        <w:rPr>
          <w:lang w:eastAsia="zh-CN"/>
        </w:rPr>
        <w:br/>
      </w:r>
      <w:r>
        <w:rPr>
          <w:lang w:eastAsia="zh-CN"/>
        </w:rPr>
        <w:t>　　20__年是我职业生涯收获比较大的一年，通过海贝培训和拓展训练，让我更加清晰的认识了团队，更加准确的剖析了自己，时间总是在轮回，岁月却在沉淀，20__年，我会带着努力和激情投入到新一年的工作，超越已经拥有的一切争取在知识层面有一个提高，同时也努力提高潜在价值，取得更大进步。</w:t>
      </w:r>
      <w:r>
        <w:rPr>
          <w:lang w:eastAsia="zh-CN"/>
        </w:rPr>
        <w:br/>
      </w:r>
      <w:r>
        <w:rPr>
          <w:lang w:eastAsia="zh-CN"/>
        </w:rPr>
        <w:t>　　客服工作总结一文到这里就全部结束了，本文谈到了自己一年取得的成绩，同时也发现了不足，可以参考这个思路。</w:t>
      </w:r>
      <w:r>
        <w:rPr>
          <w:lang w:eastAsia="zh-CN"/>
        </w:rPr>
        <w:br/>
      </w:r>
      <w:r>
        <w:rPr>
          <w:lang w:eastAsia="zh-CN"/>
        </w:rPr>
        <w:t xml:space="preserve">    关于客服人员的工作总结 篇16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我叫孙__，是山东青年政治学员的一名实习学生。自20__年8月到烟台明德工商局管理处实习，至今已经八个多月。刚离开校园踏上工作岗位的我空有一肚子书本知识，但不知道从什么地方下手，随着实习加深，慢慢的熟悉并且掌握了所在岗位的工作。</w:t>
      </w:r>
      <w:r>
        <w:rPr>
          <w:lang w:eastAsia="zh-CN"/>
        </w:rPr>
        <w:br/>
      </w:r>
      <w:r>
        <w:rPr>
          <w:lang w:eastAsia="zh-CN"/>
        </w:rPr>
        <w:t>　　我所在的客服岗位的主要工作有：每天给市局区局的领导分好各自需要的报纸，并把各科室订阅的报纸投送到报箱内;接收会议通知，做好会议准备及服务;定期打扫会议室及活动室;做好挂号信件的传送。</w:t>
      </w:r>
      <w:r>
        <w:rPr>
          <w:lang w:eastAsia="zh-CN"/>
        </w:rPr>
        <w:br/>
      </w:r>
      <w:r>
        <w:rPr>
          <w:lang w:eastAsia="zh-CN"/>
        </w:rPr>
        <w:t>　　刚来到时快速的分好报纸是我面临的第一个问题，同事耐心的带我熟悉报箱的投放以及分好各位领导所需要的报纸，报纸送来到分好并送达领导手中的过程不能太慢，我努力的记忆每个科室所需要的报纸种类，学习能够快速分发报纸的方法，现已经能够在规定的时间里完成。</w:t>
      </w:r>
      <w:r>
        <w:rPr>
          <w:lang w:eastAsia="zh-CN"/>
        </w:rPr>
        <w:br/>
      </w:r>
      <w:r>
        <w:rPr>
          <w:lang w:eastAsia="zh-CN"/>
        </w:rPr>
        <w:t>　　会议服务是我所在岗位重中之重的工作，开始的时候不是这里出错就是那里忘记，不能完整的想到会议需要的方方面面，有一次会议开始前竟然没有把卫生打扫彻底，这还是心里没有形成会议之前到开始的一系列连贯的准备工作，五个多月以来到现在我已经能在会议开始的时候就想到会议中需要的或者可能发生的问题，提前准备好。会议中的服务看似简单，但有着许多需要注意的细节。茶水要摆放在参会人员的右手边，添水要细心沉稳不能溅出，有外来人员参会时应首先给他们添水。这都是随着工作的越来越熟悉，使我能够注意并把其养成习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还有一项重要的工作就是挂号信的送达。每一天的挂号信到达都要登记在案并送到收信人的手中，但是随着时间久了我偷了懒，没有把挂号信送到收件人手中而是投到了报箱里，导致有一封挂号信的收件人没有及时看到而出了问题。经过这一次的错误我深刻意识到工作中不能有一丝一毫的侥幸，不管干了多久都要严格按照公司的规定来进行工作，并一丝不苟的完成每一项任务。</w:t>
      </w:r>
      <w:r>
        <w:rPr>
          <w:lang w:eastAsia="zh-CN"/>
        </w:rPr>
        <w:br/>
      </w:r>
      <w:r>
        <w:rPr>
          <w:lang w:eastAsia="zh-CN"/>
        </w:rPr>
        <w:t>　　在烟台明德工作的这段时间使我认识到客服的工作是琐碎的，但是每一个琐碎的工作都需要十分仔细的去完成它，也学会了会议服务应该有的礼仪，更学会了全面的思考问题。在接下来的时间里我要更加虚心的学习，完善自我，更好的完成工作。</w:t>
      </w:r>
      <w:r>
        <w:rPr>
          <w:lang w:eastAsia="zh-CN"/>
        </w:rPr>
        <w:br/>
      </w:r>
      <w:r>
        <w:rPr>
          <w:lang w:eastAsia="zh-CN"/>
        </w:rPr>
        <w:t xml:space="preserve">    关于客服人员的工作总结 篇17 </w:t>
      </w:r>
      <w:r>
        <w:rPr>
          <w:lang w:eastAsia="zh-CN"/>
        </w:rPr>
        <w:br/>
      </w:r>
      <w:r>
        <w:rPr>
          <w:lang w:eastAsia="zh-CN"/>
        </w:rPr>
        <w:t>　　我身为一名客服，每天要面对数十乃至上百名的客人询问，这对于我来言是一项不小的挑战，原本我在工作的时候还没法去面对如此复杂的情况，但经过这一年的历练，我发现无论是我的思想，还是工作能力都得到了一定程度的升华，现在工作起来虽不能说是行云流水，但起码也算得上是落落大方。这就得感谢领导和同事对我的支持和鼓励了，在我伤心迷茫的时候，我一度想放弃这份工作，但经过大家的抚慰后我还是坚持了下来，并打破了心里的枷锁，舍得放下自己的傲气去面对工作了。想当好一名客服，首先是需要一个积极乐观的态度，这样才能让客户感受到你的热情，有时候虽然会面对客户的莫名指责和辱骂，但是越艰难的情况，我们就越应该保持一份良好的心态，要是自己的心一下子就被别人所左右了的话，那么我们是肯定做不好客服工作的。</w:t>
      </w:r>
      <w:r>
        <w:rPr>
          <w:lang w:eastAsia="zh-CN"/>
        </w:rPr>
        <w:br/>
      </w:r>
    </w:p>
    <w:p w:rsidR="001B1F19" w14:textId="27C3F48A">
      <w:pPr>
        <w:rPr>
          <w:rFonts w:hint="eastAsia"/>
          <w:lang w:eastAsia="zh-CN"/>
        </w:rPr>
      </w:pPr>
      <w:r>
        <w:rPr>
          <w:lang w:eastAsia="zh-CN"/>
        </w:rPr>
        <w:t>　　这一年里，为了更快的提升自己的业务能力，我参加了公司里面组织的每一次客服培训，同时我还会在网上观看一些学习资料，看看别人是怎么处理工作上的问题的。我在工作的时候，遇到过不少的阻碍，例如因为我的业务水平不够，有时候答不上别人问的问题，有时候别人说话的语气十分恶劣，让我的语气也变得差了起来，从而引起一些矛盾……算一算我在20__年里的被投诉过的次数，也有不少次了，刚开始的时候我的确没有处理好工作和个人之间的平衡，所以很容易引起一些工作上的问题，我也因此被上级领导给批评过几次，后来我下定决心要好好地修正一下目前的情况，于是我开始磨练自己的心性，让自己面对任何情况时都能心静如水，当然了，能第一时间帮客户解决问题的话我也不会浪费时间。</w:t>
      </w:r>
      <w:r>
        <w:rPr>
          <w:lang w:eastAsia="zh-CN"/>
        </w:rPr>
        <w:br/>
      </w:r>
      <w:r>
        <w:rPr>
          <w:lang w:eastAsia="zh-CN"/>
        </w:rPr>
        <w:t>　　通过这一段时间的调整和努力，我的业务水平上升了不少，接到的投诉也急剧的下降，相信在20__年的工作里，我能让更多人满意我的接待工作！</w:t>
      </w:r>
      <w:r>
        <w:rPr>
          <w:lang w:eastAsia="zh-CN"/>
        </w:rPr>
        <w:br/>
      </w:r>
      <w:r>
        <w:rPr>
          <w:lang w:eastAsia="zh-CN"/>
        </w:rPr>
        <w:t xml:space="preserve">    关于客服人员的工作总结 篇18 </w:t>
      </w:r>
      <w:r>
        <w:rPr>
          <w:lang w:eastAsia="zh-CN"/>
        </w:rPr>
        <w:br/>
      </w:r>
      <w:r>
        <w:rPr>
          <w:lang w:eastAsia="zh-CN"/>
        </w:rPr>
        <w:t>　　首先非常感谢对我的信任，能够给我一个实现自我价值的机会，自上月开始担任客服文员以来，工作认真负责，任劳任怨，在此对任职期间工作情况总结如下：</w:t>
      </w:r>
      <w:r>
        <w:rPr>
          <w:lang w:eastAsia="zh-CN"/>
        </w:rPr>
        <w:br/>
      </w:r>
      <w:r>
        <w:rPr>
          <w:lang w:eastAsia="zh-CN"/>
        </w:rPr>
        <w:t>　　一、工作职责</w:t>
      </w:r>
      <w:r>
        <w:rPr>
          <w:lang w:eastAsia="zh-CN"/>
        </w:rPr>
        <w:br/>
      </w:r>
      <w:r>
        <w:rPr>
          <w:lang w:eastAsia="zh-CN"/>
        </w:rPr>
        <w:t>　　1、做好客服部的来电接听、访客的接待工作。</w:t>
      </w:r>
      <w:r>
        <w:rPr>
          <w:lang w:eastAsia="zh-CN"/>
        </w:rPr>
        <w:br/>
      </w:r>
      <w:r>
        <w:rPr>
          <w:lang w:eastAsia="zh-CN"/>
        </w:rPr>
        <w:t>　　2、协助其他部门做好部分文职工作，具体如下：</w:t>
      </w:r>
      <w:r>
        <w:rPr>
          <w:lang w:eastAsia="zh-CN"/>
        </w:rPr>
        <w:br/>
      </w:r>
      <w:r>
        <w:rPr>
          <w:lang w:eastAsia="zh-CN"/>
        </w:rPr>
        <w:t>　　（1）工资电话回访、培训电话回访；</w:t>
      </w:r>
      <w:r>
        <w:rPr>
          <w:lang w:eastAsia="zh-CN"/>
        </w:rPr>
        <w:br/>
      </w:r>
      <w:r>
        <w:rPr>
          <w:lang w:eastAsia="zh-CN"/>
        </w:rPr>
        <w:t>　　（2）文件的归档、转交、回传、保管；</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https://d.book118.com/628023103012006043</w:t>
        </w:r>
      </w:hyperlink>
    </w:p>
    <w:p w:rsidR="001B1F19">
      <w:pPr>
        <w:rPr>
          <w:rFonts w:hint="eastAsia"/>
          <w:lang w:eastAsia="zh-CN"/>
        </w:rPr>
      </w:pPr>
    </w:p>
    <w:sectPr>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2802310301200604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