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获奖学生代表发言稿</w:t>
      </w:r>
    </w:p>
    <w:p>
      <w:pPr>
        <w:spacing w:before="100" w:after="200" w:line="360" w:lineRule="auto"/>
        <w:jc w:val="left"/>
      </w:pPr>
      <w:r>
        <w:rPr>
          <w:rFonts w:ascii="宋体 (中文正文)" w:eastAsia="宋体" w:hAnsi="宋体 (中文正文)"/>
          <w:sz w:val="28"/>
        </w:rPr>
        <w:t>各位领导、父老乡亲们：</w:t>
      </w:r>
    </w:p>
    <w:p>
      <w:pPr>
        <w:spacing w:before="100" w:after="200" w:line="360" w:lineRule="auto"/>
        <w:ind w:firstLine="576"/>
        <w:jc w:val="left"/>
      </w:pPr>
      <w:r>
        <w:rPr>
          <w:rFonts w:ascii="宋体" w:eastAsia="宋体" w:hAnsi="宋体"/>
          <w:sz w:val="28"/>
        </w:rPr>
        <w:t>大家早上好！能应邀参加文昌市公坡昼锦教育福利会第五届颁奖大会，我感到非常的荣幸，也特别珍惜这难得的机会。</w:t>
      </w:r>
    </w:p>
    <w:p>
      <w:pPr>
        <w:spacing w:before="100" w:after="200" w:line="360" w:lineRule="auto"/>
        <w:ind w:firstLine="576"/>
        <w:jc w:val="left"/>
      </w:pPr>
      <w:r>
        <w:rPr>
          <w:rFonts w:ascii="宋体" w:eastAsia="宋体" w:hAnsi="宋体"/>
          <w:sz w:val="28"/>
        </w:rPr>
        <w:t>首先自我介绍，我叫韩政宇，籍贯文昌市，就读海南中学高三（1）班。高三年级获得全国高中化学竞赛海南省级一等奖（第二名），25届全国高中化学竞赛国家级二等奖，全国高中数学竞赛海南省级二等奖，20xx年12月17、18日参加北京大学保送生考试（由北大出题，当时考语文、数学、英语、化学、物理和面试，全省理科共录取4人）被录取。</w:t>
      </w:r>
    </w:p>
    <w:p>
      <w:pPr>
        <w:spacing w:before="100" w:after="200" w:line="360" w:lineRule="auto"/>
        <w:ind w:firstLine="576"/>
        <w:jc w:val="left"/>
      </w:pPr>
      <w:r>
        <w:rPr>
          <w:rFonts w:ascii="宋体" w:eastAsia="宋体" w:hAnsi="宋体"/>
          <w:sz w:val="28"/>
        </w:rPr>
        <w:t>五年来，昼锦教育福利会通过奖教奖学，激发广大教师和学生的积极性，社会效应日益明显，“崇文重教，扶贫济困”的宗旨和理念，已经常常地扎根在公坡每个角落，进而影响和辐射到整个文昌乃至全省各市县，形成浓厚的教风和学风，在一定程度上推动教育事业的发展。</w:t>
      </w:r>
    </w:p>
    <w:p>
      <w:pPr>
        <w:spacing w:before="100" w:after="200" w:line="360" w:lineRule="auto"/>
        <w:ind w:firstLine="576"/>
        <w:jc w:val="left"/>
      </w:pPr>
      <w:r>
        <w:rPr>
          <w:rFonts w:ascii="宋体" w:eastAsia="宋体" w:hAnsi="宋体"/>
          <w:sz w:val="28"/>
        </w:rPr>
        <w:t>文昌是我的故乡，我深深的热爱这片故土，也为我的故乡感到无限骄傲和无比自豪，不论将来我的学历有多高，也不论将来我的职位有多大，更不论将来我身处何处，我都会义不容辞为家乡发光发热，竭智尽力。</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父母从小就教育我要学会“感恩”，要懂得“感恩”，我能够如愿以偿考上北京大学，我要感谢从小到大培养我的老师，他们把毕生知识无偿地传授给我，默默地付出，辛勤地耕耘；我也要感谢从小到大共同学习的同学们，我们一起享受成功的快乐，也一起分担过失败的痛苦，我们相互鼓励，情若手足；我更要感谢生我养我的父母，从我出生开始，他们就默默地在我身上倾注所有的精力，十八年的养育之恩，教我学习，教我生活，教我做人。最后，我还要感谢社会，感谢所有关心和帮助我的人，感谢在座的各位父老乡亲。</w:t>
      </w:r>
    </w:p>
    <w:p>
      <w:pPr>
        <w:spacing w:before="100" w:after="200" w:line="360" w:lineRule="auto"/>
        <w:ind w:firstLine="576"/>
        <w:jc w:val="left"/>
      </w:pPr>
      <w:r>
        <w:rPr>
          <w:rFonts w:ascii="宋体" w:eastAsia="宋体" w:hAnsi="宋体"/>
          <w:sz w:val="28"/>
        </w:rPr>
        <w:t>虽然被保送北京大学，成为一名光荣的“北大人”，但我认为：考上大学，这只是完成人生的一个阶段性目标，后面还有漫长的人生道路需要独立前行，还会经过无数的曲折道路需要面对，还有很多高峰需要攀登。不能骄傲自满，放缓步伐，更不能停滞不前，只有不懈的努力，顽强的拼搏，才能达到希望的顶峰。</w:t>
      </w:r>
    </w:p>
    <w:p>
      <w:pPr>
        <w:spacing w:before="100" w:after="200" w:line="360" w:lineRule="auto"/>
        <w:jc w:val="left"/>
      </w:pPr>
      <w:r>
        <w:rPr>
          <w:rFonts w:ascii="宋体 (中文正文)" w:eastAsia="宋体" w:hAnsi="宋体 (中文正文)"/>
          <w:sz w:val="28"/>
        </w:rPr>
        <w:t>最后我谈两点希望：</w:t>
      </w:r>
    </w:p>
    <w:p>
      <w:pPr>
        <w:spacing w:before="100" w:after="200" w:line="360" w:lineRule="auto"/>
        <w:ind w:firstLine="576"/>
        <w:jc w:val="left"/>
      </w:pPr>
      <w:r>
        <w:rPr>
          <w:rFonts w:ascii="宋体" w:eastAsia="宋体" w:hAnsi="宋体"/>
          <w:sz w:val="28"/>
        </w:rPr>
        <w:t>一是希望通过今天的颁奖大会，使文昌市公坡昼锦教育福利会能够扩大影响力和凝聚力，使更多的社会各界参与进来，大家都献出一点爱心，通过奖教奖学，让更多的教师和学生受益，形成教有所得、学有所成的良好气氛。</w:t>
      </w:r>
    </w:p>
    <w:p>
      <w:pPr>
        <w:spacing w:before="100" w:after="200" w:line="360" w:lineRule="auto"/>
        <w:ind w:firstLine="576"/>
        <w:jc w:val="left"/>
      </w:pPr>
      <w:r>
        <w:rPr>
          <w:rFonts w:ascii="宋体" w:eastAsia="宋体" w:hAnsi="宋体"/>
          <w:sz w:val="28"/>
        </w:rPr>
        <w:t>二是希望在座的各位学弟学妹们，请你们加倍努力学习，不要辜负各位父老乡亲对你们的期望。</w:t>
      </w:r>
    </w:p>
    <w:p>
      <w:pPr>
        <w:spacing w:before="100" w:after="200" w:line="360" w:lineRule="auto"/>
        <w:ind w:firstLine="576"/>
        <w:jc w:val="left"/>
      </w:pPr>
      <w:r>
        <w:rPr>
          <w:rFonts w:ascii="宋体" w:eastAsia="宋体" w:hAnsi="宋体"/>
          <w:sz w:val="28"/>
        </w:rPr>
        <w:t>谢谢大家！</w:t>
      </w:r>
    </w:p>
    <w:p>
      <w:pPr>
        <w:spacing w:before="100" w:after="200" w:line="360" w:lineRule="auto"/>
        <w:jc w:val="left"/>
      </w:pPr>
      <w:r>
        <w:rPr>
          <w:rFonts w:ascii="宋体 (中文正文)" w:eastAsia="宋体" w:hAnsi="宋体 (中文正文)"/>
          <w:sz w:val="28"/>
        </w:rPr>
        <w:t>尊敬的学校领导、老师、同学们：</w:t>
      </w:r>
    </w:p>
    <w:p>
      <w:pPr>
        <w:spacing w:before="100" w:after="200" w:line="360" w:lineRule="auto"/>
        <w:ind w:firstLine="576"/>
        <w:jc w:val="left"/>
      </w:pPr>
      <w:r>
        <w:rPr>
          <w:rFonts w:ascii="宋体" w:eastAsia="宋体" w:hAnsi="宋体"/>
          <w:sz w:val="28"/>
        </w:rPr>
        <w:t>大家下午好！</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首先在这里感谢学校给我这次机会，让我能够作为一名家长代表，在这里说几句话。</w:t>
      </w:r>
    </w:p>
    <w:p>
      <w:pPr>
        <w:spacing w:before="100" w:after="200" w:line="360" w:lineRule="auto"/>
        <w:ind w:firstLine="576"/>
        <w:jc w:val="left"/>
      </w:pPr>
      <w:r>
        <w:rPr>
          <w:rFonts w:ascii="宋体" w:eastAsia="宋体" w:hAnsi="宋体"/>
          <w:sz w:val="28"/>
        </w:rPr>
        <w:t xml:space="preserve"> 我离开xx中学还不到一年，每次回到这里，都会看到许多熟悉的面孔。我的儿子能在这里读完了三年初中，这是他幸运。因为这里有教育有方的老师、有善于管理的领导、有热心支持家乡教育的爱心人士。在今年6月的中考里，他以xx区第二名、xx中学第一名的成绩考入xx。我这人嘴笨，感谢的话我不太会说，但孩子取得这样的成绩，我还是要感谢辛勤教育孩子的老师们，特别是孩子的班主任xxx老师，更要感谢严格管理的学校领导们，还要感谢热心支持家乡教育的xx大酒店的老板。正是有了他们的教育和管理，有了他们的激励，我的儿子才会取得这样的成绩。</w:t>
      </w:r>
    </w:p>
    <w:p>
      <w:pPr>
        <w:spacing w:before="100" w:after="200" w:line="360" w:lineRule="auto"/>
        <w:ind w:firstLine="576"/>
        <w:jc w:val="left"/>
      </w:pPr>
      <w:r>
        <w:rPr>
          <w:rFonts w:ascii="宋体" w:eastAsia="宋体" w:hAnsi="宋体"/>
          <w:sz w:val="28"/>
        </w:rPr>
        <w:t>同学们，中国有句古话，叫“十年树木，百人树人”，在人生的旅途中，把一个不懂事，不识字的娃娃培养成为知识的富有者，功劳最大的是老师、付出艰辛最多的是老师，所以我们要相信老师，感恩老师。今天的表彰大会，我作为家长代表，也作为老师，向同学们谈一下我个人的看法：</w:t>
      </w:r>
    </w:p>
    <w:p>
      <w:pPr>
        <w:spacing w:before="100" w:after="200" w:line="360" w:lineRule="auto"/>
        <w:ind w:firstLine="576"/>
        <w:jc w:val="left"/>
      </w:pPr>
      <w:r>
        <w:rPr>
          <w:rFonts w:ascii="宋体" w:eastAsia="宋体" w:hAnsi="宋体"/>
          <w:sz w:val="28"/>
        </w:rPr>
        <w:t>第一，要有高远的理想。因为远大理想能为我们的人生导航，让我们生活得有方向、有力量、更充实。没有理想的人生，很容易迷失在饱食终日，无所用心的平庸琐碎的生活中。唯有不屈不挠地向理想进发，你才能最终抵达彼岸，登上顶峰。</w:t>
      </w:r>
    </w:p>
    <w:p>
      <w:pPr>
        <w:spacing w:before="100" w:after="200" w:line="360" w:lineRule="auto"/>
        <w:ind w:firstLine="576"/>
        <w:jc w:val="left"/>
      </w:pPr>
      <w:r>
        <w:rPr>
          <w:rFonts w:ascii="宋体" w:eastAsia="宋体" w:hAnsi="宋体"/>
          <w:sz w:val="28"/>
        </w:rPr>
        <w:t>第二，要富有爱心。爱心是一切美德的酵母，一切善行的源泉。现在，你们能坐在这里，是非常幸福的。可别忘了这一切都是父母、老师、社会的爱凝结而成的。因此，假如有一天你有了点成绩，千万别忘了回报爱你的父母师友和社会，别忘了向祖国献上自己真挚的爱。</w:t>
      </w:r>
    </w:p>
    <w:p>
      <w:pPr>
        <w:spacing w:before="100" w:after="200" w:line="360" w:lineRule="auto"/>
        <w:ind w:firstLine="576"/>
        <w:jc w:val="left"/>
      </w:pPr>
      <w:r>
        <w:rPr>
          <w:rFonts w:ascii="宋体" w:eastAsia="宋体" w:hAnsi="宋体"/>
          <w:sz w:val="28"/>
        </w:rPr>
        <w:t>第三，要坚守诚信。这是为人处世的原则，也是你成熟并走向成功的标志。一个讲信用的人，才可以交到朋友，得到帮助，被集体，被社会接纳。作为父母、老师，我们最怕看到你们中的任何一个人因失信而成为离群的孤雁，最想看到你们成为人见人爱的俊小伙、好姑娘。</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“鸿鹄高飞，一举千里。羽翼已就，横绝四海”。我相信大家一定不会辜负父母、老师的期盼。把握自己，把握未来，创建美好生活。最后，我祝愿同学们一路欢歌，人人成功！</w:t>
      </w:r>
    </w:p>
    <w:p>
      <w:pPr>
        <w:spacing w:before="100" w:after="200" w:line="360" w:lineRule="auto"/>
        <w:ind w:firstLine="576"/>
        <w:jc w:val="left"/>
      </w:pPr>
      <w:r>
        <w:rPr>
          <w:rFonts w:ascii="宋体" w:eastAsia="宋体" w:hAnsi="宋体"/>
          <w:sz w:val="28"/>
        </w:rPr>
        <w:t>再一次感谢学校领导和老师，谢谢你们对学生的精心培养。我的发言完了，谢谢大家！</w:t>
      </w:r>
    </w:p>
    <w:p>
      <w:pPr>
        <w:spacing w:before="100" w:after="200" w:line="360" w:lineRule="auto"/>
        <w:jc w:val="left"/>
      </w:pPr>
      <w:r>
        <w:rPr>
          <w:rFonts w:ascii="宋体 (中文正文)" w:eastAsia="宋体" w:hAnsi="宋体 (中文正文)"/>
          <w:sz w:val="28"/>
        </w:rPr>
        <w:t>尊敬的各位领导、老师，亲爱的同学们：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今天，能站在这里，作为学生代表发言，我深感荣幸！</w:t>
      </w:r>
    </w:p>
    <w:p>
      <w:pPr>
        <w:spacing w:before="100" w:after="200" w:line="360" w:lineRule="auto"/>
        <w:ind w:firstLine="576"/>
        <w:jc w:val="left"/>
      </w:pPr>
      <w:r>
        <w:rPr>
          <w:rFonts w:ascii="宋体" w:eastAsia="宋体" w:hAnsi="宋体"/>
          <w:sz w:val="28"/>
        </w:rPr>
        <w:t>首先我要感谢亲爱的老师们，同学们，是你们的加油助威给了我无限的动力，也让我懂得了什么是关爱，什么是温暖，什么是团队的力量。其实我做的很普通，只是尽力去完成属于我的任务当我奔跑是，我不去想，是否能够成功，既然选择了远方，便风雨兼程，我不去想，身后是否袭来凉风冷雨，既然目标是地平线，留给世界的只能是向前奔跑的背影。</w:t>
      </w:r>
    </w:p>
    <w:p>
      <w:pPr>
        <w:spacing w:before="100" w:after="200" w:line="360" w:lineRule="auto"/>
        <w:ind w:firstLine="576"/>
        <w:jc w:val="left"/>
      </w:pPr>
      <w:r>
        <w:rPr>
          <w:rFonts w:ascii="宋体" w:eastAsia="宋体" w:hAnsi="宋体"/>
          <w:sz w:val="28"/>
        </w:rPr>
        <w:t>本届校园体育文化节是一次提升自我的盛会，是青春的诠释，是心灵的盛宴。本届体育文化节，让我有了新的体会，在拉拉队友们的加油呐喊声中，我听出了一种信任，当运动员们在赛场上跌倒又爬起来继续比赛的时候，我看到了一种毅力，当同学们扶着刚跑完1000米或800米的运动员时，我体会到了一种关心，当班级取得优异成绩，在同学们的欢呼声里，我读出了一份热爱班集体的赤诚之心！</w:t>
      </w:r>
    </w:p>
    <w:p>
      <w:pPr>
        <w:spacing w:before="100" w:after="200" w:line="360" w:lineRule="auto"/>
        <w:ind w:firstLine="576"/>
        <w:jc w:val="left"/>
      </w:pPr>
      <w:r>
        <w:rPr>
          <w:rFonts w:ascii="宋体" w:eastAsia="宋体" w:hAnsi="宋体"/>
          <w:sz w:val="28"/>
        </w:rPr>
        <w:t>本届体育文化节，给我们带来了许多的欢笑与汗水，同时也让我深刻体会到了我们附中大健康教育理念的先进。虽然有些同学失败了，落后了，但是我们学会了坚持不懈，顽强拼搏的体育精神。</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同学们，作为新时代的学生，我们拥有青春，拥有朝气，更拥有未来！只要我们敞开胸怀，明媚的阳光就会属于我们，蔚蓝的天空就会属于我们，美好的未来就会属于我们！在这里让蓝天与大地为我们见证，我们将会努力学习，天天向上，团结友爱，互助前行。我们相信：我们是优秀的，我们是最棒的。</w:t>
      </w:r>
    </w:p>
    <w:p>
      <w:pPr>
        <w:spacing w:before="100" w:after="200" w:line="360" w:lineRule="auto"/>
        <w:ind w:firstLine="576"/>
        <w:jc w:val="left"/>
      </w:pPr>
      <w:r>
        <w:rPr>
          <w:rFonts w:ascii="宋体" w:eastAsia="宋体" w:hAnsi="宋体"/>
          <w:sz w:val="28"/>
        </w:rPr>
        <w:t>敬爱的校领导、老师们，亲爱的同学们：</w:t>
      </w:r>
    </w:p>
    <w:p>
      <w:pPr>
        <w:spacing w:before="100" w:after="200" w:line="360" w:lineRule="auto"/>
        <w:ind w:firstLine="576"/>
        <w:jc w:val="left"/>
      </w:pPr>
      <w:r>
        <w:rPr>
          <w:rFonts w:ascii="宋体" w:eastAsia="宋体" w:hAnsi="宋体"/>
          <w:sz w:val="28"/>
        </w:rPr>
        <w:t>大家好！</w:t>
      </w:r>
    </w:p>
    <w:p>
      <w:pPr>
        <w:spacing w:before="100" w:after="200" w:line="360" w:lineRule="auto"/>
        <w:ind w:firstLine="576"/>
        <w:jc w:val="left"/>
      </w:pPr>
      <w:r>
        <w:rPr>
          <w:rFonts w:ascii="宋体" w:eastAsia="宋体" w:hAnsi="宋体"/>
          <w:sz w:val="28"/>
        </w:rPr>
        <w:t>我很荣幸，并代表全校获奖的同学在此表达我们对学校及老师们的感激之情。</w:t>
      </w:r>
    </w:p>
    <w:p>
      <w:pPr>
        <w:spacing w:before="100" w:after="200" w:line="360" w:lineRule="auto"/>
        <w:ind w:firstLine="576"/>
        <w:jc w:val="left"/>
      </w:pPr>
      <w:r>
        <w:rPr>
          <w:rFonts w:ascii="宋体" w:eastAsia="宋体" w:hAnsi="宋体"/>
          <w:sz w:val="28"/>
        </w:rPr>
        <w:t>首先，我很感谢学校。对于我们广大学生来说，这是对我们在学习上的一种肯定，更是对我们学习上的一种激励和鼓舞，使我们在学习上不敢有丝毫懈怠。另外，我还要感谢培育我们的老师们，因为有了你们的辛勤付出，才有了我们今天的收获。</w:t>
      </w:r>
    </w:p>
    <w:p>
      <w:pPr>
        <w:spacing w:before="100" w:after="200" w:line="360" w:lineRule="auto"/>
        <w:ind w:firstLine="576"/>
        <w:jc w:val="left"/>
      </w:pPr>
      <w:r>
        <w:rPr>
          <w:rFonts w:ascii="宋体" w:eastAsia="宋体" w:hAnsi="宋体"/>
          <w:sz w:val="28"/>
        </w:rPr>
        <w:t>此时此刻我捧着手中的奖，心里感慨万千。虽然并不多，但我想这每一个奖的背后都是各位同学日夜苦战，用自己的勤奋努力和老师家长们的付出换来的。我不想说我们累，更不想说我们苦。因为我们是二十一世纪的少年，风雨过后我们依然会展露笑容，今日的累是为了我们明日的辉煌，为了我们肩上那不可推卸的历史重任。我相信我们会做的更好。</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不过，获得了奖并不意味着就达到了我们的目标而可以停滞不前。在人生旅途中，获奖只是一种助推器，而不是最根本的动力器。我们要如何前进？答案就掌握在我们自己的手中。所以，奖并不是我们最终的目标，而是我们前进路途中的一股动力。我们应正确看待这种奖励和荣誉。不能因为一时取得好的成绩而骄傲，也不能因为成绩一时不理想而气馁。学习就如逆水行舟，不进则退。只有不断地努力，不骄不躁，认真对待学习，不轻言放弃，看淡得失。以一颗平常心，踏实勤奋。才能取得更优异的成绩，才能创造更美好的未来。当然，没有获得奖学金的同学更不能放弃。要努力起来，哪怕最终没有成功，最起码自己努力了，也无愧于心。</w:t>
      </w:r>
    </w:p>
    <w:p>
      <w:pPr>
        <w:spacing w:before="100" w:after="200" w:line="360" w:lineRule="auto"/>
        <w:ind w:firstLine="576"/>
        <w:jc w:val="left"/>
      </w:pPr>
      <w:r>
        <w:rPr>
          <w:rFonts w:ascii="宋体" w:eastAsia="宋体" w:hAnsi="宋体"/>
          <w:sz w:val="28"/>
        </w:rPr>
        <w:t>作为一名学生，面对获奖，我除了些许的紧张和好奇，更多的是一份坦然，感激，感谢多年来校领导和老师们的培养。我们相信努力就会成功。在此，我对同学们也送上我衷心的祝福，希望你们能放飞自己的理想，创出更美的明天！</w:t>
      </w:r>
    </w:p>
    <w:p>
      <w:pPr>
        <w:spacing w:before="100" w:after="200" w:line="360" w:lineRule="auto"/>
        <w:ind w:firstLine="576"/>
        <w:jc w:val="left"/>
      </w:pPr>
      <w:r>
        <w:rPr>
          <w:rFonts w:ascii="宋体" w:eastAsia="宋体" w:hAnsi="宋体"/>
          <w:sz w:val="28"/>
        </w:rPr>
        <w:t>尊敬的各位领导、老师，亲爱的同学们，大家好!</w:t>
      </w:r>
    </w:p>
    <w:p>
      <w:pPr>
        <w:spacing w:before="100" w:after="200" w:line="360" w:lineRule="auto"/>
        <w:ind w:firstLine="576"/>
        <w:jc w:val="left"/>
      </w:pPr>
      <w:r>
        <w:rPr>
          <w:rFonts w:ascii="宋体" w:eastAsia="宋体" w:hAnsi="宋体"/>
          <w:sz w:val="28"/>
        </w:rPr>
        <w:t>今天，能站在这里，作为学生代表发言，我深感荣幸!首先我要感谢亲爱的老师们，同学们，是你们的加油助威给了我无限的动力，也让我懂得了什么是关爱，什么是温暖，什么是团队的力量。其实我做的很普通，只是尽力去完成属于我的任务当我奔跑是，我不去想，是否能够成功，既然选择了远方，便风雨兼程，我不去想，身后是否袭来凉风冷雨，既然目标是地平线，留给世界的只能是向前奔跑的背影。</w:t>
      </w:r>
    </w:p>
    <w:p>
      <w:pPr>
        <w:spacing w:before="100" w:after="200" w:line="360" w:lineRule="auto"/>
        <w:ind w:firstLine="576"/>
        <w:jc w:val="left"/>
      </w:pPr>
      <w:r>
        <w:rPr>
          <w:rFonts w:ascii="宋体" w:eastAsia="宋体" w:hAnsi="宋体"/>
          <w:sz w:val="28"/>
        </w:rPr>
        <w:t>本届校园体育文化节是一次提升自我的盛会，是青春的诠释，是心灵的盛宴。本届体育文化节，让我有了新的体会，在拉拉队友们的加油呐喊声中，我听出了一种信任，当运动员们在赛场上跌倒又爬起来继续比赛的时候，我看到了一种毅力，当同学们扶着刚跑完1000米或800米的运动员时，我体会到了一种关心，当班级取得优异成绩，在同学们的欢呼声里，我读出了一份热爱班集体的赤诚之心!</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本届体育文化节，给我们带来了许多的欢笑与汗水，同时也让我深刻体会到了我们附中大健康教育理念的先进。虽然有些同学失败了，落后了，但是我们学会了坚持不懈，顽强拼搏的体育精神。</w:t>
      </w:r>
    </w:p>
    <w:p>
      <w:pPr>
        <w:spacing w:before="100" w:after="200" w:line="360" w:lineRule="auto"/>
        <w:ind w:firstLine="576"/>
        <w:jc w:val="left"/>
      </w:pPr>
      <w:r>
        <w:rPr>
          <w:rFonts w:ascii="宋体" w:eastAsia="宋体" w:hAnsi="宋体"/>
          <w:sz w:val="28"/>
        </w:rPr>
        <w:t>同学们，作为新时代的学生，我们拥有青春，拥有朝气，更拥有未来!只要我们敞开胸怀，明媚的阳光就会属于我们，蔚蓝的天空就会属于我们，美好的未来就会属于我们!在这里让蓝天与大地为我们见证，我们将会努力学习，天天向上，团结友爱，互助前行。我们相信：我们是优秀的，我们是最棒的。</w:t>
      </w:r>
    </w:p>
    <w:p>
      <w:pPr>
        <w:spacing w:before="100" w:after="200" w:line="360" w:lineRule="auto"/>
        <w:jc w:val="left"/>
      </w:pPr>
      <w:r>
        <w:rPr>
          <w:rFonts w:ascii="宋体 (中文正文)" w:eastAsia="宋体" w:hAnsi="宋体 (中文正文)"/>
          <w:sz w:val="28"/>
        </w:rPr>
        <w:t>尊敬的领导、老师，亲爱的同学们：</w:t>
      </w:r>
    </w:p>
    <w:p>
      <w:pPr>
        <w:spacing w:before="100" w:after="200" w:line="360" w:lineRule="auto"/>
        <w:ind w:firstLine="576"/>
        <w:jc w:val="left"/>
      </w:pPr>
      <w:r>
        <w:rPr>
          <w:rFonts w:ascii="宋体" w:eastAsia="宋体" w:hAnsi="宋体"/>
          <w:sz w:val="28"/>
        </w:rPr>
        <w:t>大家好!今天，能作为学生代表在这里发言，我感到非常荣幸!</w:t>
      </w:r>
    </w:p>
    <w:p>
      <w:pPr>
        <w:spacing w:before="100" w:after="200" w:line="360" w:lineRule="auto"/>
        <w:ind w:firstLine="576"/>
        <w:jc w:val="left"/>
      </w:pPr>
      <w:r>
        <w:rPr>
          <w:rFonts w:ascii="宋体" w:eastAsia="宋体" w:hAnsi="宋体"/>
          <w:sz w:val="28"/>
        </w:rPr>
        <w:t>三年前，我们怀着对未来的美好憧憬，载着家人与老师的殷切期盼，坚定的迈进了赣榆一中。今天，我们郑重地面对高考赫然醒目的战书，吹响一百天决战的冲锋号角。我们坚信，正是在这里，新的辉煌将张开腾飞的翅膀。</w:t>
      </w:r>
    </w:p>
    <w:p>
      <w:pPr>
        <w:spacing w:before="100" w:after="200" w:line="360" w:lineRule="auto"/>
        <w:ind w:firstLine="576"/>
        <w:jc w:val="left"/>
      </w:pPr>
      <w:r>
        <w:rPr>
          <w:rFonts w:ascii="宋体" w:eastAsia="宋体" w:hAnsi="宋体"/>
          <w:sz w:val="28"/>
        </w:rPr>
        <w:t>蓦然回首十二年寒窗苦读，四千三百多个日日夜夜铸就了我们必胜的信念与坚不可摧的意志。书海的沉浮已不再让我们动容，风雨的磨砺只会让我们愈挫愈勇。我们的目光从没有像今天这般坚定执着，我们的思想从没有像今天这般成熟饱满，我们的心灵从来没有如此激荡燃烧。</w:t>
      </w:r>
    </w:p>
    <w:p>
      <w:pPr>
        <w:spacing w:before="100" w:after="200" w:line="360" w:lineRule="auto"/>
        <w:ind w:firstLine="576"/>
        <w:jc w:val="left"/>
      </w:pPr>
      <w:r>
        <w:rPr>
          <w:rFonts w:ascii="宋体" w:eastAsia="宋体" w:hAnsi="宋体"/>
          <w:sz w:val="28"/>
        </w:rPr>
        <w:t>少年自有少年狂，藐昆仑，笑吕梁，磨剑十年，今将试锋芒。如果说十二年是漫长的马拉松，那么我们已进入那最后的冲刺;如果说从前的付出是勤恳的耕耘，那么我们即将迎来收获的季节。我们早已拉满弓，上好箭，我们唯一差的就是这最后一百天的努力，最后一百天的挥汗如雨。</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鲜红的终点在前方真真切切，成功从来没有如此贴近我们年轻的生命。在最后的时间里，我们有了自己人生的`选择：选择了大海，就去乘风破浪;选择了蓝天，就去展翅翱翔;选择了高山，就去努力攀登;选择了高考，就该全力以赴。在未来的一百天里，</w:t>
      </w:r>
    </w:p>
    <w:p>
      <w:pPr>
        <w:spacing w:before="100" w:after="200" w:line="360" w:lineRule="auto"/>
        <w:ind w:firstLine="576"/>
        <w:jc w:val="left"/>
      </w:pPr>
      <w:r>
        <w:rPr>
          <w:rFonts w:ascii="宋体" w:eastAsia="宋体" w:hAnsi="宋体"/>
          <w:sz w:val="28"/>
        </w:rPr>
        <w:t>我们受太阳之光华，乘春风之快意，御天地之灵气，是强者必可脱颖而出，是胜者必定力压群雄。</w:t>
      </w:r>
    </w:p>
    <w:p>
      <w:pPr>
        <w:spacing w:before="100" w:after="200" w:line="360" w:lineRule="auto"/>
        <w:ind w:firstLine="576"/>
        <w:jc w:val="left"/>
      </w:pPr>
      <w:r>
        <w:rPr>
          <w:rFonts w:ascii="宋体" w:eastAsia="宋体" w:hAnsi="宋体"/>
          <w:sz w:val="28"/>
        </w:rPr>
        <w:t>同学们，冲锋的号角在耳边响彻，波澜壮阔的画卷已经尽情铺展。</w:t>
      </w:r>
    </w:p>
    <w:p>
      <w:pPr>
        <w:spacing w:before="100" w:after="200" w:line="360" w:lineRule="auto"/>
        <w:ind w:firstLine="576"/>
        <w:jc w:val="left"/>
      </w:pPr>
      <w:r>
        <w:rPr>
          <w:rFonts w:ascii="宋体" w:eastAsia="宋体" w:hAnsi="宋体"/>
          <w:sz w:val="28"/>
        </w:rPr>
        <w:t>让我们不负学校的重托，</w:t>
      </w:r>
    </w:p>
    <w:p>
      <w:pPr>
        <w:spacing w:before="100" w:after="200" w:line="360" w:lineRule="auto"/>
        <w:ind w:firstLine="576"/>
        <w:jc w:val="left"/>
      </w:pPr>
      <w:r>
        <w:rPr>
          <w:rFonts w:ascii="宋体" w:eastAsia="宋体" w:hAnsi="宋体"/>
          <w:sz w:val="28"/>
        </w:rPr>
        <w:t>不负恩师的厚望，</w:t>
      </w:r>
    </w:p>
    <w:p>
      <w:pPr>
        <w:spacing w:before="100" w:after="200" w:line="360" w:lineRule="auto"/>
        <w:ind w:firstLine="576"/>
        <w:jc w:val="left"/>
      </w:pPr>
      <w:r>
        <w:rPr>
          <w:rFonts w:ascii="宋体" w:eastAsia="宋体" w:hAnsi="宋体"/>
          <w:sz w:val="28"/>
        </w:rPr>
        <w:t>不负父母的期盼，</w:t>
      </w:r>
    </w:p>
    <w:p>
      <w:pPr>
        <w:spacing w:before="100" w:after="200" w:line="360" w:lineRule="auto"/>
        <w:ind w:firstLine="576"/>
        <w:jc w:val="left"/>
      </w:pPr>
      <w:r>
        <w:rPr>
          <w:rFonts w:ascii="宋体" w:eastAsia="宋体" w:hAnsi="宋体"/>
          <w:sz w:val="28"/>
        </w:rPr>
        <w:t>不负青春的梦想，</w:t>
      </w:r>
    </w:p>
    <w:p>
      <w:pPr>
        <w:spacing w:before="100" w:after="200" w:line="360" w:lineRule="auto"/>
        <w:ind w:firstLine="576"/>
        <w:jc w:val="left"/>
      </w:pPr>
      <w:r>
        <w:rPr>
          <w:rFonts w:ascii="宋体" w:eastAsia="宋体" w:hAnsi="宋体"/>
          <w:sz w:val="28"/>
        </w:rPr>
        <w:t>顽强拼搏，苦战百天，全力以赴，铸我辉煌。</w:t>
      </w:r>
    </w:p>
    <w:p>
      <w:pPr>
        <w:spacing w:before="100" w:after="200" w:line="360" w:lineRule="auto"/>
        <w:ind w:firstLine="576"/>
        <w:jc w:val="left"/>
      </w:pPr>
      <w:r>
        <w:rPr>
          <w:rFonts w:ascii="宋体" w:eastAsia="宋体" w:hAnsi="宋体"/>
          <w:sz w:val="28"/>
        </w:rPr>
        <w:t>最后，祝我们的老师工作顺利!祝我们高三的全体同学好梦可圆!</w:t>
      </w:r>
    </w:p>
    <w:p>
      <w:pPr>
        <w:spacing w:before="100" w:after="200" w:line="360" w:lineRule="auto"/>
        <w:ind w:firstLine="576"/>
        <w:jc w:val="left"/>
      </w:pPr>
      <w:r>
        <w:rPr>
          <w:rFonts w:ascii="宋体" w:eastAsia="宋体" w:hAnsi="宋体"/>
          <w:sz w:val="28"/>
        </w:rPr>
        <w:t>谢谢大家!</w:t>
      </w:r>
    </w:p>
    <w:p>
      <w:pPr>
        <w:spacing w:before="100" w:after="200" w:line="360" w:lineRule="auto"/>
        <w:jc w:val="left"/>
      </w:pPr>
      <w:r>
        <w:rPr>
          <w:rFonts w:ascii="宋体 (中文正文)" w:eastAsia="宋体" w:hAnsi="宋体 (中文正文)"/>
          <w:sz w:val="28"/>
        </w:rPr>
        <w:t>尊敬的各位领导、老师，亲爱的同学们：</w:t>
      </w:r>
    </w:p>
    <w:p>
      <w:pPr>
        <w:spacing w:before="100" w:after="200" w:line="360" w:lineRule="auto"/>
        <w:ind w:firstLine="576"/>
        <w:jc w:val="left"/>
      </w:pPr>
      <w:r>
        <w:rPr>
          <w:rFonts w:ascii="宋体" w:eastAsia="宋体" w:hAnsi="宋体"/>
          <w:sz w:val="28"/>
        </w:rPr>
        <w:t>大家下午好！</w:t>
      </w:r>
    </w:p>
    <w:p>
      <w:pPr>
        <w:spacing w:before="100" w:after="200" w:line="360" w:lineRule="auto"/>
        <w:ind w:firstLine="576"/>
        <w:jc w:val="left"/>
      </w:pPr>
      <w:r>
        <w:rPr>
          <w:rFonts w:ascii="宋体" w:eastAsia="宋体" w:hAnsi="宋体"/>
          <w:sz w:val="28"/>
        </w:rPr>
        <w:t>我很荣幸今天能作为获奖同学的代表上台发言，借这个机会我要向所有教育过我的辛勤工作的老师们表达我最真切的感激之情。我也很高兴与在座的这么多充满激情和满怀梦想的大一大二同学们一起来分享我在大学学习中的一些收获。</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首先请允许我先介绍一下自己，我叫穆晶，是测控05级的学生，上个学期我获得了全国大学生数学建模竞赛甲组的全国一等奖，这是我们学校在此项竞赛中的最高奖，开创了先例。大二时我还获得过北京市高数竞赛的甲组二等奖和校机器人大赛的第二名，并成功申请到了我院本科生科研立项。在学习成绩上我获得过校二等奖学金、校一等奖学金和国家奖学金。在学有余地时我还担任了本班团支书，和院学生会学习部干事和副部长，并获优秀团干部称号。</w:t>
      </w:r>
    </w:p>
    <w:p>
      <w:pPr>
        <w:spacing w:before="100" w:after="200" w:line="360" w:lineRule="auto"/>
        <w:ind w:firstLine="576"/>
        <w:jc w:val="left"/>
      </w:pPr>
      <w:r>
        <w:rPr>
          <w:rFonts w:ascii="宋体" w:eastAsia="宋体" w:hAnsi="宋体"/>
          <w:sz w:val="28"/>
        </w:rPr>
        <w:t>通过上面的介绍，大家也许会问我，你获得这么多成绩和荣誉的秘诀是什么？我能否做得和你一样甚至更优秀？我毫不犹豫的告诉大家：一定可以！！！当然，前提是你必须掌握一套正确的学习方法和更刻苦努力的学习。</w:t>
      </w:r>
    </w:p>
    <w:p>
      <w:pPr>
        <w:spacing w:before="100" w:after="200" w:line="360" w:lineRule="auto"/>
        <w:ind w:firstLine="576"/>
        <w:jc w:val="left"/>
      </w:pPr>
      <w:r>
        <w:rPr>
          <w:rFonts w:ascii="宋体" w:eastAsia="宋体" w:hAnsi="宋体"/>
          <w:sz w:val="28"/>
        </w:rPr>
        <w:t>学习，对于我们学生来说是最主要的任务。大学的学习，既不是要埋头苦读不问世事，也不是在电脑前耗费青春，这点我想大家都知道。不仅如此，我们还要深刻认识一名大学生所承担的责任，只有明确自己身上承担的责任，我们才有拼搏进取的原动力，著名科学家钱学森、袁隆平、华罗庚都是我们学习的榜样。作为大学生，我们要关注国计民生，时事资讯和相关专业领域的动向，同时我们还有家庭的责任，我们必须尽快肩负起解决家庭负担的责任。</w:t>
      </w:r>
    </w:p>
    <w:p>
      <w:pPr>
        <w:spacing w:before="100" w:after="200" w:line="360" w:lineRule="auto"/>
        <w:ind w:firstLine="576"/>
        <w:jc w:val="left"/>
      </w:pPr>
      <w:r>
        <w:rPr>
          <w:rFonts w:ascii="宋体" w:eastAsia="宋体" w:hAnsi="宋体"/>
          <w:sz w:val="28"/>
        </w:rPr>
        <w:t>学习是多方面的，工作能力、待人接物、组织管理、知识扩展，在参与各项活动与人接触的同时，前三个方面的能力是可以逐步提高的，这里我主要想跟大家来分享一下我课业知识的学习心得，希望其中的一些经验和建议可以使大家有所借鉴。</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大学里讨论最多的话题就属专业了，那我也说说自己对测控专业的认识过程。刚进校时，看着录取通知书上印着的“测控技术与仪器”，我脑子里有一百个问号，我对它一无所知。从基础课的学习开始，渐渐地，我逐步认识到自己专业的学习范围，应用领域，以及发展前景，并踏踏实实的学习基础知识，因为听学长学姐们说好多专业课都会用到这些基础知识，后悔当初没有认真学习，打好基础。直到大三开专业课时，我才发现原来专业课比基础课有意思多了，许多大型的精密仪器或是小巧复杂的传感零件，让人感到不可思议，惊叹于设计者的创造力。我发现自己对专业从陌生到喜爱是需要一个过程的，就像我们面对其他的事物一样。抱怨无济于事，而不断探索事物的内涵却是乐趣无穷的。</w:t>
      </w:r>
    </w:p>
    <w:p>
      <w:pPr>
        <w:spacing w:before="100" w:after="200" w:line="360" w:lineRule="auto"/>
        <w:ind w:firstLine="576"/>
        <w:jc w:val="left"/>
      </w:pPr>
      <w:r>
        <w:rPr>
          <w:rFonts w:ascii="宋体" w:eastAsia="宋体" w:hAnsi="宋体"/>
          <w:sz w:val="28"/>
        </w:rPr>
        <w:t>学习需要兴趣，但更要技巧。</w:t>
      </w:r>
    </w:p>
    <w:p>
      <w:pPr>
        <w:spacing w:before="100" w:after="200" w:line="360" w:lineRule="auto"/>
        <w:ind w:firstLine="576"/>
        <w:jc w:val="left"/>
      </w:pPr>
      <w:r>
        <w:rPr>
          <w:rFonts w:ascii="宋体" w:eastAsia="宋体" w:hAnsi="宋体"/>
          <w:sz w:val="28"/>
        </w:rPr>
        <w:t>技巧之一，计划。对于自己做的每件事都要在脑中有个计划，什么时间该做什么事情，达到何种效果都要清楚，而且对于给自己安排的计划不要太少，以免放任懒惰。比如，大二下学期考四级、大三上学期考六级，大二上学期考计算机二级、大三上学期考三级，大三下学期要开始准备考研，每年四月份有全国英语竞赛，每年九月份有北京市大学生高数竞赛，每年十月份有全国大学生数学建模大赛，每年十二月份有北京市物理竞赛，每两年还有周培元力学竞赛，等等。有人就说了，我怎么知道？怎么知道，问呗，学长学姐都是我们的朋友，他们的经历和忠告对自己是莫大的帮助，现在不是提倡“合理开发利用有限的环境资源”嘛，这条在学校里也同样适用啊～还有，我上面列出的计划表是需要在平时课业成绩不掉队的情况下供同学们参考的，我觉得挑选自己感兴趣的竞赛参加，锻炼一下很好，更重要的是，在准备竞赛的同时也是加深、拓展了自己的知识面，受益的终究是自己。</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https://d.book118.com/628074132107006046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28074132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