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《你在为谁工作》读书心得体会（30篇）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《你在为谁工作》读书心得体会（通用30篇）</w:t>
      </w:r>
      <w:r>
        <w:rPr>
          <w:lang w:eastAsia="zh-CN"/>
        </w:rPr>
        <w:br/>
      </w:r>
      <w:r>
        <w:rPr>
          <w:lang w:eastAsia="zh-CN"/>
        </w:rPr>
        <w:t xml:space="preserve">    《你在为谁工作》读书心得体会 篇1 </w:t>
      </w:r>
      <w:r>
        <w:rPr>
          <w:lang w:eastAsia="zh-CN"/>
        </w:rPr>
        <w:br/>
      </w:r>
      <w:r>
        <w:rPr>
          <w:lang w:eastAsia="zh-CN"/>
        </w:rPr>
        <w:t>　　生命是没有意义的，除非有工作;所有的工作都是辛苦的，除非有知识;所有的知识是空虚的，除非有热望;所有的热望是盲目的，除非有爱。</w:t>
      </w:r>
      <w:r>
        <w:rPr>
          <w:lang w:eastAsia="zh-CN"/>
        </w:rPr>
        <w:br/>
      </w:r>
      <w:r>
        <w:rPr>
          <w:lang w:eastAsia="zh-CN"/>
        </w:rPr>
        <w:t>　　有一天我们在不经意之间突然发现自己已经长大，家庭的责任，不多不少的薪水、工作环境不理想、人际关系不协调等等，诸多的烦恼、不少的困惑，于是自卑、埋怨、牢骚多多。我们会问我到底在为谁工作?当我在思考这个问题的时候，读到上面的一段话，我的心情豁然开朗。</w:t>
      </w:r>
      <w:r>
        <w:rPr>
          <w:lang w:eastAsia="zh-CN"/>
        </w:rPr>
        <w:br/>
      </w:r>
      <w:r>
        <w:rPr>
          <w:lang w:eastAsia="zh-CN"/>
        </w:rPr>
        <w:t>　　这些天,一直在读《你为谁工作》这本书,一段段质朴的文字，一个个生活的小故事为这位千年前哲人的话做了最好的注解。在读这本书的时候，我感觉到一次次心灵的净化和心胸的开阔。书中对为谁工作这个问题的提出与解决，帮助我们树立了一种生活的观念，一种开放的心态，从而找到幸福的途径。工作是快乐的，生活是幸福的，因为我做到了：</w:t>
      </w:r>
      <w:r>
        <w:rPr>
          <w:lang w:eastAsia="zh-CN"/>
        </w:rPr>
        <w:br/>
      </w:r>
      <w:r>
        <w:rPr>
          <w:lang w:eastAsia="zh-CN"/>
        </w:rPr>
        <w:t>　　一、以成就事业的态度理解职业生涯之平淡。</w:t>
      </w:r>
      <w:r>
        <w:rPr>
          <w:lang w:eastAsia="zh-CN"/>
        </w:rPr>
        <w:br/>
      </w:r>
    </w:p>
    <w:p w:rsidR="001B1F19" w:rsidRPr="00937657" w14:textId="0AE8485B">
      <w:pPr>
        <w:pStyle w:val="Heading1"/>
        <w:jc w:val="center"/>
        <w:rPr>
          <w:color w:val="000000" w:themeColor="text1"/>
          <w:lang w:eastAsia="zh-CN"/>
        </w:rPr>
      </w:pPr>
      <w:r>
        <w:rPr>
          <w:color w:val="000000" w:themeColor="text1"/>
          <w:sz w:val="44"/>
          <w:lang w:eastAsia="zh-CN"/>
        </w:rPr>
        <w:t>《你在为谁工作》读书心得体会（30篇）</w:t>
      </w:r>
    </w:p>
    <w:p w:rsidR="001B1F19"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《你在为谁工作》读书心得体会（通用30篇）</w:t>
      </w:r>
      <w:r>
        <w:rPr>
          <w:lang w:eastAsia="zh-CN"/>
        </w:rPr>
        <w:br/>
      </w:r>
      <w:r>
        <w:rPr>
          <w:lang w:eastAsia="zh-CN"/>
        </w:rPr>
        <w:t xml:space="preserve">    《你在为谁工作》读书心得体会 篇1 </w:t>
      </w:r>
      <w:r>
        <w:rPr>
          <w:lang w:eastAsia="zh-CN"/>
        </w:rPr>
        <w:br/>
      </w:r>
      <w:r>
        <w:rPr>
          <w:lang w:eastAsia="zh-CN"/>
        </w:rPr>
        <w:t>　　生命是没有意义的，除非有工作;所有的工作都是辛苦的，除非有知识;所有的知识是空虚的，除非有热望;所有的热望是盲目的，除非有爱。</w:t>
      </w:r>
      <w:r>
        <w:rPr>
          <w:lang w:eastAsia="zh-CN"/>
        </w:rPr>
        <w:br/>
      </w:r>
      <w:r>
        <w:rPr>
          <w:lang w:eastAsia="zh-CN"/>
        </w:rPr>
        <w:t>　　有一天我们在不经意之间突然发现自己已经长大，家庭的责任，不多不少的薪水、工作环境不理想、人际关系不协调等等，诸多的烦恼、不少的困惑，于是自卑、埋怨、牢骚多多。我们会问我到底在为谁工作?当我在思考这个问题的时候，读到上面的一段话，我的心情豁然开朗。</w:t>
      </w:r>
      <w:r>
        <w:rPr>
          <w:lang w:eastAsia="zh-CN"/>
        </w:rPr>
        <w:br/>
      </w:r>
      <w:r>
        <w:rPr>
          <w:lang w:eastAsia="zh-CN"/>
        </w:rPr>
        <w:t>　　这些天,一直在读《你为谁工作》这本书,一段段质朴的文字，一个个生活的小故事为这位千年前哲人的话做了最好的注解。在读这本书的时候，我感觉到一次次心灵的净化和心胸的开阔。书中对为谁工作这个问题的提出与解决，帮助我们树立了一种生活的观念，一种开放的心态，从而找到幸福的途径。工作是快乐的，生活是幸福的，因为我做到了：</w:t>
      </w:r>
      <w:r>
        <w:rPr>
          <w:lang w:eastAsia="zh-CN"/>
        </w:rPr>
        <w:br/>
      </w:r>
      <w:r>
        <w:rPr>
          <w:lang w:eastAsia="zh-CN"/>
        </w:rPr>
        <w:t>　　一、以成就事业的态度理解职业生涯之平淡。</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20__年，在以职业道德教育为主题的演讲比赛中，我曾做了《我的职业就是我的事业》的演讲报告，我认为：态度决定行为，行为决定命运。</w:t>
      </w:r>
      <w:r>
        <w:rPr>
          <w:lang w:eastAsia="zh-CN"/>
        </w:rPr>
        <w:br/>
      </w:r>
      <w:r>
        <w:rPr>
          <w:lang w:eastAsia="zh-CN"/>
        </w:rPr>
        <w:t>　　也许我们是在没有更多选择的情况下，得到这份工作。于是我们抱怨怀才不遇。那又怎么样呢?只要我们充满热情，只要我们选择积极的生活态度，尽管我们做的不过是砌墙的简单工作，我们同样可以体会建造大厦的幸福和愉悦，可以想象是在为这个城市创造美，为别人营造幸福的家。每一件事情，都象硬币具有两面。你选择了什么样的态度，就像推开命运的大门，要么收获幸福和快乐，要么得到悲伤和幽怨。</w:t>
      </w:r>
      <w:r>
        <w:rPr>
          <w:lang w:eastAsia="zh-CN"/>
        </w:rPr>
        <w:br/>
      </w:r>
      <w:r>
        <w:rPr>
          <w:lang w:eastAsia="zh-CN"/>
        </w:rPr>
        <w:t>　　当雷锋说：我愿做永不生锈的螺丝钉的时候，我相信他理解了螺丝钉的价值。于是他选择了积极乐观的生活态度，在默默无闻之中，走过自己充满激情的人生。</w:t>
      </w:r>
      <w:r>
        <w:rPr>
          <w:lang w:eastAsia="zh-CN"/>
        </w:rPr>
        <w:br/>
      </w:r>
      <w:r>
        <w:rPr>
          <w:lang w:eastAsia="zh-CN"/>
        </w:rPr>
        <w:t>　　雷锋之于我的价值，在于我发现一种积极的生活态度。当我专注于我日常琐碎的事情的时候，可能会有悲观、失望，会有很多很多的抱怨。但是，我选择了把日常工作与工商银行的事业联系起来，我看到我在工商银行事业整体中存在的价值;在工商银行事业发展过程中，我为我付出的心血找到了意义。于是我不再抱怨，不再悲观。工作之于我，不再是日复一日的劳作，因为崇高的愿景与期许，我从工作中学会了欣赏，体会到愉悦。因为我明白我的职业就是我的事业，是我的存在方式。</w:t>
      </w:r>
      <w:r>
        <w:rPr>
          <w:lang w:eastAsia="zh-CN"/>
        </w:rPr>
        <w:br/>
      </w:r>
      <w:r>
        <w:rPr>
          <w:lang w:eastAsia="zh-CN"/>
        </w:rPr>
        <w:t>　　二、追求卓越，超越自我，工作与生活完美统一。</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曾经把世故当成熟，把投机取巧当明白事理。于是我们学会了懒散应付，于是我们的工作人浮于事。当我们在为一时之得失斤斤计较，为自作聪明的成功而窃喜，实际上我们越来越不轻松，因为我们的生活、工作越来越没有品质，我们越来越缺少创造的激情。</w:t>
      </w:r>
      <w:r>
        <w:rPr>
          <w:lang w:eastAsia="zh-CN"/>
        </w:rPr>
        <w:br/>
      </w:r>
      <w:r>
        <w:rPr>
          <w:lang w:eastAsia="zh-CN"/>
        </w:rPr>
        <w:t>　　生活态度积极的人，一般都会追求完美与品质。尽管我们的能力有限，尽管我们不可能把完美与品质发挥到尽致，但是我们始终不可缺少追求卓越、超越自我的勇气与信心。</w:t>
      </w:r>
      <w:r>
        <w:rPr>
          <w:lang w:eastAsia="zh-CN"/>
        </w:rPr>
        <w:br/>
      </w:r>
      <w:r>
        <w:rPr>
          <w:lang w:eastAsia="zh-CN"/>
        </w:rPr>
        <w:t>　　因为知道不完美，因为对品质的追求，我始终会以积极的心态面对生活和工作。不以善小而不为，不以恶小而为之，因为我们知道任何一个细小的善行，都是人格的一次完善，任何一个细微的劣行，都是对德行的伤害。</w:t>
      </w:r>
      <w:r>
        <w:rPr>
          <w:lang w:eastAsia="zh-CN"/>
        </w:rPr>
        <w:br/>
      </w:r>
      <w:r>
        <w:rPr>
          <w:lang w:eastAsia="zh-CN"/>
        </w:rPr>
        <w:t>　　在对完美和品质的追求过程中，我不断丰富、充实自己的人生。任何一个不良习惯的改正，任何一次工作方法的改进，都是对人格的一次完善，都能让我体会创造的乐趣。因为知道与完美的距离，我要不断涉猎知识的海洋，与智者对话，与强者并行，以别人的成功为自己引路。通过学习，不断充实自己的人生，这时，工作与生活已经合二为一，工作是为了生活，在生活中我享受工作的乐趣。</w:t>
      </w:r>
      <w:r>
        <w:rPr>
          <w:lang w:eastAsia="zh-CN"/>
        </w:rPr>
        <w:br/>
      </w:r>
      <w:r>
        <w:rPr>
          <w:lang w:eastAsia="zh-CN"/>
        </w:rPr>
        <w:t>　　三、成人达己，成己达人，营造和谐人际关系。</w:t>
      </w:r>
      <w:r>
        <w:rPr>
          <w:lang w:eastAsia="zh-CN"/>
        </w:rPr>
        <w:br/>
      </w:r>
      <w:r>
        <w:rPr>
          <w:lang w:eastAsia="zh-CN"/>
        </w:rPr>
        <w:t>　　我们生活在一个竞争的时代，竞争让我们习惯了尔虞我诈，学会了麻木不仁。但是我们始终不应该忘记，人是社会的动物，结群而居是人的生存方式。</w:t>
      </w:r>
      <w:r>
        <w:rPr>
          <w:lang w:eastAsia="zh-CN"/>
        </w:rPr>
        <w:br/>
      </w:r>
      <w:r>
        <w:rPr>
          <w:lang w:eastAsia="zh-CN"/>
        </w:rPr>
        <w:t>　　我想起了一家金融企业的企业文化：成人达己，成己达人。</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在一个飞速发展的时代，我们提倡竞争，赞许竞争。但是竞争的目的是什么?竞争一定要伤害和谐的人际氛围吗?我觉得一个提倡这样的企业文化的企业一定是对竞争理解最成熟的企业。</w:t>
      </w:r>
      <w:r>
        <w:rPr>
          <w:lang w:eastAsia="zh-CN"/>
        </w:rPr>
        <w:br/>
      </w:r>
      <w:r>
        <w:rPr>
          <w:lang w:eastAsia="zh-CN"/>
        </w:rPr>
        <w:t>　　我崇尚公平竞争，因为自信和勇气，因为我可以从竞争对手中了解不足，我也同样相信，竞争对手一定可以从我身上学到一些东西。</w:t>
      </w:r>
      <w:r>
        <w:rPr>
          <w:lang w:eastAsia="zh-CN"/>
        </w:rPr>
        <w:br/>
      </w:r>
      <w:r>
        <w:rPr>
          <w:lang w:eastAsia="zh-CN"/>
        </w:rPr>
        <w:t>　　我期待竞争，因为竞争给我适度的压力，可以使我保持旺盛的斗志和饱满的热情。不以一时之得意，而自夸其能;亦不以一时之失意，而自坠其志。我会以积极的心态面对竞争的结果，我相信同台竞争的对手会是生活中最好的朋友。因为共同的目标，我们在许多领域达成共识，但又各有千秋。</w:t>
      </w:r>
      <w:r>
        <w:rPr>
          <w:lang w:eastAsia="zh-CN"/>
        </w:rPr>
        <w:br/>
      </w:r>
      <w:r>
        <w:rPr>
          <w:lang w:eastAsia="zh-CN"/>
        </w:rPr>
        <w:t>　　我赞许竞争，更欣赏竞争后的从容。竞争使我们更容易理解协作的意义。竞争使我们在达成共识的基础上，在更高的层次上实现统一与合作。我们以昂扬的斗志，迎接竞争，接受挑战，以从容的态度面对竞争的结果。因为竞争，我们赢得友谊;因为竞争，我们共同成长，共同进步;因为竞争，我们实现和谐。生活因竞争而精彩!</w:t>
      </w:r>
      <w:r>
        <w:rPr>
          <w:lang w:eastAsia="zh-CN"/>
        </w:rPr>
        <w:br/>
      </w:r>
      <w:r>
        <w:rPr>
          <w:lang w:eastAsia="zh-CN"/>
        </w:rPr>
        <w:t>　　从事人力资源管理工作多年后，读到这样一本书，我自然想起了自己的成长经历。从一名莘莘学子到一名金融从业者，缺少对职业生涯的规划，或者职业生涯规划与现实的严重矛盾，很容易导致挫败感。是书籍，给了我思想，给了我成长的精神源泉。今天读到《你为谁工作》这样一本励志书籍，真的庆幸刚加入我们行列的新员工，可以从本书中得到更为直接的职业生涯指导。让他们少一些困惑，更快的成长。这就是这本书的价值所在。</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《你在为谁工作》读书心得体会 篇2 </w:t>
      </w:r>
      <w:r>
        <w:rPr>
          <w:lang w:eastAsia="zh-CN"/>
        </w:rPr>
        <w:br/>
      </w:r>
      <w:r>
        <w:rPr>
          <w:lang w:eastAsia="zh-CN"/>
        </w:rPr>
        <w:t>　　你在为谁工作，自己天天都在工作却很少去考虑这个问题，因此当我看到这本书的名字的时候心中为之一振，迫不及待的一口气读完了这本书，感受颇深，受益匪浅。其中感受最深的是以下几个方面的内容。</w:t>
      </w:r>
      <w:r>
        <w:rPr>
          <w:lang w:eastAsia="zh-CN"/>
        </w:rPr>
        <w:br/>
      </w:r>
      <w:r>
        <w:rPr>
          <w:lang w:eastAsia="zh-CN"/>
        </w:rPr>
        <w:t>　　一、要有良好的心态</w:t>
      </w:r>
      <w:r>
        <w:rPr>
          <w:lang w:eastAsia="zh-CN"/>
        </w:rPr>
        <w:br/>
      </w:r>
      <w:r>
        <w:rPr>
          <w:lang w:eastAsia="zh-CN"/>
        </w:rPr>
        <w:t>　　读到书的第一部分所提及的三位敲石工人对自己对工作的态度，其中在第三位工人的身上，看不到丝毫抱怨和不耐烦的痕迹，相反，他是具有高度责任感和创造力的人，他充分享受着工作的乐趣和荣誉，同时，因为他们的努力工作，工作也带给了他们足够的尊严，和实现自我的满足感。他们不仅是最优秀的员工，也是社会最需要的人，而且在工作中真正体味到了生活乐趣、生命的乐趣。在我的工作中很多时候缺少的就是这种心态，因此在今后的工作中要努力调整心态，不仅为拥有一个工作机会而心怀感激，更要懂得珍惜自己的工作机会，用高度的责任感，充分享受工作的乐趣，为生命的尊严和人生的幸福而努力工作。</w:t>
      </w:r>
      <w:r>
        <w:rPr>
          <w:lang w:eastAsia="zh-CN"/>
        </w:rPr>
        <w:br/>
      </w:r>
      <w:r>
        <w:rPr>
          <w:lang w:eastAsia="zh-CN"/>
        </w:rPr>
        <w:t>　　二、对工作心存感激</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生而为人，要有一颗感恩的心，感恩不但是美德，而且是一个人之所以为人的基本条件。我们要感恩父母对我们的养育，要感恩师长对我们的教导，要感恩国家对我们的培养，要感恩大家对我们的帮助。每一份工作或每一个工作环境都无法尽善尽美，但每一份工作中都有许多宝贵的经验和资源，如失败的沮丧、自我成长的喜悦、温馨的工作伙伴、值得感谢的家长等等，这些都是工作成功必须学习的感受和必须具备的财富。如果你能每天怀着感恩的心情去工作，在工作中始终牢记“拥有一份工作，就要懂得感恩”的道理，你一定会收获很多。一种感恩的心态可以改变一个人的一生。当我们清楚地意识到无任何权利要求别人时，就会对周围的点滴关怀或任何工作机遇都怀抱强烈的感恩之情。因为要竭力回报这个美好的世界，我们会竭力做好手中的工作，努力与周围的人快乐相处。书中讲到，有位父亲在儿子踏入社会前，告诫儿子三句话：“遇到一位好老板，要忠心为他工作；假如第一份工作就有很好的薪水，那算你的运气好，要努力工作以感恩惜福；万一薪水不理想，就要懂得在工作中磨练自己的技艺。”深深感受到这位父亲是多么的睿智，我们也应把这句话牢牢地记在心里，始终秉持这个原则做事。即使起初位居他人之下，也不要计较。在工作中不管做任何事，都要把自己的心态回归到零：把自己放空，抱着学习的态度，将每一次都视为一个新的开始，是一次新的经验，不要计较一时的待遇得失。一旦做好心理建设，拥有健康的心态之后，不论做任何事都能心甘情愿、全力以赴，当机会来临时才能及时把握住。对工作心怀感恩的心情基于一种深刻的认识：工作为你展示了广阔的发展空间，工作为你提供了施展才华的平台，你对工作为你所带来的一切，都要心存感激，并力图通过努力工作以回报社会来表达自己的感激之情。感恩既是一种良好的心态，又是一种奉献精神，当你以一种感恩图报的心情工作时，你会工作得更愉快，你会工作得更出色。真正的感恩应该是真诚的、发自内心的感激，感恩是自然的情感流露，是不求回报的。时常怀有感恩的心情，你会变得更谦和、可敬且高尚。每天都用几分钟时间，为自己能有幸拥有眼前的这份工作而感恩，为自己能进这样一个工作环境而感恩。所有的事情都是相对的，不论你遭遇多么恶劣的情况，都要心怀感激之情。对于个人来说，感恩是富裕的人生。它是一种深刻的感受，能够增强个人的魅力，开启神奇的力量之门，发掘出无穷的智能。感恩也像其他受人欢迎的特质一样，是一种习惯和态度。拥有了感恩的心就会拥有平和、宁静的心态，把注意力全部集中在光明的事情上，工作时的心情自然是愉快而积极的，带着一种从容坦然、喜悦的感恩心情工作，工作的结果也将大不相同。</w:t>
      </w:r>
      <w:r>
        <w:rPr>
          <w:lang w:eastAsia="zh-CN"/>
        </w:rPr>
        <w:br/>
      </w:r>
      <w:r>
        <w:rPr>
          <w:lang w:eastAsia="zh-CN"/>
        </w:rPr>
        <w:t>　　三、心中长存责任感</w:t>
      </w:r>
      <w:r>
        <w:rPr>
          <w:lang w:eastAsia="zh-CN"/>
        </w:rPr>
        <w:br/>
      </w:r>
      <w:r>
        <w:rPr>
          <w:lang w:eastAsia="zh-CN"/>
        </w:rPr>
        <w:t>　　一个人不论从事何种职业，都应该心中常存责任感，敬重自己的工作，在工作中表现出忠于职守、尽心尽责的精神，这才是真正的敬业。每个人都肩负着责任，对工作、对家庭、对亲人、对朋友，我们都有一定的责任，正因为存在这样或那样的责任，才能对自己的行为有所约束。既然选择了，那就得真诚、就得负责。作为一名教师，敬业并不是说天天按时上下班，上好每一堂课就叫敬业，而是要给每一名学生将来的发展打下良好的基础。</w:t>
      </w:r>
      <w:r>
        <w:rPr>
          <w:lang w:eastAsia="zh-CN"/>
        </w:rPr>
        <w:br/>
      </w:r>
      <w:r>
        <w:rPr>
          <w:lang w:eastAsia="zh-CN"/>
        </w:rPr>
        <w:t>　　四、工作中无小事</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把每一件简单的事做好就是不简单，把每一件平凡的事做好就是不平凡。作为普通人，在大量的日子里，很显然都在做一些小事，怕只怕小事也做不好，小事也做不到位。在工作中我们应该注重每一个细节，尽量把工作做得完美。大事与小事并没有明显的界限，做好了每一件小事也就成就了大事。</w:t>
      </w:r>
      <w:r>
        <w:rPr>
          <w:lang w:eastAsia="zh-CN"/>
        </w:rPr>
        <w:br/>
      </w:r>
      <w:r>
        <w:rPr>
          <w:lang w:eastAsia="zh-CN"/>
        </w:rPr>
        <w:t>　　正确看待工作的意义，珍惜工作的机会，体会工作的乐趣，在工作中得到满足和实现，进而达到体验人生的意义，才能树立正确的工作态度，才能焕发工作的热情，从而在内在上具有持之以恒的工作动力。要认真工作，无论做什么工作，要严谨求实，以学习的态度、勤奋的精神努力做到最好。要爱岗敬业。应该积小流而成江海，从平凡处着手，从一点一滴做起，把自己的岗位、自己平凡的工作视为学习培育提高的场所，由重视到珍惜，由珍惜到爱，做到敬业爱岗，专心贯注，乐此不疲。把工作的环节视为机会，视工作为事业。不要抱怨没有机会，在工作中充满着机会，问题是怎么对待。脚踏实地的耕耘者在平凡的工作环节上创造了机会，抓住了机会，实现了自己的梦想。要立足本职。经验来源于积累，成功在于厚积。这就需要安心在相对稳定的岗位上努力工作，坚定不移地奋斗。要团结合作，发扬团队精神。</w:t>
      </w:r>
      <w:r>
        <w:rPr>
          <w:lang w:eastAsia="zh-CN"/>
        </w:rPr>
        <w:br/>
      </w:r>
      <w:r>
        <w:rPr>
          <w:lang w:eastAsia="zh-CN"/>
        </w:rPr>
        <w:t xml:space="preserve">    《你在为谁工作》读书心得体会 篇3 </w:t>
      </w:r>
      <w:r>
        <w:rPr>
          <w:lang w:eastAsia="zh-CN"/>
        </w:rPr>
        <w:br/>
      </w:r>
      <w:r>
        <w:rPr>
          <w:lang w:eastAsia="zh-CN"/>
        </w:rPr>
        <w:t>　　《你在为谁读书》终于被我读完了。这本书是作家尚阳为我们讲述了5个初中生的成长故事。主人公杨略、孙甜、陈之浩、袁征和顾盛凌原本是小学同学，后来因为一些缘故被分在了一个班，他们5个人一起成长，一起玩耍。最终，在其中一个人的帮助下在中考中取得了好成绩。</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读完这本书，我受益匪浅，特别是这本书的题目，更让我深思。你在为谁读书道出了我们中小学生普遍存在的一个疑问：我们一直在为谁读书?是在为老师读书吗?还是在为父母读书?</w:t>
      </w:r>
      <w:r>
        <w:rPr>
          <w:lang w:eastAsia="zh-CN"/>
        </w:rPr>
        <w:br/>
      </w:r>
      <w:r>
        <w:rPr>
          <w:lang w:eastAsia="zh-CN"/>
        </w:rPr>
        <w:t>　　我是一个即将上初三的学生，我读书读了8年了，经历过了许多考试，大考小考总是伴随着生活，考试考的都快麻木了，喜怒哀乐更是相伴左右。“读书很苦，读书很累，读书很无味。”我觉得这句话正确说出了许多学生的感受，许多学生不爱读书，也正因为这个原因。其实学习中，读书中我们都能领悟出中间的快乐。而言，我们是在为自已读书。</w:t>
      </w:r>
      <w:r>
        <w:rPr>
          <w:lang w:eastAsia="zh-CN"/>
        </w:rPr>
        <w:br/>
      </w:r>
      <w:r>
        <w:rPr>
          <w:lang w:eastAsia="zh-CN"/>
        </w:rPr>
        <w:t>　　我们读书是为了自己，不是为了别人。我们认真读书，学到了好学问、大智慧，得到好处的是自己，别人一点便宜也占不到。就好比杨略一样，初一时成绩中下，3年的磨练和爸爸暗中的帮忙，自己通过努力，终于成功了并享受到了成功的快乐。只有为自己而读书方可从中领略快乐。我从前是一个很不自觉的孩子，只要父母不在家，我总是偷偷地打开电视或者是玩电脑，可每次都被爸爸妈妈抓住，他们教育我：学习不是为了别人而是为了自己，为了能拥有大学问。你现在不认真学习，天天就知道玩，将来一定会后悔的。是啊，学习就是为了自己，有时，我想玩时，总是提醒自己，有人在认真学习呢，要超过别人。现在的竞争很激烈，只有凭自己的努力，珍惜每一分每一秒，落后于别人的都能追回来。</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读完这本书我领悟到“没有勤奋就没有好的成绩，没有志向就没有你的目标。从人生所获缺的不是阻碍而是志向，不是能力而是勤奋。当你成功时，你会不断的向上攀登，当你失败时，你会当它是一次吸取经验的机会，让你不断向上攀登、奋斗”。</w:t>
      </w:r>
      <w:r>
        <w:rPr>
          <w:lang w:eastAsia="zh-CN"/>
        </w:rPr>
        <w:br/>
      </w:r>
      <w:r>
        <w:rPr>
          <w:lang w:eastAsia="zh-CN"/>
        </w:rPr>
        <w:t xml:space="preserve">    《你在为谁工作》读书心得体会 篇4 </w:t>
      </w:r>
      <w:r>
        <w:rPr>
          <w:lang w:eastAsia="zh-CN"/>
        </w:rPr>
        <w:br/>
      </w:r>
      <w:r>
        <w:rPr>
          <w:lang w:eastAsia="zh-CN"/>
        </w:rPr>
        <w:t>　　读了《你在为谁工作》这本书使我收益很多，工作其实就是为自己而工作，为自己的理想，将来，成功而奋斗。同时明白只有调整自己工作心态，奋发自己的工作激情，才能使自己的人生从平凡走向杰出。</w:t>
      </w:r>
      <w:r>
        <w:rPr>
          <w:lang w:eastAsia="zh-CN"/>
        </w:rPr>
        <w:br/>
      </w:r>
      <w:r>
        <w:rPr>
          <w:lang w:eastAsia="zh-CN"/>
        </w:rPr>
        <w:t>　　我们要珍惜目前的工作机会，正因一份好的工作来之不易，自己要以用心的态度去做好每一项工作。只有有一颗用心向上的心，无论做什么工作，我们都会在工作中发奋挑战困难，心在哪里收获就在哪里。其次还要爱岗敬业，俗话说干一行爱一行，对工作要有高度的职责感和忠诚感，珍惜自己的工作岗位，专心贯注做好每一项工作，有时刻学学别的技能，到达一专多能，这样才能跟上时代的步伐。</w:t>
      </w:r>
      <w:r>
        <w:rPr>
          <w:lang w:eastAsia="zh-CN"/>
        </w:rPr>
        <w:br/>
      </w:r>
      <w:r>
        <w:rPr>
          <w:lang w:eastAsia="zh-CN"/>
        </w:rPr>
        <w:t>　　书中讲到三种工作心态，第一种是为老板工作、第二种是为工资工作、第三种是为自己工作。看到这，我深有感触。</w:t>
      </w:r>
      <w:r>
        <w:rPr>
          <w:lang w:eastAsia="zh-CN"/>
        </w:rPr>
        <w:br/>
      </w:r>
      <w:r>
        <w:rPr>
          <w:lang w:eastAsia="zh-CN"/>
        </w:rPr>
        <w:t>　　20__年前，我当时的工作心态属于第二种：为工资工作，上班不迟到早退自我感觉已经十分不错了，工作按部就班，循规蹈矩，原地踏步，认为拿那点工资做那点工作能够了，不肯多做一点，不肯多花点心思怎样解决问题，怎样做得更好，而是工作完了就完了，从不总结思考，总是得过且过。</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20__年以来，汪钧总经理，以民主的管理模式、先进的管理理念、科学的发展途径，彻底改变了我的工作心态，从那时起我感觉自己就像换了个人似的，我的心态不再是为工资而工作，而是为了自己而工作。</w:t>
      </w:r>
      <w:r>
        <w:rPr>
          <w:lang w:eastAsia="zh-CN"/>
        </w:rPr>
        <w:br/>
      </w:r>
      <w:r>
        <w:rPr>
          <w:lang w:eastAsia="zh-CN"/>
        </w:rPr>
        <w:t>　　20__年二水厂通水前的一年多建设改造项目中，我用心参与，加班加点，不计报酬，无私奉献，忘我工作，得到了许多宝贵的工作经验和技术技能，使得二水厂于20__年元月20日顺利通水和20__年4月1日试供水成功。然而天有不测风云，通水不久，源水由于藻类等原因产生难闻的异味，我不再是以前那种“这不关我的事，这事由领导去解决”的想法，而是用心主动地紧跟领导，去寻求解决这个世界公认的难题，按照汪总的“走出去、请进来”先进学习理念，用心向先进水司学习，请专家学者来现场指导。如今这个问题得到了解决。</w:t>
      </w:r>
      <w:r>
        <w:rPr>
          <w:lang w:eastAsia="zh-CN"/>
        </w:rPr>
        <w:br/>
      </w:r>
      <w:r>
        <w:rPr>
          <w:lang w:eastAsia="zh-CN"/>
        </w:rPr>
        <w:t>　　如此说来，工作心态是十分需要的。</w:t>
      </w:r>
      <w:r>
        <w:rPr>
          <w:lang w:eastAsia="zh-CN"/>
        </w:rPr>
        <w:br/>
      </w:r>
      <w:r>
        <w:rPr>
          <w:lang w:eastAsia="zh-CN"/>
        </w:rPr>
        <w:t>　　企业的生存离不开绝大多数员工的忠诚和勤奋。只有绝大多数员工脚踏实地，勤勤恳恳，才能推进企业的发展和进步。一个业务专精的员工，如果他仗着自己比别人优秀而傲慢地拒绝合作，或者合作时不用心，总倾向于一个人孤军奋战，这是不可取的，也是不提倡的，一个人的力量毕竟有限，只有团结大家，大家一条心才能将工作干得更好。</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很多时候，一个团队所能给予一个人的帮忙，更多的在于精神方面，一个用心向上的团队能够鼓舞每一个人的信心，一个充满斗志的团队能够激发每一个人的热情，一个时时创新的团队，能够为每一个人创造力的的提升带给足够的空间，一个协调一致，和睦相处的团队能给每一位成员良好的感觉，培养自己的团队协作精神吧，在团队中感染用心的氛围，让自己在团队中工作得更加顺利。只有明白工作是为了自己工作，才能与团体融合在一齐，才能将工作做得更好，才能在创先争优中更上一层楼。</w:t>
      </w:r>
      <w:r>
        <w:rPr>
          <w:lang w:eastAsia="zh-CN"/>
        </w:rPr>
        <w:br/>
      </w:r>
      <w:r>
        <w:rPr>
          <w:lang w:eastAsia="zh-CN"/>
        </w:rPr>
        <w:t>　　其实，每一份工作都是一份宝贵的经验。我们在展望未来的时候，千万不能浮燥，必须要珍惜自己此刻拥有的一切。我们往往充满梦想，这是件好事，但我们还需要尽快知道：梦想只有在脚踏实地的工作中才能得以实现。我们只有脚踏实地工作，才能在平凡的工作中创造了成绩，捉住机会，才能实现自己的梦想;不注意工作细节的人，只能在等待机会的烦恼中，度过不愉快的一生。</w:t>
      </w:r>
      <w:r>
        <w:rPr>
          <w:lang w:eastAsia="zh-CN"/>
        </w:rPr>
        <w:br/>
      </w:r>
      <w:r>
        <w:rPr>
          <w:lang w:eastAsia="zh-CN"/>
        </w:rPr>
        <w:t>　　只要有职责心，就能把每一件简单的事做好;把每一件平凡的事做好。工作就意味着职责，每一个职位所对应的工作任务就是一份职责，我们工作就就应担负起这份职责，我们就应对所担负的职责充满职责感，有职责心才能把工作做好。</w:t>
      </w:r>
      <w:r>
        <w:rPr>
          <w:lang w:eastAsia="zh-CN"/>
        </w:rPr>
        <w:br/>
      </w:r>
      <w:r>
        <w:rPr>
          <w:lang w:eastAsia="zh-CN"/>
        </w:rPr>
        <w:t>　　另外，团队精神十分重要，团队精神是推动部门前进的最大动力。只有所有的员工对工作的认真，对工作的职责心，才能发挥出团队的力量，才能避免一个水桶取决于最短的木板，我们才能勇往直前，推动企业走向成功，才能在创先争优中成绩突出。</w:t>
      </w:r>
      <w:r>
        <w:rPr>
          <w:lang w:eastAsia="zh-CN"/>
        </w:rPr>
        <w:br/>
      </w:r>
      <w:r>
        <w:rPr>
          <w:lang w:eastAsia="zh-CN"/>
        </w:rPr>
        <w:t>　　一个人对待工作的心态，是用心的，还是消极的?是上进的，还是无所谓的?直接影响工作的好坏?心态决定成绩的好坏。</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工作，是一个人施展自己才能的好舞台，无论做什么工作只要脚踏实地沉下心来做、用心去做，总会有收获，这是不变的真理。我们必须要遵循这个真理去做，才能有很大的收获。我们已经进入终身学习的时代，活到老，学到老。只有我们发奋工作，珍惜眼前完美的事物，加上我们的敬业的精神，付出我们的行动，肯定会有卓越的成绩。</w:t>
      </w:r>
      <w:r>
        <w:rPr>
          <w:lang w:eastAsia="zh-CN"/>
        </w:rPr>
        <w:br/>
      </w:r>
      <w:r>
        <w:rPr>
          <w:lang w:eastAsia="zh-CN"/>
        </w:rPr>
        <w:t>　　一个人对工作的态度是他志向的表示，一个人的工作态度，决定了那个人对生命的态度。我们对于薪水常常缺乏更深入的认识和明白。其实，薪水只是工作的一个回报方式。就应看到工作带给了我们什么，启发了我们什么，锻练了我们什么。只有明白了你在为谁工作，才是无形的财富，比那有限的薪水要宝贵得多。</w:t>
      </w:r>
      <w:r>
        <w:rPr>
          <w:lang w:eastAsia="zh-CN"/>
        </w:rPr>
        <w:br/>
      </w:r>
      <w:r>
        <w:rPr>
          <w:lang w:eastAsia="zh-CN"/>
        </w:rPr>
        <w:t>　　如果一个人有潜质，不用他自己说，别人也能在他平时的工作中看得出来，没有哪个老板会不重视人才，是金子总会发光发亮。艰难的任务能锻炼我们的意志，暂新的工作拓展我们的品性，企业是我们人生的另一所学校，工作能够丰富我们的经验，增长我们的智慧，发掘我们的潜力。</w:t>
      </w:r>
      <w:r>
        <w:rPr>
          <w:lang w:eastAsia="zh-CN"/>
        </w:rPr>
        <w:br/>
      </w:r>
      <w:r>
        <w:rPr>
          <w:lang w:eastAsia="zh-CN"/>
        </w:rPr>
        <w:t>　　工作中获得的技能与经验，比微薄的薪水重要的多。无论你做什么工作，无论你的工作环境是多么严格，我们都就应认真地工作，领导在与不在一个样，甚至领导不在更要担负起职责，比平时干得更好。我们只有在工作中不断地锻炼自己的潜质，才能使自己潜质不断提高，老总才会把加薪升职的机会落到你的头上。</w:t>
      </w:r>
      <w:r>
        <w:rPr>
          <w:lang w:eastAsia="zh-CN"/>
        </w:rPr>
        <w:br/>
      </w:r>
      <w:r>
        <w:rPr>
          <w:lang w:eastAsia="zh-CN"/>
        </w:rPr>
        <w:t xml:space="preserve">    《你在为谁工作》读书心得体会 篇5 </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暑假前夕，田校长送了我们每人三件礼物，其中有两本电子书——《骨干是折腾出来的》和《你在为谁工作》，正巧暑假我去济南培训，在济南培训的日子里，白天跟老外练口语，晚上抽时间读书，像回到了学生时代。下面我就说说我读《你在为谁工作》这本书的真实感受。</w:t>
      </w:r>
      <w:r>
        <w:rPr>
          <w:lang w:eastAsia="zh-CN"/>
        </w:rPr>
        <w:br/>
      </w:r>
      <w:r>
        <w:rPr>
          <w:lang w:eastAsia="zh-CN"/>
        </w:rPr>
        <w:t>　　《你为谁工作》这本书在第1章中就从不同角度用例证对此问题做出了详细说明，如：“比尔·盖茨为什么还要工作?”，“薪水算什么，要为自己而工作?”等等，读完这本书，使我受益最大的就是它使我明白了在为他人工作的同时，其实就是为自己而工作，为自己的理想，为自己的将来，为自己的成功而奋斗。在平常的工作中，我们不能像“房间里找金币的故事”中说的那样，不是在认真工作中寻找单位的重用，而是完全寄希望于投机取巧;以应付的态度对待工作，还希望得到领导的赏识，得不到就埋怨领导不能慧眼识英雄，或慨叹命运之不公。这种思想是不能在工作中存在的。</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正如书中所说“一个人做他适宜而且喜欢的工作，在工作中发挥最大的才华、能力和潜在素质，不断自我创造和发展，他就满足了自我实现的需要”。那么在现在看来，我觉得没有其他的工作能够像现在从事的教育工作这样适合我的，工作本身提供给我许多的机会和乐趣，如果换其他的工作就有可能会失去这一些。到今天，我已经在教育战线上工作了13年了。看到那么多在我的课堂上神采飞扬的学生，课间孩子们眉飞色舞地向我描绘他未来的生活，当我辛苦了一学期换来学生的优异的成绩，当家长打电话感叹孩子的进步，当一篇篇论文获奖;一节节公开课得到了同行及领导的一致好评时……这些快乐的时刻我都体验过，也正在体验着，它们在很多时候也使得“我的人生价值得到了确证和实现”。看完这本书我觉得在工作中我们应该做到这几个方面：</w:t>
      </w:r>
      <w:r>
        <w:rPr>
          <w:lang w:eastAsia="zh-CN"/>
        </w:rPr>
        <w:br/>
      </w:r>
      <w:r>
        <w:rPr>
          <w:lang w:eastAsia="zh-CN"/>
        </w:rPr>
        <w:t>　　一、珍惜现在的工作机会</w:t>
      </w:r>
      <w:r>
        <w:rPr>
          <w:lang w:eastAsia="zh-CN"/>
        </w:rPr>
        <w:br/>
      </w:r>
      <w:r>
        <w:rPr>
          <w:lang w:eastAsia="zh-CN"/>
        </w:rPr>
        <w:t>　　每一份工作都是一座宝贵的钻石矿。工作，是一个人施展自己才能的好舞台，无论做什么工作只要脚踏实地沉下心来做、用心去做，总会有收获，这是不变的真理。薪水只是工作的一种回报方式。应该看到工作教会了我们什么，锻炼了我们什么。这些才是无形的财富，比那有限的薪水要宝贵得多。如果一个人有能力，不用他自己说，别人也能在他平时的工作中看得出来，是金子总会发光发亮。工作就意味着责任，尤其是我们教师，从事的这份工作就应该担负起这份责任。无论你做什么工作，无论你面对的工作环境是松散还是严谨，你都应该认真工作，不能在别人的监督下工作。只有在工作中才能锻炼自己的能力，使自己不断提高。你才有提升的机会。反之，如果你凡事得过且过，从不认真工作，那你的工作就会就会失掉。</w:t>
      </w:r>
      <w:r>
        <w:rPr>
          <w:lang w:eastAsia="zh-CN"/>
        </w:rPr>
        <w:br/>
      </w:r>
      <w:r>
        <w:rPr>
          <w:lang w:eastAsia="zh-CN"/>
        </w:rPr>
        <w:t xml:space="preserve">    《你在为谁工作》读书心得体会 篇6 </w:t>
      </w:r>
      <w:r>
        <w:rPr>
          <w:lang w:eastAsia="zh-CN"/>
        </w:rPr>
        <w:br/>
      </w:r>
      <w:r>
        <w:rPr>
          <w:lang w:eastAsia="zh-CN"/>
        </w:rPr>
        <w:t>　　在看过《你为谁工作》这本书后，心中泛起不一样的感觉，这本书不仅仅激起了我蓬勃的斗志，而且让我能更加简单、愉快的去应对工作。</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书中提到的老木匠抱着为老板工作的态度去建了一幢“豆腐渣”楼房，当他知道那是老板送给他的退休礼物时，他有苦难言，后悔莫及。这个故事告诉了咱们，“只为别人工作”这种观念不仅仅是对他人的敷衍，更是对自我的不负职责。每个人都是自我命运的播种者，认识到咱们是为自我工作，也就意味着自我激励、自我负责。一个人能认识到自我激励、自我负责，才能掌握住自我的命运，否则只能一事无成。</w:t>
      </w:r>
      <w:r>
        <w:rPr>
          <w:lang w:eastAsia="zh-CN"/>
        </w:rPr>
        <w:br/>
      </w:r>
      <w:r>
        <w:rPr>
          <w:lang w:eastAsia="zh-CN"/>
        </w:rPr>
        <w:t>　　在生活中是这样，在工作中更是如此。与其说老木匠是在为老板建造楼房，不如说他是在为自我建造随时可能坍塌的空中楼阁。书中给我留下最深印象的是这么两句话：“工作是一个施展自我才能的舞台，咱们寒窗苦读来的知识，咱们的应变力、咱们的决断力、咱们的适应力以及咱们的协调潜质都将在这样的一个舞台上得到展示。除了工作没有哪项活动能带给如此高度的充实自我、表达自我的机会，以及如此强的个人使命感和一种活着的理由。工作的质量往往决定生活的质量”。</w:t>
      </w:r>
      <w:r>
        <w:rPr>
          <w:lang w:eastAsia="zh-CN"/>
        </w:rPr>
        <w:br/>
      </w:r>
      <w:r>
        <w:rPr>
          <w:lang w:eastAsia="zh-CN"/>
        </w:rPr>
        <w:t>　　在工作中，一个人的心态是很重要的，如果持续平衡的话，那么情绪就会愉快，自然不管做什么事情都会得心应手。是用心的还是消极的，是上进的还是无所谓的，直接影响工作的好坏。工作是一个人施展自我才能的好舞台，无论做什么工作，既然在做了，为什么不做好它呢?只要脚踏实地沉下心来做，总有收获。这是不变的真理!</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咱们不能停留在安逸的环境里，不思进取，甚至是做一天和尚撞一天钟，工作环境很令人不满意也不好消极怠工，否则这只会把咱们推到淘汰的边缘、甚至出局。看了这本书以后咱们就能更加的明确是在为谁工作了，不是别人而是自我，我在为我自我而实实在在的工作。在为自我以后的前途作一个铺垫啊。但是忙忙碌碌的生活好像让咱们忘了这一点，忘了是在为自我工作，忘了梦想是需要勤勤恳恳的工作作为代价的，而常常让咱们深陷于计较工资、福利之中。让咱们从此刻起认识到是为自我工作，开始一个用心完美的人生吧。</w:t>
      </w:r>
      <w:r>
        <w:rPr>
          <w:lang w:eastAsia="zh-CN"/>
        </w:rPr>
        <w:br/>
      </w:r>
      <w:r>
        <w:rPr>
          <w:lang w:eastAsia="zh-CN"/>
        </w:rPr>
        <w:t>　　咱们应对自我的梦想、应对自我的工作时，会遇到很多的问题与疑虑，但只要咱们勇敢的应对，拿出咱们的胆识，就不会错过机会，也就不会有遗憾。不好再在行动之前进行猜疑，在猜疑的过程中可能被别人抢占了机会。用行动不是用害怕和猜疑，才能为自我的成功奠定基础。</w:t>
      </w:r>
      <w:r>
        <w:rPr>
          <w:lang w:eastAsia="zh-CN"/>
        </w:rPr>
        <w:br/>
      </w:r>
      <w:r>
        <w:rPr>
          <w:lang w:eastAsia="zh-CN"/>
        </w:rPr>
        <w:t>　　突破自我、超越自我、坚信自我，勇于向不可能完成的事情发起挑战，经常进行换位思考问题，改变自我的思想，正因一个人的思想决定一个人的命运，只有付出了才能得到回报。在工作中要激发的激情，改掉自身的一些坏习惯，不断追求更高的自我定位，做一个有进取心的人。我坚信这天的成就是昨日的积累，明天的成功则是赖于这天的发奋。好，此刻就让咱们重拾工作的激情，为了咱们完美的未来而发奋工作吧!</w:t>
      </w:r>
      <w:r>
        <w:rPr>
          <w:lang w:eastAsia="zh-CN"/>
        </w:rPr>
        <w:br/>
      </w:r>
      <w:r>
        <w:rPr>
          <w:lang w:eastAsia="zh-CN"/>
        </w:rPr>
        <w:t xml:space="preserve">    《你在为谁工作》读书心得体会 篇7 </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你在为谁读书》这本书它主要讲的是一个原本学习成绩差的学生杨略，使他感觉校园是监狱，生活仿佛那样平静。可这时，他收到了一位叫倪甫清的人的信，他看后有很大的启发，为此他猜测那人是谁，就当他收了十封信后，真相大白，原来倪甫清就是他的父亲，而现在他已成了老师的得意门生，学习成绩也上升得一发而不可收拾。</w:t>
      </w:r>
      <w:r>
        <w:rPr>
          <w:lang w:eastAsia="zh-CN"/>
        </w:rPr>
        <w:br/>
      </w:r>
      <w:r>
        <w:rPr>
          <w:lang w:eastAsia="zh-CN"/>
        </w:rPr>
        <w:t>　　“你在为谁读书”，这一句话恐怕只能在家长训斥小孩这样的局域中被发现。其实，这句话是对每一个人来说是耳熟能详的——每一个人都在无时不刻地学习，在上课，自然的，“你在为谁读书”从理论上说是应该被每一个人都当成镜子来自我对照的。</w:t>
      </w:r>
      <w:r>
        <w:rPr>
          <w:lang w:eastAsia="zh-CN"/>
        </w:rPr>
        <w:br/>
      </w:r>
      <w:r>
        <w:rPr>
          <w:lang w:eastAsia="zh-CN"/>
        </w:rPr>
        <w:t>　　你也许得这样问自己：“你在为谁读书”？这个问题有点傻兮兮的——这只限于那些还没意识到这个问题的重要性的人们。我问我自己，就是这样问，从以前来说的话，我是为了提高自己成绩，‘应付’父母而做的决定。但是，现在我想想，提高成绩，意味着长大有份好工作；有份好工作，意味着赚钱；赚钱，意味着提高自己的生活水平，综观上述几条“我为他人读书之证词”，意味着我归根结底还是为了自己读书，为了自己将来有美好而幸福的生活而作的铺垫。读书，对我们来说是一份哭苦差事，但是这样“先苦后甜”，总会比“先甜后苦”这样在学习生涯后过着“衣食无着，家徒四壁”的苦津津、干巴巴的日子而好上几百倍吧！</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就象文中“倪甫清的信”一样，它化身为了我们向往将来美好生活的动力，是一股极其强烈的动力，它充斥着我们战胜眼前的困苦，挑战目前的挫折，爱上学习，激励着我们这些“对苦难‘怨天尤人’”的学子们。因为在茫茫未知的命运之路上，我们完全不知晓将来的生活会变得怎样。但是，可以肯定的是，如果不读书，或者说是不知道为谁在读书，茫然地过着“浑浑噩噩”的学习生活，那么，将来一定也是度着浑浑噩噩、天天作着深谋远虑的打算的压抑生活。</w:t>
      </w:r>
      <w:r>
        <w:rPr>
          <w:lang w:eastAsia="zh-CN"/>
        </w:rPr>
        <w:br/>
      </w:r>
      <w:r>
        <w:rPr>
          <w:lang w:eastAsia="zh-CN"/>
        </w:rPr>
        <w:t>　　但是，我在为谁读书，这个标题，也着实地给自己一次反省自己，一对一地对比自己、纠正自己的机会。即使你会觉得，读书是自己的事，费用反正是父母来花费，将来也不会找不到饭碗，那么，既然你一意孤行，我也不好说什么了。但那些认识到“我在为谁读书”的学生们，将来一定比上你的好几倍，多余的废话我就打住吧。</w:t>
      </w:r>
      <w:r>
        <w:rPr>
          <w:lang w:eastAsia="zh-CN"/>
        </w:rPr>
        <w:br/>
      </w:r>
      <w:r>
        <w:rPr>
          <w:lang w:eastAsia="zh-CN"/>
        </w:rPr>
        <w:t>　　好了，读后感的笔墨就停在此处了吧，所以，如果再向自己问一句“你在为谁读书”，你一定已经想好了答案吧！</w:t>
      </w:r>
      <w:r>
        <w:rPr>
          <w:lang w:eastAsia="zh-CN"/>
        </w:rPr>
        <w:br/>
      </w:r>
      <w:r>
        <w:rPr>
          <w:lang w:eastAsia="zh-CN"/>
        </w:rPr>
        <w:t xml:space="preserve">    《你在为谁工作》读书心得体会 篇8 </w:t>
      </w:r>
      <w:r>
        <w:rPr>
          <w:lang w:eastAsia="zh-CN"/>
        </w:rPr>
        <w:br/>
      </w:r>
      <w:r>
        <w:rPr>
          <w:lang w:eastAsia="zh-CN"/>
        </w:rPr>
        <w:t>　　《你在为谁工作》是本激励人向上的书。我看完后感觉震动极大，现在，我为谁工作？一直促使我思索。为社会工作？为个人工作？为学校工作？为家庭工作？这个问题看起来简单，但是没有几个人能立即说出答案。工作是我们人生过程中展现自我的平台，它可以让你的过程万分精彩，也可以让你的过程极度平淡。所以工作是为了丰富自己的人生；工作也是为了学校，因为学校因你而壮大是你价值的最高体现；工作同时是为了社会，社会因你的存在而绚烂。工作更是为了家庭，有了工作才能使家庭生活精彩！</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经常问自己，每天不停的忙啊忙，究竟在为谁工作？看完这本书之后，我感触最大的是：拥有一份工作，就要懂得感恩。一种感恩的心态可以改变一个人的一生。当我们清楚地意识到无任何权力要求别人时，就会对周围的点滴关怀任何工作机遇都怀有强烈的感恩之情。</w:t>
      </w:r>
      <w:r>
        <w:rPr>
          <w:lang w:eastAsia="zh-CN"/>
        </w:rPr>
        <w:br/>
      </w:r>
      <w:r>
        <w:rPr>
          <w:lang w:eastAsia="zh-CN"/>
        </w:rPr>
        <w:t>　　对于一个教育工作者，尤其担任教师这一特殊使命，时时刻刻都要尽心做好自己的本职工作，领导分配什么，自己就要去做什么，哪里需要就去哪里，不要计较暂时的得失。在工作过程中，不但要有足够的责任心，爱心和奉献精神，还必须要有不怕苦不怕累的顽强精神，时刻做好吃苦耐劳的准备。工作中不要故意做样子给他人看，不要管别人在说什么，自己认定目标，向着自己的奋斗目标前进，努力去实现自己的目标。</w:t>
      </w:r>
      <w:r>
        <w:rPr>
          <w:lang w:eastAsia="zh-CN"/>
        </w:rPr>
        <w:br/>
      </w:r>
      <w:r>
        <w:rPr>
          <w:lang w:eastAsia="zh-CN"/>
        </w:rPr>
        <w:t xml:space="preserve">    《你在为谁工作》读书心得体会 篇9 </w:t>
      </w:r>
      <w:r>
        <w:rPr>
          <w:lang w:eastAsia="zh-CN"/>
        </w:rPr>
        <w:br/>
      </w:r>
      <w:r>
        <w:rPr>
          <w:lang w:eastAsia="zh-CN"/>
        </w:rPr>
        <w:t>　　期公司发放了《你在为谁工作》一书，读后我想到我们到底是在为谁工作呢？为自己，为家庭，为社会，为祖国，为人民，为老板，这些都不对。如果不尽快弄清这个问题，不调整好自己的心态，一辈子我很可能与成功无缘。在当今这个浮躁的年代，我们需要用什么去重新点燃工作激情，实现自我价值？你在为谁工作不是个耳提面命的空洞口号，而是触动心底的反思。其实我就是为自己工作，为自己的理想，为自己的将来，为自己的成功而奋斗。不说大话，不说客套话，我在为自己工作。不管领导在不在，不管检查不检查，都要努力做好自己的本职工作。</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领导分配什么工作给自己，自己就要去做什么工作，哪里需要就去哪里不计得失。在工作过程中，不但要有足够的责任心，爱心和奉献精神，还必须要有不怕苦，不怕累的吃苦精神，时刻做好吃苦耐劳的准备。工作中不假装不做作，不做样子给他人看，不要去管别人说什么，自己认定目标，朝着目标，朝着自己的奋斗目标前进，努力实现自己的目标。我做好自己的工作，最起码是对得起自己的那份工资，对得起自己的良心，既然为了自己工作，就要努力，实干，干出个样子来！读了这本书之后，我对于自己幼稚的念头开始怀疑，我想我应该在今后的工作中多去思考一下，从工作中学到了什么，得到了什么，对待工作的态度还有存在哪些欠缺，从而更加努力的去得到更多的机会，更多的收获。在工作中不找任何借口，点燃自己的工作热情，发挥团队精神。</w:t>
      </w:r>
      <w:r>
        <w:rPr>
          <w:lang w:eastAsia="zh-CN"/>
        </w:rPr>
        <w:br/>
      </w:r>
      <w:r>
        <w:rPr>
          <w:lang w:eastAsia="zh-CN"/>
        </w:rPr>
        <w:t>　　突破自己、超越自己、相信自己，勇于向不可能完成的事情发起挑战，经常进行换位思考问题，改变自己的思想，因为一个人的思想决定一个人的命运。只有付出了才能得到回报，在工作中要激发的激情，改掉自身的一些坏习惯，不断追求更高的自我定位。做一个有进取心的人。</w:t>
      </w:r>
      <w:r>
        <w:rPr>
          <w:lang w:eastAsia="zh-CN"/>
        </w:rPr>
        <w:br/>
      </w:r>
      <w:r>
        <w:rPr>
          <w:lang w:eastAsia="zh-CN"/>
        </w:rPr>
        <w:t>　　我相信今天的成就是昨天的积累，明天的成功则是赖于今天的努力。在阅读了《你在为谁工作》这本书时，正好是公司刚刚给我调整工作岗位的时间，这本书犹如雪中送炭般及时。正当我为新工作而感到困惑时，它给了我很大的启迪，让我懂得了工作的真正含义。</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要为自己而工作，这是最重要的。面对每一个新的工作机会，你都要有这个观念，你是在为自己工作。我对这一点的理解是很有感触的，因为在我工作的十多个年头中，我经历了不少的工作岗位，在每一次工作中都有新的收获，新的理解。</w:t>
      </w:r>
      <w:r>
        <w:rPr>
          <w:lang w:eastAsia="zh-CN"/>
        </w:rPr>
        <w:br/>
      </w:r>
      <w:r>
        <w:rPr>
          <w:lang w:eastAsia="zh-CN"/>
        </w:rPr>
        <w:t>　　我想，在我今后的工作中，我得到了这本书的帮助，我会很好的珍惜现有的工作机会，凡事从一点一滴做起，爱岗敬业，积极配合团队，使自己成为团队中不可缺少的一分子。</w:t>
      </w:r>
      <w:r>
        <w:rPr>
          <w:lang w:eastAsia="zh-CN"/>
        </w:rPr>
        <w:br/>
      </w:r>
      <w:r>
        <w:rPr>
          <w:lang w:eastAsia="zh-CN"/>
        </w:rPr>
        <w:t xml:space="preserve">    《你在为谁工作》读书心得体会 篇10 </w:t>
      </w:r>
      <w:r>
        <w:rPr>
          <w:lang w:eastAsia="zh-CN"/>
        </w:rPr>
        <w:br/>
      </w:r>
      <w:r>
        <w:rPr>
          <w:lang w:eastAsia="zh-CN"/>
        </w:rPr>
        <w:t>　　《你在为谁工作》这一书，主要阐述了我们为什么要工作；为什么要努力工作；怎么去努力工作。通过多个真实的社会实例，以及列举说明了部分成功人士是如何对待工作的，让我们知道无论任何人在任何岗位，只要通过自己的不懈努力都是可以成功。</w:t>
      </w:r>
      <w:r>
        <w:rPr>
          <w:lang w:eastAsia="zh-CN"/>
        </w:rPr>
        <w:br/>
      </w:r>
      <w:r>
        <w:rPr>
          <w:lang w:eastAsia="zh-CN"/>
        </w:rPr>
        <w:t>　　这些书之所以畅销并非偶然，而是当今社会的需要，在日益竞争的市场背景下，任何企业都需要那些诚信、敬业的员工！目前关于诚信、敬业的话题已经成为社会热点，不论是工作多年的老员工还是刚刚走上工作岗位的新职员；不论是单位的领导，还是普通一员，如能详读深解，定会受益终生的。该书引言论述道：本书提出了每位员工需要自我反思的一个人生问题，并对这个问题进行了深刻细致的解答。它有助于解除困惑，调整心态，重燃工作激情，使人生从平庸走向杰出。如果每一位员工都能从内心深处承认并接受“我们在为他人工作的同时，也在为自己工作”这样一个朴素的理念，责任、忠诚、敬业将不再是空洞的口号。</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试问自己，我在为谁工作，我在为自己工作。其一：今天工作不努力，明天努力找工作。我觉得这句话说的很有道理，在竞争激烈的今天，工作机会来之不易，不珍惜工作机会，不努力工作而只知道抱怨的人，总是排在被遗忘的角落，不管他们的学历是否很高，能力是否能够满足基本的工作要求，只能如此而已。其二：只有在热爱自己工作的情况下，才能把工作做到最好。一个人在工作时，如果能以精进不息的精神，火焰般的热忱，充分发挥自己的特长，那么即使是做最平凡的工作，也能成为最精巧的工人；如果以冷淡的态度去做哪怕是最高尚的工作，也不过是个平庸的工匠。</w:t>
      </w:r>
      <w:r>
        <w:rPr>
          <w:lang w:eastAsia="zh-CN"/>
        </w:rPr>
        <w:br/>
      </w:r>
      <w:r>
        <w:rPr>
          <w:lang w:eastAsia="zh-CN"/>
        </w:rPr>
        <w:t>　　对于一个私企单位，老板们常常要解雇那些不努力工作的员工，同时也吸收新的员工进来，那些无法胜任、不忠诚敬业的人，都将被弃于就业大门外，惟独拥有一定能力、技能并且努力工作的人，才会被留下。今天工作不努力，明天必定要努力去找工作，所以说珍惜你现在的工作吧，即使是为了生存。</w:t>
      </w:r>
      <w:r>
        <w:rPr>
          <w:lang w:eastAsia="zh-CN"/>
        </w:rPr>
        <w:br/>
      </w:r>
      <w:r>
        <w:rPr>
          <w:lang w:eastAsia="zh-CN"/>
        </w:rPr>
        <w:t>　　国家单位的员工，不管领导在不在，不管检查不检查，都要尽心做好自己的本职工作，领导分配什么，自己就要去做什么，哪里需要就去哪里，不要计较暂时的得失。在工作过程中，不但要有足够的责任心、爱心和奉献精神，还必须要有不怕苦不怕累的顽强精神，时刻做好吃苦耐劳的准备。工作中不要故意做样子给他人看，不要管别人在说什么，自己认定目标，锁定目标，向着自己的奋斗目标前进，努力实现自己的目标。做好自己的工作，最起码是对得起自己的那份工资，对得起自己的良心，既然为了自己工作，就要努力，实干，干出个样子来！</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约翰克菲勒曾说过，工作是一个施展自己才能的舞台。现今的社会，许多的年轻人都追求高薪，许多人看不起自己的岗位，所有的一线劳动都是“没有文化”的职业，这样的看法，就会将所有的工作者推向深渊。《你在为谁工作》书中告诫我们要在日复一日的工作中找到自己的机会，我们不能因目光局限在狭小的范围内，而是应当看到机遇本身的真正价值。我现在的工作都是一次一次的重复地做着一些事情，有时候使我自己都感觉乏味，同时也曾有过放弃的念头，总认为这样的工作是不是无止境？当我们开始推诿责任，当我们丧失工作激情，当我们对工作产生怨恨的时候，我们需要暂时停下手中的工作，静静反思一下这个简单而又包含着深刻人生意义的问题：“你在为谁工作？”</w:t>
      </w:r>
      <w:r>
        <w:rPr>
          <w:lang w:eastAsia="zh-CN"/>
        </w:rPr>
        <w:br/>
      </w:r>
      <w:r>
        <w:rPr>
          <w:lang w:eastAsia="zh-CN"/>
        </w:rPr>
        <w:t>　　读了《你在为谁工作》之后，我想我应该在今后的工作中多去思考一下，从工作中学到了什么？得到了什么？对待工作的态度还有存在哪些欠缺？从而更加努力的在工作中不找任何借口，点燃自己的工作热情，积极发挥团队精神，从工作中发现乐趣和惊喜，在工作的激情中创造属于自己的奇迹吧！敢于主动承认并接受“我们在为他人工作的同时，也在为自己工作”这一个朴素的人生理念。</w:t>
      </w:r>
      <w:r>
        <w:rPr>
          <w:lang w:eastAsia="zh-CN"/>
        </w:rPr>
        <w:br/>
      </w:r>
      <w:r>
        <w:rPr>
          <w:lang w:eastAsia="zh-CN"/>
        </w:rPr>
        <w:t xml:space="preserve">    《你在为谁工作》读书心得体会 篇11 </w:t>
      </w:r>
      <w:r>
        <w:rPr>
          <w:lang w:eastAsia="zh-CN"/>
        </w:rPr>
        <w:br/>
      </w:r>
      <w:r>
        <w:rPr>
          <w:lang w:eastAsia="zh-CN"/>
        </w:rPr>
        <w:t>　　近来读陈凯元先生著《你在为谁工作》这本书后，认识到你在为老板工作的同时，也是在为自己工作，你在为谁工作读书心得。</w:t>
      </w:r>
      <w:r>
        <w:rPr>
          <w:lang w:eastAsia="zh-CN"/>
        </w:rPr>
        <w:br/>
      </w:r>
      <w:r>
        <w:rPr>
          <w:lang w:eastAsia="zh-CN"/>
        </w:rPr>
        <w:t>　　我们为什么要工作？因为父母生养了我们，养育之恩泉涌相报，工作更是我们回报父母的一条途径。</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提到工作，很多人认为是枯燥无味的，像生产车间的流水线，只是简单的重复。读完这本书之后，我对工作的定义有了新的感悟：即工作是美丽的，快乐的，更是一项自己可以去选择的事业。</w:t>
      </w:r>
      <w:r>
        <w:rPr>
          <w:lang w:eastAsia="zh-CN"/>
        </w:rPr>
        <w:br/>
      </w:r>
      <w:r>
        <w:rPr>
          <w:lang w:eastAsia="zh-CN"/>
        </w:rPr>
        <w:t>　　那么我们怎么去做好自己的事业呢？首先我们要点燃工作的激情，要多做一点事情，其次做人不要斤斤计较，要有宽容之心。《多一盅司定律》告诉我们：一盅司相当于十六分之一磅，每天不比别人多做许多，只需一点点，正是这微不足道的一点点，会使你的工作大不一样。</w:t>
      </w:r>
      <w:r>
        <w:rPr>
          <w:lang w:eastAsia="zh-CN"/>
        </w:rPr>
        <w:br/>
      </w:r>
      <w:r>
        <w:rPr>
          <w:lang w:eastAsia="zh-CN"/>
        </w:rPr>
        <w:t>　　最后，我们要不断学习充实自我，因为赖以生存的知识和技能像房子、车子一样随着岁月的流逝会不断折旧，要不断地补充新鲜的空气和营养，心得体会《你在为谁工作读书心得》。刀不磨不利，脑不用不灵，不要固步自封。记得小时候读过一个哲理故事：名字叫《满了吗？》</w:t>
      </w:r>
      <w:r>
        <w:rPr>
          <w:lang w:eastAsia="zh-CN"/>
        </w:rPr>
        <w:br/>
      </w:r>
      <w:r>
        <w:rPr>
          <w:lang w:eastAsia="zh-CN"/>
        </w:rPr>
        <w:t>　　徒弟去见师父：“师父，我已经学足了，可以出师了吧！”</w:t>
      </w:r>
      <w:r>
        <w:rPr>
          <w:lang w:eastAsia="zh-CN"/>
        </w:rPr>
        <w:br/>
      </w:r>
      <w:r>
        <w:rPr>
          <w:lang w:eastAsia="zh-CN"/>
        </w:rPr>
        <w:t>　　“什么是足了呢？”师父问。</w:t>
      </w:r>
      <w:r>
        <w:rPr>
          <w:lang w:eastAsia="zh-CN"/>
        </w:rPr>
        <w:br/>
      </w:r>
      <w:r>
        <w:rPr>
          <w:lang w:eastAsia="zh-CN"/>
        </w:rPr>
        <w:t>　　“就是满了，装不下去了。”</w:t>
      </w:r>
      <w:r>
        <w:rPr>
          <w:lang w:eastAsia="zh-CN"/>
        </w:rPr>
        <w:br/>
      </w:r>
      <w:r>
        <w:rPr>
          <w:lang w:eastAsia="zh-CN"/>
        </w:rPr>
        <w:t>　　“那么装一大碗石子来吧！”徒弟照做了。</w:t>
      </w:r>
      <w:r>
        <w:rPr>
          <w:lang w:eastAsia="zh-CN"/>
        </w:rPr>
        <w:br/>
      </w:r>
      <w:r>
        <w:rPr>
          <w:lang w:eastAsia="zh-CN"/>
        </w:rPr>
        <w:t>　　“满了吗？”师父问。</w:t>
      </w:r>
      <w:r>
        <w:rPr>
          <w:lang w:eastAsia="zh-CN"/>
        </w:rPr>
        <w:br/>
      </w:r>
      <w:r>
        <w:rPr>
          <w:lang w:eastAsia="zh-CN"/>
        </w:rPr>
        <w:t>　　“满了！”</w:t>
      </w:r>
      <w:r>
        <w:rPr>
          <w:lang w:eastAsia="zh-CN"/>
        </w:rPr>
        <w:br/>
      </w:r>
      <w:r>
        <w:rPr>
          <w:lang w:eastAsia="zh-CN"/>
        </w:rPr>
        <w:t>　　师父抓来一把沙子掺出碗里，没有溢“满了吗？”师父又问“满了！”</w:t>
      </w:r>
      <w:r>
        <w:rPr>
          <w:lang w:eastAsia="zh-CN"/>
        </w:rPr>
        <w:br/>
      </w:r>
      <w:r>
        <w:rPr>
          <w:lang w:eastAsia="zh-CN"/>
        </w:rPr>
        <w:t>　　师父抓来一把，掺入碗里，还没有溢“满了吗？”师父再问“满了！”</w:t>
      </w:r>
      <w:r>
        <w:rPr>
          <w:lang w:eastAsia="zh-CN"/>
        </w:rPr>
        <w:br/>
      </w:r>
      <w:r>
        <w:rPr>
          <w:lang w:eastAsia="zh-CN"/>
        </w:rPr>
        <w:t>　　师父又到了一盅水下去，仍然没有溢出来。</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师父笑着又问：“满了吗？”</w:t>
      </w:r>
      <w:r>
        <w:rPr>
          <w:lang w:eastAsia="zh-CN"/>
        </w:rPr>
        <w:br/>
      </w:r>
      <w:r>
        <w:rPr>
          <w:lang w:eastAsia="zh-CN"/>
        </w:rPr>
        <w:t>　　徒弟哑口无言。</w:t>
      </w:r>
      <w:r>
        <w:rPr>
          <w:lang w:eastAsia="zh-CN"/>
        </w:rPr>
        <w:br/>
      </w:r>
      <w:r>
        <w:rPr>
          <w:lang w:eastAsia="zh-CN"/>
        </w:rPr>
        <w:t>　　从这个小小的故事里，我们领悟到人不要满足于现状，要不断地去学习充实我们的头脑。它和本书相吻合，告诉我们一个成功者“总是需要不断地学习，从渺小一步一步走向卓越。</w:t>
      </w:r>
      <w:r>
        <w:rPr>
          <w:lang w:eastAsia="zh-CN"/>
        </w:rPr>
        <w:br/>
      </w:r>
      <w:r>
        <w:rPr>
          <w:lang w:eastAsia="zh-CN"/>
        </w:rPr>
        <w:t>　　还有最重要的是：我们不可缺少团队协作精神，团队与个人的关系，打个比方说是鱼儿和水的关系。</w:t>
      </w:r>
      <w:r>
        <w:rPr>
          <w:lang w:eastAsia="zh-CN"/>
        </w:rPr>
        <w:br/>
      </w:r>
      <w:r>
        <w:rPr>
          <w:lang w:eastAsia="zh-CN"/>
        </w:rPr>
        <w:t>　　水的环境，水的质量决定看水中鱼儿的生存状况，只要在这个团队中呆一天，我们就应该对这个团队负有一天的责任，你的团队需要你，而你自己使需要之足于你的本取工作，不懈地努力——从优秀走向卓越。</w:t>
      </w:r>
      <w:r>
        <w:rPr>
          <w:lang w:eastAsia="zh-CN"/>
        </w:rPr>
        <w:br/>
      </w:r>
      <w:r>
        <w:rPr>
          <w:lang w:eastAsia="zh-CN"/>
        </w:rPr>
        <w:t xml:space="preserve">    《你在为谁工作》读书心得体会 篇12 </w:t>
      </w:r>
      <w:r>
        <w:rPr>
          <w:lang w:eastAsia="zh-CN"/>
        </w:rPr>
        <w:br/>
      </w:r>
      <w:r>
        <w:rPr>
          <w:lang w:eastAsia="zh-CN"/>
        </w:rPr>
        <w:t>　　引文：在工作中，不管做任何事，都应将心态回归到零：把自己放空，抱着学习的态度，将每一次任务都视为一个新的开始，一段新的体验，一扇通往成功的机会之门。千万不要视工作如鸡肋，食之无味，弃之可惜，结果做得心不甘情不愿，于公于私都没有裨益。工作是一个施展自己才能的舞台。我们寒窗苦读来的知识，我们的应变力，我们的决断力，我们的适应力以及我们的协调能力都将在这样的一个舞台上得到展示。除了工作，没有哪项活动能提供如此高度的充实自我、表达自我的机会、以及如此的个人使命感和一种活着的理由。工作的质量往往决定生活的质量。</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随意翻开这本书看了一下，我立刻被这本书所吸引，感觉得到得太晚。这本书句句是真言，为我们指引了一条光明大道。说句实在话，工作前几年，的确是在为了自己的理想在工作，全心投入，为爱付出。随着日子一天天重复，很多的时候是应付式的完成工作，保证完成任务就基本满足了，缺乏积极主动性和创新意识，在虚度光阴混日子。</w:t>
      </w:r>
      <w:r>
        <w:rPr>
          <w:lang w:eastAsia="zh-CN"/>
        </w:rPr>
        <w:br/>
      </w:r>
      <w:r>
        <w:rPr>
          <w:lang w:eastAsia="zh-CN"/>
        </w:rPr>
        <w:t>　　阅读是快乐的，因阅读而知道工作应该快乐，将生活和工作融为一体，自己也不断不再为自己繁琐的工作感到厌烦。我很清楚的记得书中讲过的一句话，一个人在工作中的时间占了生命中的一大部分，如果工作上感觉不舒服，心情不愉快，那么他将在不愉快中渡过生命中的一大部分，他的生活肯定也会因为工作的原因过得不愉快。所以，作者一直倡导快乐的工作观。</w:t>
      </w:r>
      <w:r>
        <w:rPr>
          <w:lang w:eastAsia="zh-CN"/>
        </w:rPr>
        <w:br/>
      </w:r>
      <w:r>
        <w:rPr>
          <w:lang w:eastAsia="zh-CN"/>
        </w:rPr>
        <w:t>　　我人生成长经历的一个重要转折点，不管是业务方面，还是工作态度，以及为人处事各个方面，作者都给了我莫大的指导和支持。我将一如既往地将工作有条不紊顺利进行着。特别是班主任工作很繁忙，我也体会到了班主任工作的酸甜苦辣。我将不断努力，使我的班级更加朝着一个健康、积极、团结、协作的班级发展。</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现在的社会是人才辈出的社会，要在这样激烈的社会中要很好的生存下去，做一个生活中的强者，只有努力的工作，刻苦的学习，就我个人而言，在积极主动完成所有工作事项外，处处为学校利益着想，时时想着学校，有一颗爱校的心。在工作闲暇之余，多学习，学习新教育理论、专业技术知识，学习如何做人，学习如何进行管理，不断的充电，才是我现在急需做好的一些事情。平心而论，现在的我们教师待遇每年在不断的提高，教师这个职业也不断提升了地位，不为别的，就为了自己的饭碗，你是否也应该好好工作呢？</w:t>
      </w:r>
      <w:r>
        <w:rPr>
          <w:lang w:eastAsia="zh-CN"/>
        </w:rPr>
        <w:br/>
      </w:r>
      <w:r>
        <w:rPr>
          <w:lang w:eastAsia="zh-CN"/>
        </w:rPr>
        <w:t>　　你在为谁工作呢？我们其实都是在为自己工作，教师是一门职业，更是自己的事业，我要将自己的全部的身心和精力投入到其中，并乐在其中。</w:t>
      </w:r>
      <w:r>
        <w:rPr>
          <w:lang w:eastAsia="zh-CN"/>
        </w:rPr>
        <w:br/>
      </w:r>
      <w:r>
        <w:rPr>
          <w:lang w:eastAsia="zh-CN"/>
        </w:rPr>
        <w:t xml:space="preserve">    《你在为谁工作》读书心得体会 篇13 </w:t>
      </w:r>
      <w:r>
        <w:rPr>
          <w:lang w:eastAsia="zh-CN"/>
        </w:rPr>
        <w:br/>
      </w:r>
      <w:r>
        <w:rPr>
          <w:lang w:eastAsia="zh-CN"/>
        </w:rPr>
        <w:t>　　“工作是一个施展自己能力的舞台。我们寒窗苦读来的知识，我们的应变力，我们的决断力，我们的适应力以及我们的协调能力都将在这样的一个舞台上得到展示。除了工作，没有哪项活动能提供如此高度的充实感、表达自我的机会、个人使命感以及一种活着的理由。”——摘抄</w:t>
      </w:r>
      <w:r>
        <w:rPr>
          <w:lang w:eastAsia="zh-CN"/>
        </w:rPr>
        <w:br/>
      </w:r>
      <w:r>
        <w:rPr>
          <w:lang w:eastAsia="zh-CN"/>
        </w:rPr>
        <w:t>　　很喜欢这句，我们学习了那么久，就是为了把学到的知识用到应该用到的地方。如果能把“心态回归到零，把自己放空，抱着学习的态度，将每个任务都视为一个新的开始，一段新的体验，一扇通往成功的机会之门”这样的态度倾注在工作中，再简单、困难的工作都不会出现轻视和放弃的念头，没有了杂念，才能集中精力搞好学习，做好工作。</w:t>
      </w:r>
      <w:r>
        <w:rPr>
          <w:lang w:eastAsia="zh-CN"/>
        </w:rPr>
        <w:br/>
      </w:r>
      <w:r>
        <w:rPr>
          <w:lang w:eastAsia="zh-CN"/>
        </w:rPr>
        <w:t>　　“工作的质量往往决定生活的质量。”——摘抄</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个人在工作中的时间占了生命中的一大部分，如果工作上感觉不舒服，心情不愉快，那么他将在不愉快中渡过生命中的一大部分，他的生活肯定也会因为工作的原因过得不愉快。给工作注入热情，在工作中享受到乐趣，享受着工作带来的尊严和实现自我的满足感，才能更好的工作，更好实现自己的价值，创造自己幸福生活。</w:t>
      </w:r>
      <w:r>
        <w:rPr>
          <w:lang w:eastAsia="zh-CN"/>
        </w:rPr>
        <w:br/>
      </w:r>
      <w:r>
        <w:rPr>
          <w:lang w:eastAsia="zh-CN"/>
        </w:rPr>
        <w:t>　　“成功的秘密在于，当机遇来临的时候，你已经做好了把握住它的准备。”—摘抄</w:t>
      </w:r>
      <w:r>
        <w:rPr>
          <w:lang w:eastAsia="zh-CN"/>
        </w:rPr>
        <w:br/>
      </w:r>
      <w:r>
        <w:rPr>
          <w:lang w:eastAsia="zh-CN"/>
        </w:rPr>
        <w:t>　　和书上这句话说的一样，哈佛校训之一：“时刻准备着，当机会来临时你就会成功”也阐述着同样的道理。工作中，我们也要时刻准备着，努力着，机会只留给那些有准备的人，尽力的做好每一件事，相信“把每一件简单的事做好就是不简单，把每一件平凡的事做好就是不平凡”。</w:t>
      </w:r>
      <w:r>
        <w:rPr>
          <w:lang w:eastAsia="zh-CN"/>
        </w:rPr>
        <w:br/>
      </w:r>
      <w:r>
        <w:rPr>
          <w:lang w:eastAsia="zh-CN"/>
        </w:rPr>
        <w:t>　　最后就忍不住想起《士兵突击》中许三多那搞笑而有点意思的话“活着就是要做有意义的事，做有意义的事就是好好的活着。”既然要活着就要工作，那做有意义的事就是努力工作，把所有的事情都做到最好，把职业当作生命的信仰，要为生命的意义工作！</w:t>
      </w:r>
      <w:r>
        <w:rPr>
          <w:lang w:eastAsia="zh-CN"/>
        </w:rPr>
        <w:br/>
      </w:r>
      <w:r>
        <w:rPr>
          <w:lang w:eastAsia="zh-CN"/>
        </w:rPr>
        <w:t xml:space="preserve">    《你在为谁工作》读书心得体会 篇14 </w:t>
      </w:r>
      <w:r>
        <w:rPr>
          <w:lang w:eastAsia="zh-CN"/>
        </w:rPr>
        <w:br/>
      </w:r>
      <w:r>
        <w:rPr>
          <w:lang w:eastAsia="zh-CN"/>
        </w:rPr>
        <w:t>　　在这个世界上，最有力量的东西，莫过于书了。一本好书能改变人的一生，让一个人从失败走向成功，从忧伤走向快乐，从灰心失意走向奋发图强。</w:t>
      </w:r>
      <w:r>
        <w:rPr>
          <w:lang w:eastAsia="zh-CN"/>
        </w:rPr>
        <w:br/>
      </w:r>
      <w:r>
        <w:rPr>
          <w:lang w:eastAsia="zh-CN"/>
        </w:rPr>
        <w:t>　　《你在为谁工作》就是这样一本好书。虽然还没有把它读完，但封面上的一段话给我很大的感悟，在工作中，不管做任何事，都有应该把心态回归到零，把自己放空，抱着学习的态度，将每个任务都视为一个新的开始，一段新的体验，一扇通往成功的机会之门，千万不能视工作如鸡肋，食这无味，弃之可惜，结果做得心不甘、情不愿，于公于私都没有裨益。</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们当中，那当然也包括我在内，时常处于消极颓废的心理状态中，觉得社会太大，自己所学、所想的在现实中经常行不通。完美、成功的境界离自己更是遥不可及。于是，我也跟着垂头丧气，驻足不前，面临人生的路一片茫然，不知所措，导致了负面的情绪。抱怨与痛苦就产生了，在这个时候，一本好书，它帮助了我，它启示了我的思维，掀起了我久违的热情，亦解释了某些灰与黑的现实本质，澄清了我混沌不清的大脑。</w:t>
      </w:r>
      <w:r>
        <w:rPr>
          <w:lang w:eastAsia="zh-CN"/>
        </w:rPr>
        <w:br/>
      </w:r>
      <w:r>
        <w:rPr>
          <w:lang w:eastAsia="zh-CN"/>
        </w:rPr>
        <w:t>　　然而，工作又是什么?工作是上帝安排的任务;工作是上天赋予的使命，那么没有机会工作或不能从工作中享受到乐趣的人就是违背上帝意愿的人，他们就不能完整地享受到生命的乐趣。工作是付出努力以达到某种目的。我们都有自己的目标，也有自己的梦想，正是为了获得某些东西达到某些梦想，或是成就自我，为了拓宽、加深、提高自身的技能，我们才会专注于一个方向，并为此付出毕生的心血。</w:t>
      </w:r>
      <w:r>
        <w:rPr>
          <w:lang w:eastAsia="zh-CN"/>
        </w:rPr>
        <w:br/>
      </w:r>
      <w:r>
        <w:rPr>
          <w:lang w:eastAsia="zh-CN"/>
        </w:rPr>
        <w:t>　　工作是一个施展自己才能的舞台，除了工作，没有哪种活动能有如此高的充实自我、表达自我的机会，以及如此强的个人使命感，和和种活着的理由。工作的大批量往往决定生活的质量。要知道，工作是我们要用生命去做事情。</w:t>
      </w:r>
      <w:r>
        <w:rPr>
          <w:lang w:eastAsia="zh-CN"/>
        </w:rPr>
        <w:br/>
      </w:r>
    </w:p>
    <w:p w:rsidR="001B1F19" w14:textId="27C3F48A">
      <w:pPr>
        <w:rPr>
          <w:lang w:eastAsia="zh-CN"/>
        </w:rPr>
      </w:pPr>
      <w:r>
        <w:rPr>
          <w:lang w:eastAsia="zh-CN"/>
        </w:rPr>
        <w:t>　　你，在为谁工作?让我们一起来调整好自己的心态，一起走向成功之路。在这个浮躁的时代，我们更需要用热情去重燃工作的激情，再来一次触动心底的反思，让我们第个人都能够从内心深处承认并接受：我们在为他人工作的同时，也在为自己工作。这个朴素的人生理念。</w:t>
      </w:r>
      <w:r>
        <w:rPr>
          <w:lang w:eastAsia="zh-CN"/>
        </w:rPr>
        <w:br/>
      </w:r>
      <w:r>
        <w:rPr>
          <w:lang w:eastAsia="zh-CN"/>
        </w:rPr>
        <w:t>　　责任、敬业、忠诚就从而诞生了。敬业铸成灿烂人生。爱岗，在自己的岗位上闪光。在平凡中创造不平凡，勤奋努力、自强不息，要知道我们不只是在为校长打工，更不单纯为了赚钱，我们是在为自己的理想而工作。我们要把自己当作学校的主人，才能更好地从中获得发展的机遇。</w:t>
      </w:r>
      <w:r>
        <w:rPr>
          <w:lang w:eastAsia="zh-CN"/>
        </w:rPr>
        <w:br/>
      </w:r>
      <w:r>
        <w:rPr>
          <w:lang w:eastAsia="zh-CN"/>
        </w:rPr>
        <w:t>　　你，在为谁工作?答案已经很明显，我们是为自己而工作，在为自己的人生工作，既然这样，我们就应该负起天经地义的责任，义不容辞以守信为立身之本，主必有信，行必有果，尽心尽力，忠诚第一，诚实坦率，敞开心扉，坦荡处世，率直为人，把职业当作生命的信仰。</w:t>
      </w:r>
      <w:r>
        <w:rPr>
          <w:lang w:eastAsia="zh-CN"/>
        </w:rPr>
        <w:br/>
      </w:r>
      <w:r>
        <w:rPr>
          <w:lang w:eastAsia="zh-CN"/>
        </w:rPr>
        <w:t>　　记住，我们是在为自己的人生而工作，一起努力、奋斗吧!</w:t>
      </w:r>
      <w:r>
        <w:rPr>
          <w:lang w:eastAsia="zh-CN"/>
        </w:rPr>
        <w:br/>
      </w:r>
      <w:r>
        <w:rPr>
          <w:lang w:eastAsia="zh-CN"/>
        </w:rPr>
        <w:t xml:space="preserve">    《你在为谁工作》读书心得体会 篇15 </w:t>
      </w:r>
      <w:r>
        <w:rPr>
          <w:lang w:eastAsia="zh-CN"/>
        </w:rPr>
        <w:br/>
      </w:r>
      <w:r>
        <w:rPr>
          <w:lang w:eastAsia="zh-CN"/>
        </w:rPr>
        <w:t>　　我很喜欢这么一段话：“每个人都有不同的工作轨迹，有的人成为公司里的核心员工，实现了自己的价值；有的人一直碌碌无为；有些人牢骚满腹，总认为与众不同，而到头来仍一无所获……众所周知，除了少数天才，大多数人的禀赋相差无几。那么，是什么在造就我们、改变我们？是“态度”。前面这段话出自《你在为谁工作》，近段时间我阅读了这本书。</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https://d.book118.com/628122124020006036</w:t>
        </w:r>
      </w:hyperlink>
    </w:p>
    <w:p w:rsidR="001B1F19">
      <w:pPr>
        <w:rPr>
          <w:lang w:eastAsia="zh-CN"/>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8122124020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