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安全演练活动总结</w:t>
      </w:r>
    </w:p>
    <w:p>
      <w:pPr>
        <w:spacing w:before="100" w:after="200" w:line="360" w:lineRule="auto"/>
        <w:ind w:firstLine="576"/>
        <w:jc w:val="left"/>
      </w:pPr>
      <w:r>
        <w:rPr>
          <w:rFonts w:ascii="宋体" w:eastAsia="宋体" w:hAnsi="宋体"/>
          <w:sz w:val="28"/>
        </w:rPr>
        <w:t>为了进一步提升学校应对火灾及安全疏散的能力，强化师生的防火防灾意识，预防和减少火灾事故发生，广厦小学开展了消防安全培训及应急逃生演练。</w:t>
      </w:r>
    </w:p>
    <w:p>
      <w:pPr>
        <w:spacing w:before="100" w:after="200" w:line="360" w:lineRule="auto"/>
        <w:ind w:firstLine="576"/>
        <w:jc w:val="left"/>
      </w:pPr>
      <w:r>
        <w:rPr>
          <w:rFonts w:ascii="宋体" w:eastAsia="宋体" w:hAnsi="宋体"/>
          <w:sz w:val="28"/>
        </w:rPr>
        <w:t>在急促的警报声中广厦小学全体师生开始了消防疏散演习。班主任按各自的分工，以班级为单位，分区域、分方向、分楼层、按照规定路线，向各个教学楼的疏散出口引导所有学生进行安全疏散，同学们双手捂嘴，弯着腰，井然有序的按照疏散路线快速撤离到操场。3分钟后，近600余名师生全部集中到操场中央，随后各班级清点人数，确保全体人员全部疏散至安全地带。此次演练从开始到结束都有条不紊地进行，整个过程前后衔接连贯，未造成混乱场面，成功快速地疏散了全体师生，取得了预期效果。</w:t>
      </w:r>
    </w:p>
    <w:p>
      <w:pPr>
        <w:spacing w:before="100" w:after="200" w:line="360" w:lineRule="auto"/>
        <w:ind w:firstLine="576"/>
        <w:jc w:val="left"/>
      </w:pPr>
      <w:r>
        <w:rPr>
          <w:rFonts w:ascii="宋体" w:eastAsia="宋体" w:hAnsi="宋体"/>
          <w:sz w:val="28"/>
        </w:rPr>
        <w:t>此次消防疏散演练活动，有效加强了师生们消防安全意识，进一步提高了师生们的自我保护能力和消防安全观念，为努力营造“教育一个孩子、带动一个家庭、影响整个社会”的浓厚氛围起到了积极的作用，为构建平安和谐社会奠定了扎实的消防安全基础。</w:t>
      </w:r>
    </w:p>
    <w:p>
      <w:pPr>
        <w:spacing w:before="100" w:after="200" w:line="360" w:lineRule="auto"/>
        <w:ind w:firstLine="576"/>
        <w:jc w:val="left"/>
      </w:pPr>
      <w:r>
        <w:rPr>
          <w:rFonts w:ascii="宋体" w:eastAsia="宋体" w:hAnsi="宋体"/>
          <w:sz w:val="28"/>
        </w:rPr>
        <w:t>12月14日下午，绿梅学校举行了消防演练活动，全校师生共同参与了这次演练。</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这次演练，主要是向同学们演示如何灭火，如何在火灾中逃生。遇到有火情时，我们需要用湿毛巾捂住口鼻，弯下腰前进。火情大时，更需要匍匐前进。演练活动中，全校师生认真对待，警报一响，以最快速地速度，有序地跑出教室。途中都用毛巾捂住口鼻，弯腰前进。</w:t>
      </w:r>
    </w:p>
    <w:p>
      <w:pPr>
        <w:spacing w:before="100" w:after="200" w:line="360" w:lineRule="auto"/>
        <w:ind w:firstLine="576"/>
        <w:jc w:val="left"/>
      </w:pPr>
      <w:r>
        <w:rPr>
          <w:rFonts w:ascii="宋体" w:eastAsia="宋体" w:hAnsi="宋体"/>
          <w:sz w:val="28"/>
        </w:rPr>
        <w:t>在之后的灭火演练中，教师代表进行了示范。演练结束，各班学生在班主任的指导下进行消防知识学习，认真参观、学习了消防知识展板，了解了如何安全使用火、怎样在高层进行逃生的知识。</w:t>
      </w:r>
    </w:p>
    <w:p>
      <w:pPr>
        <w:spacing w:before="100" w:after="200" w:line="360" w:lineRule="auto"/>
        <w:ind w:firstLine="576"/>
        <w:jc w:val="left"/>
      </w:pPr>
      <w:r>
        <w:rPr>
          <w:rFonts w:ascii="宋体" w:eastAsia="宋体" w:hAnsi="宋体"/>
          <w:sz w:val="28"/>
        </w:rPr>
        <w:t>安全意识从校内学习，从学生抓起。这次的消防知识普及活动，就是通过安全知识、安全意识教育，提高学生安全用火、自主逃生的能力。</w:t>
      </w:r>
    </w:p>
    <w:p>
      <w:pPr>
        <w:spacing w:before="100" w:after="200" w:line="360" w:lineRule="auto"/>
        <w:ind w:firstLine="576"/>
        <w:jc w:val="left"/>
      </w:pPr>
      <w:r>
        <w:rPr>
          <w:rFonts w:ascii="宋体" w:eastAsia="宋体" w:hAnsi="宋体"/>
          <w:sz w:val="28"/>
        </w:rPr>
        <w:t>为了普及防震减灾知识，使全园师幼掌握应急避震的正确方法，提高全园师幼的防震减灾意识和地震发生时的自护自救能力，5月9日，在“全国防灾减灾日”即将到来之际，汉滨区江南幼儿园开展了防震避险安全演练活动。</w:t>
      </w:r>
    </w:p>
    <w:p>
      <w:pPr>
        <w:spacing w:before="100" w:after="200" w:line="360" w:lineRule="auto"/>
        <w:ind w:firstLine="576"/>
        <w:jc w:val="left"/>
      </w:pPr>
      <w:r>
        <w:rPr>
          <w:rFonts w:ascii="宋体" w:eastAsia="宋体" w:hAnsi="宋体"/>
          <w:sz w:val="28"/>
        </w:rPr>
        <w:t>演练活动前，幼儿园制定详细的安全演练方案，并组织召开安全演练专题会议，对演练工作进行周密安排。各班级还针对孩子的年龄特点，通过情景演示、动作示范、视频学习、诵读防震避险儿歌等方式帮助孩子掌握防震避震的安全知识、逃生方法。</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这天上午10：00，随着总指挥哨声幼儿园演练正式开始。当第一次警报响起，早已学习过避震安全知识的幼儿在老师的组织下进行了紧急避震演练。只见孩子们快速躲到桌子、钢琴、卫生间三角地带等安全地点，蜷缩身体，护住头部。第二次警报响起，提示主震结束，全园师幼进行紧急疏散演练。班内老师快速组织幼儿从指定疏散通道撤离。负责疏导楼梯、走廊的老师则坚守岗位，直到最后一名幼儿通过后才撤离。到达户外安全地带后，幼儿抱头蹲下，老师清点人数并报告总指挥。整个疏散过程紧张有序、有条不紊，共用时1分17秒。演练结束，幼儿园副园长陈静进行了对活动进行了总结点评。</w:t>
      </w:r>
    </w:p>
    <w:p>
      <w:pPr>
        <w:spacing w:before="100" w:after="200" w:line="360" w:lineRule="auto"/>
        <w:ind w:firstLine="576"/>
        <w:jc w:val="left"/>
      </w:pPr>
      <w:r>
        <w:rPr>
          <w:rFonts w:ascii="宋体" w:eastAsia="宋体" w:hAnsi="宋体"/>
          <w:sz w:val="28"/>
        </w:rPr>
        <w:t>此次防震演练，巩固了全园师幼的防震避震知识，增强了他们自护、自救能力，也进一步提高了幼儿园应对突发事件的预防和处置能力。小朋友们自信的说：“地震来了我不怕，我知道怎样避险。”</w:t>
      </w:r>
    </w:p>
    <w:p>
      <w:pPr>
        <w:spacing w:before="100" w:after="200" w:line="360" w:lineRule="auto"/>
        <w:ind w:firstLine="576"/>
        <w:jc w:val="left"/>
      </w:pPr>
      <w:r>
        <w:rPr>
          <w:rFonts w:ascii="宋体" w:eastAsia="宋体" w:hAnsi="宋体"/>
          <w:sz w:val="28"/>
        </w:rPr>
        <w:t>为了贯彻落实11.9消防宣传日活动要求，进一步增强我校师生消防安全意识，掌握在火场中迅速逃生基本方法，提高抵御火灾和应对紧急突发事件的能力，我校德育处开展消防安全系列活动。</w:t>
      </w:r>
    </w:p>
    <w:p>
      <w:pPr>
        <w:spacing w:before="100" w:after="200" w:line="360" w:lineRule="auto"/>
        <w:ind w:firstLine="576"/>
        <w:jc w:val="left"/>
      </w:pPr>
      <w:r>
        <w:rPr>
          <w:rFonts w:ascii="宋体" w:eastAsia="宋体" w:hAnsi="宋体"/>
          <w:sz w:val="28"/>
        </w:rPr>
        <w:t>第一，开展“11.9”全国消防宣传日主题讲话。学校围绕“11.9”全国消防宣传日主题，积极开展内容丰富、形式多样的安全教育活动。开展一次安全教育进课堂活动，要求各学科渗透安全教育；上好一节主题班会，进行消防安全、校园活动安全等安全教育；组织一场消防应急疏散演练；组织一次学生与家长参观消防大队，了解消防员叔叔的职业素养和工作作风。要求师生们通过系列活动，提高防范意识和自救能力。</w:t>
      </w:r>
    </w:p>
    <w:p>
      <w:pPr>
        <w:spacing w:before="100" w:after="200" w:line="360" w:lineRule="auto"/>
        <w:ind w:firstLine="576"/>
        <w:jc w:val="left"/>
      </w:pPr>
      <w:r>
        <w:rPr>
          <w:rFonts w:ascii="宋体" w:eastAsia="宋体" w:hAnsi="宋体"/>
          <w:sz w:val="28"/>
        </w:rPr>
        <w:t>第二，举行消防知识安全讲座。11月5号邀请消安公司罗警官为教职工和保安进行消防安全知识及技能操作讲座。在讲座中，罗警官讲述了四个消防知识专题：一是家庭常见的火灾及预防；二是学校如何预防火灾；三是发生火灾时如何报警、自救的方法；四是怎样扑救火灾和使用灭火用具。在讲述消防安全知识的过程中，罗警官列举了造成家庭、学校火灾的的种。种原因和事例，以及预防火灾的方法，告诉大家如果遇到火警如何进行报警和逃生；同时还演示了灭火器、防毒面具如何使用以及使用的注意事项。通过讲座使消防安全知识更加入心入脑。</w:t>
      </w:r>
    </w:p>
    <w:p>
      <w:pPr>
        <w:spacing w:before="100" w:after="200" w:line="360" w:lineRule="auto"/>
        <w:ind w:firstLine="576"/>
        <w:jc w:val="left"/>
      </w:pPr>
      <w:r>
        <w:rPr>
          <w:rFonts w:ascii="宋体" w:eastAsia="宋体" w:hAnsi="宋体"/>
          <w:sz w:val="28"/>
        </w:rPr>
        <w:t>第三，开展《消防安全记心中》主题班会。在周一的班会课上，班主任召开了一次《参与社区消防，建设平安家园》主题活动。</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在活动中，班主任首先通过视频案例，教育学生要认真贯彻消防法规，自觉遵守消防安全管理规定，就能有效预防火灾的发生。同时，要掌握一定的防火安全知识，从而避免火灾事故的发生，确保同学们拥有一个安全的校园环境。接着，班主任开展消防知识问答，把学习掌握消防安全常识与培养在火灾中自救能力结合起来，分析火灾发生的原因与排除火灾隐患方法，教育学生杜绝火灾事故的发生。通过讨论交流，加强了思想上的认识，使消防安全意识深深地扎根在每个学生心中。</w:t>
      </w:r>
    </w:p>
    <w:p>
      <w:pPr>
        <w:spacing w:before="100" w:after="200" w:line="360" w:lineRule="auto"/>
        <w:ind w:firstLine="576"/>
        <w:jc w:val="left"/>
      </w:pPr>
      <w:r>
        <w:rPr>
          <w:rFonts w:ascii="宋体" w:eastAsia="宋体" w:hAnsi="宋体"/>
          <w:sz w:val="28"/>
        </w:rPr>
        <w:t>第四，组织学生、家长参观镇消防大队。11月6日，德育处组织部分学生与家长来到镇消防大队进行参观。活动中，家长和同学们在教官的带领下，兴致勃勃地参观了各式专业消防车辆和特殊救援器材，消防战士还为同学们现场演示了消防云梯的使用和操作以及捕蜂服的穿戴，通过互动的形式，学生们纷纷试穿各种灭火救援服装，当了一回“小小消防员”。随后，教官为孩子们详细讲解了初起火灾的扑救方法、家庭火灾的预防、扑救和逃生自救知识等消防常识，还手把手地教老师、同学们正确使用灭火器扑火的技能。</w:t>
      </w:r>
    </w:p>
    <w:p>
      <w:pPr>
        <w:spacing w:before="100" w:after="200" w:line="360" w:lineRule="auto"/>
        <w:ind w:firstLine="576"/>
        <w:jc w:val="left"/>
      </w:pPr>
      <w:r>
        <w:rPr>
          <w:rFonts w:ascii="宋体" w:eastAsia="宋体" w:hAnsi="宋体"/>
          <w:sz w:val="28"/>
        </w:rPr>
        <w:t>这次活动的组织，目的是使孩子们能进一步关注消防，亲近消防，引导广大少年自觉地学习消防知识，增强消防意识，营造“教育一个孩子、带动一个家庭、影响整个社会”良好氛围，从而更好地营造出安全、和谐的社会环境。</w:t>
      </w:r>
    </w:p>
    <w:p>
      <w:pPr>
        <w:spacing w:before="100" w:after="200" w:line="360" w:lineRule="auto"/>
        <w:ind w:firstLine="576"/>
        <w:jc w:val="left"/>
      </w:pPr>
      <w:r>
        <w:rPr>
          <w:rFonts w:ascii="宋体" w:eastAsia="宋体" w:hAnsi="宋体"/>
          <w:sz w:val="28"/>
        </w:rPr>
        <w:t>在项目部安全领导小组的带领下于20xx年10月27日-10月29日，进行了“全生产应急救援演练”活动。为了巩固演练工作成果，表扬先进，改进不足，促进工作，进一步提升我项目部安全生产应急管理能力，安全小组全面总结了演练工作。</w:t>
      </w:r>
    </w:p>
    <w:p>
      <w:pPr>
        <w:spacing w:before="100" w:after="200" w:line="360" w:lineRule="auto"/>
        <w:jc w:val="left"/>
      </w:pPr>
      <w:r>
        <w:rPr>
          <w:rFonts w:ascii="宋体 (中文正文)" w:eastAsia="宋体" w:hAnsi="宋体 (中文正文)"/>
          <w:b/>
          <w:sz w:val="28"/>
        </w:rPr>
        <w:t>一、演练工作的基本情况</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这次演练是我项目部的一次重要活动，规格高、范围广。泗洪县半龙线改造工程（青临线至濉河节制闸段）工地全体《预案》相在人员全部参演。从演练的效果来看，这次演练知道有方、准备有序、扎实有效，基本达到了预期目标。</w:t>
      </w:r>
    </w:p>
    <w:p>
      <w:pPr>
        <w:spacing w:before="100" w:after="200" w:line="360" w:lineRule="auto"/>
        <w:jc w:val="left"/>
      </w:pPr>
      <w:r>
        <w:rPr>
          <w:rFonts w:ascii="宋体 (中文正文)" w:eastAsia="宋体" w:hAnsi="宋体 (中文正文)"/>
          <w:b/>
          <w:sz w:val="28"/>
        </w:rPr>
        <w:t>二、演练的实施</w:t>
      </w:r>
    </w:p>
    <w:p>
      <w:pPr>
        <w:spacing w:before="100" w:after="200" w:line="360" w:lineRule="auto"/>
        <w:ind w:firstLine="576"/>
        <w:jc w:val="left"/>
      </w:pPr>
      <w:r>
        <w:rPr>
          <w:rFonts w:ascii="宋体" w:eastAsia="宋体" w:hAnsi="宋体"/>
          <w:sz w:val="28"/>
        </w:rPr>
        <w:t>（一）模拟火灾事故</w:t>
      </w:r>
    </w:p>
    <w:p>
      <w:pPr>
        <w:spacing w:before="100" w:after="200" w:line="360" w:lineRule="auto"/>
        <w:ind w:firstLine="576"/>
        <w:jc w:val="left"/>
      </w:pPr>
      <w:r>
        <w:rPr>
          <w:rFonts w:ascii="宋体" w:eastAsia="宋体" w:hAnsi="宋体"/>
          <w:sz w:val="28"/>
        </w:rPr>
        <w:t>（三）模拟触电事故</w:t>
      </w:r>
    </w:p>
    <w:p>
      <w:pPr>
        <w:spacing w:before="100" w:after="200" w:line="360" w:lineRule="auto"/>
        <w:jc w:val="left"/>
      </w:pPr>
      <w:r>
        <w:rPr>
          <w:rFonts w:ascii="宋体 (中文正文)" w:eastAsia="宋体" w:hAnsi="宋体 (中文正文)"/>
          <w:b/>
          <w:sz w:val="28"/>
        </w:rPr>
        <w:t>三、取得的具体成效</w:t>
      </w:r>
    </w:p>
    <w:p>
      <w:pPr>
        <w:spacing w:before="100" w:after="200" w:line="360" w:lineRule="auto"/>
        <w:ind w:firstLine="576"/>
        <w:jc w:val="left"/>
      </w:pPr>
      <w:r>
        <w:rPr>
          <w:rFonts w:ascii="宋体" w:eastAsia="宋体" w:hAnsi="宋体"/>
          <w:sz w:val="28"/>
        </w:rPr>
        <w:t>（一）体现了以人为本、科学实训的演练理念这次演练贯彻实施了统一领导、综合协调、分级负责的应急处置原则，参演人员齐全，内容丰富，场景逼真，对促进安全生产应急管理工作具有重要意义。（二）实现了锻炼队伍、磨合机制的演练目标这次演练指导思想明确，组织工作严密，准备工作充分，程序设置合理，安全保障可靠，过程公开透明。通过演练检验了各级应急预案的实用性和可操作性；检查了应急救援各小组应急物质、装备、技术的准备情况，并锻炼了队伍；增强了普通员工的忧患意识，普及了防灾减灾的只是和自救互救的技能，提高了各级指挥人员处置重大事故的能力，圆满完成了预定的各项任务。</w:t>
      </w:r>
    </w:p>
    <w:p>
      <w:pPr>
        <w:spacing w:before="100" w:after="200" w:line="360" w:lineRule="auto"/>
        <w:ind w:firstLine="576"/>
        <w:jc w:val="left"/>
      </w:pPr>
      <w:r>
        <w:rPr>
          <w:rFonts w:ascii="宋体" w:eastAsia="宋体" w:hAnsi="宋体"/>
          <w:sz w:val="28"/>
        </w:rPr>
        <w:t>泗洪县半龙线改造工程（青临线至濉河节制闸段）</w:t>
      </w:r>
    </w:p>
    <w:p>
      <w:pPr>
        <w:spacing w:before="100" w:after="200" w:line="360" w:lineRule="auto"/>
        <w:ind w:firstLine="576"/>
        <w:jc w:val="left"/>
      </w:pPr>
      <w:r>
        <w:rPr>
          <w:rFonts w:ascii="宋体" w:eastAsia="宋体" w:hAnsi="宋体"/>
          <w:sz w:val="28"/>
        </w:rPr>
        <w:t>盐城市路桥建设工程有限公司</w:t>
      </w:r>
    </w:p>
    <w:p>
      <w:pPr>
        <w:spacing w:before="100" w:after="200" w:line="360" w:lineRule="auto"/>
        <w:ind w:firstLine="576"/>
        <w:jc w:val="left"/>
      </w:pPr>
      <w:r>
        <w:rPr>
          <w:rFonts w:ascii="宋体" w:eastAsia="宋体" w:hAnsi="宋体"/>
          <w:sz w:val="28"/>
        </w:rPr>
        <w:t>泗洪县半龙线改造工程（青临线至濉河节制闸段）项目经理部</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为进一步加强学校安全工作，提高全体师生的安全防范逃生、自救、互救意识，20xx年4月19日下午,学校组织全校师生进行安全疏散应急演练，在演练过程中，教师沉着冷静，指挥若定，同学们临危不惧，迅捷有序，演练取得圆满成功。</w:t>
      </w:r>
    </w:p>
    <w:p>
      <w:pPr>
        <w:spacing w:before="100" w:after="200" w:line="360" w:lineRule="auto"/>
        <w:jc w:val="left"/>
      </w:pPr>
      <w:r>
        <w:rPr>
          <w:rFonts w:ascii="宋体 (中文正文)" w:eastAsia="宋体" w:hAnsi="宋体 (中文正文)"/>
          <w:b/>
          <w:sz w:val="28"/>
        </w:rPr>
        <w:t>一、领导重视，演练活动组织到位</w:t>
      </w:r>
    </w:p>
    <w:p>
      <w:pPr>
        <w:spacing w:before="100" w:after="200" w:line="360" w:lineRule="auto"/>
        <w:ind w:firstLine="576"/>
        <w:jc w:val="left"/>
      </w:pPr>
      <w:r>
        <w:rPr>
          <w:rFonts w:ascii="宋体" w:eastAsia="宋体" w:hAnsi="宋体"/>
          <w:sz w:val="28"/>
        </w:rPr>
        <w:t>为了确保此次演练活动落到实处，我校成立了由巨同辉校长为总指挥，张少力副校长、扈永军副校长为副总指挥，校中层干部和各级部负责人为成员的领导小组，并拟定了《学校应急疏散演练方案》。为了使得演练方案安全可行，学校于20xx年4月19日上午召开领导小组和全校教师会，部署演练工作。会上张少力副校长对这次演练的具体操作程序、疏散要求与注意事项作了一一讲解。为了确保演练活动按方案顺利进行，演练活动领导小组在演练的前又召开了班主任、各行动小组长会议，进一步明确疏散集合地点、疏散顺序和注意事项，做到各个甬路出口都有老师守着，以防意外事故的发生。并要求班主任召开班级会议教育学生，听到紧急疏散信号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特别强调活动本身的安全，保障措施一定要到位，以确保这次演练活动顺利进行</w:t>
      </w:r>
    </w:p>
    <w:p>
      <w:pPr>
        <w:spacing w:before="100" w:after="200" w:line="360" w:lineRule="auto"/>
        <w:ind w:firstLine="576"/>
        <w:jc w:val="left"/>
      </w:pPr>
      <w:r>
        <w:rPr>
          <w:rFonts w:ascii="宋体" w:eastAsia="宋体" w:hAnsi="宋体"/>
          <w:sz w:val="28"/>
        </w:rPr>
        <w:t>此次演练活动，全体教师首先从思想上引起了高度重视，增强安全防范意识，以及危机意识，抓住这次演练机会，提高应对紧急突发事件的能力。</w:t>
      </w:r>
    </w:p>
    <w:p>
      <w:pPr>
        <w:spacing w:before="100" w:after="200" w:line="360" w:lineRule="auto"/>
        <w:jc w:val="left"/>
      </w:pPr>
      <w:r>
        <w:rPr>
          <w:rFonts w:ascii="宋体 (中文正文)" w:eastAsia="宋体" w:hAnsi="宋体 (中文正文)"/>
          <w:b/>
          <w:sz w:val="28"/>
        </w:rPr>
        <w:t>二、筹划缜密，演练方案安全可行</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学校政教处认真制订了周密细致演练方案。就演练的时间、路线、内容、对象作了具体的说明，就演练的具体操作程序、疏散要求与注意事项一一作了书面张贴，对各班主任、疏导员以及相关教师作了具体的分工。并要求各班到达指定位置后，各班班主任立即检查人数，并随即向政教主任和现场指挥的领导报告。</w:t>
      </w:r>
    </w:p>
    <w:p>
      <w:pPr>
        <w:spacing w:before="100" w:after="200" w:line="360" w:lineRule="auto"/>
        <w:jc w:val="left"/>
      </w:pPr>
      <w:r>
        <w:rPr>
          <w:rFonts w:ascii="宋体 (中文正文)" w:eastAsia="宋体" w:hAnsi="宋体 (中文正文)"/>
          <w:b/>
          <w:sz w:val="28"/>
        </w:rPr>
        <w:t>三、秩序井然，演练效果良好</w:t>
      </w:r>
    </w:p>
    <w:p>
      <w:pPr>
        <w:spacing w:before="100" w:after="200" w:line="360" w:lineRule="auto"/>
        <w:ind w:firstLine="576"/>
        <w:jc w:val="left"/>
      </w:pPr>
      <w:r>
        <w:rPr>
          <w:rFonts w:ascii="宋体" w:eastAsia="宋体" w:hAnsi="宋体"/>
          <w:sz w:val="28"/>
        </w:rPr>
        <w:t>20xx年4月19日下午，卧龙初中突发安全事件应急演练活动进行。下午3：50分学校演练总指挥通过广播拉响警报，警报鸣响3次，下达演习指令，试行演练开始，工作人员就位，全校师生安全应急疏散演练开始。在场教师指导学生有秩序地迅速撤离。到达指定位置后，各班班主任马上清点人数，向现场指挥汇报。演练指挥小组运筹帷幄，驾驭全局。仅用3分钟时间，全校师生全部安全撤离并到达指定位置。</w:t>
      </w:r>
    </w:p>
    <w:p>
      <w:pPr>
        <w:spacing w:before="100" w:after="200" w:line="360" w:lineRule="auto"/>
        <w:ind w:firstLine="576"/>
        <w:jc w:val="left"/>
      </w:pPr>
      <w:r>
        <w:rPr>
          <w:rFonts w:ascii="宋体" w:eastAsia="宋体" w:hAnsi="宋体"/>
          <w:sz w:val="28"/>
        </w:rPr>
        <w:t>随后总务处刘主任给同学们讲解了干粉灭火器的使用方法，一拔，拔去保险栓；二压，用手压住灭火手柄；三喷，用喷头对准火焰的根部进行灭火。在周围学生的围观下，刘主任现场指导两名初二学生进行灭火演示。</w:t>
      </w:r>
    </w:p>
    <w:p>
      <w:pPr>
        <w:spacing w:before="100" w:after="200" w:line="360" w:lineRule="auto"/>
        <w:jc w:val="left"/>
      </w:pPr>
      <w:r>
        <w:rPr>
          <w:rFonts w:ascii="宋体 (中文正文)" w:eastAsia="宋体" w:hAnsi="宋体 (中文正文)"/>
          <w:sz w:val="28"/>
        </w:rPr>
        <w:t>四、存在的问题：</w:t>
      </w:r>
    </w:p>
    <w:p>
      <w:pPr>
        <w:spacing w:before="100" w:after="200" w:line="360" w:lineRule="auto"/>
        <w:ind w:firstLine="576"/>
        <w:jc w:val="left"/>
      </w:pPr>
      <w:r>
        <w:rPr>
          <w:rFonts w:ascii="宋体" w:eastAsia="宋体" w:hAnsi="宋体"/>
          <w:sz w:val="28"/>
        </w:rPr>
        <w:t>(1)一些同学对紧急疏散演练不够重视，没有充分体现“紧急”二字,动作不够快，导至疏散时间较长。</w:t>
      </w:r>
    </w:p>
    <w:p>
      <w:pPr>
        <w:spacing w:before="100" w:after="200" w:line="360" w:lineRule="auto"/>
        <w:ind w:firstLine="576"/>
        <w:jc w:val="left"/>
      </w:pPr>
      <w:r>
        <w:rPr>
          <w:rFonts w:ascii="宋体" w:eastAsia="宋体" w:hAnsi="宋体"/>
          <w:sz w:val="28"/>
        </w:rPr>
        <w:t>(2)一些班主任给学生讲解不到位，在紧急疏散三步骤中，统计人数环节有些拖沓。</w:t>
      </w:r>
    </w:p>
    <w:p>
      <w:pPr>
        <w:spacing w:before="100" w:after="200" w:line="360" w:lineRule="auto"/>
        <w:ind w:firstLine="576"/>
        <w:jc w:val="left"/>
      </w:pPr>
      <w:r>
        <w:rPr>
          <w:rFonts w:ascii="宋体" w:eastAsia="宋体" w:hAnsi="宋体"/>
          <w:sz w:val="28"/>
        </w:rPr>
        <w:t>（3）个别班级在操场入口处形成部分拥堵现象，到操场后有的班级未能到达指定区域集合，有的围在篮球架和树木下面等不安全的地方，存在聚堆现象。</w:t>
      </w:r>
    </w:p>
    <w:p>
      <w:pPr>
        <w:spacing w:before="100" w:after="200" w:line="360" w:lineRule="auto"/>
        <w:ind w:firstLine="576"/>
        <w:jc w:val="left"/>
      </w:pPr>
      <w:r>
        <w:rPr>
          <w:rFonts w:ascii="宋体" w:eastAsia="宋体" w:hAnsi="宋体"/>
          <w:sz w:val="28"/>
        </w:rPr>
        <w:t>针对上述问题，今后打算采取了以下措施：</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第一,强化宣传，牢固树立“安全无小事”、“安全第一”、“居安思危，防患于未然”的意识，修订完善紧急疏散方案和路线，加强演练，使紧急疏散演练的时间控制在3分钟以内。</w:t>
      </w:r>
    </w:p>
    <w:p>
      <w:pPr>
        <w:spacing w:before="100" w:after="200" w:line="360" w:lineRule="auto"/>
        <w:ind w:firstLine="576"/>
        <w:jc w:val="left"/>
      </w:pPr>
      <w:r>
        <w:rPr>
          <w:rFonts w:ascii="宋体" w:eastAsia="宋体" w:hAnsi="宋体"/>
          <w:sz w:val="28"/>
        </w:rPr>
        <w:t>第二,各甬路通道指挥人员如有变更，及时调整，避免空缺，加强责任，经常培训，掌握疏散的原则和办法，提高实战能力。</w:t>
      </w:r>
    </w:p>
    <w:p>
      <w:pPr>
        <w:spacing w:before="100" w:after="200" w:line="360" w:lineRule="auto"/>
        <w:ind w:firstLine="576"/>
        <w:jc w:val="left"/>
      </w:pPr>
      <w:r>
        <w:rPr>
          <w:rFonts w:ascii="宋体" w:eastAsia="宋体" w:hAnsi="宋体"/>
          <w:sz w:val="28"/>
        </w:rPr>
        <w:t>第三,班主任要在本班作小结，明确撤离方向，强调纪律及单列撤离的原则，避免引起拥挤阻塞。</w:t>
      </w:r>
    </w:p>
    <w:p>
      <w:pPr>
        <w:spacing w:before="100" w:after="200" w:line="360" w:lineRule="auto"/>
        <w:ind w:firstLine="576"/>
        <w:jc w:val="left"/>
      </w:pPr>
      <w:r>
        <w:rPr>
          <w:rFonts w:ascii="宋体" w:eastAsia="宋体" w:hAnsi="宋体"/>
          <w:sz w:val="28"/>
        </w:rPr>
        <w:t>这次演练活动是对我校《校园突发安全事件应急预案》的一次检验，不仅再次落实了我校应付突发事件的防范措施，而且也提高了我校实际应对和处置实发安全事件的能力，更进一步增强师生防震、消防安全意识，真正掌握在危险中迅速逃生、自救、互救的基本方法，提高抵御和应对紧急突发事件的能力，整个演练活动非常成功，达到了预期目标。</w:t>
      </w:r>
    </w:p>
    <w:p>
      <w:pPr>
        <w:spacing w:before="100" w:after="200" w:line="360" w:lineRule="auto"/>
        <w:ind w:firstLine="576"/>
        <w:jc w:val="left"/>
      </w:pPr>
      <w:r>
        <w:rPr>
          <w:rFonts w:ascii="宋体" w:eastAsia="宋体" w:hAnsi="宋体"/>
          <w:sz w:val="28"/>
        </w:rPr>
        <w:t>近日，花山街道大桥社区在桃李苑小区组织开展消防安全应急疏散演练活动。</w:t>
      </w:r>
    </w:p>
    <w:p>
      <w:pPr>
        <w:spacing w:before="100" w:after="200" w:line="360" w:lineRule="auto"/>
        <w:ind w:firstLine="576"/>
        <w:jc w:val="left"/>
      </w:pPr>
      <w:r>
        <w:rPr>
          <w:rFonts w:ascii="宋体" w:eastAsia="宋体" w:hAnsi="宋体"/>
          <w:sz w:val="28"/>
        </w:rPr>
        <w:t>演练开始前，社区志愿者向现场居民发放消防安全宣传手册，科普消防安全知识、灭火器的使用及注意事项、人员疏散及火场逃生技巧等。随着演练警报声响起，小区消防安全管理人员立即行动，各司其职，分别向各楼栋发布火灾预警，并进行人员疏散，全体参与人员在志愿者的带领下，用湿毛巾捂住口鼻、低下身子，有序撤离到室外安全区域。整个演练过程行动快速、有条不紊。</w:t>
      </w:r>
    </w:p>
    <w:p>
      <w:pPr>
        <w:spacing w:before="100" w:after="200" w:line="360" w:lineRule="auto"/>
        <w:ind w:firstLine="576"/>
        <w:jc w:val="left"/>
      </w:pPr>
      <w:r>
        <w:rPr>
          <w:rFonts w:ascii="宋体" w:eastAsia="宋体" w:hAnsi="宋体"/>
          <w:sz w:val="28"/>
        </w:rPr>
        <w:t>通过此次消防演练活动，进一步增强居民群众的防范意识和应急逃生自救的能力，同时也锻炼社区网格员、物业人员、辖区企业的组织、指挥和应变能力，为更好地保护群众的财产及生命安全，筑牢消防安全防线，构建平安社区提供了有力保障。</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应急演练是安全管理体系的重要组成部分，通过应急演练能有效建立生产安全事故应急救援组织指挥和保障体系，规范生产安全事故的应急管理和应急响应程序，最大程度地减少人员伤亡、财产损失和社会危害。中河街道安监所历来十分重视应急演练工作，致力于广泛发动辖区企业开展卓有成效的演练，有效减少、遏制事故发生。根据《浙江省安全生产监督管理局转发关于深入开展20xx年安全生产应急演练专题行活动的通知》文件精神，街道按照相关法律法规要求，严格贯彻上级要求部署。</w:t>
      </w:r>
    </w:p>
    <w:p>
      <w:pPr>
        <w:spacing w:before="100" w:after="200" w:line="360" w:lineRule="auto"/>
        <w:ind w:firstLine="576"/>
        <w:jc w:val="left"/>
      </w:pPr>
      <w:r>
        <w:rPr>
          <w:rFonts w:ascii="宋体" w:eastAsia="宋体" w:hAnsi="宋体"/>
          <w:sz w:val="28"/>
        </w:rPr>
        <w:t>一、强化认识，及时做好应急预案的更新和完善。街道十分重视应急预案的更新与完善工作，街道级的应急预案已做到一年一更新，在此基础上，进一步强化村（社区）应急预案的修改和完善，将应急管理预案纳入对各个村（社区）的目标管理考核，定期进行监督检查。同时，各规模以上企业、重点单位的应急预案要求一年一报，充分做好企业和街道应急预案的有效衔接。</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二、强化监管，积极督促生产经营单位定期组织开展应急演练。近年来，街道重点抓规上企业、标准化企业及事故易发、频发和应急管理力量薄弱的单位，小微企业方面结合达标示范创建在台帐资料中进一步完善应急管理预案。近几年每逢安全生产月期间，街道都会下发关于组织开展安全生产应急预案演练活动的通知，要求辖区内规上工业企业、商业综合体、大型商超等单位结合各自情况，在6月份安全生产月期间组织开展一次本单位的应急演练，通过实战化演练方式锻炼人员的应急响应和指挥能力，特别要提升单位员工化解险情和自救互救能力，让每一名管理者和员工知道发生险情后如何处置、如何逃生、如何报告事故信息，如何组织人员疏散、撤离等。并要求各单位在演练结束后将方案、实效、总结及照片等报送至街道安委办。今年安全生产月期间，各企业共计组织开展应急演练35次，参演人数1780人次，演练投入19万元。</w:t>
      </w:r>
    </w:p>
    <w:p>
      <w:pPr>
        <w:spacing w:before="100" w:after="200" w:line="360" w:lineRule="auto"/>
        <w:ind w:firstLine="576"/>
        <w:jc w:val="left"/>
      </w:pPr>
      <w:r>
        <w:rPr>
          <w:rFonts w:ascii="宋体" w:eastAsia="宋体" w:hAnsi="宋体"/>
          <w:sz w:val="28"/>
        </w:rPr>
        <w:t>三、强化重点，深入推进行业应急演练工作有序开展。中河街道地处城区中心，随着“退二进三”、“腾龙换鸟”等发展战略的实施与拆迁工作的强势推进，传统工业企业类型进一步缩减，企业规模也进一步缩水，辖区内机械、服装等传统行业普遍呈现“低小散”的特点。为此，街道进一步调整应急工作推进战略，制定了“以行业分类为据，逐个推进逐个突破”的总体思路。今年安全生产月期间，选取了辖区内面广量大、隐患突出的服装企业，在天润服饰厂区组织开展了20xx年街道纺织服装类企业火灾事故应急救援综合演练，组织了消防、安监、卫生等部门协同开展应急演练，充分做好协调联动，同时组织辖区内同行业同类型单位到场观摩，以此形式不断强化促进整个行业体系的应急联动能力的提升。</w:t>
      </w:r>
    </w:p>
    <w:p>
      <w:pPr>
        <w:spacing w:before="100" w:after="200" w:line="360" w:lineRule="auto"/>
        <w:ind w:firstLine="576"/>
        <w:jc w:val="left"/>
      </w:pPr>
      <w:r>
        <w:rPr>
          <w:rFonts w:ascii="宋体" w:eastAsia="宋体" w:hAnsi="宋体"/>
          <w:sz w:val="28"/>
        </w:rPr>
        <w:t>今后，中河街道将在此基础上进一步推开，不断延伸企业类型，扩大受益面与普及度，扎实有效强化辖区企业应急管理基础，为实现辖区内经济建设安全有序发展提供更多保障。</w:t>
      </w:r>
    </w:p>
    <w:p>
      <w:pPr>
        <w:spacing w:before="100" w:after="200" w:line="360" w:lineRule="auto"/>
        <w:ind w:firstLine="576"/>
        <w:jc w:val="left"/>
      </w:pPr>
      <w:r>
        <w:rPr>
          <w:rFonts w:ascii="宋体" w:eastAsia="宋体" w:hAnsi="宋体"/>
          <w:sz w:val="28"/>
        </w:rPr>
        <w:t>为全面贯彻落实“以人为本”的理念，遵循“安全第一，预防为主”的方针，切实保障广大师生尤其是学生在校的人身安全，提高师生在遇到重大突发事件或自然灾害时的应对能力，使灾害带来的损失降到最低，维护社会稳定，促进社会和谐，根据《兴隆庄镇中心小学应急疏散演练方案》的要求，我校安全逃生疏散演练于20xx年5月8日在全体师生的共同努力下如期圆满结束，本学期现将情况总结如下：</w:t>
      </w:r>
    </w:p>
    <w:p>
      <w:pPr>
        <w:spacing w:before="100" w:after="200" w:line="360" w:lineRule="auto"/>
        <w:jc w:val="left"/>
      </w:pPr>
      <w:r>
        <w:rPr>
          <w:rFonts w:ascii="宋体 (中文正文)" w:eastAsia="宋体" w:hAnsi="宋体 (中文正文)"/>
          <w:b/>
          <w:sz w:val="28"/>
        </w:rPr>
        <w:t>一、领导重视、演练活动组织到位</w:t>
      </w:r>
    </w:p>
    <w:p>
      <w:pPr>
        <w:spacing w:before="100" w:after="200" w:line="360" w:lineRule="auto"/>
        <w:ind w:firstLine="576"/>
        <w:jc w:val="left"/>
      </w:pPr>
      <w:r>
        <w:rPr>
          <w:rFonts w:ascii="宋体" w:eastAsia="宋体" w:hAnsi="宋体"/>
          <w:sz w:val="28"/>
        </w:rPr>
        <w:t>为了确保演练活动落到实处，我校成立了由校长王飞为组长的演练安全工作领导小组，并召开班主任安全工作专题会议部署演练工作。要求保障措施到位，以确保这次演练活动顺利进行。</w:t>
      </w:r>
    </w:p>
    <w:p>
      <w:pPr>
        <w:spacing w:before="100" w:after="200" w:line="360" w:lineRule="auto"/>
        <w:jc w:val="left"/>
      </w:pPr>
      <w:r>
        <w:rPr>
          <w:rFonts w:ascii="宋体 (中文正文)" w:eastAsia="宋体" w:hAnsi="宋体 (中文正文)"/>
          <w:b/>
          <w:sz w:val="28"/>
        </w:rPr>
        <w:t>二、周密部署、演练方案安全可行</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https://d.book118.com/635011341021011110</w:t>
        </w:r>
      </w:hyperlink>
    </w:p>
    <w:p>
      <w:pPr>
        <w:spacing w:before="100" w:after="200" w:line="360" w:lineRule="auto"/>
        <w:jc w:val="left"/>
      </w:pPr>
    </w:p>
    <w:sectPr w:rsidSect="00034616">
      <w:type w:val="nextPage"/>
      <w:pgSz w:w="11906" w:h="16838"/>
      <w:pgMar w:top="1440" w:right="1440" w:bottom="1440" w:left="144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3501134102101111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