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body>
    <w:p w:rsidR="001B1F19" w14:paraId="7F7A67AA" w14:textId="0AE8485B">
      <w:pPr>
        <w:pStyle w:val="Heading1"/>
        <w:jc w:val="center"/>
        <w:rPr>
          <w:rFonts w:hint="eastAsia"/>
          <w:lang w:eastAsia="zh-CN"/>
        </w:rPr>
      </w:pPr>
      <w:r>
        <w:rPr>
          <w:sz w:val="44"/>
          <w:lang w:eastAsia="zh-CN"/>
        </w:rPr>
        <w:t>2024安全主题活动总结（31篇）</w:t>
      </w:r>
    </w:p>
    <w:p w:rsidR="001B1F19" w14:paraId="15E7D7A0" w14:textId="27C3F48A">
      <w:pPr>
        <w:rPr>
          <w:rFonts w:hint="eastAsia"/>
          <w:lang w:eastAsia="zh-CN"/>
        </w:rPr>
        <w:sectPr>
          <w:pgSz w:w="11906" w:h="16838"/>
          <w:pgMar w:top="1440" w:right="1800" w:bottom="1440" w:left="1800" w:header="851" w:footer="992" w:gutter="0"/>
          <w:cols w:space="425"/>
          <w:docGrid w:type="lines" w:linePitch="312"/>
        </w:sectPr>
      </w:pPr>
      <w:r>
        <w:rPr>
          <w:lang w:eastAsia="zh-CN"/>
        </w:rPr>
        <w:br/>
      </w:r>
      <w:r>
        <w:rPr>
          <w:lang w:eastAsia="zh-CN"/>
        </w:rPr>
        <w:br/>
      </w:r>
      <w:r>
        <w:rPr>
          <w:lang w:eastAsia="zh-CN"/>
        </w:rPr>
        <w:t>2024安全主题活动总结（精选31篇）</w:t>
      </w:r>
      <w:r>
        <w:rPr>
          <w:lang w:eastAsia="zh-CN"/>
        </w:rPr>
        <w:br/>
      </w:r>
      <w:r>
        <w:rPr>
          <w:lang w:eastAsia="zh-CN"/>
        </w:rPr>
        <w:t xml:space="preserve">    2024安全主题活动总结 篇1 </w:t>
      </w:r>
      <w:r>
        <w:rPr>
          <w:lang w:eastAsia="zh-CN"/>
        </w:rPr>
        <w:br/>
      </w:r>
      <w:r>
        <w:rPr>
          <w:lang w:eastAsia="zh-CN"/>
        </w:rPr>
        <w:t>　　夏季是交通事故、溺水各类突发事件的多发期，为了切实加强流动儿童防溺水等安全教育管理工作，有效遏制流动儿童安全事故的发生，湾里街道多举措开展流动儿童暑期安全宣传教育活动。</w:t>
      </w:r>
      <w:r>
        <w:rPr>
          <w:lang w:eastAsia="zh-CN"/>
        </w:rPr>
        <w:br/>
      </w:r>
      <w:r>
        <w:rPr>
          <w:lang w:eastAsia="zh-CN"/>
        </w:rPr>
        <w:t>　　1、安全排查全覆盖。</w:t>
      </w:r>
      <w:r>
        <w:rPr>
          <w:lang w:eastAsia="zh-CN"/>
        </w:rPr>
        <w:br/>
      </w:r>
      <w:r>
        <w:rPr>
          <w:lang w:eastAsia="zh-CN"/>
        </w:rPr>
        <w:t>　　网格员重点查找辖区内的安全隐患点，将交通要道、深水塘沟等安全隐患点逐一登记在册，做好安全防护措施，设置警示标语，组织网格员每天定时巡查危险水域，严禁儿童下水游泳。</w:t>
      </w:r>
      <w:r>
        <w:rPr>
          <w:lang w:eastAsia="zh-CN"/>
        </w:rPr>
        <w:br/>
      </w:r>
      <w:r>
        <w:rPr>
          <w:lang w:eastAsia="zh-CN"/>
        </w:rPr>
        <w:t>　　2、宣传教育面对面。</w:t>
      </w:r>
      <w:r>
        <w:rPr>
          <w:lang w:eastAsia="zh-CN"/>
        </w:rPr>
        <w:br/>
      </w:r>
      <w:r>
        <w:rPr>
          <w:lang w:eastAsia="zh-CN"/>
        </w:rPr>
        <w:t>　　组织网格员进村入户发放《致家长的一封信》，网格员向家长和孩子重点宣传了暑假的`防溺水注意事项，强调不要让孩子单独外出游泳，教育孩子不到河边、池塘边等地方玩耍，此外还要注意孩子的用电、用水、交通等各方面的安全。</w:t>
      </w:r>
      <w:r>
        <w:rPr>
          <w:lang w:eastAsia="zh-CN"/>
        </w:rPr>
        <w:br/>
      </w:r>
      <w:r>
        <w:rPr>
          <w:lang w:eastAsia="zh-CN"/>
        </w:rPr>
        <w:t>　　3、知识讲座进社区。</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
          <w:cols w:space="425"/>
          <w:titlePg w:val="0"/>
          <w:docGrid w:type="lines" w:linePitch="312"/>
        </w:sectPr>
      </w:pPr>
      <w:r>
        <w:rPr>
          <w:lang w:eastAsia="zh-CN"/>
        </w:rPr>
        <w:t>　　组织志愿者开展流动儿童暑期安全教育知识讲座，讲座中，志愿者们将收集的日常案例说给孩子们听，让孩子们了解生活中防溺水注意事项，通过讲座，提高孩子们防范溺水的自觉性和识别险情、紧急避险、遇险逃生的能力，加强青少年珍爱生命的责任感。</w:t>
      </w:r>
      <w:r>
        <w:rPr>
          <w:lang w:eastAsia="zh-CN"/>
        </w:rPr>
        <w:br/>
      </w:r>
      <w:r>
        <w:rPr>
          <w:lang w:eastAsia="zh-CN"/>
        </w:rPr>
        <w:t>　　3.开展暑假安全宣传活动总结</w:t>
      </w:r>
      <w:r>
        <w:rPr>
          <w:lang w:eastAsia="zh-CN"/>
        </w:rPr>
        <w:br/>
      </w:r>
      <w:r>
        <w:rPr>
          <w:lang w:eastAsia="zh-CN"/>
        </w:rPr>
        <w:t>　　暑期是溺水事件的高发期，为切实加强暑期安全教育，预防溺水事件的发生，全面提高辖区内青少年儿童的安全防范意识。8月3日上午，中共开平区委宣传部、开平区妇联、共青团开平区委联合在志方购物广场开展了“开平区暑期防溺水安全教育宣传活动”。区妇联主席薛红梅、团区委书记郑斌、区委宣传部副部长贾震杰带领志愿者们现场发放倡议书、安全知识手册、小扇子、环保书包等宣传资料300多个。</w:t>
      </w:r>
      <w:r>
        <w:rPr>
          <w:lang w:eastAsia="zh-CN"/>
        </w:rPr>
        <w:br/>
      </w:r>
      <w:r>
        <w:rPr>
          <w:lang w:eastAsia="zh-CN"/>
        </w:rPr>
        <w:t>　　活动中，区志愿者们与家长和青少年儿童交流沟通，进行暑期防溺水知识宣传，讲解防溺水的小常识和急救等防溺水基本知识，教育青少年儿童不要随便或独自下水游泳、玩耍，同时要求家长们共同做好青少年的安全监管工作。</w:t>
      </w:r>
      <w:r>
        <w:rPr>
          <w:lang w:eastAsia="zh-CN"/>
        </w:rPr>
        <w:br/>
      </w:r>
      <w:r>
        <w:rPr>
          <w:lang w:eastAsia="zh-CN"/>
        </w:rPr>
        <w:t>　　通过此次教育宣传活动，不仅让青少年儿童掌握自防自救的知识，也进一步提高了青少年儿童防溺水安全意识，有效地提高了青少年儿童预防溺水的自觉性和识别险情、紧急避险、遇险逃生的能力，提醒他们在暑期放松心情的同时不忘保护自身安全，减少安全事件对青少年儿童造成的伤害。</w:t>
      </w:r>
      <w:r>
        <w:rPr>
          <w:lang w:eastAsia="zh-CN"/>
        </w:rPr>
        <w:br/>
      </w:r>
      <w:r>
        <w:rPr>
          <w:lang w:eastAsia="zh-CN"/>
        </w:rPr>
        <w:t xml:space="preserve">    2024安全主题活动总结 篇2 </w:t>
      </w:r>
      <w:r>
        <w:rPr>
          <w:lang w:eastAsia="zh-CN"/>
        </w:rPr>
        <w:br/>
      </w:r>
      <w:r>
        <w:rPr>
          <w:lang w:eastAsia="zh-CN"/>
        </w:rPr>
        <w:t>　　暑假已经来临 ，安全隐患也随之而来。我们要加强自我保护，过一个安全愉快的假期。现将活动总结如下：</w:t>
      </w:r>
      <w:r>
        <w:rPr>
          <w:lang w:eastAsia="zh-CN"/>
        </w:rPr>
        <w:br/>
      </w:r>
      <w:r>
        <w:rPr>
          <w:lang w:eastAsia="zh-CN"/>
        </w:rPr>
        <w:t>　　1、交通安全</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
          <w:cols w:space="425"/>
          <w:titlePg w:val="0"/>
          <w:docGrid w:type="lines" w:linePitch="312"/>
        </w:sectPr>
      </w:pPr>
      <w:r>
        <w:rPr>
          <w:lang w:eastAsia="zh-CN"/>
        </w:rPr>
        <w:t>　　据不完全统计，我国每天未成年人的交通事故35-40起，造成很大的经济损失和精神损失。因此，我们时刻要把交通安全记入我们的大脑中，我们要自觉遵守交通规则，过街路要看好红绿灯，走斑马线人行过道，不闯红灯，不攀越路中的栏杆，不在街路上穿行，不在街路上玩耍等，放假期间不单独出游，出游时不乘超员车辆，破损车辆，报废车辆。要选择车况好的车辆出行。</w:t>
      </w:r>
      <w:r>
        <w:rPr>
          <w:lang w:eastAsia="zh-CN"/>
        </w:rPr>
        <w:br/>
      </w:r>
      <w:r>
        <w:rPr>
          <w:lang w:eastAsia="zh-CN"/>
        </w:rPr>
        <w:t>　　2、饮食安全</w:t>
      </w:r>
      <w:r>
        <w:rPr>
          <w:lang w:eastAsia="zh-CN"/>
        </w:rPr>
        <w:br/>
      </w:r>
      <w:r>
        <w:rPr>
          <w:lang w:eastAsia="zh-CN"/>
        </w:rPr>
        <w:t>　　放假了，部分学生在饮食方面不科学，吃饭没有规律，不在吃饭时间进食，而是暴饮暴食，很不科学，容易出问题，大家一定要注意养成科学进食的习惯，有规律地吃东西，不吃不洁食品，不吃过期食品、不合格食品，不要饮酒、不要吸烟，吃水果一定要洗净，因水果表皮上有农药，很易引起中毒现象。</w:t>
      </w:r>
      <w:r>
        <w:rPr>
          <w:lang w:eastAsia="zh-CN"/>
        </w:rPr>
        <w:br/>
      </w:r>
      <w:r>
        <w:rPr>
          <w:lang w:eastAsia="zh-CN"/>
        </w:rPr>
        <w:t xml:space="preserve">    2024安全主题活动总结 篇3 </w:t>
      </w:r>
      <w:r>
        <w:rPr>
          <w:lang w:eastAsia="zh-CN"/>
        </w:rPr>
        <w:br/>
      </w:r>
      <w:r>
        <w:rPr>
          <w:lang w:eastAsia="zh-CN"/>
        </w:rPr>
        <w:t>　　夏季是食物中毒和肠道传染病的高发季节，随着三伏的到来，气温逐渐升高，细菌更易滋生蔓延，为有效预防食品安全事故的发生，切实维护人民群众的饮食安全和身体健康，近日，胥江社区开展夏季食品安全检查。</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4"/>
          <w:cols w:space="425"/>
          <w:titlePg w:val="0"/>
          <w:docGrid w:type="lines" w:linePitch="312"/>
        </w:sectPr>
      </w:pPr>
      <w:r>
        <w:rPr>
          <w:lang w:eastAsia="zh-CN"/>
        </w:rPr>
        <w:t>　　活动中，社区工作人员通过发放食品安全知识小册子、在辖区宣传栏上张贴海报等形式，为小区居民宣传健康饮食知识和食物储存条件知识，倡导居民养成良好的生活习惯，不吃剩菜，不吃过期食物，提高居民自我保护意识，严防“病从口入”。同时针对夏季食品安全的季节性特点，将辖区超市、餐饮店、熟食店等作为重点检查项目，检查内容包括店家的经营许可证、店内工作人员的健康证等相关证件，对还没有办证的要求近期补办，对证件过期的要求店家尽快续办;食品是否有生产日期、生产厂家、生产合格证等，认真查找和消除可能存在的安全隐患，有效地保障了居民群众的饮食安全。</w:t>
      </w:r>
      <w:r>
        <w:rPr>
          <w:lang w:eastAsia="zh-CN"/>
        </w:rPr>
        <w:br/>
      </w:r>
      <w:r>
        <w:rPr>
          <w:lang w:eastAsia="zh-CN"/>
        </w:rPr>
        <w:t>　　通过此次宣传及检查活动，进一步提高了居民夏季食品安全的防范意识和自我保护能力，增强了居民食品安全防范意识。同时加强对辖区内食品经营单位的管理，强化了经营单位的食品安全意识，规范生产经营秩序，为居民群众“舌尖”上的安全做出了一份努力。</w:t>
      </w:r>
      <w:r>
        <w:rPr>
          <w:lang w:eastAsia="zh-CN"/>
        </w:rPr>
        <w:br/>
      </w:r>
      <w:r>
        <w:rPr>
          <w:lang w:eastAsia="zh-CN"/>
        </w:rPr>
        <w:t xml:space="preserve">    2024安全主题活动总结 篇4 </w:t>
      </w:r>
      <w:r>
        <w:rPr>
          <w:lang w:eastAsia="zh-CN"/>
        </w:rPr>
        <w:br/>
      </w:r>
      <w:r>
        <w:rPr>
          <w:lang w:eastAsia="zh-CN"/>
        </w:rPr>
        <w:t>　　我校为保障广大中小学生安全，预防各类学生安全事故的发生，增强广大师生的安全意识，提高学校安全教育和安全管理的水平以及广大师生自我防范、自救自护的能力，建立健全学校安全防范机制，形成了“人人讲安全、事事为安全、时时想安全、处处要安全”的良好氛围。从而切实保障师生安全和财产不受损失，维护学校正常的教育教学秩序。</w:t>
      </w:r>
      <w:r>
        <w:rPr>
          <w:lang w:eastAsia="zh-CN"/>
        </w:rPr>
        <w:br/>
      </w:r>
      <w:r>
        <w:rPr>
          <w:lang w:eastAsia="zh-CN"/>
        </w:rPr>
        <w:t>　　一、领导重视，措施有力</w:t>
      </w:r>
      <w:r>
        <w:rPr>
          <w:lang w:eastAsia="zh-CN"/>
        </w:rPr>
        <w:br/>
      </w:r>
      <w:r>
        <w:rPr>
          <w:lang w:eastAsia="zh-CN"/>
        </w:rPr>
        <w:t>　　为进一步做好安全教育工作，切实加强对安全教育工作的领导，学校把安全工作列入重要议事日程，并制定了仪上中心小学安全工作计划。</w:t>
      </w:r>
      <w:r>
        <w:rPr>
          <w:lang w:eastAsia="zh-CN"/>
        </w:rPr>
        <w:br/>
      </w:r>
      <w:r>
        <w:rPr>
          <w:lang w:eastAsia="zh-CN"/>
        </w:rPr>
        <w:t>　　二、制度保证，措施到位</w:t>
      </w:r>
      <w:r>
        <w:rPr>
          <w:lang w:eastAsia="zh-CN"/>
        </w:rPr>
        <w:br/>
      </w:r>
      <w:r>
        <w:rPr>
          <w:lang w:eastAsia="zh-CN"/>
        </w:rPr>
        <w:t>　　1、成立领导机构，建立安全工作领导责任制和责任追究制。</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5"/>
          <w:cols w:space="425"/>
          <w:titlePg w:val="0"/>
          <w:docGrid w:type="lines" w:linePitch="312"/>
        </w:sectPr>
      </w:pPr>
      <w:r>
        <w:rPr>
          <w:lang w:eastAsia="zh-CN"/>
        </w:rPr>
        <w:t>　　2、签订责任书。学校与处室和班主任层层签订责任书，明确各自的职责。学校还与学生家长签订了安全责任书，明确了家长应做的工作和应负的责任。将安全教育工作作为对教职员工考核的重要内容，实行一票否决制度。贯彻“谁主管，谁负责”的原则，做到职责明确，责任到人。</w:t>
      </w:r>
      <w:r>
        <w:rPr>
          <w:lang w:eastAsia="zh-CN"/>
        </w:rPr>
        <w:br/>
      </w:r>
      <w:r>
        <w:rPr>
          <w:lang w:eastAsia="zh-CN"/>
        </w:rPr>
        <w:t>　　三、加强教育，促进自护</w:t>
      </w:r>
      <w:r>
        <w:rPr>
          <w:lang w:eastAsia="zh-CN"/>
        </w:rPr>
        <w:br/>
      </w:r>
      <w:r>
        <w:rPr>
          <w:lang w:eastAsia="zh-CN"/>
        </w:rPr>
        <w:t>　　1、认真做好安全教育日工作。学校安全教育日以“加强防灾减灾，创建和谐校园”为主题，在安全教育日和安全教育教育周期间，学校组织学习了安全教育日的由来活动。</w:t>
      </w:r>
      <w:r>
        <w:rPr>
          <w:lang w:eastAsia="zh-CN"/>
        </w:rPr>
        <w:br/>
      </w:r>
      <w:r>
        <w:rPr>
          <w:lang w:eastAsia="zh-CN"/>
        </w:rPr>
        <w:t>　　2、各班利用安全教育课让学生了解有关防火、防雷、防电的知识和日常安全小常识。</w:t>
      </w:r>
      <w:r>
        <w:rPr>
          <w:lang w:eastAsia="zh-CN"/>
        </w:rPr>
        <w:br/>
      </w:r>
      <w:r>
        <w:rPr>
          <w:lang w:eastAsia="zh-CN"/>
        </w:rPr>
        <w:t>　　3、积极开展防震减灾和消防安全的宣传教育、紧急疏散和逃生演练，不断增强师生防灾减灾意识和防范能力。</w:t>
      </w:r>
      <w:r>
        <w:rPr>
          <w:lang w:eastAsia="zh-CN"/>
        </w:rPr>
        <w:br/>
      </w:r>
      <w:r>
        <w:rPr>
          <w:lang w:eastAsia="zh-CN"/>
        </w:rPr>
        <w:t>　　四、加强检查，及时整改</w:t>
      </w:r>
      <w:r>
        <w:rPr>
          <w:lang w:eastAsia="zh-CN"/>
        </w:rPr>
        <w:br/>
      </w:r>
      <w:r>
        <w:rPr>
          <w:lang w:eastAsia="zh-CN"/>
        </w:rPr>
        <w:t>　　1、开展常规检查。每学期开学以后，学校把安全教育工作作为重点检查内容之一。</w:t>
      </w:r>
      <w:r>
        <w:rPr>
          <w:lang w:eastAsia="zh-CN"/>
        </w:rPr>
        <w:br/>
      </w:r>
      <w:r>
        <w:rPr>
          <w:lang w:eastAsia="zh-CN"/>
        </w:rPr>
        <w:t>　　2、对学校硬件设施进行再次检查，并做好记录。</w:t>
      </w:r>
      <w:r>
        <w:rPr>
          <w:lang w:eastAsia="zh-CN"/>
        </w:rPr>
        <w:br/>
      </w:r>
      <w:r>
        <w:rPr>
          <w:lang w:eastAsia="zh-CN"/>
        </w:rPr>
        <w:t>　　五、存在的主要问题和下步的打算</w:t>
      </w:r>
      <w:r>
        <w:rPr>
          <w:lang w:eastAsia="zh-CN"/>
        </w:rPr>
        <w:br/>
      </w:r>
      <w:r>
        <w:rPr>
          <w:lang w:eastAsia="zh-CN"/>
        </w:rPr>
        <w:t>　　我们在安全保卫方面做了一些工作，安全保卫工作得到加强，但是安全工作的难度越来越大，学校安全保卫工作的形势仍然比较严峻。</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6"/>
          <w:cols w:space="425"/>
          <w:titlePg w:val="0"/>
          <w:docGrid w:type="lines" w:linePitch="312"/>
        </w:sectPr>
      </w:pPr>
      <w:r>
        <w:rPr>
          <w:lang w:eastAsia="zh-CN"/>
        </w:rPr>
        <w:t>　　1、社会上的不安定因素和不良文化对师生安全的影响还比较大，试图干扰学校及学生的社会恶势力和人员还存在，社会上的非法出版的图书、音像及网吧和游戏室对学生的影响还非常大，学校周边的饮食摊和食品店还存在食品安全隐患。</w:t>
      </w:r>
      <w:r>
        <w:rPr>
          <w:lang w:eastAsia="zh-CN"/>
        </w:rPr>
        <w:br/>
      </w:r>
      <w:r>
        <w:rPr>
          <w:lang w:eastAsia="zh-CN"/>
        </w:rPr>
        <w:t>　　2、学校安全工作的难度不断增大。学生缺乏生活经验。学生作为社会的弱势群体，多数自我保护意识和安全防范能力低，大大增加了学校安全工作的难度。</w:t>
      </w:r>
      <w:r>
        <w:rPr>
          <w:lang w:eastAsia="zh-CN"/>
        </w:rPr>
        <w:br/>
      </w:r>
      <w:r>
        <w:rPr>
          <w:lang w:eastAsia="zh-CN"/>
        </w:rPr>
        <w:t>　　3、学校教学楼后的防盗网也急待安装。</w:t>
      </w:r>
      <w:r>
        <w:rPr>
          <w:lang w:eastAsia="zh-CN"/>
        </w:rPr>
        <w:br/>
      </w:r>
      <w:r>
        <w:rPr>
          <w:lang w:eastAsia="zh-CN"/>
        </w:rPr>
        <w:t>　　今后，我们将进一步重视安全保卫工作，及时解决安全保卫工作中发现的新问题，不断提高我校安全教育工作水平。创建一所师生和家长满意的和谐校园。</w:t>
      </w:r>
      <w:r>
        <w:rPr>
          <w:lang w:eastAsia="zh-CN"/>
        </w:rPr>
        <w:br/>
      </w:r>
      <w:r>
        <w:rPr>
          <w:lang w:eastAsia="zh-CN"/>
        </w:rPr>
        <w:t xml:space="preserve">    2024安全主题活动总结 篇5 </w:t>
      </w:r>
      <w:r>
        <w:rPr>
          <w:lang w:eastAsia="zh-CN"/>
        </w:rPr>
        <w:br/>
      </w:r>
      <w:r>
        <w:rPr>
          <w:lang w:eastAsia="zh-CN"/>
        </w:rPr>
        <w:t>　　我校紧紧围绕“普及安全知识，确保生命安全”这一主题，结合本校的实际情况，积极组织开展好20_年安全教育周系列活动，达到认真安排、活动多样、教育性强的目标，为创建安全的教育教学环境，强化学生的安全意识奠定良好的基础。现就活动情况做出总结：</w:t>
      </w:r>
      <w:r>
        <w:rPr>
          <w:lang w:eastAsia="zh-CN"/>
        </w:rPr>
        <w:br/>
      </w:r>
      <w:r>
        <w:rPr>
          <w:lang w:eastAsia="zh-CN"/>
        </w:rPr>
        <w:t>　　一、高度重视安全主题教育活动</w:t>
      </w:r>
      <w:r>
        <w:rPr>
          <w:lang w:eastAsia="zh-CN"/>
        </w:rPr>
        <w:br/>
      </w:r>
      <w:r>
        <w:rPr>
          <w:lang w:eastAsia="zh-CN"/>
        </w:rPr>
        <w:t>　　学校把安全教育日(周)主题教育活动做为当前校园安全管理和安全教育的重要工作，成立以吴校长为主要负责人的领导小组，召开动员部署会，紧紧围绕活动主题，精心组织，周密安排，明确职责分工，制定具体活动方案，创新活动形式，确保安全教育日(周)活动取得实效。</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7"/>
          <w:cols w:space="425"/>
          <w:titlePg w:val="0"/>
          <w:docGrid w:type="lines" w:linePitch="312"/>
        </w:sectPr>
      </w:pPr>
      <w:r>
        <w:rPr>
          <w:lang w:eastAsia="zh-CN"/>
        </w:rPr>
        <w:t>　　二、扎实做好安全知识宣传普及工作</w:t>
      </w:r>
      <w:r>
        <w:rPr>
          <w:lang w:eastAsia="zh-CN"/>
        </w:rPr>
        <w:br/>
      </w:r>
      <w:r>
        <w:rPr>
          <w:lang w:eastAsia="zh-CN"/>
        </w:rPr>
        <w:t>　　1、学校在教育日、周活动开始的第一天，利用国旗下讲话举行了全校师生教育周日启动大会，对全体师生进行安全教育</w:t>
      </w:r>
      <w:r>
        <w:rPr>
          <w:lang w:eastAsia="zh-CN"/>
        </w:rPr>
        <w:br/>
      </w:r>
      <w:r>
        <w:rPr>
          <w:lang w:eastAsia="zh-CN"/>
        </w:rPr>
        <w:t>　　2、学校安全检查。安全领导小组在活动周内发动学生开展“学校安全隐患我发现，家庭安全隐患我排查”活动，对全校设施设备进行一次安全大检查，找出安全隐患，针对校园门、窗、栏杆、围栏、教室及其各专用教室及学生是否携带管制刀具等可能存在的安全隐患认真排查，做好记录，对排查出的隐患，制定专门负责人，及时整改，确保安全第一。</w:t>
      </w:r>
      <w:r>
        <w:rPr>
          <w:lang w:eastAsia="zh-CN"/>
        </w:rPr>
        <w:br/>
      </w:r>
      <w:r>
        <w:rPr>
          <w:lang w:eastAsia="zh-CN"/>
        </w:rPr>
        <w:t>　　3、学校充分利用班(队)会课时间、集会、每天安全5分钟的教育活动，要求班主任从方方面面以“安全”为主题进行了安全教育，重点加强流感预防、上下学交通安全、防溺水、防火灾、防触电、防食物中毒、防拥挤踩踏、防意外伤害、防自然灾害等安全知识教育和法制教育，真正做到安全知识入脑入心。</w:t>
      </w:r>
      <w:r>
        <w:rPr>
          <w:lang w:eastAsia="zh-CN"/>
        </w:rPr>
        <w:br/>
      </w:r>
      <w:r>
        <w:rPr>
          <w:lang w:eastAsia="zh-CN"/>
        </w:rPr>
        <w:t>　　4、刊出安全教育主题黑板报，在召开班会的同时，学校还充分利用宣传手段，要求每班出好一期以“普及安全知识，确保生命安全”的主题黑板报或板报。少先队组织学生完成一份安全教育手抄报。</w:t>
      </w:r>
      <w:r>
        <w:rPr>
          <w:lang w:eastAsia="zh-CN"/>
        </w:rPr>
        <w:br/>
      </w:r>
      <w:r>
        <w:rPr>
          <w:lang w:eastAsia="zh-CN"/>
        </w:rPr>
        <w:t>　　5、学校和班级各举行安全教育讲座，由学校组织学生观看安全教育警示片，并组织学生进行讨论，深化教育效果。</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8"/>
          <w:cols w:space="425"/>
          <w:titlePg w:val="0"/>
          <w:docGrid w:type="lines" w:linePitch="312"/>
        </w:sectPr>
      </w:pPr>
      <w:r>
        <w:rPr>
          <w:lang w:eastAsia="zh-CN"/>
        </w:rPr>
        <w:t>　　6、学校通过手机短信、校讯通、分发传单等很多种形式，向学生家长宣传安全知识。排查集中接送学生车辆违规行为和社会车辆非法营运接送学生，经排查：我校不存在学校自购校车或租用个人车辆运送学生的情况。学生家长中也未发现租用个人车辆运送学生上下学的情况。</w:t>
      </w:r>
      <w:r>
        <w:rPr>
          <w:lang w:eastAsia="zh-CN"/>
        </w:rPr>
        <w:br/>
      </w:r>
      <w:r>
        <w:rPr>
          <w:lang w:eastAsia="zh-CN"/>
        </w:rPr>
        <w:t>　　安全是天，这是我校全体师生员工的共识。师生安全为幸福生活提供保障，安全周、日虽然已结束，但我们将以本次活动为新起点，并以此为契机，进一步普及安全知识，强化学校安全教育管理工作，提高学生安全意识和自我防范能力，共创和谐校园，保证学校的教育教学教研工作有序的进行。</w:t>
      </w:r>
      <w:r>
        <w:rPr>
          <w:lang w:eastAsia="zh-CN"/>
        </w:rPr>
        <w:br/>
      </w:r>
      <w:r>
        <w:rPr>
          <w:lang w:eastAsia="zh-CN"/>
        </w:rPr>
        <w:t xml:space="preserve">    2024安全主题活动总结 篇6 </w:t>
      </w:r>
      <w:r>
        <w:rPr>
          <w:lang w:eastAsia="zh-CN"/>
        </w:rPr>
        <w:br/>
      </w:r>
      <w:r>
        <w:rPr>
          <w:lang w:eastAsia="zh-CN"/>
        </w:rPr>
        <w:t>　　幼儿园的首要任务是保证幼儿的生命安全和身体健康，孩子年龄小，自我保护能力差，因此安全是幼儿园各项工作的重中之重。为了进一步树立我们师生的安全意识，提高幼儿的自护自救能力，减少安全事故的发生，促进幼儿的健康成长。我园在五月份安全月活动中，我们遵循“安全第一，预防为主”的原则，各班针对各班幼儿的实际情况，制定了活动方案，对幼儿进行安全教育工作。</w:t>
      </w:r>
      <w:r>
        <w:rPr>
          <w:lang w:eastAsia="zh-CN"/>
        </w:rPr>
        <w:br/>
      </w:r>
      <w:r>
        <w:rPr>
          <w:lang w:eastAsia="zh-CN"/>
        </w:rPr>
        <w:t>　　安全第一我知道</w:t>
      </w:r>
      <w:r>
        <w:rPr>
          <w:lang w:eastAsia="zh-CN"/>
        </w:rPr>
        <w:br/>
      </w:r>
      <w:r>
        <w:rPr>
          <w:lang w:eastAsia="zh-CN"/>
        </w:rPr>
        <w:t>　　教师对幼儿进行安全知识的教育渗透，让幼儿具备简单的防火灾、防地震、防触电、防溺水、等安全常识。各班级根据自己班级幼儿的特点进行宣传教育，让幼儿了解身边可能存在的危险，提高安全意识，并进行有效防范。</w:t>
      </w:r>
      <w:r>
        <w:rPr>
          <w:lang w:eastAsia="zh-CN"/>
        </w:rPr>
        <w:br/>
      </w:r>
      <w:r>
        <w:rPr>
          <w:lang w:eastAsia="zh-CN"/>
        </w:rPr>
        <w:t>　　食品安全我懂得</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9"/>
          <w:cols w:space="425"/>
          <w:titlePg w:val="0"/>
          <w:docGrid w:type="lines" w:linePitch="312"/>
        </w:sectPr>
      </w:pPr>
      <w:r>
        <w:rPr>
          <w:lang w:eastAsia="zh-CN"/>
        </w:rPr>
        <w:t>　　让幼儿初步了解什么是垃圾食品、"三无食品"、腐烂变质食品，知道吃了这些食品会危害身体健康;通过看一看、摸一摸、闻一闻等多种感官活动，让幼儿初步掌握辨别垃圾食品、"三无食品"、腐烂变质食品的具体方法;增强幼儿对安全食品的自我意识，拒绝垃圾食品、"三无食品"、腐烂变质食品，提高幼儿的自我保护意识。</w:t>
      </w:r>
      <w:r>
        <w:rPr>
          <w:lang w:eastAsia="zh-CN"/>
        </w:rPr>
        <w:br/>
      </w:r>
      <w:r>
        <w:rPr>
          <w:lang w:eastAsia="zh-CN"/>
        </w:rPr>
        <w:t>　　不跟陌生人走</w:t>
      </w:r>
      <w:r>
        <w:rPr>
          <w:lang w:eastAsia="zh-CN"/>
        </w:rPr>
        <w:br/>
      </w:r>
      <w:r>
        <w:rPr>
          <w:lang w:eastAsia="zh-CN"/>
        </w:rPr>
        <w:t>　　《3—6岁儿童学习与发展指南》中要求，此阶段的幼儿需具备基本的安全知识和自我保护能力。为增强每一位幼儿的安全意识，提高自我保护的能力，学前班进行防拐骗演习，使幼儿掌握有关防拐骗的技能。</w:t>
      </w:r>
      <w:r>
        <w:rPr>
          <w:lang w:eastAsia="zh-CN"/>
        </w:rPr>
        <w:br/>
      </w:r>
      <w:r>
        <w:rPr>
          <w:lang w:eastAsia="zh-CN"/>
        </w:rPr>
        <w:t>　　遵守交通规则</w:t>
      </w:r>
      <w:r>
        <w:rPr>
          <w:lang w:eastAsia="zh-CN"/>
        </w:rPr>
        <w:br/>
      </w:r>
      <w:r>
        <w:rPr>
          <w:lang w:eastAsia="zh-CN"/>
        </w:rPr>
        <w:t>　　认识最基本的交通标志和交通设施，了解与自己生活有关的交通安全常识;培养幼儿的合作意识、观察、动脑、动手及生活实践的能力;拥有自立、自卫的安全保护意识，以及遵守交通规则的好习惯。</w:t>
      </w:r>
      <w:r>
        <w:rPr>
          <w:lang w:eastAsia="zh-CN"/>
        </w:rPr>
        <w:br/>
      </w:r>
      <w:r>
        <w:rPr>
          <w:lang w:eastAsia="zh-CN"/>
        </w:rPr>
        <w:t>　　防火知多少</w:t>
      </w:r>
      <w:r>
        <w:rPr>
          <w:lang w:eastAsia="zh-CN"/>
        </w:rPr>
        <w:br/>
      </w:r>
      <w:r>
        <w:rPr>
          <w:lang w:eastAsia="zh-CN"/>
        </w:rPr>
        <w:t>　　通过短片让幼儿了解火灾发生的几种原因，懂得如何防范，初步掌握几种自救逃生的方法和技能，提高自我保护能力。</w:t>
      </w:r>
      <w:r>
        <w:rPr>
          <w:lang w:eastAsia="zh-CN"/>
        </w:rPr>
        <w:br/>
      </w:r>
      <w:r>
        <w:rPr>
          <w:lang w:eastAsia="zh-CN"/>
        </w:rPr>
        <w:t>　　安全教育，重中之重。</w:t>
      </w:r>
      <w:r>
        <w:rPr>
          <w:lang w:eastAsia="zh-CN"/>
        </w:rPr>
        <w:br/>
      </w:r>
      <w:r>
        <w:rPr>
          <w:lang w:eastAsia="zh-CN"/>
        </w:rPr>
        <w:t>　　安全意识要从小抓起，时刻不放松。全福幼儿园将继续开展安全教育，愿每个家庭都能平平安安!</w:t>
      </w:r>
      <w:r>
        <w:rPr>
          <w:lang w:eastAsia="zh-CN"/>
        </w:rPr>
        <w:br/>
      </w:r>
      <w:r>
        <w:rPr>
          <w:lang w:eastAsia="zh-CN"/>
        </w:rPr>
        <w:t>　　让我们共同携手，为孩子创造快乐童年!</w:t>
      </w:r>
      <w:r>
        <w:rPr>
          <w:lang w:eastAsia="zh-CN"/>
        </w:rPr>
        <w:br/>
      </w:r>
      <w:r>
        <w:rPr>
          <w:lang w:eastAsia="zh-CN"/>
        </w:rPr>
        <w:t xml:space="preserve">    2024安全主题活动总结 篇7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0"/>
          <w:cols w:space="425"/>
          <w:titlePg w:val="0"/>
          <w:docGrid w:type="lines" w:linePitch="312"/>
        </w:sectPr>
      </w:pPr>
      <w:r>
        <w:rPr>
          <w:lang w:eastAsia="zh-CN"/>
        </w:rPr>
        <w:t>　　为进一步提升学校师生人身安全意识、不断增强自我防范的能力，在第_个全民国家安全教育日来临之际，我校按照中共成都市委国家安全委员会、中共成都市委宣传部联合印发的《关于开展20_年全民国家安全教育日暨“国家安全宣传教育月”活动的通知》精神，结合当前疫情防疫安全和学校实际情况，开展了“全民国家安全教育日”宣教活动。</w:t>
      </w:r>
      <w:r>
        <w:rPr>
          <w:lang w:eastAsia="zh-CN"/>
        </w:rPr>
        <w:br/>
      </w:r>
      <w:r>
        <w:rPr>
          <w:lang w:eastAsia="zh-CN"/>
        </w:rPr>
        <w:t>　　一、明确活动主题</w:t>
      </w:r>
      <w:r>
        <w:rPr>
          <w:lang w:eastAsia="zh-CN"/>
        </w:rPr>
        <w:br/>
      </w:r>
      <w:r>
        <w:rPr>
          <w:lang w:eastAsia="zh-CN"/>
        </w:rPr>
        <w:t>　　各班利用线上教学，利用每周的健康安全教育课向学生投放我校第五个《国家安全宣传教育月》的活动方案，让每一个学生和家长都明确活动主题：坚持总体国家安全观，统筹传统安全和非传统安全，为决胜全面坚持小康社会提供坚强保障。</w:t>
      </w:r>
      <w:r>
        <w:rPr>
          <w:lang w:eastAsia="zh-CN"/>
        </w:rPr>
        <w:br/>
      </w:r>
      <w:r>
        <w:rPr>
          <w:lang w:eastAsia="zh-CN"/>
        </w:rPr>
        <w:t>　　二、围绕主题开展各项活动</w:t>
      </w:r>
      <w:r>
        <w:rPr>
          <w:lang w:eastAsia="zh-CN"/>
        </w:rPr>
        <w:br/>
      </w:r>
      <w:r>
        <w:rPr>
          <w:lang w:eastAsia="zh-CN"/>
        </w:rPr>
        <w:t>　　1、各班利用线上教学方式，组织全体学生和家长再次登录安全教育平台完成专题学习，统一完成课后调查。</w:t>
      </w:r>
      <w:r>
        <w:rPr>
          <w:lang w:eastAsia="zh-CN"/>
        </w:rPr>
        <w:br/>
      </w:r>
      <w:r>
        <w:rPr>
          <w:lang w:eastAsia="zh-CN"/>
        </w:rPr>
        <w:t>　　2、师生共同学习学校《国家安全宣传教育月》活动方案，及上网收集相关内容进行学习，了解国家安全的内容包含，并且知道作为小学生如何去维护国家安全，什么样的行为是不正确的;如果遇到了泄漏国家机密者应该拨打12339电话进行举报。</w:t>
      </w:r>
      <w:r>
        <w:rPr>
          <w:lang w:eastAsia="zh-CN"/>
        </w:rPr>
        <w:br/>
      </w:r>
      <w:r>
        <w:rPr>
          <w:lang w:eastAsia="zh-CN"/>
        </w:rPr>
        <w:t>　　3、组织所有师生和家长收看全民国家安全教育专题报道，强化政治安全政策法归宣传教育。</w:t>
      </w:r>
      <w:r>
        <w:rPr>
          <w:lang w:eastAsia="zh-CN"/>
        </w:rPr>
        <w:br/>
      </w:r>
      <w:r>
        <w:rPr>
          <w:lang w:eastAsia="zh-CN"/>
        </w:rPr>
        <w:t>　　4、四、五、六年级的学生以“防控疫情法制同行”为主题积极制作《国家安全宣传教育》手抄报，各班积极评选并向学校推荐优秀作品进行展示和评比。</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1"/>
          <w:cols w:space="425"/>
          <w:titlePg w:val="0"/>
          <w:docGrid w:type="lines" w:linePitch="312"/>
        </w:sectPr>
      </w:pPr>
      <w:r>
        <w:rPr>
          <w:lang w:eastAsia="zh-CN"/>
        </w:rPr>
        <w:t>　　安全无小事，校园安全更不允许我们忽视，学校德育安全处人员对全校进行了安全隐患排查，并对排查结果进行汇总上报给总务处进行整改，努力为学生营造一个安全的校园环境。</w:t>
      </w:r>
      <w:r>
        <w:rPr>
          <w:lang w:eastAsia="zh-CN"/>
        </w:rPr>
        <w:br/>
      </w:r>
      <w:r>
        <w:rPr>
          <w:lang w:eastAsia="zh-CN"/>
        </w:rPr>
        <w:t>　　作为师者，我们坚持每一次课前和课后的一分钟安全教育提示，努力提高学生的自我保护意识。虽然因为疫情我们无法进行现场讲解，但我们每一个老师都利用线上教学认真的开展线上讨论交流，努力营造自觉维护国家安全的良好氛围，在学生心目中树立“国家安全重于泰山，平安中国高于一切”的安全理念。形成了学校传播给学生，学生传播给家长，家长传播给社会的良性循环系统，让全社会都参与到维护国家安全的保卫战中来。因为只有人人参与，人人负责，国家安全才能真正获得巨大的人民性基础，也才能有坚实的制度保障。</w:t>
      </w:r>
      <w:r>
        <w:rPr>
          <w:lang w:eastAsia="zh-CN"/>
        </w:rPr>
        <w:br/>
      </w:r>
      <w:r>
        <w:rPr>
          <w:lang w:eastAsia="zh-CN"/>
        </w:rPr>
        <w:t xml:space="preserve">    2024安全主题活动总结 篇8 </w:t>
      </w:r>
      <w:r>
        <w:rPr>
          <w:lang w:eastAsia="zh-CN"/>
        </w:rPr>
        <w:br/>
      </w:r>
      <w:r>
        <w:rPr>
          <w:lang w:eastAsia="zh-CN"/>
        </w:rPr>
        <w:t>　　为进一步深入开展防灾减灾知识宣传工作，提高社会公众防灾减灾意识、心理承受能力和自救互救能力，营造良好的社会舆论氛围。我社区于5月9日至12日向居民大力宣传防灾减灾基本知识，现将活动开展情况汇报如下：</w:t>
      </w:r>
      <w:r>
        <w:rPr>
          <w:lang w:eastAsia="zh-CN"/>
        </w:rPr>
        <w:br/>
      </w:r>
      <w:r>
        <w:rPr>
          <w:lang w:eastAsia="zh-CN"/>
        </w:rPr>
        <w:t>　　一.开展社区防灾减灾知识宣传周活动</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2"/>
          <w:cols w:space="425"/>
          <w:titlePg w:val="0"/>
          <w:docGrid w:type="lines" w:linePitch="312"/>
        </w:sectPr>
      </w:pPr>
      <w:r>
        <w:rPr>
          <w:lang w:eastAsia="zh-CN"/>
        </w:rPr>
        <w:t>　　通过展板、宣传栏等形式面向辖边居民进行防灾减灾科普知识宣传。面向不同人群进行了宣传，司机朋友应如何面对浓雾天气;家中老人和少年儿童面对火灾应如何自救。针对辖区居民开展关于地震的一些相关知识。通过宣传，使居民不断增强防灾意识，提高自救、互救能力;动员广大居民相信科学，不听信谣传，当好联络员，一旦发现异常，及时上报，形成全社区广泛参与的群防体系。</w:t>
      </w:r>
      <w:r>
        <w:rPr>
          <w:lang w:eastAsia="zh-CN"/>
        </w:rPr>
        <w:br/>
      </w:r>
      <w:r>
        <w:rPr>
          <w:lang w:eastAsia="zh-CN"/>
        </w:rPr>
        <w:t>　　二.建立防灾减灾长效机制</w:t>
      </w:r>
      <w:r>
        <w:rPr>
          <w:lang w:eastAsia="zh-CN"/>
        </w:rPr>
        <w:br/>
      </w:r>
      <w:r>
        <w:rPr>
          <w:lang w:eastAsia="zh-CN"/>
        </w:rPr>
        <w:t>　　防灾减灾工作是关系到群众生命财产安全的重要民生工作，必须在集中开展宣传教育活动的基础上，把一些行之有效的方法制度化、经常化，建立健全防灾减灾，及其宣传教育的长效机制。</w:t>
      </w:r>
      <w:r>
        <w:rPr>
          <w:lang w:eastAsia="zh-CN"/>
        </w:rPr>
        <w:br/>
      </w:r>
      <w:r>
        <w:rPr>
          <w:lang w:eastAsia="zh-CN"/>
        </w:rPr>
        <w:t>　　我社区通过此次宣传教育活动，增强群众的防灾减灾意识，提高避灾自救和互救的基本技能，形成全体居民共同关心和参与防汛减灾工作的良好局面。另外我社区通过加强责任制建设，建立健全预警机制建设，为防灾减灾工作做好了准备。</w:t>
      </w:r>
      <w:r>
        <w:rPr>
          <w:lang w:eastAsia="zh-CN"/>
        </w:rPr>
        <w:br/>
      </w:r>
      <w:r>
        <w:rPr>
          <w:lang w:eastAsia="zh-CN"/>
        </w:rPr>
        <w:t>　　三.存在问题</w:t>
      </w:r>
      <w:r>
        <w:rPr>
          <w:lang w:eastAsia="zh-CN"/>
        </w:rPr>
        <w:br/>
      </w:r>
      <w:r>
        <w:rPr>
          <w:lang w:eastAsia="zh-CN"/>
        </w:rPr>
        <w:t>　　这次“防灾减灾日”活动是比较成功的，但同时通过活动也体现出来一些问题。</w:t>
      </w:r>
      <w:r>
        <w:rPr>
          <w:lang w:eastAsia="zh-CN"/>
        </w:rPr>
        <w:br/>
      </w:r>
      <w:r>
        <w:rPr>
          <w:lang w:eastAsia="zh-CN"/>
        </w:rPr>
        <w:t>　　1、居民防灾减灾意识不强。通过调查、宣传，我们发现一般群众的防范意识和自救能力都有待大幅度提升。</w:t>
      </w:r>
      <w:r>
        <w:rPr>
          <w:lang w:eastAsia="zh-CN"/>
        </w:rPr>
        <w:br/>
      </w:r>
      <w:r>
        <w:rPr>
          <w:lang w:eastAsia="zh-CN"/>
        </w:rPr>
        <w:t>　　2、防灾减灾活动不勤，训练时间明显不足。这意味着在往后的时间里，我们除了主动宣传，更要提高当危机来临时我们的应变能力及自我保护能力，带领居民多做模拟练习。</w:t>
      </w:r>
      <w:r>
        <w:rPr>
          <w:lang w:eastAsia="zh-CN"/>
        </w:rPr>
        <w:br/>
      </w:r>
      <w:r>
        <w:rPr>
          <w:lang w:eastAsia="zh-CN"/>
        </w:rPr>
        <w:t>　　总体来说，通过此次的宣传活动，使居民的防灾减灾知识进一步得到了普及，达到了让大家进一步提高抵御风险能力，增强忧患意识的目的。</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3"/>
          <w:cols w:space="425"/>
          <w:titlePg w:val="0"/>
          <w:docGrid w:type="lines" w:linePitch="312"/>
        </w:sectPr>
      </w:pPr>
      <w:r>
        <w:rPr>
          <w:lang w:eastAsia="zh-CN"/>
        </w:rPr>
        <w:t>　　今年5月12日是我国第_个防灾减灾日，根据校综治办[__]14号文件要求，为了切实贯彻落实《__省减灾委员会关于做好__年防灾减灾日有关工作的通知》及《__省教育厅关于开展防灾减灾主题教育活动的通知》精神，做好"防灾减灾宣传周"各项工作，进一步加强防灾减灾知识教育，增强师生防范意识和能力，院领导结合我院实际制定学院活动计划，积极、主动、科学、有效地开展丰富多彩的防灾减灾宣传教育，营造浓厚的宣传教育氛围，动员全校师生共同参与防灾减灾活动，不断提高全校师生的安全意识和应对突发事件的避险自救能力，最大限度地预防和减少各种安全事故的发生，为构建"平安校园和谐校园"提供安全保障。现就活动开展情况总结如下：</w:t>
      </w:r>
      <w:r>
        <w:rPr>
          <w:lang w:eastAsia="zh-CN"/>
        </w:rPr>
        <w:br/>
      </w:r>
      <w:r>
        <w:rPr>
          <w:lang w:eastAsia="zh-CN"/>
        </w:rPr>
        <w:t>　　一、健全机构、明确职责，保证防灾减灾宣传教育活动顺利实施。</w:t>
      </w:r>
      <w:r>
        <w:rPr>
          <w:lang w:eastAsia="zh-CN"/>
        </w:rPr>
        <w:br/>
      </w:r>
      <w:r>
        <w:rPr>
          <w:lang w:eastAsia="zh-CN"/>
        </w:rPr>
        <w:t>　　院领导高度重视"防灾减灾日"宣传周安全教育活动的开展，牢固树立从维护师生生命财产安全和社会和谐稳定的高度的意识，坚持"以生为本"原则，成立了由邓伟民院长任组长"防灾减灾工作领导小组"，并召开领导小组会议，制定了院"防灾减灾周活动计划"，并及时组织全体师生认真学习，领会其精神，确保了活动顺利有效地开展了。</w:t>
      </w:r>
      <w:r>
        <w:rPr>
          <w:lang w:eastAsia="zh-CN"/>
        </w:rPr>
        <w:br/>
      </w:r>
      <w:r>
        <w:rPr>
          <w:lang w:eastAsia="zh-CN"/>
        </w:rPr>
        <w:t>　　二、积极宣传，营造氛围。</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4"/>
          <w:cols w:space="425"/>
          <w:titlePg w:val="0"/>
          <w:docGrid w:type="lines" w:linePitch="312"/>
        </w:sectPr>
      </w:pPr>
      <w:r>
        <w:rPr>
          <w:lang w:eastAsia="zh-CN"/>
        </w:rPr>
        <w:t>　　结合学院自身实际，充分利用学院宣传栏、条幅以及班级主题班会活动、教工例会等方式，积极地向学院师生进行安全宣传教育。在学校围墙外张贴宣传标语，在学院醒目处张挂宣传横幅;了解道路交通、游泳溺水、饮食卫生和防雷击等事故的发生根源与预防;向学生介绍地震知识及防震要领，各班开展以"防灾减灾从我做起"为主题的主题班会。学校收集整理印发防灾减灾宣传材料，要求每个班级充分利用这些资料，认真开好主题班会，对学生进行防震、防火、防雷电、交通事故、溺水等安全教育，让组织学生进行"如何应对火灾"的交流与讨论，大力加强学生良好行为习惯的培养，克服麻痹思想，让师生牢固树立将安全牢记在心中的思想意识。总之，学院通过多渠道、多形式地进行"防灾减灾日"宣传周教育活动，使安全教育真正达到了"进校园、进课堂、进学生头脑"的目的。</w:t>
      </w:r>
      <w:r>
        <w:rPr>
          <w:lang w:eastAsia="zh-CN"/>
        </w:rPr>
        <w:br/>
      </w:r>
      <w:r>
        <w:rPr>
          <w:lang w:eastAsia="zh-CN"/>
        </w:rPr>
        <w:t>　　三、活动形式多样，将安全教育活动真正落到实处。</w:t>
      </w:r>
      <w:r>
        <w:rPr>
          <w:lang w:eastAsia="zh-CN"/>
        </w:rPr>
        <w:br/>
      </w:r>
      <w:r>
        <w:rPr>
          <w:lang w:eastAsia="zh-CN"/>
        </w:rPr>
        <w:t>　　学院坚持安全知识教育和实践体会活动相结合的原则，科学的开展"四个一"活动。采取了组织了一场以"消防知识安全"讲座为主题的专家讲座，举行了一次"安全自救"主题班会活动课，开展了一次一次防溺水专题教育、一次紧急消防自救演练等形式。充分发挥学生主体作用，在全院范围内形成"人人讲安全，人人懂自救"的范围，强化了学生的安全自救意识，提高自救能力。</w:t>
      </w:r>
      <w:r>
        <w:rPr>
          <w:lang w:eastAsia="zh-CN"/>
        </w:rPr>
        <w:br/>
      </w:r>
      <w:r>
        <w:rPr>
          <w:lang w:eastAsia="zh-CN"/>
        </w:rPr>
        <w:t>　　1、一次"安全自救"主题班会</w:t>
      </w:r>
      <w:r>
        <w:rPr>
          <w:lang w:eastAsia="zh-CN"/>
        </w:rPr>
        <w:br/>
      </w:r>
      <w:r>
        <w:rPr>
          <w:lang w:eastAsia="zh-CN"/>
        </w:rPr>
        <w:t>　　为了进一步深化防灾减灾重要性的认识，提高学生自救意识和能力，我院各班学生开展了以"掌握应急避险知识，提高自救能力"为主题的主题班会，各班开展了形式多样的活动，如班级主题班会及宣传班报等，使同学们进一步认识到了提高自救能力，珍爱生命，建设"平安校园"的重要性。</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5"/>
          <w:cols w:space="425"/>
          <w:titlePg w:val="0"/>
          <w:docGrid w:type="lines" w:linePitch="312"/>
        </w:sectPr>
      </w:pPr>
      <w:r>
        <w:rPr>
          <w:lang w:eastAsia="zh-CN"/>
        </w:rPr>
        <w:t>　　2、一次"消防知识安全"为主题的专家讲座</w:t>
      </w:r>
      <w:r>
        <w:rPr>
          <w:lang w:eastAsia="zh-CN"/>
        </w:rPr>
        <w:br/>
      </w:r>
      <w:r>
        <w:rPr>
          <w:lang w:eastAsia="zh-CN"/>
        </w:rPr>
        <w:t>　　5月16日下午3:00我院请校保卫处消防办为我院学生做"消防知识安全"讲座，学院二百多学生在演奏厅聆听专家的教诲，接受消防等安全自救知识教育。</w:t>
      </w:r>
      <w:r>
        <w:rPr>
          <w:lang w:eastAsia="zh-CN"/>
        </w:rPr>
        <w:br/>
      </w:r>
      <w:r>
        <w:rPr>
          <w:lang w:eastAsia="zh-CN"/>
        </w:rPr>
        <w:t>　　3、一次防溺水专题教育</w:t>
      </w:r>
      <w:r>
        <w:rPr>
          <w:lang w:eastAsia="zh-CN"/>
        </w:rPr>
        <w:br/>
      </w:r>
      <w:r>
        <w:rPr>
          <w:lang w:eastAsia="zh-CN"/>
        </w:rPr>
        <w:t>　　随着炎日夏日的到来，防溺水安全教育显得尤为重要，我院通过开展一系列的措施开展防溺水安全教育，提高学生自我预防能力。如：在5月12日的班级主题班会活动时间，提醒学生远离江河等。</w:t>
      </w:r>
      <w:r>
        <w:rPr>
          <w:lang w:eastAsia="zh-CN"/>
        </w:rPr>
        <w:br/>
      </w:r>
      <w:r>
        <w:rPr>
          <w:lang w:eastAsia="zh-CN"/>
        </w:rPr>
        <w:t>　　4.一次紧急消防自救演练</w:t>
      </w:r>
      <w:r>
        <w:rPr>
          <w:lang w:eastAsia="zh-CN"/>
        </w:rPr>
        <w:br/>
      </w:r>
      <w:r>
        <w:rPr>
          <w:lang w:eastAsia="zh-CN"/>
        </w:rPr>
        <w:t>　　16日下午，在消防知识讲座结束后，保卫处消防办的.老师带领我院师生开展了消防演练活动，师生们分组实地体验了如何正确使用消防器材灭火等消防知识。通过此次消防知识讲座和消防演练，提高了学生主动参与的积极性，让学生身临其境地体验了一次防火灭火活动，增强了学生的安全自护自救能力，让参与的师生们深刻认识到"安全用火，幸福你我"。</w:t>
      </w:r>
      <w:r>
        <w:rPr>
          <w:lang w:eastAsia="zh-CN"/>
        </w:rPr>
        <w:br/>
      </w:r>
      <w:r>
        <w:rPr>
          <w:lang w:eastAsia="zh-CN"/>
        </w:rPr>
        <w:t>　　总的来说，我院今年的"防灾减灾宣传周"的各项活动，开展得非常顺利，效果也非常良好。今后，学院还将不间断的开展各种安全教育活动，进一步丰富活动内容，创新活动形式，提高全校师生防灾减灾意识和应对突发事件、自救互救、疏散救援的能力，真正把学院的安全工作抓实、抓好，为创建和谐、平安校园而不懈努力。</w:t>
      </w:r>
      <w:r>
        <w:rPr>
          <w:lang w:eastAsia="zh-CN"/>
        </w:rPr>
        <w:br/>
      </w:r>
      <w:r>
        <w:rPr>
          <w:lang w:eastAsia="zh-CN"/>
        </w:rPr>
        <w:t xml:space="preserve">    2024安全主题活动总结 篇9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6"/>
          <w:cols w:space="425"/>
          <w:titlePg w:val="0"/>
          <w:docGrid w:type="lines" w:linePitch="312"/>
        </w:sectPr>
      </w:pPr>
      <w:r>
        <w:rPr>
          <w:lang w:eastAsia="zh-CN"/>
        </w:rPr>
        <w:t>　　今天，我校利用间操时间，组织开展了这次消防安全演练活动，这是既第21个“119”消防日到来之际，结合我校新楼进住的实际开展的一次安全主题实践教育活动。主题鲜明，时间切合实际，时机把握适时，针对性和教育性强。</w:t>
      </w:r>
      <w:r>
        <w:rPr>
          <w:lang w:eastAsia="zh-CN"/>
        </w:rPr>
        <w:br/>
      </w:r>
      <w:r>
        <w:rPr>
          <w:lang w:eastAsia="zh-CN"/>
        </w:rPr>
        <w:t>　　目的在于，提高全体师生安全救护能力，树立大灾大难从容处置意识，减少灾难伤亡，全力保护人身安全。</w:t>
      </w:r>
      <w:r>
        <w:rPr>
          <w:lang w:eastAsia="zh-CN"/>
        </w:rPr>
        <w:br/>
      </w:r>
      <w:r>
        <w:rPr>
          <w:lang w:eastAsia="zh-CN"/>
        </w:rPr>
        <w:t>　　本次演练活动，政教处立足实际，周密地制定“安全应急演练预案”，科学安排岗位责任人，详细地设计逃生路线，合理地安排时间顺序，召开了分析布置会，为本次安全演练作了较为充分的准备。</w:t>
      </w:r>
      <w:r>
        <w:rPr>
          <w:lang w:eastAsia="zh-CN"/>
        </w:rPr>
        <w:br/>
      </w:r>
      <w:r>
        <w:rPr>
          <w:lang w:eastAsia="zh-CN"/>
        </w:rPr>
        <w:t>　　本次演练实际组织和效果取得情况如何?现在做简要的总结：</w:t>
      </w:r>
      <w:r>
        <w:rPr>
          <w:lang w:eastAsia="zh-CN"/>
        </w:rPr>
        <w:br/>
      </w:r>
      <w:r>
        <w:rPr>
          <w:lang w:eastAsia="zh-CN"/>
        </w:rPr>
        <w:t>　　一、各班行动落实及效果</w:t>
      </w:r>
      <w:r>
        <w:rPr>
          <w:lang w:eastAsia="zh-CN"/>
        </w:rPr>
        <w:br/>
      </w:r>
      <w:r>
        <w:rPr>
          <w:lang w:eastAsia="zh-CN"/>
        </w:rPr>
        <w:t>　　(一)各班主任能认真学习“消防安全演练预案”，高度重视、悉心听取预备会议安排，并能严谨地组织实施，在演练过程中，班主任能严密要求，近距离指挥、坚持按预案疏散。保持了较强的组织性和较强的责任意识。亲近学生，有序安排，成了学生的真爱朋友。</w:t>
      </w:r>
      <w:r>
        <w:rPr>
          <w:lang w:eastAsia="zh-CN"/>
        </w:rPr>
        <w:br/>
      </w:r>
      <w:r>
        <w:rPr>
          <w:lang w:eastAsia="zh-CN"/>
        </w:rPr>
        <w:t>　　(二)学生们在班主任的教育指导下，行动迅速，纪律严肃，组织有序，没有出现安全损伤事件，表现出了高度自觉意识和较强的集体组织观念，充分反映了良好的安全意识和互救自救素质。</w:t>
      </w:r>
      <w:r>
        <w:rPr>
          <w:lang w:eastAsia="zh-CN"/>
        </w:rPr>
        <w:br/>
      </w:r>
      <w:r>
        <w:rPr>
          <w:lang w:eastAsia="zh-CN"/>
        </w:rPr>
        <w:t>　　二、教师参加与组织情况：</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7"/>
          <w:cols w:space="425"/>
          <w:titlePg w:val="0"/>
          <w:docGrid w:type="lines" w:linePitch="312"/>
        </w:sectPr>
      </w:pPr>
      <w:r>
        <w:rPr>
          <w:lang w:eastAsia="zh-CN"/>
        </w:rPr>
        <w:t>　　本次教师能积极参与，认真负责，随学生撤离疏散的，以生为主，认识学生，表现出了我校教师爱生守法的良好风范。我相信，今后我们当中一定不会出现“杨不管”，更不可能出现“范跑跑”一类的老师。</w:t>
      </w:r>
      <w:r>
        <w:rPr>
          <w:lang w:eastAsia="zh-CN"/>
        </w:rPr>
        <w:br/>
      </w:r>
      <w:r>
        <w:rPr>
          <w:lang w:eastAsia="zh-CN"/>
        </w:rPr>
        <w:t>　　三、整体情况及预期效果：</w:t>
      </w:r>
      <w:r>
        <w:rPr>
          <w:lang w:eastAsia="zh-CN"/>
        </w:rPr>
        <w:br/>
      </w:r>
      <w:r>
        <w:rPr>
          <w:lang w:eastAsia="zh-CN"/>
        </w:rPr>
        <w:t>　　此次演练得到赵校长的高度重视，要求学校召开了专题布置会，参与演练的班子成员职责明确，履行安全责任意识强，在演练过程中能提前就位，通力合作，服务学生，关注安全，指导有利，为本次演练取得预期效果、达到预期目标提供了强有力的秩序保障。</w:t>
      </w:r>
      <w:r>
        <w:rPr>
          <w:lang w:eastAsia="zh-CN"/>
        </w:rPr>
        <w:br/>
      </w:r>
      <w:r>
        <w:rPr>
          <w:lang w:eastAsia="zh-CN"/>
        </w:rPr>
        <w:t>　　当然也存在一些问题，比如：个别学生整体性、撤离能力仍需改进。撤离的时间还要争取，尽最大努力要保持在2分钟以内。希望全体师生在今后要加强学习，增强意识，临难不乱，确保安全。</w:t>
      </w:r>
      <w:r>
        <w:rPr>
          <w:lang w:eastAsia="zh-CN"/>
        </w:rPr>
        <w:br/>
      </w:r>
      <w:r>
        <w:rPr>
          <w:lang w:eastAsia="zh-CN"/>
        </w:rPr>
        <w:t>　　从本学期起，我校师生的工作和学习环境，发生了翻天覆地的变化，校安工程是造福师生、造福社会的安全工程。但是，教学综合楼、餐宿楼的投入使用，并不能使我们一劳永逸，更不容我们心存侥幸，麻痹大意、高枕无忧，而是给我们提出了更高更大的防灾减灾维系安全新课题。</w:t>
      </w:r>
      <w:r>
        <w:rPr>
          <w:lang w:eastAsia="zh-CN"/>
        </w:rPr>
        <w:br/>
      </w:r>
      <w:r>
        <w:rPr>
          <w:lang w:eastAsia="zh-CN"/>
        </w:rPr>
        <w:t>　　今后，我校安全作仍然要以“维护生命安全”做为学校安全管理工作的核心任务，紧密结合上级教育主管部门的文件精神，有针对性地开展和落实各项学生安全主题教育实践活动，切实做好学校安全工作，为创建平安校园而不懈努力。</w:t>
      </w:r>
      <w:r>
        <w:rPr>
          <w:lang w:eastAsia="zh-CN"/>
        </w:rPr>
        <w:br/>
      </w:r>
      <w:r>
        <w:rPr>
          <w:lang w:eastAsia="zh-CN"/>
        </w:rPr>
        <w:t xml:space="preserve">    2024安全主题活动总结 篇10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8"/>
          <w:cols w:space="425"/>
          <w:titlePg w:val="0"/>
          <w:docGrid w:type="lines" w:linePitch="312"/>
        </w:sectPr>
      </w:pPr>
      <w:r>
        <w:rPr>
          <w:lang w:eastAsia="zh-CN"/>
        </w:rPr>
        <w:t>　　“安全工作”是幼儿园教育的永恒主题，本着“安全第一，预防为主”的宗旨，提高全园师生在灾害突然来临时应急防护与逃生自救能力，强化消防安全意识，积累集体疏散、消防救助、应急组织等实战经验，切实做好幼儿院的安全工作，构建平安幼儿园，我们机关幼儿园做了充分的准备，于11月9日上午成功举行了全园性消防逃生应急疏散演练活动。</w:t>
      </w:r>
      <w:r>
        <w:rPr>
          <w:lang w:eastAsia="zh-CN"/>
        </w:rPr>
        <w:br/>
      </w:r>
      <w:r>
        <w:rPr>
          <w:lang w:eastAsia="zh-CN"/>
        </w:rPr>
        <w:t>　　上午九点二十分孩子们正在吃着美味的早点，听到幼儿园广播内紧急的火灾警报声，全体保教人员迅速按紧急预案的疏散要求，各就各位。</w:t>
      </w:r>
      <w:r>
        <w:rPr>
          <w:lang w:eastAsia="zh-CN"/>
        </w:rPr>
        <w:br/>
      </w:r>
      <w:r>
        <w:rPr>
          <w:lang w:eastAsia="zh-CN"/>
        </w:rPr>
        <w:t>　　演习领导小组成员及时来到各主要通道，有的准备烟雾弹，有的疏散通道内接送家长，确保演习通道畅通。全园14个班级的老师们有序组织孩子们迅速地拿起湿毛巾，捂住口鼻，蜷缩着身子，井然有序地按照消防逃生路线，分内外两个楼梯安全疏散。在短短4分钟内孩子们全部安全的撤离到了幼儿园大操场。各班教师马上清点并汇报了班级幼儿人数。</w:t>
      </w:r>
      <w:r>
        <w:rPr>
          <w:lang w:eastAsia="zh-CN"/>
        </w:rPr>
        <w:br/>
      </w:r>
      <w:r>
        <w:rPr>
          <w:lang w:eastAsia="zh-CN"/>
        </w:rPr>
        <w:t>　　最后蒋老师对本次演习活动进行了简单小结，并通过提问的形式和孩子们进行了互动对话：“如果着火了，我们该打什么电话?请谁帮忙?拨打119电话时我们应说清楚哪些事情?着火的时候，如果消防员叔叔还没到，我们要做些什么?”并和孩子们一起朗诵了消防儿歌，进一步加强了幼儿的消防安全教育，强化了消防安全意识，圆满完成了此次消防演习活动。</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9"/>
          <w:cols w:space="425"/>
          <w:titlePg w:val="0"/>
          <w:docGrid w:type="lines" w:linePitch="312"/>
        </w:sectPr>
      </w:pPr>
      <w:r>
        <w:rPr>
          <w:lang w:eastAsia="zh-CN"/>
        </w:rPr>
        <w:t>　　通过此次演习，不仅让全体师生懂得了发生火灾后如何进行自救、如何逃走、如何拨打119电话报警，更懂得了面对突发事故要沉着冷静，紧急撤离。在以后的安全工作中，机关幼儿园将进一步完善各项应急演习预案，将安全教育渗透在日常教学中，为孩子安全、健康、快乐的成长创造良好的环境。</w:t>
      </w:r>
      <w:r>
        <w:rPr>
          <w:lang w:eastAsia="zh-CN"/>
        </w:rPr>
        <w:br/>
      </w:r>
      <w:r>
        <w:rPr>
          <w:lang w:eastAsia="zh-CN"/>
        </w:rPr>
        <w:t xml:space="preserve">    2024安全主题活动总结 篇11 </w:t>
      </w:r>
      <w:r>
        <w:rPr>
          <w:lang w:eastAsia="zh-CN"/>
        </w:rPr>
        <w:br/>
      </w:r>
      <w:r>
        <w:rPr>
          <w:lang w:eastAsia="zh-CN"/>
        </w:rPr>
        <w:t>　　根据县委宣传部等六部门以及市交通局、县安委会有关活动安排部署，我局认真贯彻，积极组织，落实全国“安全生产月”活动，使得安全生产宣传教育活动迅速在全县交通系统开展起来，取得了一定的效果。</w:t>
      </w:r>
      <w:r>
        <w:rPr>
          <w:lang w:eastAsia="zh-CN"/>
        </w:rPr>
        <w:br/>
      </w:r>
      <w:r>
        <w:rPr>
          <w:lang w:eastAsia="zh-CN"/>
        </w:rPr>
        <w:t>　　一、认真结合实际，制定活动方案。</w:t>
      </w:r>
      <w:r>
        <w:rPr>
          <w:lang w:eastAsia="zh-CN"/>
        </w:rPr>
        <w:br/>
      </w:r>
      <w:r>
        <w:rPr>
          <w:lang w:eastAsia="zh-CN"/>
        </w:rPr>
        <w:t>　　我局结合工作实际，认真制定《20__年县交通行业“安全生产月”活动方案号，以下发通知、召开动员大会、培训班等形式，推动“安全生产月”活动的开展。</w:t>
      </w:r>
      <w:r>
        <w:rPr>
          <w:lang w:eastAsia="zh-CN"/>
        </w:rPr>
        <w:br/>
      </w:r>
      <w:r>
        <w:rPr>
          <w:lang w:eastAsia="zh-CN"/>
        </w:rPr>
        <w:t>　　二、加强组织领导，促进“活动”有序开展。</w:t>
      </w:r>
      <w:r>
        <w:rPr>
          <w:lang w:eastAsia="zh-CN"/>
        </w:rPr>
        <w:br/>
      </w:r>
      <w:r>
        <w:rPr>
          <w:lang w:eastAsia="zh-CN"/>
        </w:rPr>
        <w:t>　　为加强县交通行业“安全生产月”活动的顺利开展，我局成立了以局长为组长的'交通系统“安全生产月”活动领导小组。通过强化组织领导，使各单位充分认识安全生产宣传教育工作的重要性，把“安全生产月”活动作为“安全生产年”和“创业服务年”的重要内容，纳入安全生产工作年度考核范围，切实抓紧抓好;督促各单位利用“安全生产月”活动有利时机，扎实开展“安康杯”安全生产劳动竞赛、“安全发展优秀图片展览”活动，结合安全生产宣传教育行动，全面推动安全生产执法行动、安全生产治理行动的落实。</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0"/>
          <w:cols w:space="425"/>
          <w:titlePg w:val="0"/>
          <w:docGrid w:type="lines" w:linePitch="312"/>
        </w:sectPr>
      </w:pPr>
      <w:r>
        <w:rPr>
          <w:lang w:eastAsia="zh-CN"/>
        </w:rPr>
        <w:t>　　全县交通系统各单位都要求成立了的“安全生产月”活动组织机构，以不断创新形式和内容，细致谋划，精心部署，务求实效，确保各项活动顺利开展。</w:t>
      </w:r>
      <w:r>
        <w:rPr>
          <w:lang w:eastAsia="zh-CN"/>
        </w:rPr>
        <w:br/>
      </w:r>
      <w:r>
        <w:rPr>
          <w:lang w:eastAsia="zh-CN"/>
        </w:rPr>
        <w:t>　　三、紧扣主题，深入开展“活动”。</w:t>
      </w:r>
      <w:r>
        <w:rPr>
          <w:lang w:eastAsia="zh-CN"/>
        </w:rPr>
        <w:br/>
      </w:r>
      <w:r>
        <w:rPr>
          <w:lang w:eastAsia="zh-CN"/>
        </w:rPr>
        <w:t>　　围绕“安全就是节约、安全就是生命”这一“安全生产月”活动的主题，我县交通行业在今年的“安全生产月”的各项活动中，突出保增长、保民生、保稳定，唱响安全发展主旋律，强化企业安全生产主体责任落实，扎实开展安全生产宣传教育、安全生产执法、安全生产治理，切实加强交通安全生产法制体制机制、交通安全生产保障能力、交通安全生产依法监管队伍“三项建设”，努力提高我县交通行业全体员工的安全意识和安全文化素养，推动交通行业安全持续稳定发展。</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1"/>
          <w:cols w:space="425"/>
          <w:titlePg w:val="0"/>
          <w:docGrid w:type="lines" w:linePitch="312"/>
        </w:sectPr>
      </w:pPr>
      <w:r>
        <w:rPr>
          <w:lang w:eastAsia="zh-CN"/>
        </w:rPr>
        <w:t>　　全县交通系统各单位开展交通安全知识专题教育，努力提升安全管理人员的管理水平和交通从业人员的安全意识，大力宣传“安全发展”科学理念和“发展是第一要务，安全是第一责任”的观念。6月2日，我局组织交通系统各单位及相关企业安全生产主要责任人共30余人，在太乙村干休所进行了为期3天的安全培训，并邀请安监局领导讲课。通过培训，倡导和树立了安全发展意识，形成“人人懂安全、人人抓安全、人人要安全、人人保安全”的局面。通过落实运输企业主体责任培训活动，进一步提高安全管理人员的素质和安全生产监督管理能力。各单位和各运输企业结合实际，突出综合治理这条主线，以运输企业为重点对象，以落实安全生产责任制和强化安全生产应急管理为重点内容，组织开展基层服务活动。运管、局安技股等单位深入到所属地区运输企业等基层单位，将安全法律法规、安全技术、安全管理、应急管理和安全文化方面的咨询服务送到基层单位，直接面向交通企业职工宣传安全法律法规和应急管理科普知识。</w:t>
      </w:r>
      <w:r>
        <w:rPr>
          <w:lang w:eastAsia="zh-CN"/>
        </w:rPr>
        <w:br/>
      </w:r>
      <w:r>
        <w:rPr>
          <w:lang w:eastAsia="zh-CN"/>
        </w:rPr>
        <w:t>　　总之，在“安全生产月”期间，我局紧扣安全生产月“安全就是节约、安全就是生命”主题，紧跟形势，在全县交通系统认真部署，并制定实施方案，成立了领导小组，并有力地推动全县交通系统“安全生产月”各项活动的开展。通过召开会议，悬挂和张贴安全标语，散发宣传单，与其它部门联合设点宣传等形式，大张旗鼓地宣传安全生产知识，取得了一定宣传效果。据统计，在安全生产月期间，全县交通系统共悬挂和张贴安全生产宣传标语共10余张，宣传专栏2期，举办安全生产咨询活动1场次;组织开展交通安全生产培训1场次，参与培训人数达30余人。</w:t>
      </w:r>
      <w:r>
        <w:rPr>
          <w:lang w:eastAsia="zh-CN"/>
        </w:rPr>
        <w:br/>
      </w:r>
      <w:r>
        <w:rPr>
          <w:lang w:eastAsia="zh-CN"/>
        </w:rPr>
        <w:t xml:space="preserve">    2024安全主题活动总结 篇12 </w:t>
      </w:r>
      <w:r>
        <w:rPr>
          <w:lang w:eastAsia="zh-CN"/>
        </w:rPr>
        <w:br/>
      </w:r>
      <w:r>
        <w:rPr>
          <w:lang w:eastAsia="zh-CN"/>
        </w:rPr>
        <w:t>　　按照市教体局安全工作“一月一主题”活动要求，我校在九月份开展了交通安全教育活动，进一步提高了师生交通安全法制意识，预防和减少了师生交通伤亡事故的发生，教育效果显著。现将我校开展交通安全教育活动情况总结如下：</w:t>
      </w:r>
      <w:r>
        <w:rPr>
          <w:lang w:eastAsia="zh-CN"/>
        </w:rPr>
        <w:br/>
      </w:r>
      <w:r>
        <w:rPr>
          <w:lang w:eastAsia="zh-CN"/>
        </w:rPr>
        <w:t>　　一、加强领导，落实责任</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2"/>
          <w:cols w:space="425"/>
          <w:titlePg w:val="0"/>
          <w:docGrid w:type="lines" w:linePitch="312"/>
        </w:sectPr>
      </w:pPr>
      <w:r>
        <w:rPr>
          <w:lang w:eastAsia="zh-CN"/>
        </w:rPr>
        <w:t>　　进入九月份，学校安全领导小组立即行动，安排布置此次主题教育，先后召开安全领导小组会议、教职工会、班主任会议。在会议上，学校陈校长要求全体教职工高度重视此项工作，学校政教处精心设计活动，并安排落实，注重实效，要加强各班班主任的责任意识，切实落实到人，确保学生的交通安全。</w:t>
      </w:r>
      <w:r>
        <w:rPr>
          <w:lang w:eastAsia="zh-CN"/>
        </w:rPr>
        <w:br/>
      </w:r>
      <w:r>
        <w:rPr>
          <w:lang w:eastAsia="zh-CN"/>
        </w:rPr>
        <w:t>　　二、扎实开展活动，强化交通安全教育。为使此项工作落到实处，学校先后安排了七项活动。</w:t>
      </w:r>
      <w:r>
        <w:rPr>
          <w:lang w:eastAsia="zh-CN"/>
        </w:rPr>
        <w:br/>
      </w:r>
      <w:r>
        <w:rPr>
          <w:lang w:eastAsia="zh-CN"/>
        </w:rPr>
        <w:t>　　1、召开交通安全主题班会</w:t>
      </w:r>
      <w:r>
        <w:rPr>
          <w:lang w:eastAsia="zh-CN"/>
        </w:rPr>
        <w:br/>
      </w:r>
      <w:r>
        <w:rPr>
          <w:lang w:eastAsia="zh-CN"/>
        </w:rPr>
        <w:t>　　2、组织开展交通安全征文活动</w:t>
      </w:r>
      <w:r>
        <w:rPr>
          <w:lang w:eastAsia="zh-CN"/>
        </w:rPr>
        <w:br/>
      </w:r>
      <w:r>
        <w:rPr>
          <w:lang w:eastAsia="zh-CN"/>
        </w:rPr>
        <w:t>　　3、召开了一次家长会</w:t>
      </w:r>
      <w:r>
        <w:rPr>
          <w:lang w:eastAsia="zh-CN"/>
        </w:rPr>
        <w:br/>
      </w:r>
      <w:r>
        <w:rPr>
          <w:lang w:eastAsia="zh-CN"/>
        </w:rPr>
        <w:t>　　4、举行了一次交通安全实践活动</w:t>
      </w:r>
      <w:r>
        <w:rPr>
          <w:lang w:eastAsia="zh-CN"/>
        </w:rPr>
        <w:br/>
      </w:r>
      <w:r>
        <w:rPr>
          <w:lang w:eastAsia="zh-CN"/>
        </w:rPr>
        <w:t>　　5、举行了一次国旗下讲话</w:t>
      </w:r>
      <w:r>
        <w:rPr>
          <w:lang w:eastAsia="zh-CN"/>
        </w:rPr>
        <w:br/>
      </w:r>
      <w:r>
        <w:rPr>
          <w:lang w:eastAsia="zh-CN"/>
        </w:rPr>
        <w:t>　　6、开展交通安全知识讲座</w:t>
      </w:r>
      <w:r>
        <w:rPr>
          <w:lang w:eastAsia="zh-CN"/>
        </w:rPr>
        <w:br/>
      </w:r>
      <w:r>
        <w:rPr>
          <w:lang w:eastAsia="zh-CN"/>
        </w:rPr>
        <w:t>　　7、出版了一期交通安全黑板报</w:t>
      </w:r>
      <w:r>
        <w:rPr>
          <w:lang w:eastAsia="zh-CN"/>
        </w:rPr>
        <w:br/>
      </w:r>
      <w:r>
        <w:rPr>
          <w:lang w:eastAsia="zh-CN"/>
        </w:rPr>
        <w:t>　　通过本月的交通安全主题教育的开展，使交通安全意识深入人心，使学校交通安全教育工作落实到实处，使遵守交通安全成为学校全体师生的自觉行为。加大了安全的宣传力度，增强了全体学生的安全观念，牢固树立了“安全第一，预防为主”的思想。</w:t>
      </w:r>
      <w:r>
        <w:rPr>
          <w:lang w:eastAsia="zh-CN"/>
        </w:rPr>
        <w:br/>
      </w:r>
      <w:r>
        <w:rPr>
          <w:lang w:eastAsia="zh-CN"/>
        </w:rPr>
        <w:t xml:space="preserve">    2024安全主题活动总结 篇13 </w:t>
      </w:r>
      <w:r>
        <w:rPr>
          <w:lang w:eastAsia="zh-CN"/>
        </w:rPr>
        <w:br/>
      </w:r>
      <w:r>
        <w:rPr>
          <w:lang w:eastAsia="zh-CN"/>
        </w:rPr>
        <w:t>　　今年12月2日，是我国“国家交通安全日”，我校根据区教体局和中心校要求，全面深入抓好安全教育工作，并结合学校实际，主动、主动、科学、有效地开展丰富多彩的交通安全宣传教育，营造浓厚的宣传教育氛围。动员全校师生共同参与交通安全活动，不断提高全校师生的交通安全认识和应对突发事件的自救能力，最大限度地预防和减少各种事故的发生，为构建“平安校园”、“和谐校园”提供了安全保障。现就活动情况总结如下：</w:t>
      </w:r>
      <w:r>
        <w:rPr>
          <w:lang w:eastAsia="zh-CN"/>
        </w:rPr>
        <w:br/>
      </w:r>
    </w:p>
    <w:p w:rsidR="001B1F19" w14:textId="27C3F48A">
      <w:pPr>
        <w:rPr>
          <w:rFonts w:hint="eastAsia"/>
          <w:lang w:eastAsia="zh-CN"/>
        </w:rPr>
      </w:pPr>
      <w:r>
        <w:rPr>
          <w:lang w:eastAsia="zh-CN"/>
        </w:rPr>
        <w:t>　　一、高度重视，加强领导</w:t>
      </w:r>
      <w:r>
        <w:rPr>
          <w:lang w:eastAsia="zh-CN"/>
        </w:rPr>
        <w:br/>
      </w:r>
      <w:r>
        <w:rPr>
          <w:lang w:eastAsia="zh-CN"/>
        </w:rPr>
        <w:t>　　学校领导高度重视安全教育主题活动的开展，牢固树立“珍爱生命、安全第一”的认识，坚持以人为本。本着对学校安全工作高度负责的态度，认真负起学校安全教育的领导责任，切实把安全教育摆上学校议事日程，作为学校安全建设的一项重要内容来抓，精心组织，周密安排，力争使安全主题教育活动取得实实在在的效果。</w:t>
      </w:r>
      <w:r>
        <w:rPr>
          <w:lang w:eastAsia="zh-CN"/>
        </w:rPr>
        <w:br/>
      </w:r>
      <w:r>
        <w:rPr>
          <w:lang w:eastAsia="zh-CN"/>
        </w:rPr>
        <w:t>　　二、周密计划，认真落实</w:t>
      </w:r>
      <w:r>
        <w:rPr>
          <w:lang w:eastAsia="zh-CN"/>
        </w:rPr>
        <w:br/>
      </w:r>
      <w:r>
        <w:rPr>
          <w:lang w:eastAsia="zh-CN"/>
        </w:rPr>
        <w:t>　　学校认真贯彻交通安全教育，紧密结合本校实际、结合学生认知特点，制定切实可行的交通安全教育活动方案，明确安全教育目标、组织领导机构、教育活动措施、实施方法步骤等，确保交通安全教育活动有人抓、不脱节。</w:t>
      </w:r>
      <w:r>
        <w:rPr>
          <w:lang w:eastAsia="zh-CN"/>
        </w:rPr>
        <w:br/>
      </w:r>
      <w:r>
        <w:rPr>
          <w:lang w:eastAsia="zh-CN"/>
        </w:rPr>
        <w:t>　　12月3日，校长利用升国旗仪式做了题为《关爱生命文明出行》的国旗下讲话，做好宣传教育发动工作，营造安全教育活动氛围。同时，学校充分利用黑板报、标语以及班队会活动等方法，大张旗鼓地向学生进行交通安全宣传教育：</w:t>
      </w:r>
      <w:r>
        <w:rPr>
          <w:lang w:eastAsia="zh-CN"/>
        </w:rPr>
        <w:br/>
      </w:r>
      <w:r>
        <w:rPr>
          <w:lang w:eastAsia="zh-CN"/>
        </w:rPr>
        <w:t>　　1、组织学生观看了一部分交通安全教育片，了解道路交通的法律法规和一些触目惊心的交通事故现场，这些片段给每一位同学投敲响了警钟：不遵守交通规则的代价是惨重的!</w:t>
      </w:r>
      <w:r>
        <w:rPr>
          <w:lang w:eastAsia="zh-CN"/>
        </w:rPr>
        <w:br/>
      </w:r>
      <w:r>
        <w:rPr>
          <w:lang w:eastAsia="zh-CN"/>
        </w:rPr>
        <w:t>　　2、组织各班办了《交通安全知识》专题板报，向学生介绍交通安全知识。</w:t>
      </w:r>
      <w:r>
        <w:rPr>
          <w:lang w:eastAsia="zh-CN"/>
        </w:rPr>
        <w:br/>
      </w:r>
      <w:r>
        <w:rPr>
          <w:lang w:eastAsia="zh-CN"/>
        </w:rPr>
        <w:t>　　3、利用班队会形式组织了交通安全主题班会。</w:t>
      </w:r>
      <w:r>
        <w:rPr>
          <w:lang w:eastAsia="zh-CN"/>
        </w:rPr>
        <w:br/>
      </w:r>
      <w:r>
        <w:rPr>
          <w:rFonts w:hint="eastAsia"/>
          <w:lang w:eastAsia="zh-CN"/>
        </w:rPr>
        <w:br/>
      </w:r>
      <w:r>
        <w:rPr>
          <w:rFonts w:hint="eastAsia"/>
          <w:lang w:eastAsia="zh-CN"/>
        </w:rPr>
        <w:br/>
      </w:r>
    </w:p>
    <w:p>
      <w:pPr>
        <w:spacing w:after="0" w:line="240" w:lineRule="auto"/>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https://d.book118.com/635324121230011123</w:t>
        </w:r>
      </w:hyperlink>
    </w:p>
    <w:p w:rsidR="001B1F19">
      <w:pPr>
        <w:rPr>
          <w:rFonts w:hint="eastAsia"/>
          <w:lang w:eastAsia="zh-CN"/>
        </w:rPr>
      </w:pPr>
    </w:p>
    <w:sectPr>
      <w:type w:val="nextPage"/>
      <w:pgSz w:w="11906" w:h="16838"/>
      <w:pgMar w:top="1440" w:right="1800" w:bottom="1440" w:left="1800" w:header="851" w:footer="992" w:gutter="0"/>
      <w:pgNumType w:start="23"/>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49D07D03"/>
    <w:multiLevelType w:val="multilevel"/>
    <w:tmpl w:val="3AE4B26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20273113">
    <w:abstractNumId w:val="0"/>
  </w:num>
  <w:num w:numId="2" w16cid:durableId="14996911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22227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50009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84274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3348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characterSpacingControl w:val="doNotCompress"/>
  <w:compat>
    <w:useFELayout/>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F19"/>
    <w:rsid w:val="00012D24"/>
    <w:rsid w:val="000B76DB"/>
    <w:rsid w:val="001B1F19"/>
    <w:rsid w:val="002E2E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508D8A34"/>
  <w15:docId w15:val="{83B6B1C2-FF47-43CC-85A6-22B37870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仿宋" w:eastAsia="仿宋" w:hAnsi="仿宋"/>
      <w:sz w:val="28"/>
    </w:rPr>
  </w:style>
  <w:style w:type="paragraph" w:styleId="Heading1">
    <w:name w:val="heading 1"/>
    <w:basedOn w:val="Normal"/>
    <w:next w:val="Normal"/>
    <w:link w:val="1"/>
    <w:uiPriority w:val="9"/>
    <w:qFormat/>
    <w:rsid w:val="00FC693F"/>
    <w:pPr>
      <w:keepNext/>
      <w:keepLines/>
      <w:spacing w:before="480" w:after="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2"/>
    <w:uiPriority w:val="9"/>
    <w:unhideWhenUsed/>
    <w:qFormat/>
    <w:rsid w:val="00FC693F"/>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3"/>
    <w:uiPriority w:val="9"/>
    <w:unhideWhenUsed/>
    <w:qFormat/>
    <w:rsid w:val="00FC693F"/>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4"/>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5"/>
    <w:uiPriority w:val="9"/>
    <w:semiHidden/>
    <w:unhideWhenUsed/>
    <w:qFormat/>
    <w:rsid w:val="00FC693F"/>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6"/>
    <w:uiPriority w:val="9"/>
    <w:semiHidden/>
    <w:unhideWhenUsed/>
    <w:qFormat/>
    <w:rsid w:val="00FC693F"/>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7"/>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8"/>
    <w:uiPriority w:val="9"/>
    <w:semiHidden/>
    <w:unhideWhenUsed/>
    <w:qFormat/>
    <w:rsid w:val="00FC693F"/>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9"/>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E618BF"/>
    <w:pPr>
      <w:tabs>
        <w:tab w:val="center" w:pos="4680"/>
        <w:tab w:val="right" w:pos="9360"/>
      </w:tabs>
      <w:spacing w:after="0" w:line="240" w:lineRule="auto"/>
    </w:pPr>
  </w:style>
  <w:style w:type="character" w:customStyle="1" w:styleId="a">
    <w:name w:val="页眉 字符"/>
    <w:basedOn w:val="DefaultParagraphFont"/>
    <w:link w:val="Header"/>
    <w:uiPriority w:val="99"/>
    <w:rsid w:val="00E618BF"/>
  </w:style>
  <w:style w:type="paragraph" w:styleId="Footer">
    <w:name w:val="footer"/>
    <w:basedOn w:val="Normal"/>
    <w:link w:val="a0"/>
    <w:uiPriority w:val="99"/>
    <w:unhideWhenUsed/>
    <w:rsid w:val="00E618BF"/>
    <w:pPr>
      <w:tabs>
        <w:tab w:val="center" w:pos="4680"/>
        <w:tab w:val="right" w:pos="9360"/>
      </w:tabs>
      <w:spacing w:after="0" w:line="240" w:lineRule="auto"/>
    </w:pPr>
  </w:style>
  <w:style w:type="character" w:customStyle="1" w:styleId="a0">
    <w:name w:val="页脚 字符"/>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1">
    <w:name w:val="标题 1 字符"/>
    <w:basedOn w:val="DefaultParagraphFont"/>
    <w:link w:val="Heading1"/>
    <w:uiPriority w:val="9"/>
    <w:rsid w:val="00FC693F"/>
    <w:rPr>
      <w:rFonts w:asciiTheme="majorHAnsi" w:eastAsiaTheme="majorEastAsia" w:hAnsiTheme="majorHAnsi" w:cstheme="majorBidi"/>
      <w:b/>
      <w:bCs/>
      <w:color w:val="2F5496" w:themeColor="accent1" w:themeShade="BF"/>
      <w:sz w:val="28"/>
      <w:szCs w:val="28"/>
    </w:rPr>
  </w:style>
  <w:style w:type="character" w:customStyle="1" w:styleId="2">
    <w:name w:val="标题 2 字符"/>
    <w:basedOn w:val="DefaultParagraphFont"/>
    <w:link w:val="Heading2"/>
    <w:uiPriority w:val="9"/>
    <w:rsid w:val="00FC693F"/>
    <w:rPr>
      <w:rFonts w:asciiTheme="majorHAnsi" w:eastAsiaTheme="majorEastAsia" w:hAnsiTheme="majorHAnsi" w:cstheme="majorBidi"/>
      <w:b/>
      <w:bCs/>
      <w:color w:val="4472C4" w:themeColor="accent1"/>
      <w:sz w:val="26"/>
      <w:szCs w:val="26"/>
    </w:rPr>
  </w:style>
  <w:style w:type="character" w:customStyle="1" w:styleId="3">
    <w:name w:val="标题 3 字符"/>
    <w:basedOn w:val="DefaultParagraphFont"/>
    <w:link w:val="Heading3"/>
    <w:uiPriority w:val="9"/>
    <w:rsid w:val="00FC693F"/>
    <w:rPr>
      <w:rFonts w:asciiTheme="majorHAnsi" w:eastAsiaTheme="majorEastAsia" w:hAnsiTheme="majorHAnsi" w:cstheme="majorBidi"/>
      <w:b/>
      <w:bCs/>
      <w:color w:val="4472C4" w:themeColor="accent1"/>
    </w:rPr>
  </w:style>
  <w:style w:type="paragraph" w:styleId="Title">
    <w:name w:val="Title"/>
    <w:basedOn w:val="Normal"/>
    <w:next w:val="Normal"/>
    <w:link w:val="a1"/>
    <w:uiPriority w:val="10"/>
    <w:qFormat/>
    <w:rsid w:val="00FC693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1">
    <w:name w:val="标题 字符"/>
    <w:basedOn w:val="DefaultParagraphFont"/>
    <w:link w:val="Title"/>
    <w:uiPriority w:val="10"/>
    <w:rsid w:val="00FC693F"/>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a2"/>
    <w:uiPriority w:val="11"/>
    <w:qFormat/>
    <w:rsid w:val="00FC693F"/>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2">
    <w:name w:val="副标题 字符"/>
    <w:basedOn w:val="DefaultParagraphFont"/>
    <w:link w:val="Subtitle"/>
    <w:uiPriority w:val="11"/>
    <w:rsid w:val="00FC693F"/>
    <w:rPr>
      <w:rFonts w:asciiTheme="majorHAnsi" w:eastAsiaTheme="majorEastAsia" w:hAnsiTheme="majorHAnsi" w:cstheme="majorBidi"/>
      <w:i/>
      <w:iCs/>
      <w:color w:val="4472C4"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a3"/>
    <w:uiPriority w:val="99"/>
    <w:unhideWhenUsed/>
    <w:rsid w:val="00AA1D8D"/>
    <w:pPr>
      <w:spacing w:after="120"/>
    </w:pPr>
  </w:style>
  <w:style w:type="character" w:customStyle="1" w:styleId="a3">
    <w:name w:val="正文文本 字符"/>
    <w:basedOn w:val="DefaultParagraphFont"/>
    <w:link w:val="BodyText"/>
    <w:uiPriority w:val="99"/>
    <w:rsid w:val="00AA1D8D"/>
  </w:style>
  <w:style w:type="paragraph" w:styleId="BodyText2">
    <w:name w:val="Body Text 2"/>
    <w:basedOn w:val="Normal"/>
    <w:link w:val="20"/>
    <w:uiPriority w:val="99"/>
    <w:unhideWhenUsed/>
    <w:rsid w:val="00AA1D8D"/>
    <w:pPr>
      <w:spacing w:after="120" w:line="480" w:lineRule="auto"/>
    </w:pPr>
  </w:style>
  <w:style w:type="character" w:customStyle="1" w:styleId="20">
    <w:name w:val="正文文本 2 字符"/>
    <w:basedOn w:val="DefaultParagraphFont"/>
    <w:link w:val="BodyText2"/>
    <w:uiPriority w:val="99"/>
    <w:rsid w:val="00AA1D8D"/>
  </w:style>
  <w:style w:type="paragraph" w:styleId="BodyText3">
    <w:name w:val="Body Text 3"/>
    <w:basedOn w:val="Normal"/>
    <w:link w:val="30"/>
    <w:uiPriority w:val="99"/>
    <w:unhideWhenUsed/>
    <w:rsid w:val="00AA1D8D"/>
    <w:pPr>
      <w:spacing w:after="120"/>
    </w:pPr>
    <w:rPr>
      <w:sz w:val="16"/>
      <w:szCs w:val="16"/>
    </w:rPr>
  </w:style>
  <w:style w:type="character" w:customStyle="1" w:styleId="30">
    <w:name w:val="正文文本 3 字符"/>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tabs>
        <w:tab w:val="num" w:pos="720"/>
      </w:tabs>
      <w:ind w:left="720" w:hanging="720"/>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
    <w:name w:val="macro"/>
    <w:link w:val="a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4">
    <w:name w:val="宏文本 字符"/>
    <w:basedOn w:val="DefaultParagraphFont"/>
    <w:link w:val="Macro"/>
    <w:uiPriority w:val="99"/>
    <w:rsid w:val="0029639D"/>
    <w:rPr>
      <w:rFonts w:ascii="Courier" w:hAnsi="Courier"/>
      <w:sz w:val="20"/>
      <w:szCs w:val="20"/>
    </w:rPr>
  </w:style>
  <w:style w:type="paragraph" w:styleId="Quote">
    <w:name w:val="Quote"/>
    <w:basedOn w:val="Normal"/>
    <w:next w:val="Normal"/>
    <w:link w:val="a5"/>
    <w:uiPriority w:val="29"/>
    <w:qFormat/>
    <w:rsid w:val="00FC693F"/>
    <w:rPr>
      <w:i/>
      <w:iCs/>
      <w:color w:val="000000" w:themeColor="text1"/>
    </w:rPr>
  </w:style>
  <w:style w:type="character" w:customStyle="1" w:styleId="a5">
    <w:name w:val="引用 字符"/>
    <w:basedOn w:val="DefaultParagraphFont"/>
    <w:link w:val="Quote"/>
    <w:uiPriority w:val="29"/>
    <w:rsid w:val="00FC693F"/>
    <w:rPr>
      <w:i/>
      <w:iCs/>
      <w:color w:val="000000" w:themeColor="text1"/>
    </w:rPr>
  </w:style>
  <w:style w:type="character" w:customStyle="1" w:styleId="4">
    <w:name w:val="标题 4 字符"/>
    <w:basedOn w:val="DefaultParagraphFont"/>
    <w:link w:val="Heading4"/>
    <w:uiPriority w:val="9"/>
    <w:semiHidden/>
    <w:rsid w:val="00FC693F"/>
    <w:rPr>
      <w:rFonts w:asciiTheme="majorHAnsi" w:eastAsiaTheme="majorEastAsia" w:hAnsiTheme="majorHAnsi" w:cstheme="majorBidi"/>
      <w:b/>
      <w:bCs/>
      <w:i/>
      <w:iCs/>
      <w:color w:val="4472C4" w:themeColor="accent1"/>
    </w:rPr>
  </w:style>
  <w:style w:type="character" w:customStyle="1" w:styleId="5">
    <w:name w:val="标题 5 字符"/>
    <w:basedOn w:val="DefaultParagraphFont"/>
    <w:link w:val="Heading5"/>
    <w:uiPriority w:val="9"/>
    <w:semiHidden/>
    <w:rsid w:val="00FC693F"/>
    <w:rPr>
      <w:rFonts w:asciiTheme="majorHAnsi" w:eastAsiaTheme="majorEastAsia" w:hAnsiTheme="majorHAnsi" w:cstheme="majorBidi"/>
      <w:color w:val="1F3763" w:themeColor="accent1" w:themeShade="7F"/>
    </w:rPr>
  </w:style>
  <w:style w:type="character" w:customStyle="1" w:styleId="6">
    <w:name w:val="标题 6 字符"/>
    <w:basedOn w:val="DefaultParagraphFont"/>
    <w:link w:val="Heading6"/>
    <w:uiPriority w:val="9"/>
    <w:semiHidden/>
    <w:rsid w:val="00FC693F"/>
    <w:rPr>
      <w:rFonts w:asciiTheme="majorHAnsi" w:eastAsiaTheme="majorEastAsia" w:hAnsiTheme="majorHAnsi" w:cstheme="majorBidi"/>
      <w:i/>
      <w:iCs/>
      <w:color w:val="1F3763" w:themeColor="accent1" w:themeShade="7F"/>
    </w:rPr>
  </w:style>
  <w:style w:type="character" w:customStyle="1" w:styleId="7">
    <w:name w:val="标题 7 字符"/>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8">
    <w:name w:val="标题 8 字符"/>
    <w:basedOn w:val="DefaultParagraphFont"/>
    <w:link w:val="Heading8"/>
    <w:uiPriority w:val="9"/>
    <w:semiHidden/>
    <w:rsid w:val="00FC693F"/>
    <w:rPr>
      <w:rFonts w:asciiTheme="majorHAnsi" w:eastAsiaTheme="majorEastAsia" w:hAnsiTheme="majorHAnsi" w:cstheme="majorBidi"/>
      <w:color w:val="4472C4" w:themeColor="accent1"/>
      <w:sz w:val="20"/>
      <w:szCs w:val="20"/>
    </w:rPr>
  </w:style>
  <w:style w:type="character" w:customStyle="1" w:styleId="9">
    <w:name w:val="标题 9 字符"/>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472C4"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a6"/>
    <w:uiPriority w:val="30"/>
    <w:qFormat/>
    <w:rsid w:val="00FC693F"/>
    <w:pPr>
      <w:pBdr>
        <w:bottom w:val="single" w:sz="4" w:space="4" w:color="4472C4" w:themeColor="accent1"/>
      </w:pBdr>
      <w:spacing w:before="200" w:after="280"/>
      <w:ind w:left="936" w:right="936"/>
    </w:pPr>
    <w:rPr>
      <w:b/>
      <w:bCs/>
      <w:i/>
      <w:iCs/>
      <w:color w:val="4472C4" w:themeColor="accent1"/>
    </w:rPr>
  </w:style>
  <w:style w:type="character" w:customStyle="1" w:styleId="a6">
    <w:name w:val="明显引用 字符"/>
    <w:basedOn w:val="DefaultParagraphFont"/>
    <w:link w:val="IntenseQuote"/>
    <w:uiPriority w:val="30"/>
    <w:rsid w:val="00FC693F"/>
    <w:rPr>
      <w:b/>
      <w:bCs/>
      <w:i/>
      <w:iCs/>
      <w:color w:val="4472C4"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472C4" w:themeColor="accent1"/>
    </w:rPr>
  </w:style>
  <w:style w:type="character" w:styleId="SubtleReference">
    <w:name w:val="Subtle Reference"/>
    <w:basedOn w:val="DefaultParagraphFont"/>
    <w:uiPriority w:val="31"/>
    <w:qFormat/>
    <w:rsid w:val="00FC693F"/>
    <w:rPr>
      <w:smallCaps/>
      <w:color w:val="ED7D31" w:themeColor="accent2"/>
      <w:u w:val="single"/>
    </w:rPr>
  </w:style>
  <w:style w:type="character" w:styleId="IntenseReference">
    <w:name w:val="Intense Reference"/>
    <w:basedOn w:val="DefaultParagraphFont"/>
    <w:uiPriority w:val="32"/>
    <w:qFormat/>
    <w:rsid w:val="00FC693F"/>
    <w:rPr>
      <w:b/>
      <w:bCs/>
      <w:smallCaps/>
      <w:color w:val="ED7D31"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FC693F"/>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FC693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FC693F"/>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FC693F"/>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FC693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3532412123001112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2</Words>
  <Characters>15</Characters>
  <Application>Microsoft Office Word</Application>
  <DocSecurity>0</DocSecurity>
  <Lines>1</Lines>
  <Paragraphs>1</Paragraphs>
  <ScaleCrop>false</ScaleCrop>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Leslie Kang</cp:lastModifiedBy>
  <cp:revision>5</cp:revision>
  <dcterms:created xsi:type="dcterms:W3CDTF">2024-01-11T00:28:00Z</dcterms:created>
  <dcterms:modified xsi:type="dcterms:W3CDTF">2024-01-11T07:22:00Z</dcterms:modified>
</cp:coreProperties>
</file>