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防寒防冻总结范文（30篇）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防寒防冻总结范文（精选30篇）</w:t>
      </w:r>
      <w:r>
        <w:rPr>
          <w:lang w:eastAsia="zh-CN"/>
        </w:rPr>
        <w:br/>
      </w:r>
      <w:r>
        <w:rPr>
          <w:lang w:eastAsia="zh-CN"/>
        </w:rPr>
        <w:t xml:space="preserve">    防寒防冻总结范文 篇1 </w:t>
      </w:r>
      <w:r>
        <w:rPr>
          <w:lang w:eastAsia="zh-CN"/>
        </w:rPr>
        <w:br/>
      </w:r>
      <w:r>
        <w:rPr>
          <w:lang w:eastAsia="zh-CN"/>
        </w:rPr>
        <w:t>　　近日，贵州省迎来了低温凝冻天气，贵州省多处路段受到交通管控。为了确保机组安全稳定运行，黔西电厂迅速行动，本着“早谋划、早安排、早启动、早预防”的思想，迅速启动防雨雪冰冻应急预案，采取多项措施抗击凝冻天气，确保机组口粮满足机组实际用煤需求。</w:t>
      </w:r>
      <w:r>
        <w:rPr>
          <w:lang w:eastAsia="zh-CN"/>
        </w:rPr>
        <w:br/>
      </w:r>
      <w:r>
        <w:rPr>
          <w:lang w:eastAsia="zh-CN"/>
        </w:rPr>
        <w:t>　　黔西电厂成立了由各部门负责人为组长的冬季工作领导小组，负责雨雪冰冻期间的应急指挥和处置工作。认真召开应对凝冻天气专题会议，密切关注天气变化情况，积极做好天气预警工作，提前制定安全、技术、人员专项防护措施，严格落实防寒防冻物资备品储备工作，特别针对入厂煤量减少的情况下，每天至少保证燃料8至10个转煤车在现场进行转煤，确保各项工作有备无患，保证足够的煤量进入卸煤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黔西电厂认真开展全员防寒、防冻、防火等安全教育，要求燃料部组织人员学习防寒防冻技术措施，同时充分利用班前会，加强防寒防冻知识宣传。根据防寒防冻工作专项方案，细化班组责任分工，对生产现场进行全面细致排查，及时消除不安全隐患，做到防寒防冻工作不留死角。认真总结以往应对恶劣天气工作经验，针对收煤现场分流处、前后广场、卸煤沟、采样机、轻、重车衡位置宽、设备多等因素，全方位、全环节、全覆盖、深层次、地毯式隐患排查治理。采取有效措施和对策，例如：做好每天的现场撒盐除冰、及时检查设备是否因为天气寒冷造成异常不能正常工作等等，严禁设备带病运行。及时发现问题、处理问题，改善提升作业环境，实现责任到位、防范到位、措施到位、监督到位，保障现场工作安全有序开展。由于凝冻天气的突袭，煤车来厂困难，造成入厂煤量锐减。该厂燃料部以电煤运输“抗凝冻、保畅通”的工作原则，积极加强与地方政府、交管部门沟通协调，充分发挥党员突击队的带头作用，24小时待命，全力应对突发故障。对沿途道路撒盐除冰，并与煤矿沟通配合，安排人员在各路段疏导交通。协调供应商，严防运煤车辆带病上路，督促驾驶员严格执行交规，禁止出现超速、疲劳驾驶等情况，确保煤车安全到厂。对煤车坏在路上的情况，及时联系维修人员进行抢修，避免运煤路线发生车辆拥堵情况的发生。</w:t>
      </w:r>
      <w:r>
        <w:rPr>
          <w:lang w:eastAsia="zh-CN"/>
        </w:rPr>
        <w:br/>
      </w:r>
      <w:r>
        <w:rPr>
          <w:lang w:eastAsia="zh-CN"/>
        </w:rPr>
        <w:t>　　针对近期气温下降幅度大的情况，黔西电厂燃料部为防止冻煤，利用挖掘机、装载机不定期地对煤场燃煤进行倒翻，对配煤时倒入煤沟的转煤利用好煤及时掺和，避免起层、堵塞的情况发生，实时监控掺配时煤的干湿程度，杜绝湿煤进入原煤仓。通过一系列措施的落实，切实做到防寒防冻工作有分工、实施有重点、管理有成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由于进煤量减少，黔西电厂燃料部加大厂内存煤转煤力度，以保障机组正常用煤需求。该厂一至三煤场、干煤棚分别按热值、按硫份分堆存放电煤。在转煤时根据存煤、来煤及耗煤实际需求，兼顾储煤和掺配实际进行转煤工作，现场人员根据转煤位置及时调整配煤系统热值，化验班及时在燃料工作群公布各煤场的煤质情况，以便利用现有库存结构，以保证配煤的精准性和满足实际耗煤需求。</w:t>
      </w:r>
      <w:r>
        <w:rPr>
          <w:lang w:eastAsia="zh-CN"/>
        </w:rPr>
        <w:br/>
      </w:r>
      <w:r>
        <w:rPr>
          <w:lang w:eastAsia="zh-CN"/>
        </w:rPr>
        <w:t>　　由于转煤车辆和工程机械车辆为外委单位，该厂燃料部利用班前会加强驾驶员的安全教育。对驾驶员认真进行安全交底，交待驾驶员服从现场人员的工作安排，车速不能超过5kM/h，卸煤时按照配煤安排倒在煤沟指定仓位，卸煤时不能与工程机械交叉作业，煤场装煤时，煤车必须熄火，驾驶员必须下车远离装煤位置，转煤车与工程机械必须远离煤场临边，以防止煤堆松垮发生坠落事件的发生等等。</w:t>
      </w:r>
      <w:r>
        <w:rPr>
          <w:lang w:eastAsia="zh-CN"/>
        </w:rPr>
        <w:br/>
      </w:r>
      <w:r>
        <w:rPr>
          <w:lang w:eastAsia="zh-CN"/>
        </w:rPr>
        <w:t>　　冬季的寒冷并未影响现场人员的工作热情，黔西电厂加强人文关怀，每天给大家送来姜汤、暖宝宝和水果等等防寒用品，把浓浓的关心关爱送到现场，让现场的人员感受到了企业的温暖。</w:t>
      </w:r>
      <w:r>
        <w:rPr>
          <w:lang w:eastAsia="zh-CN"/>
        </w:rPr>
        <w:br/>
      </w:r>
      <w:r>
        <w:rPr>
          <w:lang w:eastAsia="zh-CN"/>
        </w:rPr>
        <w:t>　　目前，黔西电厂燃料部生产现场一片井然，凝冻天气未对生产造成影响。在近期来煤量减少的情况下，燃料部克服重重困难，始终把煤场管理和配煤掺烧工作作为重点工作，全部门树立上下一盘棋的大局观念，及时掌握进厂煤和各煤场的煤质与煤量，确保各掺配指标不出现偏差，为今年开篇工作打下坚实的基础。</w:t>
      </w:r>
      <w:r>
        <w:rPr>
          <w:lang w:eastAsia="zh-CN"/>
        </w:rPr>
        <w:br/>
      </w:r>
      <w:r>
        <w:rPr>
          <w:lang w:eastAsia="zh-CN"/>
        </w:rPr>
        <w:t xml:space="preserve">    防寒防冻总结范文 篇2 </w:t>
      </w:r>
      <w:r>
        <w:rPr>
          <w:lang w:eastAsia="zh-CN"/>
        </w:rPr>
        <w:br/>
      </w:r>
      <w:r>
        <w:rPr>
          <w:lang w:eastAsia="zh-CN"/>
        </w:rPr>
        <w:t>　　为确保学生安全、健康度过冬季，12月17日上午，洞口县竹市镇阳光完小召开了冬季防寒防冻安全教育班会活动。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活动中，班主任对学生进行用电、取暖、防火、出行等方面的安全教育。使学生掌握防寒、防冻、防滑、防火灾、预防一氧化碳中毒等安全知识和技能。除此之外，该校还积极组织学生进行体育锻炼，增强学生体质，预防冬季各类疾病。</w:t>
      </w:r>
      <w:r>
        <w:rPr>
          <w:lang w:eastAsia="zh-CN"/>
        </w:rPr>
        <w:br/>
      </w:r>
      <w:r>
        <w:rPr>
          <w:lang w:eastAsia="zh-CN"/>
        </w:rPr>
        <w:t>　　此次活动进一步提高了学生们的安全防护意识，营造平安、和谐校园。</w:t>
      </w:r>
      <w:r>
        <w:rPr>
          <w:lang w:eastAsia="zh-CN"/>
        </w:rPr>
        <w:br/>
      </w:r>
      <w:r>
        <w:rPr>
          <w:lang w:eastAsia="zh-CN"/>
        </w:rPr>
        <w:t xml:space="preserve">    防寒防冻总结范文 篇3 </w:t>
      </w:r>
      <w:r>
        <w:rPr>
          <w:lang w:eastAsia="zh-CN"/>
        </w:rPr>
        <w:br/>
      </w:r>
      <w:r>
        <w:rPr>
          <w:lang w:eastAsia="zh-CN"/>
        </w:rPr>
        <w:t>　　为全力应对低温雨雪冰冻天气，确保队伍执勤战备不受恶劣天气影响，葫芦岛市消防救援支队高新大队结合工作实际，采取针对性举措，扎实做好冬季防寒防冻工作，确保圆满完成各项灭火救援任务。</w:t>
      </w:r>
      <w:r>
        <w:rPr>
          <w:lang w:eastAsia="zh-CN"/>
        </w:rPr>
        <w:br/>
      </w:r>
      <w:r>
        <w:rPr>
          <w:lang w:eastAsia="zh-CN"/>
        </w:rPr>
        <w:t>　　一、落实个人防寒准备工作</w:t>
      </w:r>
      <w:r>
        <w:rPr>
          <w:lang w:eastAsia="zh-CN"/>
        </w:rPr>
        <w:br/>
      </w:r>
      <w:r>
        <w:rPr>
          <w:lang w:eastAsia="zh-CN"/>
        </w:rPr>
        <w:t>　　针对冬季安全事故多发的特点，结合大队实际，一是加大全体指战员卫生防病的教育工作，增强队员们的卫生意识和自我防范意识，认真从自身查摆存在问题，切实加强指战员防寒防冻的思想认识；二是动员指战员及时增添衣物，为指战员配备了防寒防冻药物，防止指战员出现冻伤和感冒等疾病的发生，切实做好全体人员的防寒保暖工作；三是对指战员个人防护装备进行了检查与补充，着重增加棉质灭火战斗服、防寒类的阻燃头套、棉战斗靴、加厚泡沫鞋垫的配备，做到装备数量充足、防寒衣物齐全，时刻处于战备状态。</w:t>
      </w:r>
      <w:r>
        <w:rPr>
          <w:lang w:eastAsia="zh-CN"/>
        </w:rPr>
        <w:br/>
      </w:r>
      <w:r>
        <w:rPr>
          <w:lang w:eastAsia="zh-CN"/>
        </w:rPr>
        <w:t>　　二、落实车辆器材防寒准备工作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大队根据雨雪冰冻天气灾害事故特点，认真做好应急救援应急准备工作，落实各项战勤保障措施，加强车辆装备、灭火药剂、衣食药物等方面的准备和储备工作，备足铁铲、扫把等铲冰除雪工具，做好车辆检查保养工作，及时更换冬季用润滑油、检查轮胎和气压、检查蓄电池和保险丝盒，为执勤车辆加装防滑链，为接口涂抹黄油，确保随时随地拉得出、用得上。</w:t>
      </w:r>
      <w:r>
        <w:rPr>
          <w:lang w:eastAsia="zh-CN"/>
        </w:rPr>
        <w:br/>
      </w:r>
      <w:r>
        <w:rPr>
          <w:lang w:eastAsia="zh-CN"/>
        </w:rPr>
        <w:t>　　三、落实安全防事故责任</w:t>
      </w:r>
      <w:r>
        <w:rPr>
          <w:lang w:eastAsia="zh-CN"/>
        </w:rPr>
        <w:br/>
      </w:r>
      <w:r>
        <w:rPr>
          <w:lang w:eastAsia="zh-CN"/>
        </w:rPr>
        <w:t>　　强化车辆防事故教育力度，对驾驶员进行一次交通规则、安全常识、车辆机械技术知识和安全警示教育，切实做到警钟长鸣，确保高度警惕，杜绝驾驶员因麻痹大意的酿成行车安全事故；同时加强车辆日常检查维护力度，规定在出车前、归队后每一位驾驶员要认真检查车辆状况，发现不安全因素要立即报告，严防车辆“带病”上路，确保安全防事故进一步得到落实。</w:t>
      </w:r>
      <w:r>
        <w:rPr>
          <w:lang w:eastAsia="zh-CN"/>
        </w:rPr>
        <w:br/>
      </w:r>
      <w:r>
        <w:rPr>
          <w:lang w:eastAsia="zh-CN"/>
        </w:rPr>
        <w:t>　　四、做好后勤伙食保障</w:t>
      </w:r>
      <w:r>
        <w:rPr>
          <w:lang w:eastAsia="zh-CN"/>
        </w:rPr>
        <w:br/>
      </w:r>
      <w:r>
        <w:rPr>
          <w:lang w:eastAsia="zh-CN"/>
        </w:rPr>
        <w:t>　　在全面征求指战员意见的基础上，扎实做好后勤伙食保障，要求后厨人员科学制订营养食谱，最大限度满足指战员的饮食需求，为灭火救援和执勤备战打好坚实基础。</w:t>
      </w:r>
      <w:r>
        <w:rPr>
          <w:lang w:eastAsia="zh-CN"/>
        </w:rPr>
        <w:br/>
      </w:r>
      <w:r>
        <w:rPr>
          <w:lang w:eastAsia="zh-CN"/>
        </w:rPr>
        <w:t>　　五、完善联勤保障机制</w:t>
      </w:r>
      <w:r>
        <w:rPr>
          <w:lang w:eastAsia="zh-CN"/>
        </w:rPr>
        <w:br/>
      </w:r>
      <w:r>
        <w:rPr>
          <w:lang w:eastAsia="zh-CN"/>
        </w:rPr>
        <w:t>　　多方沟通协调，同市交通、气象等部门建立微信群，确保信息共享，灾情预警及时，固化协同应对模式。同时强化了与地方各部门协同配合能力，为大队冬季灭火救援工作的顺利展开提供了基础保障。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葫芦岛市消防救援支队高新大队通过落实系列措施，为圆满完成各项应急救援任务打下坚实基础，确保队伍能够做到及时响应，快速出动，准确处置。</w:t>
      </w:r>
      <w:r>
        <w:rPr>
          <w:lang w:eastAsia="zh-CN"/>
        </w:rPr>
        <w:br/>
      </w:r>
      <w:r>
        <w:rPr>
          <w:lang w:eastAsia="zh-CN"/>
        </w:rPr>
        <w:t xml:space="preserve">    防寒防冻总结范文 篇4 </w:t>
      </w:r>
      <w:r>
        <w:rPr>
          <w:lang w:eastAsia="zh-CN"/>
        </w:rPr>
        <w:br/>
      </w:r>
      <w:r>
        <w:rPr>
          <w:lang w:eastAsia="zh-CN"/>
        </w:rPr>
        <w:t>　　为了总结经验，找准问题，更好地顺承和实施热电联产规划，现将20__年度冬季供热工作情况总结如下：</w:t>
      </w:r>
      <w:r>
        <w:rPr>
          <w:lang w:eastAsia="zh-CN"/>
        </w:rPr>
        <w:br/>
      </w:r>
      <w:r>
        <w:rPr>
          <w:lang w:eastAsia="zh-CN"/>
        </w:rPr>
        <w:t>　　一、供热经营基本情况：</w:t>
      </w:r>
      <w:r>
        <w:rPr>
          <w:lang w:eastAsia="zh-CN"/>
        </w:rPr>
        <w:br/>
      </w:r>
      <w:r>
        <w:rPr>
          <w:lang w:eastAsia="zh-CN"/>
        </w:rPr>
        <w:t>　　20__年的冬季供热工作，从__年的11月14日开始至__年的3月16日，历时四个月，供热58.74万吨，结算供热量49.62万吨，占年计划的99.24，较去年同期减少2.77万吨，减少比例为5.28。其中，工业用汽为32.78万吨，办公经营用汽9.26万吨，居民采暖用汽7.58万吨；供热收入为3861.19万元，较去年同期增长515.3万元，增长比例为15.4。</w:t>
      </w:r>
      <w:r>
        <w:rPr>
          <w:lang w:eastAsia="zh-CN"/>
        </w:rPr>
        <w:br/>
      </w:r>
      <w:r>
        <w:rPr>
          <w:lang w:eastAsia="zh-CN"/>
        </w:rPr>
        <w:t>　　二、开展的主要工作</w:t>
      </w:r>
      <w:r>
        <w:rPr>
          <w:lang w:eastAsia="zh-CN"/>
        </w:rPr>
        <w:br/>
      </w:r>
      <w:r>
        <w:rPr>
          <w:lang w:eastAsia="zh-CN"/>
        </w:rPr>
        <w:t>　　（一）、20__年，公司促成了工业用蒸汽价格调整工作，在调价过程中，得到了物价局、技术监督局等多家单位的大力支持和帮助。自6月1日起蒸汽由75元/吨增长到87元/吨。11月4日，县物价局召开了听证会议，对我公司的水暖供热价格进行了确认，同时调整了居民采暖汽价。水暖由10元/平方米调整到按套内建筑面积14元/平方米；居民采暖汽价由50元/吨调整到65元/吨。虽然供热价格作了调整，但在五区三县中，我公司的供热价格仍然是最低的，而且调整后的供暖价格仍旧远远低于供暖成本，整体上公司的供暖还是亏损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二）、20__年度，公司以提高供热质量为己任，重点做好了热力设施改造工作，投资286万元铺设了工业园东管线，同时针对热力管网点多面广，事故影响范围大的实际，公司筹资151万元先后对泰薛路、鲁山路、育林路等处管线进行了改造，检查整改了管线保温，并及时消除了农机公司处管道缺陷。对20__年度冬季供热中存在的供暖设施缺陷进行了有针对性的改造，一是将胜利小区20#楼至小区交换站的供暖管道由Φ219变为Φ273，减少了管道阻力，提高了热水输送压头，解决了末端用户供热效果差的问题；二是对厂内变频器进行了维修，保证了其功能正常发挥；三是在厂内安装了排污过滤装置，保证了循环水水质，供暖效果大大好于往年。为了明确责任，促进管线巡视维护，公司以文件的形式对蒸汽和水暖管道进行了分工界定，制定了管道巡视检查制度，并编制了《供热应急救援预案》，有效提高了事故情况下的应急保障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加强供暖宣传服务工作，利用供暖季来临之际，公司利用报纸、电视等新闻媒体进行了供热知识宣传，并配备了两部供热抢修服务车，专门受理用户投诉和进行维修工作。公司以“质量第一，服务至上”的工作态度，赢得了广大热用户的信任和支持。结合城区发展实际，超前开展了供热规划的编制工作，制定了《热用户室温测量办法》，公开承诺对因我方原因造成室温不达标的用户进行退款，提高了服务质量。依据测温办法组织销售管理部人员成立测温小组，各小组轮流值日，大多利用晚上时间对投诉不达标的用户及时进行了测温，及时登记测温结果，对室温不达标的原因向用户进行了耐心细致的分析与解释，得到了用户的一致好评。组织业务员首次对公司的供热质量及服务质量向用户展开调查，通过调查统计，及时发现工作中存在的问题与不足，为今后提高供热质量与服务质量掌握了第一手资料。</w:t>
      </w:r>
      <w:r>
        <w:rPr>
          <w:lang w:eastAsia="zh-CN"/>
        </w:rPr>
        <w:br/>
      </w:r>
      <w:r>
        <w:rPr>
          <w:lang w:eastAsia="zh-CN"/>
        </w:rPr>
        <w:t>　　（四）、加强用户管理，实行了汽暖用户用汽量比对制度和小用户最低用汽量限定制度。自6月份起，我公司取消了用户管损，并按照用户信誉等级和用汽规模进行了建档管理。组织业务员每三日对各用户的用汽量与其预交款进行比对，对达到预交款80％的用户及时进行催交。同时对有表计的小用汽户全部实行了收费双重考核，根据采暖面积限定了最低收费标准。</w:t>
      </w:r>
      <w:r>
        <w:rPr>
          <w:lang w:eastAsia="zh-CN"/>
        </w:rPr>
        <w:br/>
      </w:r>
      <w:r>
        <w:rPr>
          <w:lang w:eastAsia="zh-CN"/>
        </w:rPr>
        <w:t>　　（五）加大对盗热行为打击力度，对于拖欠汽款、偷用蒸汽的行为，公司协调县耻综合执法大队成立了联合执法小组，借助法律手段进行了追缴和处罚，通过联合执法和惩戒活动，增强了居民供热商品观念，促进了收费工作的开展。同时组织销售管理部人员对冬季供暖进行了普查，共查出非法和不正当用汽户42家，其中协同县耻综合执法大队查出私接供热管道1家，对查出的情况及时进行了落实，追回取暖费及滞纳金共计5万余元，有效地维护了供热秩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六）、积极做好收费工作。11月8日县物价局下达了调整供暖价格文件，在时间紧，任务重的情况下，冬季汽款预收工作取得了较好成绩，截止12月底汽款累计预收达1220万元，成绩的取得总起来说主要概括为以下几个方面：一是提前做好了宣传工作。通过电视台、通讯、龙之媒和印发宣传材料进行了广泛宣传，同时组织业务员到东苑、胜利小区、居家城等各居民小区悬挂条幅，进行现场宣传。针对去年东苑小区供暖过程中出现的问题，在东苑小区物业的帮助下，与东苑小区的用户代表进行了座谈、沟通，拉近与用户间的距离，耐心细致的解答了用户提出的问题，得到了用户的理解。通过以上措施达到了让用户明明白白交费的目的；二是坚持不交费不送汽的原则，特别是依据划分的`用户等级，对一些信誉较差的单位坚持不交足预交款坚决不送汽，同时对一些特殊用户签订了缓交协议；三是与修造车间配合，对不能实施停暖用户安装了阀门，做到了整座楼或整个单元的控制，实现了单元整体交费，保证了收费正常进行。</w:t>
      </w:r>
      <w:r>
        <w:rPr>
          <w:lang w:eastAsia="zh-CN"/>
        </w:rPr>
        <w:br/>
      </w:r>
      <w:r>
        <w:rPr>
          <w:lang w:eastAsia="zh-CN"/>
        </w:rPr>
        <w:t>　　过去的一年，虽然我们取得了一定的成绩，但是在工作中也存在着好多的问题和不足。只有善于从主观方面分析原因，勇于改进，才能够拾遗补缺，持续进步。</w:t>
      </w:r>
      <w:r>
        <w:rPr>
          <w:lang w:eastAsia="zh-CN"/>
        </w:rPr>
        <w:br/>
      </w:r>
      <w:r>
        <w:rPr>
          <w:lang w:eastAsia="zh-CN"/>
        </w:rPr>
        <w:t>　　三、供热工作存在的主要问题</w:t>
      </w:r>
      <w:r>
        <w:rPr>
          <w:lang w:eastAsia="zh-CN"/>
        </w:rPr>
        <w:br/>
      </w:r>
      <w:r>
        <w:rPr>
          <w:lang w:eastAsia="zh-CN"/>
        </w:rPr>
        <w:t>　　（一）供热开发方面。开发热用户不合理，零星、分散热用户还在继续增加。没有统一合理的布局与规划，导致供热主管开口太多太乱。不但增加了管网损耗，还不便于管理。</w:t>
      </w:r>
      <w:r>
        <w:rPr>
          <w:lang w:eastAsia="zh-CN"/>
        </w:rPr>
        <w:br/>
      </w:r>
      <w:r>
        <w:rPr>
          <w:lang w:eastAsia="zh-CN"/>
        </w:rPr>
        <w:t>　　（二）供热管理方面。打击盗热行为的力度还不够，一是县城市综合执法大队在查处盗热行为方面法律依据不充分，取证难度大；二是检查涉及到居民难度更大，特别是私接现象，供暖设施在其居室内，不好查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（三）收费管理方面。有些特殊用户在不能一次性交清预交款的情况下，经公司同意签订了缓交款协议书。缓交期限到期后，协议履行不到位，致使资金未能及时收回。</w:t>
      </w:r>
      <w:r>
        <w:rPr>
          <w:lang w:eastAsia="zh-CN"/>
        </w:rPr>
        <w:br/>
      </w:r>
      <w:r>
        <w:rPr>
          <w:lang w:eastAsia="zh-CN"/>
        </w:rPr>
        <w:t>　　（四）与物业合作方面。各小区物业与其业主沟通密切，物业对业主的情况掌握比较详细，而我们毕竟人少，直接与各小区业主联系工作量与工作难度相对较大，一些工作还需各物业配合。依托物业，与物业之间的合作还需进一步加强。</w:t>
      </w:r>
      <w:r>
        <w:rPr>
          <w:lang w:eastAsia="zh-CN"/>
        </w:rPr>
        <w:br/>
      </w:r>
      <w:r>
        <w:rPr>
          <w:lang w:eastAsia="zh-CN"/>
        </w:rPr>
        <w:t>　　成绩只能代表过去，奋斗才能成就未来。为配合公司的发展步骤，搞好城区集中供热，20__年度计划供热量60万吨；结算供热量54万吨。通过实施对主要供热用户的微机监控方案，倡导和推进分户计量工作，结合县城东扩，循环水供暖在老城区施工难度大、投资高，同公司现有供热网络的实际，在东苑小区设计建设循环水供暖分配增压站，积极进行新区循环水供暖基础设施建设工作。</w:t>
      </w:r>
      <w:r>
        <w:rPr>
          <w:lang w:eastAsia="zh-CN"/>
        </w:rPr>
        <w:br/>
      </w:r>
      <w:r>
        <w:rPr>
          <w:lang w:eastAsia="zh-CN"/>
        </w:rPr>
        <w:t xml:space="preserve">    防寒防冻总结范文 篇5 </w:t>
      </w:r>
      <w:r>
        <w:rPr>
          <w:lang w:eastAsia="zh-CN"/>
        </w:rPr>
        <w:br/>
      </w:r>
      <w:r>
        <w:rPr>
          <w:lang w:eastAsia="zh-CN"/>
        </w:rPr>
        <w:t>　　随着气温不断降低，灞桥热电厂以保设备安全、抢发电量保供热工作为重点，高度重视防寒防冻工作，并积极行动，落实各项措施，为确保冬季安全发电、稳定供热打下坚实的基础。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制定措施、明确责任。为全面做好冬季防寒防冻工作，该厂及时组成联合检查组对现场防寒防冻情况进行预检查，对发现的问题，认真组织相关部门制定措施，落实责任，举一反三，做好超前预防。设备部下发了具体的防寒防冻计划，各部门制定了《防寒防冻措施》，将防寒防冻部位、负责单位、完成时间、负责人全部公布，使各部门、各岗位人员责任清晰、任务明确，并对重点部位制定相应的应急预案，避免因设备受冻而发生停机停炉事件。</w:t>
      </w:r>
      <w:r>
        <w:rPr>
          <w:lang w:eastAsia="zh-CN"/>
        </w:rPr>
        <w:br/>
      </w:r>
      <w:r>
        <w:rPr>
          <w:lang w:eastAsia="zh-CN"/>
        </w:rPr>
        <w:t>　　认真检查、查漏补缺。该厂各生产部门认真检查了现场的设备、管路、门窗等，重点开展暖气系统的检查；更换了生产现场、办公场所的破损玻璃；对室外热控、加药管道采取了保温措施；防止穿堂风对机组运行产生影响，全面保证门窗完好、暖气充足无泄漏、管路保温完善，做到防寒工作无死角、无遗漏。</w:t>
      </w:r>
      <w:r>
        <w:rPr>
          <w:lang w:eastAsia="zh-CN"/>
        </w:rPr>
        <w:br/>
      </w:r>
      <w:r>
        <w:rPr>
          <w:lang w:eastAsia="zh-CN"/>
        </w:rPr>
        <w:t>　　加强检查、消除隐患。结合“防寒防冻”专项整治活动，该厂进一步加大巡回检查力度，尤其在夜里对容易冻坏的和安装在室外的设备进行仔细检查，强化设备定期轮换制度，各部门做好分工，发现油管路泄露或是设备漏水、漏油、上霜等现象，及时检修处理，必要时向相关部门汇报，确保冬季设备继续保持平稳高效运行。</w:t>
      </w:r>
      <w:r>
        <w:rPr>
          <w:lang w:eastAsia="zh-CN"/>
        </w:rPr>
        <w:br/>
      </w:r>
      <w:r>
        <w:rPr>
          <w:lang w:eastAsia="zh-CN"/>
        </w:rPr>
        <w:t>　　从11月初开始，该厂对往年冬季防寒防冻工作进行了全面梳理，制定了20__年防寒防冻措施计划，落实责任分工，进行详细盘查，实行责任追究制。在方案中对冬季可能出现的险情进行了预测分析，明确了应急响应措施，确保设备防寒、防冻工作无死角、无遗漏。该厂还提前未雨绸缪，对冬季可能发生的设备冻坏现象进行了风险预测，成立了防寒防冻应急处理小组，落实了治冻、治寒物资，同时扎实开展了应急演练工作，确保防寒险情发生迅速行动，并提前做好了防寒、防冻物资储备工作，为应急工作提供了充足的物资保障。</w:t>
      </w:r>
      <w:r>
        <w:rPr>
          <w:lang w:eastAsia="zh-CN"/>
        </w:rPr>
        <w:br/>
      </w:r>
      <w:r>
        <w:rPr>
          <w:lang w:eastAsia="zh-CN"/>
        </w:rPr>
        <w:t xml:space="preserve">    防寒防冻总结范文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忻州市安全生产工作会议召开后，__年11月6日，我市立即组织召开了原平市安全生产攻坚战冬季行动动员大会，安排部署全市冬季安全生产工作，全面落实安全生产工作任务，市委、市府在第一时间为打好全市冬季安全生产共坚战指明了方向、落实了责任。</w:t>
      </w:r>
      <w:r>
        <w:rPr>
          <w:lang w:eastAsia="zh-CN"/>
        </w:rPr>
        <w:br/>
      </w:r>
      <w:r>
        <w:rPr>
          <w:lang w:eastAsia="zh-CN"/>
        </w:rPr>
        <w:t>　　二、为确保生产大检查活动有序开展，市府印发了《关于在全市开展安全生产攻坚战冬季行动的`通知》（原秘发【】148号），全方位安排部署冬季安全生产工作。市委、市府成立了十三个检查组，分别由、安监、国土、经贸、城建、食品药监、教育、林业、农业、质监、水利等部门负责，相关部门配合，从11月6日起，在全县开展以煤矿、非煤矿山、烟花竹、危险化学品森林防火、公共聚集场所消防、道路交通、建筑施工、食品卫生、各类学校、农业生产、特种设备、高速公路建设等行业为重点的冬季安全检查整治活动。</w:t>
      </w:r>
      <w:r>
        <w:rPr>
          <w:lang w:eastAsia="zh-CN"/>
        </w:rPr>
        <w:br/>
      </w:r>
      <w:r>
        <w:rPr>
          <w:lang w:eastAsia="zh-CN"/>
        </w:rPr>
        <w:t>　　三、市委、市府组建了九个督查组，由市安委会成员单位主要领导带队，有关部门抽调专人参加，对市直部门和全市21个乡镇（街道办）实行包片督查。同时，市委、市府、市安委办联合组成综合督查组，对各检查组、督查组开展工作情况进行跟踪督查，并将工作开展情况及时向全市通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四、结合全市打非行动，严厉打击非法违法生产经营建设行为，坚决维护国家安全生产法律尊严，市委、市府成立了由市、安监、交通、建设、国土资源、工商、质监等部门组成的联合执法小组，形成了执法合力，提高了执法效率，有力地为全市安全生产工作保驾护航，为安全发展扫清障碍。</w:t>
      </w:r>
      <w:r>
        <w:rPr>
          <w:lang w:eastAsia="zh-CN"/>
        </w:rPr>
        <w:br/>
      </w:r>
      <w:r>
        <w:rPr>
          <w:lang w:eastAsia="zh-CN"/>
        </w:rPr>
        <w:t>　　截止目前，全市安全生产攻坚战冬季行动已圆满结束，我市对各类企业打、停、关、整、扶情况如下：打击非法违法生产经营建设行为499起；停产停业5家不符合安全生产条件的企业；对1505家企业继续开展了专项整关闭 16 家不具备安全生产条件的企业；扶持帮助53家企业。</w:t>
      </w:r>
      <w:r>
        <w:rPr>
          <w:lang w:eastAsia="zh-CN"/>
        </w:rPr>
        <w:br/>
      </w:r>
      <w:r>
        <w:rPr>
          <w:lang w:eastAsia="zh-CN"/>
        </w:rPr>
        <w:t xml:space="preserve">    防寒防冻总结范文 篇7 </w:t>
      </w:r>
      <w:r>
        <w:rPr>
          <w:lang w:eastAsia="zh-CN"/>
        </w:rPr>
        <w:br/>
      </w:r>
      <w:r>
        <w:rPr>
          <w:lang w:eastAsia="zh-CN"/>
        </w:rPr>
        <w:t>　　连日来，吉林松原地区持续遭遇寒潮降温天气，为有效应对寒潮降温天气造成的影响，大唐长山热电厂立即启动防寒防冻应急预案，做到排查在前、除险在前、应急准备在前、调度在前，全员参与、全力迎战极寒天气，确保机组发电供热稳定。</w:t>
      </w:r>
      <w:r>
        <w:rPr>
          <w:lang w:eastAsia="zh-CN"/>
        </w:rPr>
        <w:br/>
      </w:r>
      <w:r>
        <w:rPr>
          <w:lang w:eastAsia="zh-CN"/>
        </w:rPr>
        <w:t>　　提早布局，精心部署，落细落实责任。该厂提前制定《大唐长山热电厂冬季运行方式安排及防寒防冻措施》，全面落细落实1号机组冬季运行期间方式、厂房内外系统设备、深井系统、循环水系统、除灰系统、燃运系统及热网系统等防寒防冻措施，明确安全生产职责，层层传递压力。该厂领导以高度的政治责任感，严格执行“双值班”制度，并多次在生产早会、月度例会上对防寒防冻工作进行部署。同时经常深入生产现场及外围灰场、泊口、升压泵站等区域检查防寒防冻措施落实情况，做到第一时间发现问题，第一时间就将问题消灭在萌芽状态。组织开展供热中断应急演练，提高应对突发事件的处理能力，为极寒天气下发电供热稳定奠定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全员行动，全面执行，维护检查到位。该厂结合安全生产三年专项整治行动、“安全生产大整改”等工作要求，建立防寒防冻检查台账，做好门窗完善、孔洞封堵，对室外管路、厂房边缘设备、各类表计等进行保温和伴热处理。严格执行检修、运行、点检“三位一体”的巡检机制，增加检查频次，加强对重点区域温度监控，全面堵塞安全漏洞。各单位检修人员认真开展“三讲一落实”活动，落实危险点控制措施，细致检查设备运行情况，发现缺陷及时处理，保证设备安全运行可靠，并根据气温变化调整水塔挡风板，确保机组在最佳真空下经济运行。发电部加强与省调的沟通交流，及时掌握电网负荷变化，随时调整机组运行方式，并做好负荷率提升工作。同时开展值间竞赛，将抢发电量与绩效考核挂钩，把电量指标落实到每个值，做到争分夺秒抢电量，确保极寒天气下机组保持大负荷运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积极应对，攻坚克难，保证燃料供应。充足的燃料供应是机组稳定运行的必要保障，而寒冷的`冬季容易造成煤炭冻结，尤其是阜新大铭乌尼特煤冻块较多，且直径较大，最大直径约2米，大量的冻块卡在卸煤沟篦子上，给翻卸工作带来极大困难。为此，该厂积极研究对策，精心组织，成立党员突击队支援清车底、砸大块，保障煤车接卸排及上煤工作顺畅。燃运分场密切关注翻车机、堆取料机及输煤皮带等设备的运行情况，煤运班组人员在保证安全的基础上，采用一切手段，抢卸车、保供煤，加快厂内车皮周转，防止出现压车现象。室外工作的燃运检修人克服常人难以想象的困难与寒冷抗争，他们在岗位上粘接皮带，处理堆取料机减速机对轮联轴器脱落、电机缺相等缺陷，口罩帽子上挂满的“冰花”成为冬季里一道别致的风景，他们也用自己执着的坚守，全力保障机组“口粮”稳定供应。</w:t>
      </w:r>
      <w:r>
        <w:rPr>
          <w:lang w:eastAsia="zh-CN"/>
        </w:rPr>
        <w:br/>
      </w:r>
      <w:r>
        <w:rPr>
          <w:lang w:eastAsia="zh-CN"/>
        </w:rPr>
        <w:t>　　沧海横流，方显英雄本色。极寒天气下该厂各级人员履职尽责、共克时艰，进一步细化防寒防冻措施，抓实安全生产，紧盯抢发电量，全力保障机组稳定运行，为20__年各项工作任务顺利完成奠定坚实基础。</w:t>
      </w:r>
      <w:r>
        <w:rPr>
          <w:lang w:eastAsia="zh-CN"/>
        </w:rPr>
        <w:br/>
      </w:r>
      <w:r>
        <w:rPr>
          <w:lang w:eastAsia="zh-CN"/>
        </w:rPr>
        <w:t xml:space="preserve">    防寒防冻总结范文 篇8 </w:t>
      </w:r>
      <w:r>
        <w:rPr>
          <w:lang w:eastAsia="zh-CN"/>
        </w:rPr>
        <w:br/>
      </w:r>
      <w:r>
        <w:rPr>
          <w:lang w:eastAsia="zh-CN"/>
        </w:rPr>
        <w:t>　　渐入深冬，寒潮频频来袭，气温持续走低，为避免校园设备发生冻损情况，确保设施正常运行，信科联二中项目部提前部署防寒防冻保温工作，全力以赴打好御寒攻坚战。</w:t>
      </w:r>
      <w:r>
        <w:rPr>
          <w:lang w:eastAsia="zh-CN"/>
        </w:rPr>
        <w:br/>
      </w:r>
      <w:r>
        <w:rPr>
          <w:lang w:eastAsia="zh-CN"/>
        </w:rPr>
        <w:t>　　冬季天干物燥，用电、用气、用火需求明显增多，同期项目部积极加强火灾隐患安全排查，开展微型消防站拉练等活动，打好防火防御战。</w:t>
      </w:r>
      <w:r>
        <w:rPr>
          <w:lang w:eastAsia="zh-CN"/>
        </w:rPr>
        <w:br/>
      </w:r>
      <w:r>
        <w:rPr>
          <w:lang w:eastAsia="zh-CN"/>
        </w:rPr>
        <w:t>　　“冰”临城下，打好防冻攻坚战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小雪节气过后，越发感受到凛冽寒冬扑面而来，正可谓“冰”临城下，瑟瑟发抖。为应对极寒天气下可能发生的.设备冻裂、故障停运等突发情况，项目部工作人员第一时间对校园内供水管网、消防管线、管道井、室外水系以及关键设备设施采取防冻保温措施：开启电伴热管道加热，防止水管结冰；对消防管道进行橡塑保温棉包裹，防止消防水结冰；对绿化取水阀门进行泄水并关闭，防止低温阀门冻裂；对校园低温点附近喷淋管道进行保温包裹，防止喷淋水结冰等。</w:t>
      </w:r>
      <w:r>
        <w:rPr>
          <w:lang w:eastAsia="zh-CN"/>
        </w:rPr>
        <w:br/>
      </w:r>
      <w:r>
        <w:rPr>
          <w:lang w:eastAsia="zh-CN"/>
        </w:rPr>
        <w:t>　　在关注设备防冻保温的同时加强低温点测温巡检，每天按照计划时间和线路进行，做到即发现，即处理。</w:t>
      </w:r>
      <w:r>
        <w:rPr>
          <w:lang w:eastAsia="zh-CN"/>
        </w:rPr>
        <w:br/>
      </w:r>
      <w:r>
        <w:rPr>
          <w:lang w:eastAsia="zh-CN"/>
        </w:rPr>
        <w:t>　　伴随寒潮可能发生降雪等恶劣天气，项目部也已提前完善相关应急预案修订，保障雪铲、除雪剂等应急物资储备，可在第一时间赶赴现场快速处理，全力守护校园安全。</w:t>
      </w:r>
      <w:r>
        <w:rPr>
          <w:lang w:eastAsia="zh-CN"/>
        </w:rPr>
        <w:br/>
      </w:r>
      <w:r>
        <w:rPr>
          <w:lang w:eastAsia="zh-CN"/>
        </w:rPr>
        <w:t>　　防患未“燃”，打好防火防御战</w:t>
      </w:r>
      <w:r>
        <w:rPr>
          <w:lang w:eastAsia="zh-CN"/>
        </w:rPr>
        <w:br/>
      </w:r>
      <w:r>
        <w:rPr>
          <w:lang w:eastAsia="zh-CN"/>
        </w:rPr>
        <w:t>　　临近年终岁尾，安全问题不能忽视。校园教学楼、宿舍等区域人员密集，消防安全管理更是责任重大。项目部严格落实防火工作要求，在校园内开展冬季安全用电及防火全面检查，重点关注可燃物堆积、电气线路安全、电动自行车停放及充电安全等。特别针对冬季气温低，用电量加大的特点，工作人员着力检查电器使用功率，电器线路老化及线路超负载运行等问题，逐一提示师生加强用电安全意识，人走断电，不私拉电线、不使用电热毯、小太阳等取暖电器，严禁室内吸烟及严禁存储危险、易燃易爆物品等事项。</w:t>
      </w:r>
      <w:r>
        <w:rPr>
          <w:lang w:eastAsia="zh-CN"/>
        </w:rPr>
        <w:br/>
      </w:r>
      <w:r>
        <w:rPr>
          <w:lang w:eastAsia="zh-CN"/>
        </w:rPr>
        <w:t>　　项目团队召开全体员工大会并组织安全管理教育培训，强调务必时刻绷紧安全这根弦，压紧压实各部门层级工作内容，落实各环节安全责任人，分兵把口、尽心尽职，筑牢校园安全屏障。</w:t>
      </w:r>
      <w:r>
        <w:rPr>
          <w:lang w:eastAsia="zh-CN"/>
        </w:rPr>
        <w:br/>
      </w:r>
      <w:r>
        <w:rPr>
          <w:lang w:eastAsia="zh-CN"/>
        </w:rPr>
        <w:t>　　进一步提高火灾的应急处置水平，全面提升“秒响应”能力，项目部进行多次微型消防站拉练活动，不断强化应急事件处理标准与流程，确保防患未“燃”。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与此同时，信科联物业各项目部积极筹备防冻防火系列工作，一手抓防冻，一手抓防火，强有力的措施正在一一落实，切实做到两手抓两手都要硬，赢得业主一致的认可与肯定。信科联物业人每一份付出与坚守，也必将为大家带来一个安全舒适、温暖惬意的冬季。</w:t>
      </w:r>
      <w:r>
        <w:rPr>
          <w:lang w:eastAsia="zh-CN"/>
        </w:rPr>
        <w:br/>
      </w:r>
      <w:r>
        <w:rPr>
          <w:lang w:eastAsia="zh-CN"/>
        </w:rPr>
        <w:t xml:space="preserve">    防寒防冻总结范文 篇9 </w:t>
      </w:r>
      <w:r>
        <w:rPr>
          <w:lang w:eastAsia="zh-CN"/>
        </w:rPr>
        <w:br/>
      </w:r>
      <w:r>
        <w:rPr>
          <w:lang w:eastAsia="zh-CN"/>
        </w:rPr>
        <w:t>　　12月16日清晨，太行山地区的气温骤降至零下10摄氏度。月山工务段月山探伤工区二组班长李建科带领职工冒着严寒来到太焦线377公里200米处。清点工具、抬机上道、调整探头位置、校正灵敏度……一系列作业紧张有序地进行着，执机人员和助手准备开始当天的探伤作业。</w:t>
      </w:r>
      <w:r>
        <w:rPr>
          <w:lang w:eastAsia="zh-CN"/>
        </w:rPr>
        <w:br/>
      </w:r>
      <w:r>
        <w:rPr>
          <w:lang w:eastAsia="zh-CN"/>
        </w:rPr>
        <w:t>　　太焦线是晋煤外运的主要通道。受近期大风寒潮天气等因素影响，太焦线晋煤外运任务繁重，给钢轨防断工作带来严峻考验。该段紧盯钢轨防断的关键时段和重点区段，加密钢轨探伤频次，对钢轨进行全面“体检”，及时发现并处置伤损处所，全面提升线路防寒“免疫力”。</w:t>
      </w:r>
      <w:r>
        <w:rPr>
          <w:lang w:eastAsia="zh-CN"/>
        </w:rPr>
        <w:br/>
      </w:r>
      <w:r>
        <w:rPr>
          <w:lang w:eastAsia="zh-CN"/>
        </w:rPr>
        <w:t>　　高寒低温、霜雪大风天气给钢轨探伤工作增添了不小的难度。李建科和工友们两人一组、五人结伴，推着探伤仪前行，不一会儿，他们的手就被冻僵了。作业时，他们格外小心，生怕出现漏探误判问题。“这不仅是体力活，而且还是脑力活，要脑勤腿快，两者缺一不可。”李建科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为了让探伤仪超声波更好地检测钢轨状态，他们以不超过3公里的'时速行进。“这里波形有异常。”突然，执机人的报告声让大家紧张起来，李建科连忙从后面赶来，眼睛紧盯着探伤仪上的波形图，全方位“扫描”钢轨的每一寸“肌肤”。不到5分钟，李建科通过“仪器检测+现场检查”的方式，确定了波形异常的部位，及时在钢轨上做了标记，并反复回放波形图，不放过任何疑点。</w:t>
      </w:r>
      <w:r>
        <w:rPr>
          <w:lang w:eastAsia="zh-CN"/>
        </w:rPr>
        <w:br/>
      </w:r>
      <w:r>
        <w:rPr>
          <w:lang w:eastAsia="zh-CN"/>
        </w:rPr>
        <w:t>　　在80分钟的“天窗”作业中，月山工务段月山探伤工区6个探伤组累计检查线路17.8公里、道岔24组，发现1处伤损处所并做了加固观察处置。</w:t>
      </w:r>
      <w:r>
        <w:rPr>
          <w:lang w:eastAsia="zh-CN"/>
        </w:rPr>
        <w:br/>
      </w:r>
      <w:r>
        <w:rPr>
          <w:lang w:eastAsia="zh-CN"/>
        </w:rPr>
        <w:t xml:space="preserve">    防寒防冻总结范文 篇10 </w:t>
      </w:r>
      <w:r>
        <w:rPr>
          <w:lang w:eastAsia="zh-CN"/>
        </w:rPr>
        <w:br/>
      </w:r>
      <w:r>
        <w:rPr>
          <w:lang w:eastAsia="zh-CN"/>
        </w:rPr>
        <w:t>　　为进一步了解防寒、防冻、防火常识，切实保障师幼及广大家长朋友的人身安全，近日，城关幼儿园关工委在做好各项安全防护工作的同时，开展了主题为“防寒、防冻、防火”冬季防寒保暖安全教育活动。</w:t>
      </w:r>
      <w:r>
        <w:rPr>
          <w:lang w:eastAsia="zh-CN"/>
        </w:rPr>
        <w:br/>
      </w:r>
      <w:r>
        <w:rPr>
          <w:lang w:eastAsia="zh-CN"/>
        </w:rPr>
        <w:t>　　安全排查落实处。活动中，关工委同志对水、电、消防等设施设备进行了细致地排查，并及时完善应对极端天气的应急预案。</w:t>
      </w:r>
      <w:r>
        <w:rPr>
          <w:lang w:eastAsia="zh-CN"/>
        </w:rPr>
        <w:br/>
      </w:r>
      <w:r>
        <w:rPr>
          <w:lang w:eastAsia="zh-CN"/>
        </w:rPr>
        <w:t>　　开展一次主题教育。老师们通过PPT、故事等方式让幼儿了解如何安全过冬的相关知识，并教育幼儿要加强锻炼，增强体质。</w:t>
      </w:r>
      <w:r>
        <w:rPr>
          <w:lang w:eastAsia="zh-CN"/>
        </w:rPr>
        <w:br/>
      </w:r>
      <w:r>
        <w:rPr>
          <w:lang w:eastAsia="zh-CN"/>
        </w:rPr>
        <w:t>　　预防为主，积极宣传。该园还利用主题墙、公众号以及班级微信群向家长宣传防寒防冻防火等安全知识，增强安全防范意识，共同守护幼儿健康成长。</w:t>
      </w:r>
      <w:r>
        <w:rPr>
          <w:lang w:eastAsia="zh-CN"/>
        </w:rPr>
        <w:br/>
      </w:r>
      <w:r>
        <w:rPr>
          <w:lang w:eastAsia="zh-CN"/>
        </w:rPr>
        <w:t>　　通过本次活动的开展，在守护幼儿健康的同时，也为师幼的学习和生活创设了一个温暖舒适的环境。</w:t>
      </w:r>
      <w:r>
        <w:rPr>
          <w:lang w:eastAsia="zh-CN"/>
        </w:rPr>
        <w:br/>
      </w:r>
    </w:p>
    <w:p w:rsidR="001B1F19" w14:textId="27C3F48A">
      <w:pPr>
        <w:rPr>
          <w:rFonts w:hint="eastAsia"/>
          <w:lang w:eastAsia="zh-CN"/>
        </w:rPr>
      </w:pPr>
      <w:r>
        <w:rPr>
          <w:lang w:eastAsia="zh-CN"/>
        </w:rPr>
        <w:t xml:space="preserve">    防寒防冻总结范文 篇11 </w:t>
      </w:r>
      <w:r>
        <w:rPr>
          <w:lang w:eastAsia="zh-CN"/>
        </w:rPr>
        <w:br/>
      </w:r>
      <w:r>
        <w:rPr>
          <w:lang w:eastAsia="zh-CN"/>
        </w:rPr>
        <w:t>　　为进一步加强严寒天气下执勤训练与灭火救援能力，保证冬季执勤训练和灭火救援工作的正常开展，吉首市消防救援大队多举措做好御寒防寒准备工作。</w:t>
      </w:r>
      <w:r>
        <w:rPr>
          <w:lang w:eastAsia="zh-CN"/>
        </w:rPr>
        <w:br/>
      </w:r>
      <w:r>
        <w:rPr>
          <w:lang w:eastAsia="zh-CN"/>
        </w:rPr>
        <w:t>　　为全力应对低温雨雪冰冻天气可能引发的灾情，大队召开专题会议部署暴雪冰冻天气事故防范工作，强调作战训练安全，制定暴雪冰冻天气应急救援预案，一级抓一级，层层抓落实，确保队伍拉得出，打得赢。同时，积极与气象、应急部门沟通联系，建立工作联系群，完善联动机制，及时掌握气候变化和灾情信息，实施辅助决策，全力做好雨雪冰冻灾害抢险救援等工作。</w:t>
      </w:r>
      <w:r>
        <w:rPr>
          <w:lang w:eastAsia="zh-CN"/>
        </w:rPr>
        <w:br/>
      </w:r>
      <w:r>
        <w:rPr>
          <w:lang w:eastAsia="zh-CN"/>
        </w:rPr>
        <w:t>　　针对近期暴雪冰冻天气的特点，大队认真做好应急救援准备工作，严格落实各项战勤保障措施，做好车辆的防寒保暖工作。提前对所有执勤车辆进行一次全面细致的检查，并认真做好维护保养工作。同时根据天气情况，及时更换了防冻液、防冻机油，配备防滑链，并对执勤车辆的消防泵及阀门、出水口、接水口等部位进行防寒处理，切实做好御寒防寒应急准备工作。严格落实作战训练安全，明确安全官、安全员，做到出动时强调提醒、救援前检查确认、救援中密切监控、救援后及时讲评。</w:t>
      </w:r>
      <w:r>
        <w:rPr>
          <w:lang w:eastAsia="zh-CN"/>
        </w:rPr>
        <w:br/>
      </w:r>
      <w:r>
        <w:rPr>
          <w:lang w:eastAsia="zh-CN"/>
        </w:rPr>
        <w:t>　　同时，大队利用交接班和上午时间，积极开展除雪活动，全体指战员克服寒冷天气的影响，合理安排、严密组织、齐心协力，对营区内外的积雪进行清扫，保持了队、站周围及营区整洁有序的面貌。</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https://d.book118.com/636034020104010100</w:t>
        </w:r>
      </w:hyperlink>
    </w:p>
    <w:p w:rsidR="001B1F19">
      <w:pPr>
        <w:rPr>
          <w:rFonts w:hint="eastAsia"/>
          <w:lang w:eastAsia="zh-CN"/>
        </w:rPr>
      </w:pPr>
    </w:p>
    <w:sectPr>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36034020104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