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机械设备购销合同集锦（30篇）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机械设备购销合同集锦（精选30篇）</w:t>
      </w:r>
      <w:r>
        <w:rPr>
          <w:lang w:eastAsia="zh-CN"/>
        </w:rPr>
        <w:br/>
      </w:r>
      <w:r>
        <w:rPr>
          <w:lang w:eastAsia="zh-CN"/>
        </w:rPr>
        <w:t xml:space="preserve">    机械设备购销合同集锦 篇1 </w:t>
      </w:r>
      <w:r>
        <w:rPr>
          <w:lang w:eastAsia="zh-CN"/>
        </w:rPr>
        <w:br/>
      </w:r>
      <w:r>
        <w:rPr>
          <w:lang w:eastAsia="zh-CN"/>
        </w:rPr>
        <w:t>　　甲方：</w:t>
      </w:r>
      <w:r>
        <w:rPr>
          <w:lang w:eastAsia="zh-CN"/>
        </w:rPr>
        <w:br/>
      </w:r>
      <w:r>
        <w:rPr>
          <w:lang w:eastAsia="zh-CN"/>
        </w:rPr>
        <w:t>　　乙方：</w:t>
      </w:r>
      <w:r>
        <w:rPr>
          <w:lang w:eastAsia="zh-CN"/>
        </w:rPr>
        <w:br/>
      </w:r>
      <w:r>
        <w:rPr>
          <w:lang w:eastAsia="zh-CN"/>
        </w:rPr>
        <w:t>　　甲乙双方根据《人中华人民共和国合同法》及相关法律法规的规定，双方本着平等、诚实、信用、互利原则，在充分友好协商的基础上，双方就机械设备购销合同事宜达成一致，特订立本合同，以供双方共同遵照执行。</w:t>
      </w:r>
      <w:r>
        <w:rPr>
          <w:lang w:eastAsia="zh-CN"/>
        </w:rPr>
        <w:br/>
      </w:r>
      <w:r>
        <w:rPr>
          <w:lang w:eastAsia="zh-CN"/>
        </w:rPr>
        <w:t>　　第一条 产品名称、商标、型号、数量、单价、金额。</w:t>
      </w:r>
      <w:r>
        <w:rPr>
          <w:lang w:eastAsia="zh-CN"/>
        </w:rPr>
        <w:br/>
      </w:r>
      <w:r>
        <w:rPr>
          <w:lang w:eastAsia="zh-CN"/>
        </w:rPr>
        <w:t>　　第二条 质量：</w:t>
      </w:r>
      <w:r>
        <w:rPr>
          <w:lang w:eastAsia="zh-CN"/>
        </w:rPr>
        <w:br/>
      </w:r>
      <w:r>
        <w:rPr>
          <w:lang w:eastAsia="zh-CN"/>
        </w:rPr>
        <w:t>　　1、 整体质量、性能应当达到：</w:t>
      </w:r>
      <w:r>
        <w:rPr>
          <w:lang w:eastAsia="zh-CN"/>
        </w:rPr>
        <w:br/>
      </w:r>
      <w:r>
        <w:rPr>
          <w:lang w:eastAsia="zh-CN"/>
        </w:rPr>
        <w:t>　　2、特殊要求：鉴于本合同为用于设备，故甲方除严格遵守本合同规定的质量标准外，尚须满足 工程施工生产的要求。</w:t>
      </w:r>
      <w:r>
        <w:rPr>
          <w:lang w:eastAsia="zh-CN"/>
        </w:rPr>
        <w:br/>
      </w:r>
      <w:r>
        <w:rPr>
          <w:lang w:eastAsia="zh-CN"/>
        </w:rPr>
        <w:t>　　第三条 安装调试、服务与维修响应</w:t>
      </w:r>
      <w:r>
        <w:rPr>
          <w:lang w:eastAsia="zh-CN"/>
        </w:rPr>
        <w:br/>
      </w:r>
      <w:r>
        <w:rPr>
          <w:lang w:eastAsia="zh-CN"/>
        </w:rPr>
        <w:t>　　1、安装调试： 。</w:t>
      </w:r>
      <w:r>
        <w:rPr>
          <w:lang w:eastAsia="zh-CN"/>
        </w:rPr>
        <w:br/>
      </w:r>
      <w:r>
        <w:rPr>
          <w:lang w:eastAsia="zh-CN"/>
        </w:rPr>
        <w:t>　　2、培训指导服务：。</w:t>
      </w:r>
      <w:r>
        <w:rPr>
          <w:lang w:eastAsia="zh-CN"/>
        </w:rPr>
        <w:br/>
      </w:r>
      <w:r>
        <w:rPr>
          <w:lang w:eastAsia="zh-CN"/>
        </w:rPr>
        <w:t>　　3、维修响应：</w:t>
      </w:r>
      <w:r>
        <w:rPr>
          <w:lang w:eastAsia="zh-CN"/>
        </w:rPr>
        <w:t xml:space="preserve"> 若在质保期内出现质量问题，甲方在接到通知后天，人响应到场，</w:t>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xml:space="preserve"> 天内完成维修更换，并承担修理调换的费用;如经甲方维修仍不能达到本合同约定的质量标准，视作甲方未能按时交货，乙方有权退货并追究甲方的'违约责任。货到现场后，由乙方保管不当造成的问题，甲方亦应负责修复，但费用由乙方负担。甲方须指派专人(姓名：</w:t>
      </w:r>
      <w:r>
        <w:rPr>
          <w:lang w:eastAsia="zh-CN"/>
        </w:rPr>
        <w:t xml:space="preserve"> 身份证号：</w:t>
      </w:r>
      <w:r>
        <w:rPr>
          <w:lang w:eastAsia="zh-CN"/>
        </w:rPr>
        <w:t xml:space="preserve"> )负责与乙方联系售后服务事宜。</w:t>
      </w:r>
      <w:r>
        <w:rPr>
          <w:lang w:eastAsia="zh-CN"/>
        </w:rPr>
        <w:br/>
      </w:r>
      <w:r>
        <w:rPr>
          <w:lang w:eastAsia="zh-CN"/>
        </w:rPr>
        <w:t>　　第四条 运输、交付时间、地点、收货人：</w:t>
      </w:r>
      <w:r>
        <w:rPr>
          <w:lang w:eastAsia="zh-CN"/>
        </w:rPr>
        <w:br/>
      </w:r>
      <w:r>
        <w:rPr>
          <w:lang w:eastAsia="zh-CN"/>
        </w:rPr>
        <w:t>　　1、本合同所售设备由承担。</w:t>
      </w:r>
      <w:r>
        <w:rPr>
          <w:lang w:eastAsia="zh-CN"/>
        </w:rPr>
        <w:br/>
      </w:r>
      <w:r>
        <w:rPr>
          <w:lang w:eastAsia="zh-CN"/>
        </w:rPr>
        <w:t>　　2、运输方式为： 。</w:t>
      </w:r>
      <w:r>
        <w:rPr>
          <w:lang w:eastAsia="zh-CN"/>
        </w:rPr>
        <w:br/>
      </w:r>
      <w:r>
        <w:rPr>
          <w:lang w:eastAsia="zh-CN"/>
        </w:rPr>
        <w:t>　　3、交付时间： 。</w:t>
      </w:r>
      <w:r>
        <w:rPr>
          <w:lang w:eastAsia="zh-CN"/>
        </w:rPr>
        <w:br/>
      </w:r>
      <w:r>
        <w:rPr>
          <w:lang w:eastAsia="zh-CN"/>
        </w:rPr>
        <w:t>　　4、交付地点： 。</w:t>
      </w:r>
      <w:r>
        <w:rPr>
          <w:lang w:eastAsia="zh-CN"/>
        </w:rPr>
        <w:br/>
      </w:r>
      <w:r>
        <w:rPr>
          <w:lang w:eastAsia="zh-CN"/>
        </w:rPr>
        <w:t>　　5、收货人姓名： 身份证号： 联系方式：</w:t>
      </w:r>
      <w:r>
        <w:rPr>
          <w:lang w:eastAsia="zh-CN"/>
        </w:rPr>
        <w:br/>
      </w:r>
      <w:r>
        <w:rPr>
          <w:lang w:eastAsia="zh-CN"/>
        </w:rPr>
        <w:t>　　6、甲方运至交付地点后，由 方负责卸车。双方根据合同的规定输验收及交付手续，经双方共同签字确认。</w:t>
      </w:r>
      <w:r>
        <w:rPr>
          <w:lang w:eastAsia="zh-CN"/>
        </w:rPr>
        <w:br/>
      </w:r>
      <w:r>
        <w:rPr>
          <w:lang w:eastAsia="zh-CN"/>
        </w:rPr>
        <w:t>　　第五条 质量保证：</w:t>
      </w:r>
      <w:r>
        <w:rPr>
          <w:lang w:eastAsia="zh-CN"/>
        </w:rPr>
        <w:br/>
      </w:r>
      <w:r>
        <w:rPr>
          <w:lang w:eastAsia="zh-CN"/>
        </w:rPr>
        <w:t>　　第六条 结算与支付： 。</w:t>
      </w:r>
      <w:r>
        <w:rPr>
          <w:lang w:eastAsia="zh-CN"/>
        </w:rPr>
        <w:br/>
      </w:r>
      <w:r>
        <w:rPr>
          <w:lang w:eastAsia="zh-CN"/>
        </w:rPr>
        <w:t>　　第七条 违约责任： 。</w:t>
      </w:r>
      <w:r>
        <w:rPr>
          <w:lang w:eastAsia="zh-CN"/>
        </w:rPr>
        <w:br/>
      </w:r>
      <w:r>
        <w:rPr>
          <w:lang w:eastAsia="zh-CN"/>
        </w:rPr>
        <w:t>　　第八条 其他事项：</w:t>
      </w:r>
      <w:r>
        <w:rPr>
          <w:lang w:eastAsia="zh-CN"/>
        </w:rPr>
        <w:br/>
      </w:r>
      <w:r>
        <w:rPr>
          <w:lang w:eastAsia="zh-CN"/>
        </w:rPr>
        <w:t>　　1、 本合同未尽事宜，经双方协商一致，可订立补充与本合同具有同等法律效力。</w:t>
      </w:r>
      <w:r>
        <w:rPr>
          <w:lang w:eastAsia="zh-CN"/>
        </w:rPr>
        <w:br/>
      </w:r>
      <w:r>
        <w:rPr>
          <w:lang w:eastAsia="zh-CN"/>
        </w:rPr>
        <w:t>　　2、本合同自双方法定代表人或委托代理人签字并盖章之日起生效。</w:t>
      </w:r>
      <w:r>
        <w:rPr>
          <w:lang w:eastAsia="zh-CN"/>
        </w:rPr>
        <w:br/>
      </w:r>
      <w:r>
        <w:rPr>
          <w:lang w:eastAsia="zh-CN"/>
        </w:rPr>
        <w:t>　　3、本俩壹式 份，由甲、乙双方各执 份，并有同等法律效力。</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甲方(公章)：_________　　　　　　　　乙方(公章)：_________</w:t>
      </w:r>
      <w:r>
        <w:rPr>
          <w:lang w:eastAsia="zh-CN"/>
        </w:rPr>
        <w:br/>
      </w:r>
      <w:r>
        <w:rPr>
          <w:lang w:eastAsia="zh-CN"/>
        </w:rPr>
        <w:t>　　法定代表人(签字)：_________　　　　　法定代表人(签字)：_________</w:t>
      </w:r>
      <w:r>
        <w:rPr>
          <w:lang w:eastAsia="zh-CN"/>
        </w:rPr>
        <w:br/>
      </w:r>
      <w:r>
        <w:rPr>
          <w:lang w:eastAsia="zh-CN"/>
        </w:rPr>
        <w:t>　　_________年____月____日　　　　　　　_________年____月____日</w:t>
      </w:r>
      <w:r>
        <w:rPr>
          <w:lang w:eastAsia="zh-CN"/>
        </w:rPr>
        <w:br/>
      </w:r>
      <w:r>
        <w:rPr>
          <w:lang w:eastAsia="zh-CN"/>
        </w:rPr>
        <w:t xml:space="preserve">    机械设备购销合同集锦 篇2 </w:t>
      </w:r>
      <w:r>
        <w:rPr>
          <w:lang w:eastAsia="zh-CN"/>
        </w:rPr>
        <w:br/>
      </w:r>
      <w:r>
        <w:rPr>
          <w:lang w:eastAsia="zh-CN"/>
        </w:rPr>
        <w:t>　　供方：____________ (以下简称甲方)</w:t>
      </w:r>
      <w:r>
        <w:rPr>
          <w:lang w:eastAsia="zh-CN"/>
        </w:rPr>
        <w:br/>
      </w:r>
      <w:r>
        <w:rPr>
          <w:lang w:eastAsia="zh-CN"/>
        </w:rPr>
        <w:t>　　需方：____________ (以下简称乙方)</w:t>
      </w:r>
      <w:r>
        <w:rPr>
          <w:lang w:eastAsia="zh-CN"/>
        </w:rPr>
        <w:br/>
      </w:r>
      <w:r>
        <w:rPr>
          <w:lang w:eastAsia="zh-CN"/>
        </w:rPr>
        <w:t>　　签订时间：____________</w:t>
      </w:r>
      <w:r>
        <w:rPr>
          <w:lang w:eastAsia="zh-CN"/>
        </w:rPr>
        <w:br/>
      </w:r>
      <w:r>
        <w:rPr>
          <w:lang w:eastAsia="zh-CN"/>
        </w:rPr>
        <w:t>　　根据《中华人民共和国民法典》及其它相关法律规定，甲乙双方本着平等互利的原则，经双方协商同意签订本合同。</w:t>
      </w:r>
      <w:r>
        <w:rPr>
          <w:lang w:eastAsia="zh-CN"/>
        </w:rPr>
        <w:br/>
      </w:r>
      <w:r>
        <w:rPr>
          <w:lang w:eastAsia="zh-CN"/>
        </w:rPr>
        <w:t>　　一.供货范围、产地及价格</w:t>
      </w:r>
      <w:r>
        <w:rPr>
          <w:lang w:eastAsia="zh-CN"/>
        </w:rPr>
        <w:br/>
      </w:r>
      <w:r>
        <w:rPr>
          <w:lang w:eastAsia="zh-CN"/>
        </w:rPr>
        <w:t>　　主体设备 ____________，产地：____________ ，总价款人民币____________ 元整(￥：____________元)。</w:t>
      </w:r>
      <w:r>
        <w:rPr>
          <w:lang w:eastAsia="zh-CN"/>
        </w:rPr>
        <w:br/>
      </w:r>
      <w:r>
        <w:rPr>
          <w:lang w:eastAsia="zh-CN"/>
        </w:rPr>
        <w:t>　　合同价格为规定地点交货价(包括配件、安装费和一切运杂费)。</w:t>
      </w:r>
      <w:r>
        <w:rPr>
          <w:lang w:eastAsia="zh-CN"/>
        </w:rPr>
        <w:br/>
      </w:r>
      <w:r>
        <w:rPr>
          <w:lang w:eastAsia="zh-CN"/>
        </w:rPr>
        <w:t>　　二. 货品质量要求及乙方对质量负责的条件和期限</w:t>
      </w:r>
      <w:r>
        <w:rPr>
          <w:lang w:eastAsia="zh-CN"/>
        </w:rPr>
        <w:br/>
      </w:r>
      <w:r>
        <w:rPr>
          <w:lang w:eastAsia="zh-CN"/>
        </w:rPr>
        <w:t>　　1. 甲方提供的设备必须符合中华人民共和国国家安全环保标准以及该产品的出厂标准。</w:t>
      </w:r>
      <w:r>
        <w:rPr>
          <w:lang w:eastAsia="zh-CN"/>
        </w:rPr>
        <w:br/>
      </w:r>
      <w:r>
        <w:rPr>
          <w:lang w:eastAsia="zh-CN"/>
        </w:rPr>
        <w:t>　　2. 甲方提供的设备必须是全新的机器(含零部件、配件、随机工具等)，表面无划伤、无碰撞。</w:t>
      </w:r>
      <w:r>
        <w:rPr>
          <w:lang w:eastAsia="zh-CN"/>
        </w:rPr>
        <w:br/>
      </w:r>
      <w:r>
        <w:rPr>
          <w:lang w:eastAsia="zh-CN"/>
        </w:rPr>
        <w:t>　　3.</w:t>
      </w:r>
      <w:r>
        <w:rPr>
          <w:lang w:eastAsia="zh-CN"/>
        </w:rPr>
        <w:t xml:space="preserve"> 因设备的质量问题发生争议，由</w:t>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____________市商检部门进行质量鉴定。</w:t>
      </w:r>
      <w:r>
        <w:rPr>
          <w:lang w:eastAsia="zh-CN"/>
        </w:rPr>
        <w:br/>
      </w:r>
      <w:r>
        <w:rPr>
          <w:lang w:eastAsia="zh-CN"/>
        </w:rPr>
        <w:t>　　4. 甲方对所供设备提供三年的上门保修。在保修期内，如设备非因乙方的人为原因而出现的质量或故障问题由甲方负责包修、包换或包退，并承担修理、调换或退货的所有费用。甲方不能修理或不能调换，均按违反售后服务承诺处理。</w:t>
      </w:r>
      <w:r>
        <w:rPr>
          <w:lang w:eastAsia="zh-CN"/>
        </w:rPr>
        <w:br/>
      </w:r>
      <w:r>
        <w:rPr>
          <w:lang w:eastAsia="zh-CN"/>
        </w:rPr>
        <w:t>　　三. 交货及验收</w:t>
      </w:r>
      <w:r>
        <w:rPr>
          <w:lang w:eastAsia="zh-CN"/>
        </w:rPr>
        <w:br/>
      </w:r>
      <w:r>
        <w:rPr>
          <w:lang w:eastAsia="zh-CN"/>
        </w:rPr>
        <w:t>　　1. 交付使用时间：____________ 年____________ 月 ____________日前。</w:t>
      </w:r>
      <w:r>
        <w:rPr>
          <w:lang w:eastAsia="zh-CN"/>
        </w:rPr>
        <w:br/>
      </w:r>
      <w:r>
        <w:rPr>
          <w:lang w:eastAsia="zh-CN"/>
        </w:rPr>
        <w:t>　　2. 所有设备、配件必须具备出厂合格证。</w:t>
      </w:r>
      <w:r>
        <w:rPr>
          <w:lang w:eastAsia="zh-CN"/>
        </w:rPr>
        <w:br/>
      </w:r>
      <w:r>
        <w:rPr>
          <w:lang w:eastAsia="zh-CN"/>
        </w:rPr>
        <w:t>　　3. 甲方应将所供设备的用户手册、保修手册、有关资料及配件、随机工具等交付给乙方。</w:t>
      </w:r>
      <w:r>
        <w:rPr>
          <w:lang w:eastAsia="zh-CN"/>
        </w:rPr>
        <w:br/>
      </w:r>
      <w:r>
        <w:rPr>
          <w:lang w:eastAsia="zh-CN"/>
        </w:rPr>
        <w:t>　　4 交货地点：____________</w:t>
      </w:r>
      <w:r>
        <w:rPr>
          <w:lang w:eastAsia="zh-CN"/>
        </w:rPr>
        <w:br/>
      </w:r>
      <w:r>
        <w:rPr>
          <w:lang w:eastAsia="zh-CN"/>
        </w:rPr>
        <w:t>　　5. 货物的验收：设备现场安装过程，如发生与供货合同条款不符的设备，用户提出异议，供货商应无条件更换。</w:t>
      </w:r>
      <w:r>
        <w:rPr>
          <w:lang w:eastAsia="zh-CN"/>
        </w:rPr>
        <w:br/>
      </w:r>
      <w:r>
        <w:rPr>
          <w:lang w:eastAsia="zh-CN"/>
        </w:rPr>
        <w:t>　　四. 付款方式</w:t>
      </w:r>
      <w:r>
        <w:rPr>
          <w:lang w:eastAsia="zh-CN"/>
        </w:rPr>
        <w:br/>
      </w:r>
      <w:r>
        <w:rPr>
          <w:lang w:eastAsia="zh-CN"/>
        </w:rPr>
        <w:t>　　1.设备到货且安装调试完毕后，乙方必须在十个工作日内进行验收。</w:t>
      </w:r>
      <w:r>
        <w:rPr>
          <w:lang w:eastAsia="zh-CN"/>
        </w:rPr>
        <w:br/>
      </w:r>
      <w:r>
        <w:rPr>
          <w:lang w:eastAsia="zh-CN"/>
        </w:rPr>
        <w:t>　　2.设备订金预付65%，设备制作好后付30%，设备到乙方安装调试生产后，经验收合格后支付给甲方5%，余款5%由甲方安装调试人员在全部安装调试工作结束后带回;甲方同时开具销售发票，并提供由使用单位认可的验收报告。</w:t>
      </w:r>
      <w:r>
        <w:rPr>
          <w:lang w:eastAsia="zh-CN"/>
        </w:rPr>
        <w:br/>
      </w:r>
      <w:r>
        <w:rPr>
          <w:lang w:eastAsia="zh-CN"/>
        </w:rPr>
        <w:t>　　五. 违约责任</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1. 乙方无正当理由拒收货物，乙方向甲方偿付货款总值的5%的违约金。</w:t>
      </w:r>
      <w:r>
        <w:rPr>
          <w:lang w:eastAsia="zh-CN"/>
        </w:rPr>
        <w:br/>
      </w:r>
      <w:r>
        <w:rPr>
          <w:lang w:eastAsia="zh-CN"/>
        </w:rPr>
        <w:t>　　2. 乙方逾期支付设备款的，每逾期1天，乙方向甲方偿付欠款总额的5‰的滞纳金，累计滞纳金总额不超过欠款总额的5%(因甲方原因造成乙方逾期支付的，由甲方承担违约责任)。</w:t>
      </w:r>
      <w:r>
        <w:rPr>
          <w:lang w:eastAsia="zh-CN"/>
        </w:rPr>
        <w:br/>
      </w:r>
      <w:r>
        <w:rPr>
          <w:lang w:eastAsia="zh-CN"/>
        </w:rPr>
        <w:t>　　3. 甲方所交的设备品种、型号、规格不符合合同规定的，乙方有权拒收设备，甲方应向乙方支付货款总额5%的违约金。</w:t>
      </w:r>
      <w:r>
        <w:rPr>
          <w:lang w:eastAsia="zh-CN"/>
        </w:rPr>
        <w:br/>
      </w:r>
      <w:r>
        <w:rPr>
          <w:lang w:eastAsia="zh-CN"/>
        </w:rPr>
        <w:t>　　4..甲方逾期交货的，每逾期1天，甲方向乙方偿付逾期交货部分货款总额5‰的滞纳金，累计滞纳金额不超过逾期交货部分货款总额的5%(逾期交货超过20天，乙方有权终止合同)。</w:t>
      </w:r>
      <w:r>
        <w:rPr>
          <w:lang w:eastAsia="zh-CN"/>
        </w:rPr>
        <w:br/>
      </w:r>
      <w:r>
        <w:rPr>
          <w:lang w:eastAsia="zh-CN"/>
        </w:rPr>
        <w:t>　　5..甲方如没有按合同规定履行售后服务承诺，乙方可另行由第三方单位进行修复，其费用全部由甲方支付，并追究甲方的违约责任。</w:t>
      </w:r>
      <w:r>
        <w:rPr>
          <w:lang w:eastAsia="zh-CN"/>
        </w:rPr>
        <w:br/>
      </w:r>
      <w:r>
        <w:rPr>
          <w:lang w:eastAsia="zh-CN"/>
        </w:rPr>
        <w:t>　　六.售后服务</w:t>
      </w:r>
      <w:r>
        <w:rPr>
          <w:lang w:eastAsia="zh-CN"/>
        </w:rPr>
        <w:br/>
      </w:r>
      <w:r>
        <w:rPr>
          <w:lang w:eastAsia="zh-CN"/>
        </w:rPr>
        <w:t>　　1.所有设备均由甲方送货上门并安装调试。</w:t>
      </w:r>
      <w:r>
        <w:rPr>
          <w:lang w:eastAsia="zh-CN"/>
        </w:rPr>
        <w:br/>
      </w:r>
      <w:r>
        <w:rPr>
          <w:lang w:eastAsia="zh-CN"/>
        </w:rPr>
        <w:t>　　2.所有设备均由甲方提供终身保修服务。从验收合格之日起三年内，由甲方提供的设备，如发生非人为故障，甲方上门维修或更换性能指标不低于原规格型号的新部件。</w:t>
      </w:r>
      <w:r>
        <w:rPr>
          <w:lang w:eastAsia="zh-CN"/>
        </w:rPr>
        <w:br/>
      </w:r>
      <w:r>
        <w:rPr>
          <w:lang w:eastAsia="zh-CN"/>
        </w:rPr>
        <w:t>　　3.甲方接到报修通知后，在24小时内派技术人员上门现场维护，并在48小时内解决问题，如在规定时间内不能修复的设备，应提供相同档次的机器给用户代用。如甲方不能及时到现场解决问题，乙方可委托其他单位维修，其相关费用由甲方负责。</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4.三年的保修期间，同一硬件一个月内连续2次出现同一故障，供货商须无偿更换同一档次机器。</w:t>
      </w:r>
      <w:r>
        <w:rPr>
          <w:lang w:eastAsia="zh-CN"/>
        </w:rPr>
        <w:br/>
      </w:r>
      <w:r>
        <w:rPr>
          <w:lang w:eastAsia="zh-CN"/>
        </w:rPr>
        <w:t>　　七. 不可抗力</w:t>
      </w:r>
      <w:r>
        <w:rPr>
          <w:lang w:eastAsia="zh-CN"/>
        </w:rPr>
        <w:br/>
      </w:r>
      <w:r>
        <w:rPr>
          <w:lang w:eastAsia="zh-CN"/>
        </w:rPr>
        <w:t>　　任何一方由于诸如战争、严重火灾、洪水、台风、地震或其他不可抗力的事件使合同执行受阻，则合同执行由双方协商后相应延长。受阻方应随时采取所有合理步骤以减少因不可抗力事件所导致合同执行的任何延迟。</w:t>
      </w:r>
      <w:r>
        <w:rPr>
          <w:lang w:eastAsia="zh-CN"/>
        </w:rPr>
        <w:br/>
      </w:r>
      <w:r>
        <w:rPr>
          <w:lang w:eastAsia="zh-CN"/>
        </w:rPr>
        <w:t>　　八. 合同的终止和中止</w:t>
      </w:r>
      <w:r>
        <w:rPr>
          <w:lang w:eastAsia="zh-CN"/>
        </w:rPr>
        <w:br/>
      </w:r>
      <w:r>
        <w:rPr>
          <w:lang w:eastAsia="zh-CN"/>
        </w:rPr>
        <w:t>　　在发生合同终止情况时，任何一方均有责任将已执行中的合同部分执行完毕。</w:t>
      </w:r>
      <w:r>
        <w:rPr>
          <w:lang w:eastAsia="zh-CN"/>
        </w:rPr>
        <w:br/>
      </w:r>
      <w:r>
        <w:rPr>
          <w:lang w:eastAsia="zh-CN"/>
        </w:rPr>
        <w:t>　　九. 合同的仲裁</w:t>
      </w:r>
      <w:r>
        <w:rPr>
          <w:lang w:eastAsia="zh-CN"/>
        </w:rPr>
        <w:br/>
      </w:r>
      <w:r>
        <w:rPr>
          <w:lang w:eastAsia="zh-CN"/>
        </w:rPr>
        <w:t>　　1.因设备的质量问题发生争议，由____________ 市质量监督局或其指定的质量鉴定单位进行质量鉴定、设备符合质量标准的，鉴定费由乙方承担，设备不符合质量标准的，鉴定费由甲方承担。</w:t>
      </w:r>
      <w:r>
        <w:rPr>
          <w:lang w:eastAsia="zh-CN"/>
        </w:rPr>
        <w:br/>
      </w:r>
      <w:r>
        <w:rPr>
          <w:lang w:eastAsia="zh-CN"/>
        </w:rPr>
        <w:t>　　2.凡与本合同有关而引起的一切争议，甲、乙双方应首先通过友好协商解决，如经协商后仍不能达成协议时，任何一方可以向法院提出诉讼。</w:t>
      </w:r>
      <w:r>
        <w:rPr>
          <w:lang w:eastAsia="zh-CN"/>
        </w:rPr>
        <w:br/>
      </w:r>
      <w:r>
        <w:rPr>
          <w:lang w:eastAsia="zh-CN"/>
        </w:rPr>
        <w:t>　　3.本合同的诉讼管辖地为 ____________市合同履行地的管辖人民法院。</w:t>
      </w:r>
      <w:r>
        <w:rPr>
          <w:lang w:eastAsia="zh-CN"/>
        </w:rPr>
        <w:br/>
      </w:r>
      <w:r>
        <w:rPr>
          <w:lang w:eastAsia="zh-CN"/>
        </w:rPr>
        <w:t>　　十. 其他约定条款</w:t>
      </w:r>
      <w:r>
        <w:rPr>
          <w:lang w:eastAsia="zh-CN"/>
        </w:rPr>
        <w:br/>
      </w:r>
      <w:r>
        <w:rPr>
          <w:lang w:eastAsia="zh-CN"/>
        </w:rPr>
        <w:t>　　本合同书一式二份，均为正本，甲乙双方各执一份。</w:t>
      </w:r>
      <w:r>
        <w:rPr>
          <w:lang w:eastAsia="zh-CN"/>
        </w:rPr>
        <w:br/>
      </w:r>
      <w:r>
        <w:rPr>
          <w:lang w:eastAsia="zh-CN"/>
        </w:rPr>
        <w:t>　　供方签字(盖章)：____________</w:t>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需方签字(盖章)：____________</w:t>
      </w:r>
      <w:r>
        <w:rPr>
          <w:lang w:eastAsia="zh-CN"/>
        </w:rPr>
        <w:br/>
      </w:r>
      <w:r>
        <w:rPr>
          <w:lang w:eastAsia="zh-CN"/>
        </w:rPr>
        <w:t>　　供方：____________ 需方：____________</w:t>
      </w:r>
      <w:r>
        <w:rPr>
          <w:lang w:eastAsia="zh-CN"/>
        </w:rPr>
        <w:br/>
      </w:r>
      <w:r>
        <w:rPr>
          <w:lang w:eastAsia="zh-CN"/>
        </w:rPr>
        <w:t>　　地址：____________ 地址：____________</w:t>
      </w:r>
      <w:r>
        <w:rPr>
          <w:lang w:eastAsia="zh-CN"/>
        </w:rPr>
        <w:br/>
      </w:r>
      <w:r>
        <w:rPr>
          <w:lang w:eastAsia="zh-CN"/>
        </w:rPr>
        <w:t>　　电话：____________ 电话：____________</w:t>
      </w:r>
      <w:r>
        <w:rPr>
          <w:lang w:eastAsia="zh-CN"/>
        </w:rPr>
        <w:br/>
      </w:r>
      <w:r>
        <w:rPr>
          <w:lang w:eastAsia="zh-CN"/>
        </w:rPr>
        <w:t>　　签订日期：____________签订日期：____________</w:t>
      </w:r>
      <w:r>
        <w:rPr>
          <w:lang w:eastAsia="zh-CN"/>
        </w:rPr>
        <w:br/>
      </w:r>
      <w:r>
        <w:rPr>
          <w:lang w:eastAsia="zh-CN"/>
        </w:rPr>
        <w:t xml:space="preserve">    机械设备购销合同集锦 篇3 </w:t>
      </w:r>
      <w:r>
        <w:rPr>
          <w:lang w:eastAsia="zh-CN"/>
        </w:rPr>
        <w:br/>
      </w:r>
      <w:r>
        <w:rPr>
          <w:lang w:eastAsia="zh-CN"/>
        </w:rPr>
        <w:t>　　供方：__________需方：__________</w:t>
      </w:r>
      <w:r>
        <w:rPr>
          <w:lang w:eastAsia="zh-CN"/>
        </w:rPr>
        <w:br/>
      </w:r>
      <w:r>
        <w:rPr>
          <w:lang w:eastAsia="zh-CN"/>
        </w:rPr>
        <w:t>　　今有上海神力二手工程机械有限公司（以下简称供方），销售__台工程机械给_____（以下简称需方）。供需双方本着平等互利、协商一致的原则，签订本合同，以资双方信守执行。</w:t>
      </w:r>
      <w:r>
        <w:rPr>
          <w:lang w:eastAsia="zh-CN"/>
        </w:rPr>
        <w:br/>
      </w:r>
      <w:r>
        <w:rPr>
          <w:lang w:eastAsia="zh-CN"/>
        </w:rPr>
        <w:t>　　第一条机械名称：______</w:t>
      </w:r>
      <w:r>
        <w:rPr>
          <w:lang w:eastAsia="zh-CN"/>
        </w:rPr>
        <w:br/>
      </w:r>
      <w:r>
        <w:rPr>
          <w:lang w:eastAsia="zh-CN"/>
        </w:rPr>
        <w:t>　　第二条机械单价及合同总金额</w:t>
      </w:r>
      <w:r>
        <w:rPr>
          <w:lang w:eastAsia="zh-CN"/>
        </w:rPr>
        <w:br/>
      </w:r>
      <w:r>
        <w:rPr>
          <w:lang w:eastAsia="zh-CN"/>
        </w:rPr>
        <w:t>　　1、机械定价，供需双方同意按_____定价执行。如发生变化，需变动价格时，应经供需双方协商。否则，造成损失由违约方承担经济责任。</w:t>
      </w:r>
      <w:r>
        <w:rPr>
          <w:lang w:eastAsia="zh-CN"/>
        </w:rPr>
        <w:br/>
      </w:r>
      <w:r>
        <w:rPr>
          <w:lang w:eastAsia="zh-CN"/>
        </w:rPr>
        <w:t>　　2、单价和合同总金额：_______。</w:t>
      </w:r>
      <w:r>
        <w:rPr>
          <w:lang w:eastAsia="zh-CN"/>
        </w:rPr>
        <w:br/>
      </w:r>
      <w:r>
        <w:rPr>
          <w:lang w:eastAsia="zh-CN"/>
        </w:rPr>
        <w:t>　　第三条包装方式及包装品处理_______。</w:t>
      </w:r>
      <w:r>
        <w:rPr>
          <w:lang w:eastAsia="zh-CN"/>
        </w:rPr>
        <w:br/>
      </w:r>
      <w:r>
        <w:rPr>
          <w:lang w:eastAsia="zh-CN"/>
        </w:rPr>
        <w:t>　　（按照各种机械的不同，规定各种包装方式、包装材料及规格。包装品以随货出售为原则；凡须退还对方的包装品，应按铁路规定，订明回空方法及时间，或另作规定。）</w:t>
      </w:r>
      <w:r>
        <w:rPr>
          <w:lang w:eastAsia="zh-CN"/>
        </w:rPr>
        <w:br/>
      </w:r>
      <w:r>
        <w:rPr>
          <w:lang w:eastAsia="zh-CN"/>
        </w:rPr>
        <w:t>　　第四条交货方式</w:t>
      </w:r>
      <w:r>
        <w:rPr>
          <w:lang w:eastAsia="zh-CN"/>
        </w:rPr>
        <w:br/>
      </w:r>
      <w:r>
        <w:rPr>
          <w:lang w:eastAsia="zh-CN"/>
        </w:rPr>
        <w:t>　　1、交货时间：_______。</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2、交货地点：_______。</w:t>
      </w:r>
      <w:r>
        <w:rPr>
          <w:lang w:eastAsia="zh-CN"/>
        </w:rPr>
        <w:br/>
      </w:r>
      <w:r>
        <w:rPr>
          <w:lang w:eastAsia="zh-CN"/>
        </w:rPr>
        <w:t>　　3、运输方式：_______。</w:t>
      </w:r>
      <w:r>
        <w:rPr>
          <w:lang w:eastAsia="zh-CN"/>
        </w:rPr>
        <w:br/>
      </w:r>
      <w:r>
        <w:rPr>
          <w:lang w:eastAsia="zh-CN"/>
        </w:rPr>
        <w:t>　　第五条验收方法___________。</w:t>
      </w:r>
      <w:r>
        <w:rPr>
          <w:lang w:eastAsia="zh-CN"/>
        </w:rPr>
        <w:br/>
      </w:r>
      <w:r>
        <w:rPr>
          <w:lang w:eastAsia="zh-CN"/>
        </w:rPr>
        <w:t>　　（按照交货地点与时间，根据不同机械种类，规定验收的处理方法。）</w:t>
      </w:r>
      <w:r>
        <w:rPr>
          <w:lang w:eastAsia="zh-CN"/>
        </w:rPr>
        <w:br/>
      </w:r>
      <w:r>
        <w:rPr>
          <w:lang w:eastAsia="zh-CN"/>
        </w:rPr>
        <w:t>　　第六条预付货款（根据不同机械，付货款的.百分之十作为定金。）</w:t>
      </w:r>
      <w:r>
        <w:rPr>
          <w:lang w:eastAsia="zh-CN"/>
        </w:rPr>
        <w:br/>
      </w:r>
      <w:r>
        <w:rPr>
          <w:lang w:eastAsia="zh-CN"/>
        </w:rPr>
        <w:t>　　第七条付款日期及结算方式_______。</w:t>
      </w:r>
      <w:r>
        <w:rPr>
          <w:lang w:eastAsia="zh-CN"/>
        </w:rPr>
        <w:br/>
      </w:r>
      <w:r>
        <w:rPr>
          <w:lang w:eastAsia="zh-CN"/>
        </w:rPr>
        <w:t>　　第八条运输及保险_______。</w:t>
      </w:r>
      <w:r>
        <w:rPr>
          <w:lang w:eastAsia="zh-CN"/>
        </w:rPr>
        <w:br/>
      </w:r>
      <w:r>
        <w:rPr>
          <w:lang w:eastAsia="zh-CN"/>
        </w:rPr>
        <w:t>　　（根据实际情况，需委托对方代办运输手续者，应于合同中订明。为保证货物途中的安全，代办运输单位应根据具体情况代为投保运输险。）</w:t>
      </w:r>
      <w:r>
        <w:rPr>
          <w:lang w:eastAsia="zh-CN"/>
        </w:rPr>
        <w:br/>
      </w:r>
      <w:r>
        <w:rPr>
          <w:lang w:eastAsia="zh-CN"/>
        </w:rPr>
        <w:t>　　第九条运输费用负担________。</w:t>
      </w:r>
      <w:r>
        <w:rPr>
          <w:lang w:eastAsia="zh-CN"/>
        </w:rPr>
        <w:br/>
      </w:r>
      <w:r>
        <w:rPr>
          <w:lang w:eastAsia="zh-CN"/>
        </w:rPr>
        <w:t>　　第十条违约责任</w:t>
      </w:r>
      <w:r>
        <w:rPr>
          <w:lang w:eastAsia="zh-CN"/>
        </w:rPr>
        <w:br/>
      </w:r>
      <w:r>
        <w:rPr>
          <w:lang w:eastAsia="zh-CN"/>
        </w:rPr>
        <w:t>　　1、需方延付货款或付款后供方无货。使对方造成损失，应偿付对方此批货款总价__%的违约金。</w:t>
      </w:r>
      <w:r>
        <w:rPr>
          <w:lang w:eastAsia="zh-CN"/>
        </w:rPr>
        <w:br/>
      </w:r>
      <w:r>
        <w:rPr>
          <w:lang w:eastAsia="zh-CN"/>
        </w:rPr>
        <w:t>　　2、供方如提前或延期交货或交货不足数量者，供方应偿付需方此批货款总值__%的违约金。需方如不按交货期限收货或拒收合格商品，亦应按偿付供方此批货款总值__%的违约金。任意一方如提出增减合同数量，变动交货时间，应提前通知对方，征得同意，否则应承担经济责任。</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3、约定的违约金，视为违约的损失赔偿。双方没有约定违约金或者预先赔偿额的计算方法的，损失赔偿额应当相当于违约所造成的损失，包括合同履行后可以获得的利益，但不得超过违反合同一方订立合同时应当预见到的因违反合同可能造成的损失。</w:t>
      </w:r>
      <w:r>
        <w:rPr>
          <w:lang w:eastAsia="zh-CN"/>
        </w:rPr>
        <w:br/>
      </w:r>
      <w:r>
        <w:rPr>
          <w:lang w:eastAsia="zh-CN"/>
        </w:rPr>
        <w:t>　　第十一条当事人一方因不可抗力不能履行合同时，应当及时通知对方，并在合理期限内提供有关机构出具的证明，可以全部或部分免除该方当事人的责任。</w:t>
      </w:r>
      <w:r>
        <w:rPr>
          <w:lang w:eastAsia="zh-CN"/>
        </w:rPr>
        <w:br/>
      </w:r>
      <w:r>
        <w:rPr>
          <w:lang w:eastAsia="zh-CN"/>
        </w:rPr>
        <w:t>　　第十二条本合同在执行中发生纠纷，签订合同双方不能协商解决时，可向人民法院提出诉讼。（或申请仲裁机构仲裁的解决）</w:t>
      </w:r>
      <w:r>
        <w:rPr>
          <w:lang w:eastAsia="zh-CN"/>
        </w:rPr>
        <w:br/>
      </w:r>
      <w:r>
        <w:rPr>
          <w:lang w:eastAsia="zh-CN"/>
        </w:rPr>
        <w:t>　　第十三条合同执行期间，如因故不能履行或需要修改，必须经双方同意，并互相换文或另订合同，方为有效。</w:t>
      </w:r>
      <w:r>
        <w:rPr>
          <w:lang w:eastAsia="zh-CN"/>
        </w:rPr>
        <w:br/>
      </w:r>
      <w:r>
        <w:rPr>
          <w:lang w:eastAsia="zh-CN"/>
        </w:rPr>
        <w:t>　　第十四条本合同一式三份，经双方签字盖章后立即生效。</w:t>
      </w:r>
      <w:r>
        <w:rPr>
          <w:lang w:eastAsia="zh-CN"/>
        </w:rPr>
        <w:br/>
      </w:r>
      <w:r>
        <w:rPr>
          <w:lang w:eastAsia="zh-CN"/>
        </w:rPr>
        <w:t>　　需方：______（盖章）供方：______（盖章）</w:t>
      </w:r>
      <w:r>
        <w:rPr>
          <w:lang w:eastAsia="zh-CN"/>
        </w:rPr>
        <w:br/>
      </w:r>
      <w:r>
        <w:rPr>
          <w:lang w:eastAsia="zh-CN"/>
        </w:rPr>
        <w:t>　　法定代表人：______（盖章）法定代表人：_____（盖章）</w:t>
      </w:r>
      <w:r>
        <w:rPr>
          <w:lang w:eastAsia="zh-CN"/>
        </w:rPr>
        <w:br/>
      </w:r>
      <w:r>
        <w:rPr>
          <w:lang w:eastAsia="zh-CN"/>
        </w:rPr>
        <w:t>　　开户银行及帐号：_______开户银行及帐号：______</w:t>
      </w:r>
      <w:r>
        <w:rPr>
          <w:lang w:eastAsia="zh-CN"/>
        </w:rPr>
        <w:br/>
      </w:r>
      <w:r>
        <w:rPr>
          <w:lang w:eastAsia="zh-CN"/>
        </w:rPr>
        <w:t>　　_____年__月__日_____年__月__日</w:t>
      </w:r>
      <w:r>
        <w:rPr>
          <w:lang w:eastAsia="zh-CN"/>
        </w:rPr>
        <w:br/>
      </w:r>
      <w:r>
        <w:rPr>
          <w:lang w:eastAsia="zh-CN"/>
        </w:rPr>
        <w:t xml:space="preserve">    机械设备购销合同集锦 篇4 </w:t>
      </w:r>
      <w:r>
        <w:rPr>
          <w:lang w:eastAsia="zh-CN"/>
        </w:rPr>
        <w:br/>
      </w:r>
      <w:r>
        <w:rPr>
          <w:lang w:eastAsia="zh-CN"/>
        </w:rPr>
        <w:t>　　供方： (以下简称甲方)</w:t>
      </w:r>
      <w:r>
        <w:rPr>
          <w:lang w:eastAsia="zh-CN"/>
        </w:rPr>
        <w:br/>
      </w:r>
      <w:r>
        <w:rPr>
          <w:lang w:eastAsia="zh-CN"/>
        </w:rPr>
        <w:t>　　需方： (以下简称乙方)</w:t>
      </w:r>
      <w:r>
        <w:rPr>
          <w:lang w:eastAsia="zh-CN"/>
        </w:rPr>
        <w:br/>
      </w:r>
      <w:r>
        <w:rPr>
          <w:lang w:eastAsia="zh-CN"/>
        </w:rPr>
        <w:t>　　合同编号：</w:t>
      </w:r>
      <w:r>
        <w:rPr>
          <w:lang w:eastAsia="zh-CN"/>
        </w:rPr>
        <w:br/>
      </w:r>
      <w:r>
        <w:rPr>
          <w:lang w:eastAsia="zh-CN"/>
        </w:rPr>
        <w:t>　　签订时间：</w:t>
      </w:r>
      <w:r>
        <w:rPr>
          <w:lang w:eastAsia="zh-CN"/>
        </w:rPr>
        <w:br/>
      </w:r>
      <w:r>
        <w:rPr>
          <w:lang w:eastAsia="zh-CN"/>
        </w:rPr>
        <w:t>　　根据《中华人民共和国民法典》及其它相关法律规定，甲乙双方本着平等互利的原则，经双方协商同意签订本合同。</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一.供货范围、产地及价格</w:t>
      </w:r>
      <w:r>
        <w:rPr>
          <w:lang w:eastAsia="zh-CN"/>
        </w:rPr>
        <w:br/>
      </w:r>
      <w:r>
        <w:rPr>
          <w:lang w:eastAsia="zh-CN"/>
        </w:rPr>
        <w:t>　　主体设备 ，产地： ，总价款人民币 元整(￥： 元)。</w:t>
      </w:r>
      <w:r>
        <w:rPr>
          <w:lang w:eastAsia="zh-CN"/>
        </w:rPr>
        <w:br/>
      </w:r>
      <w:r>
        <w:rPr>
          <w:lang w:eastAsia="zh-CN"/>
        </w:rPr>
        <w:t>　　合同价格为规定地点交货价(包括配件、安装费和一切运杂费)。</w:t>
      </w:r>
      <w:r>
        <w:rPr>
          <w:lang w:eastAsia="zh-CN"/>
        </w:rPr>
        <w:br/>
      </w:r>
      <w:r>
        <w:rPr>
          <w:lang w:eastAsia="zh-CN"/>
        </w:rPr>
        <w:t>　　二. 货品质量要求及乙方对质量负责的条件和期限</w:t>
      </w:r>
      <w:r>
        <w:rPr>
          <w:lang w:eastAsia="zh-CN"/>
        </w:rPr>
        <w:br/>
      </w:r>
      <w:r>
        <w:rPr>
          <w:lang w:eastAsia="zh-CN"/>
        </w:rPr>
        <w:t>　　1. 甲方提供的设备必须符合中华人民共和国国家安全环保标准以及该产品的出厂标准。</w:t>
      </w:r>
      <w:r>
        <w:rPr>
          <w:lang w:eastAsia="zh-CN"/>
        </w:rPr>
        <w:br/>
      </w:r>
      <w:r>
        <w:rPr>
          <w:lang w:eastAsia="zh-CN"/>
        </w:rPr>
        <w:t>　　2. 甲方提供的设备必须是全新的机器(含零部件、配件、随机工具等)，表面无划伤、无碰撞。</w:t>
      </w:r>
      <w:r>
        <w:rPr>
          <w:lang w:eastAsia="zh-CN"/>
        </w:rPr>
        <w:br/>
      </w:r>
      <w:r>
        <w:rPr>
          <w:lang w:eastAsia="zh-CN"/>
        </w:rPr>
        <w:t>　　3. 因设备的质量问题发生争议，由 市商检部门进行质量鉴定。</w:t>
      </w:r>
      <w:r>
        <w:rPr>
          <w:lang w:eastAsia="zh-CN"/>
        </w:rPr>
        <w:br/>
      </w:r>
      <w:r>
        <w:rPr>
          <w:lang w:eastAsia="zh-CN"/>
        </w:rPr>
        <w:t>　　4. 甲方对所供设备提供三年的上门保修。在保修期内，如设备非因乙方的人为原因而出现的质量或故障问题由甲方负责包修、包换或包退，并承担修理、调换或退货的所有费用。甲方不能修理或不能调换，均按违反售后服务承诺处理。</w:t>
      </w:r>
      <w:r>
        <w:rPr>
          <w:lang w:eastAsia="zh-CN"/>
        </w:rPr>
        <w:br/>
      </w:r>
      <w:r>
        <w:rPr>
          <w:lang w:eastAsia="zh-CN"/>
        </w:rPr>
        <w:t>　　三. 交货及验收</w:t>
      </w:r>
      <w:r>
        <w:rPr>
          <w:lang w:eastAsia="zh-CN"/>
        </w:rPr>
        <w:br/>
      </w:r>
      <w:r>
        <w:rPr>
          <w:lang w:eastAsia="zh-CN"/>
        </w:rPr>
        <w:t>　　1. 交付使用时间： 年 月 日前。</w:t>
      </w:r>
      <w:r>
        <w:rPr>
          <w:lang w:eastAsia="zh-CN"/>
        </w:rPr>
        <w:br/>
      </w:r>
      <w:r>
        <w:rPr>
          <w:lang w:eastAsia="zh-CN"/>
        </w:rPr>
        <w:t>　　2. 所有设备、配件必须具备出厂合格证。</w:t>
      </w:r>
      <w:r>
        <w:rPr>
          <w:lang w:eastAsia="zh-CN"/>
        </w:rPr>
        <w:br/>
      </w:r>
      <w:r>
        <w:rPr>
          <w:lang w:eastAsia="zh-CN"/>
        </w:rPr>
        <w:t>　　3. 甲方应将所供设备的用户手册、保修手册、有关资料及配件、随机工具等交付给乙方。</w:t>
      </w:r>
      <w:r>
        <w:rPr>
          <w:lang w:eastAsia="zh-CN"/>
        </w:rPr>
        <w:br/>
      </w:r>
      <w:r>
        <w:rPr>
          <w:lang w:eastAsia="zh-CN"/>
        </w:rPr>
        <w:t>　　4 交货地点：</w:t>
      </w:r>
      <w:r>
        <w:rPr>
          <w:lang w:eastAsia="zh-CN"/>
        </w:rPr>
        <w:br/>
      </w:r>
      <w:r>
        <w:rPr>
          <w:lang w:eastAsia="zh-CN"/>
        </w:rPr>
        <w:t>　　5. 货物的验收：设备现场安装过程，如发生与供货合同条款不符的设备，用户提出异议，供货商应无条件更换。</w:t>
      </w:r>
      <w:r>
        <w:rPr>
          <w:lang w:eastAsia="zh-CN"/>
        </w:rPr>
        <w:br/>
      </w:r>
      <w:r>
        <w:rPr>
          <w:lang w:eastAsia="zh-CN"/>
        </w:rPr>
        <w:t>　　四. 付款方式</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1.设备到货且安装调试完毕后，乙方必须在十个工作日内进行验收。</w:t>
      </w:r>
      <w:r>
        <w:rPr>
          <w:lang w:eastAsia="zh-CN"/>
        </w:rPr>
        <w:br/>
      </w:r>
      <w:r>
        <w:rPr>
          <w:lang w:eastAsia="zh-CN"/>
        </w:rPr>
        <w:t>　　2.设备订金预付65%，设备制作好后付30%，设备到乙方安装调试生产后，经验收合格后支付给甲方5%，余款5%由甲方安装调试人员在全部安装调试工作结束后带回;甲方同时开具销售发票，并提供由使用单位认可的验收报告。</w:t>
      </w:r>
      <w:r>
        <w:rPr>
          <w:lang w:eastAsia="zh-CN"/>
        </w:rPr>
        <w:br/>
      </w:r>
      <w:r>
        <w:rPr>
          <w:lang w:eastAsia="zh-CN"/>
        </w:rPr>
        <w:t>　　五. 违约责任</w:t>
      </w:r>
      <w:r>
        <w:rPr>
          <w:lang w:eastAsia="zh-CN"/>
        </w:rPr>
        <w:br/>
      </w:r>
      <w:r>
        <w:rPr>
          <w:lang w:eastAsia="zh-CN"/>
        </w:rPr>
        <w:t>　　1. 乙方无正当理由拒收货物，乙方向甲方偿付货款总值的5%的违约金。</w:t>
      </w:r>
      <w:r>
        <w:rPr>
          <w:lang w:eastAsia="zh-CN"/>
        </w:rPr>
        <w:br/>
      </w:r>
      <w:r>
        <w:rPr>
          <w:lang w:eastAsia="zh-CN"/>
        </w:rPr>
        <w:t>　　2. 乙方逾期支付设备款的，每逾期1天，乙方向甲方偿付欠款总额的5‰的滞纳金，累计滞纳金总额不超过欠款总额的5%(因甲方原因造成乙方逾期支付的，由甲方承担违约责任)。</w:t>
      </w:r>
      <w:r>
        <w:rPr>
          <w:lang w:eastAsia="zh-CN"/>
        </w:rPr>
        <w:br/>
      </w:r>
      <w:r>
        <w:rPr>
          <w:lang w:eastAsia="zh-CN"/>
        </w:rPr>
        <w:t>　　3. 甲方所交的设备品种、型号、规格不符合合同规定的，乙方有权拒收设备，甲方应向乙方支付货款总额5%的违约金。</w:t>
      </w:r>
      <w:r>
        <w:rPr>
          <w:lang w:eastAsia="zh-CN"/>
        </w:rPr>
        <w:br/>
      </w:r>
      <w:r>
        <w:rPr>
          <w:lang w:eastAsia="zh-CN"/>
        </w:rPr>
        <w:t>　　4..甲方逾期交货的，每逾期1天，甲方向乙方偿付逾期交货部分货款总额5‰的滞纳金，累计滞纳金额不超过逾期交货部分货款总额的5%(逾期交货超过20天，乙方有权终止合同)。</w:t>
      </w:r>
      <w:r>
        <w:rPr>
          <w:lang w:eastAsia="zh-CN"/>
        </w:rPr>
        <w:br/>
      </w:r>
      <w:r>
        <w:rPr>
          <w:lang w:eastAsia="zh-CN"/>
        </w:rPr>
        <w:t>　　5..甲方如没有按合同规定履行售后服务承诺，乙方可另行由第三方单位进行修复，其费用全部由甲方支付，并追究甲方的违约责任。</w:t>
      </w:r>
      <w:r>
        <w:rPr>
          <w:lang w:eastAsia="zh-CN"/>
        </w:rPr>
        <w:br/>
      </w:r>
      <w:r>
        <w:rPr>
          <w:lang w:eastAsia="zh-CN"/>
        </w:rPr>
        <w:t>　　六.售后服务</w:t>
      </w:r>
      <w:r>
        <w:rPr>
          <w:lang w:eastAsia="zh-CN"/>
        </w:rPr>
        <w:br/>
      </w:r>
      <w:r>
        <w:rPr>
          <w:lang w:eastAsia="zh-CN"/>
        </w:rPr>
        <w:t>　　1.所有设备均由甲方送货上门并安装调试。</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2.所有设备均由甲方提供终身保修服务。从验收合格之日起三年内，由甲方提供的.设备，如发生非人为故障，甲方上门维修或更换性能指标不低于原规格型号的新部件。</w:t>
      </w:r>
      <w:r>
        <w:rPr>
          <w:lang w:eastAsia="zh-CN"/>
        </w:rPr>
        <w:br/>
      </w:r>
      <w:r>
        <w:rPr>
          <w:lang w:eastAsia="zh-CN"/>
        </w:rPr>
        <w:t>　　3.甲方接到报修通知后，在24小时内派技术人员上门现场维护，并在48小时内解决问题，如在规定时间内不能修复的设备，应提供相同档次的机器给用户代用。如甲方不能及时到现场解决问题，乙方可委托其他单位维修，其相关费用由甲方负责。</w:t>
      </w:r>
      <w:r>
        <w:rPr>
          <w:lang w:eastAsia="zh-CN"/>
        </w:rPr>
        <w:br/>
      </w:r>
      <w:r>
        <w:rPr>
          <w:lang w:eastAsia="zh-CN"/>
        </w:rPr>
        <w:t>　　4.三年的保修期间，同一硬件一个月内连续2次出现同一故障，供货商须无偿更换同一档次机器。</w:t>
      </w:r>
      <w:r>
        <w:rPr>
          <w:lang w:eastAsia="zh-CN"/>
        </w:rPr>
        <w:br/>
      </w:r>
      <w:r>
        <w:rPr>
          <w:lang w:eastAsia="zh-CN"/>
        </w:rPr>
        <w:t>　　七. 不可抗力</w:t>
      </w:r>
      <w:r>
        <w:rPr>
          <w:lang w:eastAsia="zh-CN"/>
        </w:rPr>
        <w:br/>
      </w:r>
      <w:r>
        <w:rPr>
          <w:lang w:eastAsia="zh-CN"/>
        </w:rPr>
        <w:t>　　任何一方由于诸如战争、严重火灾、洪水、台风、地震或其他不可抗力的事件使合同执行受阻，则合同执行由双方协商后相应延长。受阻方应随时采取所有合理步骤以减少因不可抗力事件所导致合同执行的任何延迟。</w:t>
      </w:r>
      <w:r>
        <w:rPr>
          <w:lang w:eastAsia="zh-CN"/>
        </w:rPr>
        <w:br/>
      </w:r>
      <w:r>
        <w:rPr>
          <w:lang w:eastAsia="zh-CN"/>
        </w:rPr>
        <w:t>　　八. 合同的终止和中止</w:t>
      </w:r>
      <w:r>
        <w:rPr>
          <w:lang w:eastAsia="zh-CN"/>
        </w:rPr>
        <w:br/>
      </w:r>
      <w:r>
        <w:rPr>
          <w:lang w:eastAsia="zh-CN"/>
        </w:rPr>
        <w:t>　　在发生合同终止情况时，任何一方均有责任将已执行中的合同部分执行完毕。</w:t>
      </w:r>
      <w:r>
        <w:rPr>
          <w:lang w:eastAsia="zh-CN"/>
        </w:rPr>
        <w:br/>
      </w:r>
      <w:r>
        <w:rPr>
          <w:lang w:eastAsia="zh-CN"/>
        </w:rPr>
        <w:t>　　九. 合同的仲裁</w:t>
      </w:r>
      <w:r>
        <w:rPr>
          <w:lang w:eastAsia="zh-CN"/>
        </w:rPr>
        <w:br/>
      </w:r>
      <w:r>
        <w:rPr>
          <w:lang w:eastAsia="zh-CN"/>
        </w:rPr>
        <w:t>　　1.因设备的质量问题发生争议，由 市质量监督局或其指定的质量鉴定单位进行质量鉴定、设备符合质量标准的，鉴定费由乙方承担，设备不符合质量标准的，鉴定费由甲方承担。</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2.凡与本合同有关而引起的一切争议，甲、乙双方应首先通过友好协商解决，如经协商后仍不能达成协议时，任何一方可以向法院提出诉讼。</w:t>
      </w:r>
      <w:r>
        <w:rPr>
          <w:lang w:eastAsia="zh-CN"/>
        </w:rPr>
        <w:br/>
      </w:r>
      <w:r>
        <w:rPr>
          <w:lang w:eastAsia="zh-CN"/>
        </w:rPr>
        <w:t>　　3.本合同的诉讼管辖地为 市合同履行地的管辖人民法院。</w:t>
      </w:r>
      <w:r>
        <w:rPr>
          <w:lang w:eastAsia="zh-CN"/>
        </w:rPr>
        <w:br/>
      </w:r>
      <w:r>
        <w:rPr>
          <w:lang w:eastAsia="zh-CN"/>
        </w:rPr>
        <w:t>　　十. 其他约定条款</w:t>
      </w:r>
      <w:r>
        <w:rPr>
          <w:lang w:eastAsia="zh-CN"/>
        </w:rPr>
        <w:br/>
      </w:r>
      <w:r>
        <w:rPr>
          <w:lang w:eastAsia="zh-CN"/>
        </w:rPr>
        <w:t>　　本合同书一式二份，均为正本，甲乙双方各执一份。</w:t>
      </w:r>
      <w:r>
        <w:rPr>
          <w:lang w:eastAsia="zh-CN"/>
        </w:rPr>
        <w:br/>
      </w:r>
      <w:r>
        <w:rPr>
          <w:lang w:eastAsia="zh-CN"/>
        </w:rPr>
        <w:t>　　供方签字(盖章)： 需方签字(盖章)：</w:t>
      </w:r>
      <w:r>
        <w:rPr>
          <w:lang w:eastAsia="zh-CN"/>
        </w:rPr>
        <w:br/>
      </w:r>
      <w:r>
        <w:rPr>
          <w:lang w:eastAsia="zh-CN"/>
        </w:rPr>
        <w:t>　　供方： 需方：</w:t>
      </w:r>
      <w:r>
        <w:rPr>
          <w:lang w:eastAsia="zh-CN"/>
        </w:rPr>
        <w:br/>
      </w:r>
      <w:r>
        <w:rPr>
          <w:lang w:eastAsia="zh-CN"/>
        </w:rPr>
        <w:t>　　地址： 地址：</w:t>
      </w:r>
      <w:r>
        <w:rPr>
          <w:lang w:eastAsia="zh-CN"/>
        </w:rPr>
        <w:br/>
      </w:r>
      <w:r>
        <w:rPr>
          <w:lang w:eastAsia="zh-CN"/>
        </w:rPr>
        <w:t>　　电话： 电话：</w:t>
      </w:r>
      <w:r>
        <w:rPr>
          <w:lang w:eastAsia="zh-CN"/>
        </w:rPr>
        <w:br/>
      </w:r>
      <w:r>
        <w:rPr>
          <w:lang w:eastAsia="zh-CN"/>
        </w:rPr>
        <w:t>　　日期：</w:t>
      </w:r>
      <w:r>
        <w:rPr>
          <w:lang w:eastAsia="zh-CN"/>
        </w:rPr>
        <w:br/>
      </w:r>
      <w:r>
        <w:rPr>
          <w:lang w:eastAsia="zh-CN"/>
        </w:rPr>
        <w:t xml:space="preserve">    机械设备购销合同集锦 篇5 </w:t>
      </w:r>
      <w:r>
        <w:rPr>
          <w:lang w:eastAsia="zh-CN"/>
        </w:rPr>
        <w:br/>
      </w:r>
      <w:r>
        <w:rPr>
          <w:lang w:eastAsia="zh-CN"/>
        </w:rPr>
        <w:t>　　合同编号：</w:t>
      </w:r>
      <w:r>
        <w:rPr>
          <w:lang w:eastAsia="zh-CN"/>
        </w:rPr>
        <w:br/>
      </w:r>
      <w:r>
        <w:rPr>
          <w:lang w:eastAsia="zh-CN"/>
        </w:rPr>
        <w:t>　　需方(以下简称“甲方”):</w:t>
      </w:r>
      <w:r>
        <w:rPr>
          <w:lang w:eastAsia="zh-CN"/>
        </w:rPr>
        <w:br/>
      </w:r>
      <w:r>
        <w:rPr>
          <w:lang w:eastAsia="zh-CN"/>
        </w:rPr>
        <w:t>　　供方(以下简称“乙方”)：</w:t>
      </w:r>
      <w:r>
        <w:rPr>
          <w:lang w:eastAsia="zh-CN"/>
        </w:rPr>
        <w:br/>
      </w:r>
      <w:r>
        <w:rPr>
          <w:lang w:eastAsia="zh-CN"/>
        </w:rPr>
        <w:t>　　甲乙双方经协商一致，就甲方向乙方购买————事宜，达成以下协议,双方共同遵守：</w:t>
      </w:r>
      <w:r>
        <w:rPr>
          <w:lang w:eastAsia="zh-CN"/>
        </w:rPr>
        <w:br/>
      </w:r>
      <w:r>
        <w:rPr>
          <w:lang w:eastAsia="zh-CN"/>
        </w:rPr>
        <w:t>　　一、产品名称、数量、价格序号产品名称及牌号或商标产地或国别规格、型号计量单位数量单价金额(元)1 2 3 合计金额￥ 大写： (含税价)</w:t>
      </w:r>
      <w:r>
        <w:rPr>
          <w:lang w:eastAsia="zh-CN"/>
        </w:rPr>
        <w:br/>
      </w:r>
      <w:r>
        <w:rPr>
          <w:lang w:eastAsia="zh-CN"/>
        </w:rPr>
        <w:t>　　卖方保证所提供的所有设备是全新的，并且采用卖方最新设计和合格的材料制造，各方面符合合同所规定的质量、规格、型号等要求。</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二、质量要求、技术标准</w:t>
      </w:r>
      <w:r>
        <w:rPr>
          <w:lang w:eastAsia="zh-CN"/>
        </w:rPr>
        <w:br/>
      </w:r>
      <w:r>
        <w:rPr>
          <w:lang w:eastAsia="zh-CN"/>
        </w:rPr>
        <w:t>　　执行国家、地方颁发的质量标准和行业标准。乙方在本合同签订前5日内向甲方提供加盖公章的关于该产品的国家质量标准文件，在供货时附出厂合格证书，作为本合同的有效附件。</w:t>
      </w:r>
      <w:r>
        <w:rPr>
          <w:lang w:eastAsia="zh-CN"/>
        </w:rPr>
        <w:br/>
      </w:r>
      <w:r>
        <w:rPr>
          <w:lang w:eastAsia="zh-CN"/>
        </w:rPr>
        <w:t>　　三、交货：</w:t>
      </w:r>
      <w:r>
        <w:rPr>
          <w:lang w:eastAsia="zh-CN"/>
        </w:rPr>
        <w:br/>
      </w:r>
      <w:r>
        <w:rPr>
          <w:lang w:eastAsia="zh-CN"/>
        </w:rPr>
        <w:t>　　1、交货日期：甲方支付预付款后———— 个工作日。</w:t>
      </w:r>
      <w:r>
        <w:rPr>
          <w:lang w:eastAsia="zh-CN"/>
        </w:rPr>
        <w:br/>
      </w:r>
      <w:r>
        <w:rPr>
          <w:lang w:eastAsia="zh-CN"/>
        </w:rPr>
        <w:t>　　2、交货方式：乙方负责运输并承担运费、装卸货费用。</w:t>
      </w:r>
      <w:r>
        <w:rPr>
          <w:lang w:eastAsia="zh-CN"/>
        </w:rPr>
        <w:br/>
      </w:r>
      <w:r>
        <w:rPr>
          <w:lang w:eastAsia="zh-CN"/>
        </w:rPr>
        <w:t>　　3、交货地点：———————— 。</w:t>
      </w:r>
      <w:r>
        <w:rPr>
          <w:lang w:eastAsia="zh-CN"/>
        </w:rPr>
        <w:br/>
      </w:r>
      <w:r>
        <w:rPr>
          <w:lang w:eastAsia="zh-CN"/>
        </w:rPr>
        <w:t>　　四、卖方对质量负责的条件及期限：</w:t>
      </w:r>
      <w:r>
        <w:rPr>
          <w:lang w:eastAsia="zh-CN"/>
        </w:rPr>
        <w:br/>
      </w:r>
      <w:r>
        <w:rPr>
          <w:lang w:eastAsia="zh-CN"/>
        </w:rPr>
        <w:t>　　1、设备自安装、调试合格之日起保质期———— 年。</w:t>
      </w:r>
      <w:r>
        <w:rPr>
          <w:lang w:eastAsia="zh-CN"/>
        </w:rPr>
        <w:br/>
      </w:r>
      <w:r>
        <w:rPr>
          <w:lang w:eastAsia="zh-CN"/>
        </w:rPr>
        <w:t>　　在保质期内因设备本身的质量问题，卖方在接到买方通知后24小时内到达买方现场，卖方负责免费修理、更换零部件或退换。在质保期内，卖方应对设备出现的质量及安全问题负责处理、解决。</w:t>
      </w:r>
      <w:r>
        <w:rPr>
          <w:lang w:eastAsia="zh-CN"/>
        </w:rPr>
        <w:br/>
      </w:r>
      <w:r>
        <w:rPr>
          <w:lang w:eastAsia="zh-CN"/>
        </w:rPr>
        <w:t>　　2、乙方提供————年免费维修，如在设备使用过程中发生质量问题，乙方在接到甲方通知后48小时到达甲方现场，在设备使用过程中发生的有关技术性问题，卖方在接到买方通知后24小时内给予答复。</w:t>
      </w:r>
      <w:r>
        <w:rPr>
          <w:lang w:eastAsia="zh-CN"/>
        </w:rPr>
        <w:br/>
      </w:r>
      <w:r>
        <w:rPr>
          <w:lang w:eastAsia="zh-CN"/>
        </w:rPr>
        <w:t>　　3、因设备质量问题发生争议，由甲方所在地的技术单位进行质量鉴定。</w:t>
      </w:r>
      <w:r>
        <w:rPr>
          <w:lang w:eastAsia="zh-CN"/>
        </w:rPr>
        <w:br/>
      </w:r>
      <w:r>
        <w:rPr>
          <w:lang w:eastAsia="zh-CN"/>
        </w:rPr>
        <w:t>　　五、设备的包装、发运及运输：</w:t>
      </w:r>
      <w:r>
        <w:rPr>
          <w:lang w:eastAsia="zh-CN"/>
        </w:rPr>
        <w:br/>
      </w:r>
      <w:r>
        <w:rPr>
          <w:lang w:eastAsia="zh-CN"/>
        </w:rPr>
        <w:t>　　1、乙方应在设备发运前对其进行满足于运输距离、防震、防锈和防破损装卸要求的包装，以保证货物安全运输到达甲方指定地点。</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2、包装上注明货物品种及数量。使用说明书、质量检验证明书、随配附件和工具以及清单与设备一起发送。</w:t>
      </w:r>
      <w:r>
        <w:rPr>
          <w:lang w:eastAsia="zh-CN"/>
        </w:rPr>
        <w:br/>
      </w:r>
      <w:r>
        <w:rPr>
          <w:lang w:eastAsia="zh-CN"/>
        </w:rPr>
        <w:t>　　3、设备在发运手续办理完毕后24小时内发货到甲方，乙方通知甲方准备接货。</w:t>
      </w:r>
      <w:r>
        <w:rPr>
          <w:lang w:eastAsia="zh-CN"/>
        </w:rPr>
        <w:br/>
      </w:r>
      <w:r>
        <w:rPr>
          <w:lang w:eastAsia="zh-CN"/>
        </w:rPr>
        <w:t>　　六、设备的安装、调试及验收：</w:t>
      </w:r>
      <w:r>
        <w:rPr>
          <w:lang w:eastAsia="zh-CN"/>
        </w:rPr>
        <w:br/>
      </w:r>
      <w:r>
        <w:rPr>
          <w:lang w:eastAsia="zh-CN"/>
        </w:rPr>
        <w:t>　　1、甲方对乙方所交设备依照国家有关技术标准和双方确认的技术标准进行现场验收。</w:t>
      </w:r>
      <w:r>
        <w:rPr>
          <w:lang w:eastAsia="zh-CN"/>
        </w:rPr>
        <w:br/>
      </w:r>
      <w:r>
        <w:rPr>
          <w:lang w:eastAsia="zh-CN"/>
        </w:rPr>
        <w:t>　　2、安装由甲乙双方现场安装调节器试，性能达到技术要求的，给予签收，验收不合格的不予签收。</w:t>
      </w:r>
      <w:r>
        <w:rPr>
          <w:lang w:eastAsia="zh-CN"/>
        </w:rPr>
        <w:br/>
      </w:r>
      <w:r>
        <w:rPr>
          <w:lang w:eastAsia="zh-CN"/>
        </w:rPr>
        <w:t>　　3、甲方收货时对产品的外观检查或开箱清点，不能免除供方对产品内在质量的责任。</w:t>
      </w:r>
      <w:r>
        <w:rPr>
          <w:lang w:eastAsia="zh-CN"/>
        </w:rPr>
        <w:br/>
      </w:r>
      <w:r>
        <w:rPr>
          <w:lang w:eastAsia="zh-CN"/>
        </w:rPr>
        <w:t>　　七、 付款方式：</w:t>
      </w:r>
      <w:r>
        <w:rPr>
          <w:lang w:eastAsia="zh-CN"/>
        </w:rPr>
        <w:br/>
      </w:r>
      <w:r>
        <w:rPr>
          <w:lang w:eastAsia="zh-CN"/>
        </w:rPr>
        <w:t>　　1、签订合同后———— 个工作日内支付合同总金额———— %的预付款。</w:t>
      </w:r>
      <w:r>
        <w:rPr>
          <w:lang w:eastAsia="zh-CN"/>
        </w:rPr>
        <w:br/>
      </w:r>
      <w:r>
        <w:rPr>
          <w:lang w:eastAsia="zh-CN"/>
        </w:rPr>
        <w:t>　　2、设备到达交货地点后，经甲方指定人员初步检验，甲方在检验符合合同附件所规定的数量、规格、型号后———个工作内支付合同金额的 ————%。</w:t>
      </w:r>
      <w:r>
        <w:rPr>
          <w:lang w:eastAsia="zh-CN"/>
        </w:rPr>
        <w:br/>
      </w:r>
      <w:r>
        <w:rPr>
          <w:lang w:eastAsia="zh-CN"/>
        </w:rPr>
        <w:t>　　3、设备安装调试完成后，并经甲方验收合格后———— 个工作日内，支付合同总金额的10%。</w:t>
      </w:r>
      <w:r>
        <w:rPr>
          <w:lang w:eastAsia="zh-CN"/>
        </w:rPr>
        <w:br/>
      </w:r>
      <w:r>
        <w:rPr>
          <w:lang w:eastAsia="zh-CN"/>
        </w:rPr>
        <w:t>　　4、合同总金额的———— %作为质保金，在质保期届满后支付。</w:t>
      </w:r>
      <w:r>
        <w:rPr>
          <w:lang w:eastAsia="zh-CN"/>
        </w:rPr>
        <w:br/>
      </w:r>
      <w:r>
        <w:rPr>
          <w:lang w:eastAsia="zh-CN"/>
        </w:rPr>
        <w:t>　　5、乙方在甲方每次付款前开具正式增值税发票。</w:t>
      </w:r>
      <w:r>
        <w:rPr>
          <w:lang w:eastAsia="zh-CN"/>
        </w:rPr>
        <w:br/>
      </w:r>
      <w:r>
        <w:rPr>
          <w:lang w:eastAsia="zh-CN"/>
        </w:rPr>
        <w:t>　　八、违约责任</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1、逾期交货、调试合格或付款的，每天按合同总价的万分之五向对方支付违约金。</w:t>
      </w:r>
      <w:r>
        <w:rPr>
          <w:lang w:eastAsia="zh-CN"/>
        </w:rPr>
        <w:br/>
      </w:r>
      <w:r>
        <w:rPr>
          <w:lang w:eastAsia="zh-CN"/>
        </w:rPr>
        <w:t>　　2、 甲方无正当理由拒收的，应向乙方支付合同总价10%的违约金。</w:t>
      </w:r>
      <w:r>
        <w:rPr>
          <w:lang w:eastAsia="zh-CN"/>
        </w:rPr>
        <w:br/>
      </w:r>
      <w:r>
        <w:rPr>
          <w:lang w:eastAsia="zh-CN"/>
        </w:rPr>
        <w:t>　　3、乙方不能在合同规定时间内调试合格的，甲方有权解除合同，此时乙方应向甲方支付合同总价款10%的违约金。</w:t>
      </w:r>
      <w:r>
        <w:rPr>
          <w:lang w:eastAsia="zh-CN"/>
        </w:rPr>
        <w:br/>
      </w:r>
      <w:r>
        <w:rPr>
          <w:lang w:eastAsia="zh-CN"/>
        </w:rPr>
        <w:t>　　4、乙方所交的设备品种、型号、规格、质量不符合合同约定、国家标准，所供设备达不到约定技术要求的，乙方必须无条件退回全部货款，向甲方支付合同总价款30%的赔偿金。</w:t>
      </w:r>
      <w:r>
        <w:rPr>
          <w:lang w:eastAsia="zh-CN"/>
        </w:rPr>
        <w:br/>
      </w:r>
      <w:r>
        <w:rPr>
          <w:lang w:eastAsia="zh-CN"/>
        </w:rPr>
        <w:t>　　九、禁止商业贿赂和保守商业秘密、知识产权：</w:t>
      </w:r>
      <w:r>
        <w:rPr>
          <w:lang w:eastAsia="zh-CN"/>
        </w:rPr>
        <w:br/>
      </w:r>
      <w:r>
        <w:rPr>
          <w:lang w:eastAsia="zh-CN"/>
        </w:rPr>
        <w:t>　　1、乙方承诺在业务往来过程中，不向甲方人员赠送现金、物品或以其他形式给予甲方人员利益。</w:t>
      </w:r>
      <w:r>
        <w:rPr>
          <w:lang w:eastAsia="zh-CN"/>
        </w:rPr>
        <w:br/>
      </w:r>
      <w:r>
        <w:rPr>
          <w:lang w:eastAsia="zh-CN"/>
        </w:rPr>
        <w:t>　　2、双方负有谨慎保护对方商业秘密及知识产权的义务。未经对方书面允许，任何一方不得披露、自用及许可他人使用。</w:t>
      </w:r>
      <w:r>
        <w:rPr>
          <w:lang w:eastAsia="zh-CN"/>
        </w:rPr>
        <w:br/>
      </w:r>
      <w:r>
        <w:rPr>
          <w:lang w:eastAsia="zh-CN"/>
        </w:rPr>
        <w:t>　　十、争议解决方式：</w:t>
      </w:r>
      <w:r>
        <w:rPr>
          <w:lang w:eastAsia="zh-CN"/>
        </w:rPr>
        <w:br/>
      </w:r>
      <w:r>
        <w:rPr>
          <w:lang w:eastAsia="zh-CN"/>
        </w:rPr>
        <w:t>　　本协议在履行过程中，如发生争议，双方友好协商解决，如协商不成，双方同意由签约地法院起诉解决。</w:t>
      </w:r>
      <w:r>
        <w:rPr>
          <w:lang w:eastAsia="zh-CN"/>
        </w:rPr>
        <w:br/>
      </w:r>
      <w:r>
        <w:rPr>
          <w:lang w:eastAsia="zh-CN"/>
        </w:rPr>
        <w:t>　　十一、其他：</w:t>
      </w:r>
      <w:r>
        <w:rPr>
          <w:lang w:eastAsia="zh-CN"/>
        </w:rPr>
        <w:br/>
      </w:r>
      <w:r>
        <w:rPr>
          <w:lang w:eastAsia="zh-CN"/>
        </w:rPr>
        <w:t>　　本协议自双方签字盖章之日起生效。本协议一式四份，甲乙双方执两份，具有同等法律效力。</w:t>
      </w:r>
      <w:r>
        <w:rPr>
          <w:lang w:eastAsia="zh-CN"/>
        </w:rPr>
        <w:br/>
      </w:r>
      <w:r>
        <w:rPr>
          <w:lang w:eastAsia="zh-CN"/>
        </w:rPr>
        <w:t xml:space="preserve">    机械设备购销合同集锦 篇6 </w:t>
      </w:r>
      <w:r>
        <w:rPr>
          <w:lang w:eastAsia="zh-CN"/>
        </w:rPr>
        <w:br/>
      </w:r>
      <w:r>
        <w:rPr>
          <w:lang w:eastAsia="zh-CN"/>
        </w:rPr>
        <w:t>　　甲方：</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乙方：</w:t>
      </w:r>
      <w:r>
        <w:rPr>
          <w:lang w:eastAsia="zh-CN"/>
        </w:rPr>
        <w:br/>
      </w:r>
      <w:r>
        <w:rPr>
          <w:lang w:eastAsia="zh-CN"/>
        </w:rPr>
        <w:t>　　甲乙双方根据《人中华人民共和国合同法》及相关法律法规的规定，双方本着平等、诚实、信用、互利原则，在充分友好协商的基础上，双方就机械设备购销合同事宜达成一致，特订立本合同，以供双方共同遵照执行。</w:t>
      </w:r>
      <w:r>
        <w:rPr>
          <w:lang w:eastAsia="zh-CN"/>
        </w:rPr>
        <w:br/>
      </w:r>
      <w:r>
        <w:rPr>
          <w:lang w:eastAsia="zh-CN"/>
        </w:rPr>
        <w:t>　　第一条 产品名称、商标、型号、数量、单价、金额。</w:t>
      </w:r>
      <w:r>
        <w:rPr>
          <w:lang w:eastAsia="zh-CN"/>
        </w:rPr>
        <w:br/>
      </w:r>
      <w:r>
        <w:rPr>
          <w:lang w:eastAsia="zh-CN"/>
        </w:rPr>
        <w:t>　　第二条 质量：</w:t>
      </w:r>
      <w:r>
        <w:rPr>
          <w:lang w:eastAsia="zh-CN"/>
        </w:rPr>
        <w:br/>
      </w:r>
      <w:r>
        <w:rPr>
          <w:lang w:eastAsia="zh-CN"/>
        </w:rPr>
        <w:t>　　1、 整体质量、性能应当达到：</w:t>
      </w:r>
      <w:r>
        <w:rPr>
          <w:lang w:eastAsia="zh-CN"/>
        </w:rPr>
        <w:br/>
      </w:r>
      <w:r>
        <w:rPr>
          <w:lang w:eastAsia="zh-CN"/>
        </w:rPr>
        <w:t>　　2、特殊要求：鉴于本合同为用于设备，故甲方除严格遵守本合同规定的质量标准外，尚须满足 工程施工生产的要求。</w:t>
      </w:r>
      <w:r>
        <w:rPr>
          <w:lang w:eastAsia="zh-CN"/>
        </w:rPr>
        <w:br/>
      </w:r>
      <w:r>
        <w:rPr>
          <w:lang w:eastAsia="zh-CN"/>
        </w:rPr>
        <w:t>　　第三条 安装调试、服务与维修响应</w:t>
      </w:r>
      <w:r>
        <w:rPr>
          <w:lang w:eastAsia="zh-CN"/>
        </w:rPr>
        <w:br/>
      </w:r>
      <w:r>
        <w:rPr>
          <w:lang w:eastAsia="zh-CN"/>
        </w:rPr>
        <w:t>　　1、安装调试： 。</w:t>
      </w:r>
      <w:r>
        <w:rPr>
          <w:lang w:eastAsia="zh-CN"/>
        </w:rPr>
        <w:br/>
      </w:r>
      <w:r>
        <w:rPr>
          <w:lang w:eastAsia="zh-CN"/>
        </w:rPr>
        <w:t>　　2、培训指导服务：。</w:t>
      </w:r>
      <w:r>
        <w:rPr>
          <w:lang w:eastAsia="zh-CN"/>
        </w:rPr>
        <w:br/>
      </w:r>
      <w:r>
        <w:rPr>
          <w:lang w:eastAsia="zh-CN"/>
        </w:rPr>
        <w:t>　　3、维修响应： 若在质保期内出现质量问题，甲方在接到通知后天，人响应到场， 天内完成维修更换，并承担修理调换的费用;如经甲方维修仍不能达到本合同约定的质量标准，视作甲方未能按时交货，乙方有权退货并追究甲方的违约责任。货到现场后，由乙方保管不当造成的问题，甲方亦应负责修复，但费用由乙方负担。甲方须指派专人(姓名： 身份证号： )负责与乙方联系售后服务事宜。</w:t>
      </w:r>
      <w:r>
        <w:rPr>
          <w:lang w:eastAsia="zh-CN"/>
        </w:rPr>
        <w:br/>
      </w:r>
      <w:r>
        <w:rPr>
          <w:lang w:eastAsia="zh-CN"/>
        </w:rPr>
        <w:t>　　第四条 运输、交付时间、地点、收货人：</w:t>
      </w:r>
      <w:r>
        <w:rPr>
          <w:lang w:eastAsia="zh-CN"/>
        </w:rPr>
        <w:br/>
      </w:r>
      <w:r>
        <w:rPr>
          <w:lang w:eastAsia="zh-CN"/>
        </w:rPr>
        <w:t>　　1、本合同所售设备由承担。</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2、运输方式为： 。</w:t>
      </w:r>
      <w:r>
        <w:rPr>
          <w:lang w:eastAsia="zh-CN"/>
        </w:rPr>
        <w:br/>
      </w:r>
      <w:r>
        <w:rPr>
          <w:lang w:eastAsia="zh-CN"/>
        </w:rPr>
        <w:t>　　3、交付时间： 。</w:t>
      </w:r>
      <w:r>
        <w:rPr>
          <w:lang w:eastAsia="zh-CN"/>
        </w:rPr>
        <w:br/>
      </w:r>
      <w:r>
        <w:rPr>
          <w:lang w:eastAsia="zh-CN"/>
        </w:rPr>
        <w:t>　　4、交付地点： 。</w:t>
      </w:r>
      <w:r>
        <w:rPr>
          <w:lang w:eastAsia="zh-CN"/>
        </w:rPr>
        <w:br/>
      </w:r>
      <w:r>
        <w:rPr>
          <w:lang w:eastAsia="zh-CN"/>
        </w:rPr>
        <w:t>　　5、收货人姓名： 身份证号： 联系方式：</w:t>
      </w:r>
      <w:r>
        <w:rPr>
          <w:lang w:eastAsia="zh-CN"/>
        </w:rPr>
        <w:br/>
      </w:r>
      <w:r>
        <w:rPr>
          <w:lang w:eastAsia="zh-CN"/>
        </w:rPr>
        <w:t>　　6、甲方运至交付地点后，由 方负责卸车。双方根据合同的规定输验收及交付手续，经双方共同签字确认。</w:t>
      </w:r>
      <w:r>
        <w:rPr>
          <w:lang w:eastAsia="zh-CN"/>
        </w:rPr>
        <w:br/>
      </w:r>
      <w:r>
        <w:rPr>
          <w:lang w:eastAsia="zh-CN"/>
        </w:rPr>
        <w:t>　　第五条 质量保证：</w:t>
      </w:r>
      <w:r>
        <w:rPr>
          <w:lang w:eastAsia="zh-CN"/>
        </w:rPr>
        <w:br/>
      </w:r>
      <w:r>
        <w:rPr>
          <w:lang w:eastAsia="zh-CN"/>
        </w:rPr>
        <w:t>　　第六条 结算与支付： 。</w:t>
      </w:r>
      <w:r>
        <w:rPr>
          <w:lang w:eastAsia="zh-CN"/>
        </w:rPr>
        <w:br/>
      </w:r>
      <w:r>
        <w:rPr>
          <w:lang w:eastAsia="zh-CN"/>
        </w:rPr>
        <w:t>　　第七条 违约责任： 。</w:t>
      </w:r>
      <w:r>
        <w:rPr>
          <w:lang w:eastAsia="zh-CN"/>
        </w:rPr>
        <w:br/>
      </w:r>
      <w:r>
        <w:rPr>
          <w:lang w:eastAsia="zh-CN"/>
        </w:rPr>
        <w:t>　　第八条 其他事项：</w:t>
      </w:r>
      <w:r>
        <w:rPr>
          <w:lang w:eastAsia="zh-CN"/>
        </w:rPr>
        <w:br/>
      </w:r>
      <w:r>
        <w:rPr>
          <w:lang w:eastAsia="zh-CN"/>
        </w:rPr>
        <w:t>　　1、 本合同未尽事宜，经双方协商一致，可订立补充与本合同具有同等法律效力。</w:t>
      </w:r>
      <w:r>
        <w:rPr>
          <w:lang w:eastAsia="zh-CN"/>
        </w:rPr>
        <w:br/>
      </w:r>
      <w:r>
        <w:rPr>
          <w:lang w:eastAsia="zh-CN"/>
        </w:rPr>
        <w:t>　　2、本合同自双方法定代表人或委托代理人签字并盖章之日起生效。</w:t>
      </w:r>
      <w:r>
        <w:rPr>
          <w:lang w:eastAsia="zh-CN"/>
        </w:rPr>
        <w:br/>
      </w:r>
      <w:r>
        <w:rPr>
          <w:lang w:eastAsia="zh-CN"/>
        </w:rPr>
        <w:t>　　3、本俩壹式 份，由甲、乙双方各执 份，并有同等法律效力。</w:t>
      </w:r>
      <w:r>
        <w:rPr>
          <w:lang w:eastAsia="zh-CN"/>
        </w:rPr>
        <w:br/>
      </w:r>
      <w:r>
        <w:rPr>
          <w:lang w:eastAsia="zh-CN"/>
        </w:rPr>
        <w:t>　　甲方(公章)：_________　　　　　　　　乙方(公章)：_________</w:t>
      </w:r>
      <w:r>
        <w:rPr>
          <w:lang w:eastAsia="zh-CN"/>
        </w:rPr>
        <w:br/>
      </w:r>
      <w:r>
        <w:rPr>
          <w:lang w:eastAsia="zh-CN"/>
        </w:rPr>
        <w:t>　　法定代表人(签字)：_________　　　　　法定代表人(签字)：_________</w:t>
      </w:r>
      <w:r>
        <w:rPr>
          <w:lang w:eastAsia="zh-CN"/>
        </w:rPr>
        <w:br/>
      </w:r>
      <w:r>
        <w:rPr>
          <w:lang w:eastAsia="zh-CN"/>
        </w:rPr>
        <w:t>　　_________年____月____日　　　　　　　_________年____月____日</w:t>
      </w:r>
      <w:r>
        <w:rPr>
          <w:lang w:eastAsia="zh-CN"/>
        </w:rPr>
        <w:br/>
      </w:r>
      <w:r>
        <w:rPr>
          <w:lang w:eastAsia="zh-CN"/>
        </w:rPr>
        <w:t>　　需方(甲方)：__________________________________________</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供方(乙方)：__________________________________________</w:t>
      </w:r>
      <w:r>
        <w:rPr>
          <w:lang w:eastAsia="zh-CN"/>
        </w:rPr>
        <w:br/>
      </w:r>
      <w:r>
        <w:rPr>
          <w:lang w:eastAsia="zh-CN"/>
        </w:rPr>
        <w:t>　　根据《中华人民共和国合同法》、《中华人民共和国产品质量法》及其他相关法律法规的规定，甲乙双方在平等自愿的基础上经过充分协商，就甲方购买乙方二手机械设备并由乙方提供相关服务事宜，达成如下一致协议：</w:t>
      </w:r>
      <w:r>
        <w:rPr>
          <w:lang w:eastAsia="zh-CN"/>
        </w:rPr>
        <w:br/>
      </w:r>
      <w:r>
        <w:rPr>
          <w:lang w:eastAsia="zh-CN"/>
        </w:rPr>
        <w:t>　　1、合同设备名称、价款及支付方式</w:t>
      </w:r>
      <w:r>
        <w:rPr>
          <w:lang w:eastAsia="zh-CN"/>
        </w:rPr>
        <w:br/>
      </w:r>
      <w:r>
        <w:rPr>
          <w:lang w:eastAsia="zh-CN"/>
        </w:rPr>
        <w:t>　　1.1设备名称、数量、价款：</w:t>
      </w:r>
      <w:r>
        <w:rPr>
          <w:lang w:eastAsia="zh-CN"/>
        </w:rPr>
        <w:br/>
      </w:r>
      <w:r>
        <w:rPr>
          <w:lang w:eastAsia="zh-CN"/>
        </w:rPr>
        <w:t>　　1.2随机技术文件</w:t>
      </w:r>
      <w:r>
        <w:rPr>
          <w:lang w:eastAsia="zh-CN"/>
        </w:rPr>
        <w:br/>
      </w:r>
      <w:r>
        <w:rPr>
          <w:lang w:eastAsia="zh-CN"/>
        </w:rPr>
        <w:t>　　每一单台设备在交货时均应随机提供详细的安装手册、操作和维护手册、使用和保养说明书、易损配件目录等一切与该设备的安装、维修、保养有关的.技术图纸及文字资料。</w:t>
      </w:r>
      <w:r>
        <w:rPr>
          <w:lang w:eastAsia="zh-CN"/>
        </w:rPr>
        <w:br/>
      </w:r>
      <w:r>
        <w:rPr>
          <w:lang w:eastAsia="zh-CN"/>
        </w:rPr>
        <w:t>　　1.3 随机配件、专用工具：</w:t>
      </w:r>
      <w:r>
        <w:rPr>
          <w:lang w:eastAsia="zh-CN"/>
        </w:rPr>
        <w:br/>
      </w:r>
      <w:r>
        <w:rPr>
          <w:lang w:eastAsia="zh-CN"/>
        </w:rPr>
        <w:t>　　乙方应配备必须的备品、配件和专用工具，以方便甲方进行设备的正常安装、调试及使用。</w:t>
      </w:r>
      <w:r>
        <w:rPr>
          <w:lang w:eastAsia="zh-CN"/>
        </w:rPr>
        <w:br/>
      </w:r>
      <w:r>
        <w:rPr>
          <w:lang w:eastAsia="zh-CN"/>
        </w:rPr>
        <w:t>　　1.4付款方式：合同签字生效后甲方支付乙方合同价款的10%，计10个工作日内向乙方支付合同价款的__%，计5万元人民币;设备安装调试合格后10个工作日内，甲方支付乙方合同价款的___% ，计____元人民币___剩余价款____元，作为设备的质保金，在设备保质期届满后，如无质量问题，由甲方向乙方全部付清。</w:t>
      </w:r>
      <w:r>
        <w:rPr>
          <w:lang w:eastAsia="zh-CN"/>
        </w:rPr>
        <w:br/>
      </w:r>
      <w:r>
        <w:rPr>
          <w:lang w:eastAsia="zh-CN"/>
        </w:rPr>
        <w:t>　　1.5</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1.6甲方的每次付款，均以乙方提供的税务部门认可的发票为依据，乙方不能按甲方要求提供合法发票的，甲方有权拒付货款并不承担任何责任。</w:t>
      </w:r>
      <w:r>
        <w:rPr>
          <w:lang w:eastAsia="zh-CN"/>
        </w:rPr>
        <w:br/>
      </w:r>
      <w:r>
        <w:rPr>
          <w:lang w:eastAsia="zh-CN"/>
        </w:rPr>
        <w:t>　　2、交货时间</w:t>
      </w:r>
      <w:r>
        <w:rPr>
          <w:lang w:eastAsia="zh-CN"/>
        </w:rPr>
        <w:br/>
      </w:r>
      <w:r>
        <w:rPr>
          <w:lang w:eastAsia="zh-CN"/>
        </w:rPr>
        <w:t>　　乙方应在20__年7月10日至20__年7月30日之间的期限内向甲方交付本合同项下全部机械设备。</w:t>
      </w:r>
      <w:r>
        <w:rPr>
          <w:lang w:eastAsia="zh-CN"/>
        </w:rPr>
        <w:br/>
      </w:r>
      <w:r>
        <w:rPr>
          <w:lang w:eastAsia="zh-CN"/>
        </w:rPr>
        <w:t>　　3、交货方式和交货地点</w:t>
      </w:r>
      <w:r>
        <w:rPr>
          <w:lang w:eastAsia="zh-CN"/>
        </w:rPr>
        <w:br/>
      </w:r>
      <w:r>
        <w:rPr>
          <w:lang w:eastAsia="zh-CN"/>
        </w:rPr>
        <w:t>　　乙方必须在本合同规定的交货时间内将全部设备运至甲方书面告知的指定地点并交付甲方，该指定交货地点将由甲方在本合同签署后10个日历天内以书面方式通知甲方，乙方需承担货物在甲方接收之前的一切风险和费用。</w:t>
      </w:r>
      <w:r>
        <w:rPr>
          <w:lang w:eastAsia="zh-CN"/>
        </w:rPr>
        <w:br/>
      </w:r>
      <w:r>
        <w:rPr>
          <w:lang w:eastAsia="zh-CN"/>
        </w:rPr>
        <w:t>　　4、质量保证及标准</w:t>
      </w:r>
      <w:r>
        <w:rPr>
          <w:lang w:eastAsia="zh-CN"/>
        </w:rPr>
        <w:br/>
      </w:r>
      <w:r>
        <w:rPr>
          <w:lang w:eastAsia="zh-CN"/>
        </w:rPr>
        <w:t>　　质量保证期，自设备调试验收合格之日起12个月。</w:t>
      </w:r>
      <w:r>
        <w:rPr>
          <w:lang w:eastAsia="zh-CN"/>
        </w:rPr>
        <w:br/>
      </w:r>
      <w:r>
        <w:rPr>
          <w:lang w:eastAsia="zh-CN"/>
        </w:rPr>
        <w:t>　　乙方保证按照以下国家、行业相关安全和质量标准及厂家技术文件的要求，进行设备安装、保养，确保设备在其使用寿命期内符合国家技术规范的各项技术指标，能够正常运转。在设备安装调试验收合格之日起个月质量保证期内，乙方负责对设备进行免费保修。在设备使用寿命期内乙方应对由于设计、工艺及材料的缺陷而发生的影响正常安全运行的任何不足或故障负责，费用由乙方承担。</w:t>
      </w:r>
      <w:r>
        <w:rPr>
          <w:lang w:eastAsia="zh-CN"/>
        </w:rPr>
        <w:br/>
      </w:r>
      <w:r>
        <w:rPr>
          <w:lang w:eastAsia="zh-CN"/>
        </w:rPr>
        <w:t>　　5、合同生效</w:t>
      </w:r>
      <w:r>
        <w:rPr>
          <w:lang w:eastAsia="zh-CN"/>
        </w:rPr>
        <w:br/>
      </w:r>
      <w:r>
        <w:rPr>
          <w:lang w:eastAsia="zh-CN"/>
        </w:rPr>
        <w:t>　　本合同自双方签字、盖章后生效。本合同一式两份，双方各执一份，具有同等法律效力。</w:t>
      </w:r>
      <w:r>
        <w:rPr>
          <w:lang w:eastAsia="zh-CN"/>
        </w:rPr>
        <w:br/>
      </w:r>
      <w:r>
        <w:rPr>
          <w:lang w:eastAsia="zh-CN"/>
        </w:rPr>
        <w:t>　　甲方(盖章)</w:t>
      </w:r>
      <w:r>
        <w:rPr>
          <w:lang w:eastAsia="zh-CN"/>
        </w:rPr>
        <w:br/>
      </w:r>
      <w:r>
        <w:rPr>
          <w:lang w:eastAsia="zh-CN"/>
        </w:rPr>
        <w:t>　　____年_月_日</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乙方(盖章)</w:t>
      </w:r>
      <w:r>
        <w:rPr>
          <w:lang w:eastAsia="zh-CN"/>
        </w:rPr>
        <w:br/>
      </w:r>
      <w:r>
        <w:rPr>
          <w:lang w:eastAsia="zh-CN"/>
        </w:rPr>
        <w:t>　　____年_月_日</w:t>
      </w:r>
      <w:r>
        <w:rPr>
          <w:lang w:eastAsia="zh-CN"/>
        </w:rPr>
        <w:br/>
      </w:r>
      <w:r>
        <w:rPr>
          <w:lang w:eastAsia="zh-CN"/>
        </w:rPr>
        <w:t xml:space="preserve">    机械设备购销合同集锦 篇7 </w:t>
      </w:r>
      <w:r>
        <w:rPr>
          <w:lang w:eastAsia="zh-CN"/>
        </w:rPr>
        <w:br/>
      </w:r>
      <w:r>
        <w:rPr>
          <w:lang w:eastAsia="zh-CN"/>
        </w:rPr>
        <w:t>　　出卖方：____________公司(以下称甲方)</w:t>
      </w:r>
      <w:r>
        <w:rPr>
          <w:lang w:eastAsia="zh-CN"/>
        </w:rPr>
        <w:br/>
      </w:r>
      <w:r>
        <w:rPr>
          <w:lang w:eastAsia="zh-CN"/>
        </w:rPr>
        <w:t>　　买受方：____________公司(以下称乙方)</w:t>
      </w:r>
      <w:r>
        <w:rPr>
          <w:lang w:eastAsia="zh-CN"/>
        </w:rPr>
        <w:br/>
      </w:r>
      <w:r>
        <w:rPr>
          <w:lang w:eastAsia="zh-CN"/>
        </w:rPr>
        <w:t>　　甲、乙两方经友好协商，就乙方购买甲方旧设备事宜，达成如下协议：</w:t>
      </w:r>
      <w:r>
        <w:rPr>
          <w:lang w:eastAsia="zh-CN"/>
        </w:rPr>
        <w:br/>
      </w:r>
      <w:r>
        <w:rPr>
          <w:lang w:eastAsia="zh-CN"/>
        </w:rPr>
        <w:t>　　第一条买卖标的物名称、规格/型号、制造商、出厂年月、数量、单价、金额</w:t>
      </w:r>
      <w:r>
        <w:rPr>
          <w:lang w:eastAsia="zh-CN"/>
        </w:rPr>
        <w:br/>
      </w:r>
      <w:r>
        <w:rPr>
          <w:lang w:eastAsia="zh-CN"/>
        </w:rPr>
        <w:t>　　____________________________________。</w:t>
      </w:r>
      <w:r>
        <w:rPr>
          <w:lang w:eastAsia="zh-CN"/>
        </w:rPr>
        <w:br/>
      </w:r>
      <w:r>
        <w:rPr>
          <w:lang w:eastAsia="zh-CN"/>
        </w:rPr>
        <w:t>　　总价(大写)____________。</w:t>
      </w:r>
      <w:r>
        <w:rPr>
          <w:lang w:eastAsia="zh-CN"/>
        </w:rPr>
        <w:br/>
      </w:r>
      <w:r>
        <w:rPr>
          <w:lang w:eastAsia="zh-CN"/>
        </w:rPr>
        <w:t>　　第二条设备资料</w:t>
      </w:r>
      <w:r>
        <w:rPr>
          <w:lang w:eastAsia="zh-CN"/>
        </w:rPr>
        <w:br/>
      </w:r>
      <w:r>
        <w:rPr>
          <w:lang w:eastAsia="zh-CN"/>
        </w:rPr>
        <w:t>　　甲方向乙方尽可能提供现有的设备图纸等技术资料。</w:t>
      </w:r>
      <w:r>
        <w:rPr>
          <w:lang w:eastAsia="zh-CN"/>
        </w:rPr>
        <w:br/>
      </w:r>
      <w:r>
        <w:rPr>
          <w:lang w:eastAsia="zh-CN"/>
        </w:rPr>
        <w:t>　　第三条设备验收</w:t>
      </w:r>
      <w:r>
        <w:rPr>
          <w:lang w:eastAsia="zh-CN"/>
        </w:rPr>
        <w:br/>
      </w:r>
      <w:r>
        <w:rPr>
          <w:lang w:eastAsia="zh-CN"/>
        </w:rPr>
        <w:t>　　1，乙方应于两方在合同签字盖章后________日内先行验收设备，并在设备验收单证上签字，以示符合乙方质量要求。</w:t>
      </w:r>
      <w:r>
        <w:rPr>
          <w:lang w:eastAsia="zh-CN"/>
        </w:rPr>
        <w:br/>
      </w:r>
      <w:r>
        <w:rPr>
          <w:lang w:eastAsia="zh-CN"/>
        </w:rPr>
        <w:t>　　第四条设备交付</w:t>
      </w:r>
      <w:r>
        <w:rPr>
          <w:lang w:eastAsia="zh-CN"/>
        </w:rPr>
        <w:br/>
      </w:r>
      <w:r>
        <w:rPr>
          <w:lang w:eastAsia="zh-CN"/>
        </w:rPr>
        <w:t>　　1，甲方于收到乙方按本合同约定的全部设备款后________日内向乙方交付已验收的设备。</w:t>
      </w:r>
      <w:r>
        <w:rPr>
          <w:lang w:eastAsia="zh-CN"/>
        </w:rPr>
        <w:br/>
      </w:r>
      <w:r>
        <w:rPr>
          <w:lang w:eastAsia="zh-CN"/>
        </w:rPr>
        <w:t>　　2，设备交付地址：_____________________。</w:t>
      </w:r>
      <w:r>
        <w:rPr>
          <w:lang w:eastAsia="zh-CN"/>
        </w:rPr>
        <w:br/>
      </w:r>
      <w:r>
        <w:rPr>
          <w:lang w:eastAsia="zh-CN"/>
        </w:rPr>
        <w:t>　　第五条付款</w:t>
      </w:r>
      <w:r>
        <w:rPr>
          <w:lang w:eastAsia="zh-CN"/>
        </w:rPr>
        <w:br/>
      </w:r>
      <w:r>
        <w:rPr>
          <w:lang w:eastAsia="zh-CN"/>
        </w:rPr>
        <w:t>　　第六条违约责任</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1，本合同生效后，若一方要求解除合同，应经另一方同意，并承担合同总价的________%的约定损失赔偿责任。</w:t>
      </w:r>
      <w:r>
        <w:rPr>
          <w:lang w:eastAsia="zh-CN"/>
        </w:rPr>
        <w:br/>
      </w:r>
      <w:r>
        <w:rPr>
          <w:lang w:eastAsia="zh-CN"/>
        </w:rPr>
        <w:t>　　2，若乙方逾期付款，应向甲方支付逾期额的日千分之一的违约金，逾期三十日，视为乙方不再履行合同，应向甲方承担约定损失赔偿责任。</w:t>
      </w:r>
      <w:r>
        <w:rPr>
          <w:lang w:eastAsia="zh-CN"/>
        </w:rPr>
        <w:br/>
      </w:r>
      <w:r>
        <w:rPr>
          <w:lang w:eastAsia="zh-CN"/>
        </w:rPr>
        <w:t>　　第七条其它约定条款</w:t>
      </w:r>
      <w:r>
        <w:rPr>
          <w:lang w:eastAsia="zh-CN"/>
        </w:rPr>
        <w:br/>
      </w:r>
      <w:r>
        <w:rPr>
          <w:lang w:eastAsia="zh-CN"/>
        </w:rPr>
        <w:t>　　第八条在本合同履行中，若发生争议，由两方协商解决，协商不成，由_________法院管辖处理争议。</w:t>
      </w:r>
      <w:r>
        <w:rPr>
          <w:lang w:eastAsia="zh-CN"/>
        </w:rPr>
        <w:br/>
      </w:r>
      <w:r>
        <w:rPr>
          <w:lang w:eastAsia="zh-CN"/>
        </w:rPr>
        <w:t>　　第十条本合同一式四份，两方各执二份，具有同等法律效力。</w:t>
      </w:r>
      <w:r>
        <w:rPr>
          <w:lang w:eastAsia="zh-CN"/>
        </w:rPr>
        <w:br/>
      </w:r>
      <w:r>
        <w:rPr>
          <w:lang w:eastAsia="zh-CN"/>
        </w:rPr>
        <w:t>　　出卖方：____________买受方：____________</w:t>
      </w:r>
      <w:r>
        <w:rPr>
          <w:lang w:eastAsia="zh-CN"/>
        </w:rPr>
        <w:br/>
      </w:r>
      <w:r>
        <w:rPr>
          <w:lang w:eastAsia="zh-CN"/>
        </w:rPr>
        <w:t>　　代表：______________代表：______________</w:t>
      </w:r>
      <w:r>
        <w:rPr>
          <w:lang w:eastAsia="zh-CN"/>
        </w:rPr>
        <w:br/>
      </w:r>
      <w:r>
        <w:rPr>
          <w:lang w:eastAsia="zh-CN"/>
        </w:rPr>
        <w:t>　　____________年________月________日</w:t>
      </w:r>
      <w:r>
        <w:rPr>
          <w:lang w:eastAsia="zh-CN"/>
        </w:rPr>
        <w:br/>
      </w:r>
      <w:r>
        <w:rPr>
          <w:lang w:eastAsia="zh-CN"/>
        </w:rPr>
        <w:t xml:space="preserve">    机械设备购销合同集锦 篇8 </w:t>
      </w:r>
      <w:r>
        <w:rPr>
          <w:lang w:eastAsia="zh-CN"/>
        </w:rPr>
        <w:br/>
      </w:r>
      <w:r>
        <w:rPr>
          <w:lang w:eastAsia="zh-CN"/>
        </w:rPr>
        <w:t>　　需方(以下简称“甲方”)：____________</w:t>
      </w:r>
      <w:r>
        <w:rPr>
          <w:lang w:eastAsia="zh-CN"/>
        </w:rPr>
        <w:br/>
      </w:r>
      <w:r>
        <w:rPr>
          <w:lang w:eastAsia="zh-CN"/>
        </w:rPr>
        <w:t>　　供方(以下简称“乙方”)：____________</w:t>
      </w:r>
      <w:r>
        <w:rPr>
          <w:lang w:eastAsia="zh-CN"/>
        </w:rPr>
        <w:br/>
      </w:r>
      <w:r>
        <w:rPr>
          <w:lang w:eastAsia="zh-CN"/>
        </w:rPr>
        <w:t>　　甲乙双方经协商一致，就甲方向乙方购买____________事宜，达成以下设备购销合同范本,双方共同遵守：</w:t>
      </w:r>
      <w:r>
        <w:rPr>
          <w:lang w:eastAsia="zh-CN"/>
        </w:rPr>
        <w:br/>
      </w:r>
      <w:r>
        <w:rPr>
          <w:lang w:eastAsia="zh-CN"/>
        </w:rPr>
        <w:t>　　一、产品名称、数量、价格</w:t>
      </w:r>
      <w:r>
        <w:rPr>
          <w:lang w:eastAsia="zh-CN"/>
        </w:rPr>
        <w:br/>
      </w:r>
      <w:r>
        <w:rPr>
          <w:lang w:eastAsia="zh-CN"/>
        </w:rPr>
        <w:t>　　序号____________产品____________名称及牌号或_________________规格、型号____________计量单位____________量单价____________金额(元)。</w:t>
      </w:r>
      <w:r>
        <w:rPr>
          <w:lang w:eastAsia="zh-CN"/>
        </w:rPr>
        <w:br/>
      </w:r>
      <w:r>
        <w:rPr>
          <w:lang w:eastAsia="zh-CN"/>
        </w:rPr>
        <w:t>　　二、质量要求、技术标准</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执行国家、地方颁发的质量标准和行业标准。乙方在本合同签订前5日内向甲方提供加盖公章的关于该产品的国家质量标准文件，在供货时附出厂合格证书，作为本合同的有效附件。</w:t>
      </w:r>
      <w:r>
        <w:rPr>
          <w:lang w:eastAsia="zh-CN"/>
        </w:rPr>
        <w:br/>
      </w:r>
      <w:r>
        <w:rPr>
          <w:lang w:eastAsia="zh-CN"/>
        </w:rPr>
        <w:t>　　三、设备购销合同范本的交货</w:t>
      </w:r>
      <w:r>
        <w:rPr>
          <w:lang w:eastAsia="zh-CN"/>
        </w:rPr>
        <w:br/>
      </w:r>
      <w:r>
        <w:rPr>
          <w:lang w:eastAsia="zh-CN"/>
        </w:rPr>
        <w:t>　　1、交货日期：甲方支付预付款后________个工作日。</w:t>
      </w:r>
      <w:r>
        <w:rPr>
          <w:lang w:eastAsia="zh-CN"/>
        </w:rPr>
        <w:br/>
      </w:r>
      <w:r>
        <w:rPr>
          <w:lang w:eastAsia="zh-CN"/>
        </w:rPr>
        <w:t>　　2、交货方式：乙方负责运输并承担运费、装卸货费用。</w:t>
      </w:r>
      <w:r>
        <w:rPr>
          <w:lang w:eastAsia="zh-CN"/>
        </w:rPr>
        <w:br/>
      </w:r>
      <w:r>
        <w:rPr>
          <w:lang w:eastAsia="zh-CN"/>
        </w:rPr>
        <w:t>　　3、交货地点：__________。</w:t>
      </w:r>
      <w:r>
        <w:rPr>
          <w:lang w:eastAsia="zh-CN"/>
        </w:rPr>
        <w:br/>
      </w:r>
      <w:r>
        <w:rPr>
          <w:lang w:eastAsia="zh-CN"/>
        </w:rPr>
        <w:t>　　四、卖方对质量负责的条件及期限1年</w:t>
      </w:r>
      <w:r>
        <w:rPr>
          <w:lang w:eastAsia="zh-CN"/>
        </w:rPr>
        <w:br/>
      </w:r>
      <w:r>
        <w:rPr>
          <w:lang w:eastAsia="zh-CN"/>
        </w:rPr>
        <w:t>　　3、因设备质量问题发生争议，由甲方所在地的技术单位进行质量鉴定。</w:t>
      </w:r>
      <w:r>
        <w:rPr>
          <w:lang w:eastAsia="zh-CN"/>
        </w:rPr>
        <w:br/>
      </w:r>
      <w:r>
        <w:rPr>
          <w:lang w:eastAsia="zh-CN"/>
        </w:rPr>
        <w:t>　　五、设备的包装、发运及运输</w:t>
      </w:r>
      <w:r>
        <w:rPr>
          <w:lang w:eastAsia="zh-CN"/>
        </w:rPr>
        <w:br/>
      </w:r>
      <w:r>
        <w:rPr>
          <w:lang w:eastAsia="zh-CN"/>
        </w:rPr>
        <w:t>　　1、乙方应在设备发运前对其进行满足于运输距离、防震、防锈和防破损装卸要求的包装，以保证货物安全运输到达甲方指定地点。</w:t>
      </w:r>
      <w:r>
        <w:rPr>
          <w:lang w:eastAsia="zh-CN"/>
        </w:rPr>
        <w:br/>
      </w:r>
      <w:r>
        <w:rPr>
          <w:lang w:eastAsia="zh-CN"/>
        </w:rPr>
        <w:t>　　2、包装上注明货物品种及数量。使用说明书、质量检验证明书、随配附件和工具以及清单与设备一起发送。</w:t>
      </w:r>
      <w:r>
        <w:rPr>
          <w:lang w:eastAsia="zh-CN"/>
        </w:rPr>
        <w:br/>
      </w:r>
      <w:r>
        <w:rPr>
          <w:lang w:eastAsia="zh-CN"/>
        </w:rPr>
        <w:t>　　3、设备在发运手续办理完毕后24小时内发货到甲方，乙方通知甲方准备接货。</w:t>
      </w:r>
      <w:r>
        <w:rPr>
          <w:lang w:eastAsia="zh-CN"/>
        </w:rPr>
        <w:br/>
      </w:r>
      <w:r>
        <w:rPr>
          <w:lang w:eastAsia="zh-CN"/>
        </w:rPr>
        <w:t>　　六、设备的安装、调试及验收</w:t>
      </w:r>
      <w:r>
        <w:rPr>
          <w:lang w:eastAsia="zh-CN"/>
        </w:rPr>
        <w:br/>
      </w:r>
      <w:r>
        <w:rPr>
          <w:lang w:eastAsia="zh-CN"/>
        </w:rPr>
        <w:t>　　1、甲方对乙方所交设备依照国家有关技术标准和双方确认的技术标准进行现场验收。</w:t>
      </w:r>
      <w:r>
        <w:rPr>
          <w:lang w:eastAsia="zh-CN"/>
        </w:rPr>
        <w:br/>
      </w:r>
      <w:r>
        <w:rPr>
          <w:lang w:eastAsia="zh-CN"/>
        </w:rPr>
        <w:t>　　2、安装由甲乙双方现场安装调节器试，性能达到技术要求的，给予签收，验收不合格的不予签收。</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3、甲方收货时对产品的外观检查或开箱清点，不能免除供方对产品内在质量的责任。</w:t>
      </w:r>
      <w:r>
        <w:rPr>
          <w:lang w:eastAsia="zh-CN"/>
        </w:rPr>
        <w:br/>
      </w:r>
      <w:r>
        <w:rPr>
          <w:lang w:eastAsia="zh-CN"/>
        </w:rPr>
        <w:t>　　七、付款方式</w:t>
      </w:r>
      <w:r>
        <w:rPr>
          <w:lang w:eastAsia="zh-CN"/>
        </w:rPr>
        <w:br/>
      </w:r>
      <w:r>
        <w:rPr>
          <w:lang w:eastAsia="zh-CN"/>
        </w:rPr>
        <w:t>　　1、签订设备购销合同范本后________个工作日内支付合同总金额________%的付款。</w:t>
      </w:r>
      <w:r>
        <w:rPr>
          <w:lang w:eastAsia="zh-CN"/>
        </w:rPr>
        <w:br/>
      </w:r>
      <w:r>
        <w:rPr>
          <w:lang w:eastAsia="zh-CN"/>
        </w:rPr>
        <w:t>　　2、设备到达交货地点后，经甲方指定人员初步检验，甲方在检验符合合同附件所规定的数量、规格、型号后________个工作内支付合同金额的________%。</w:t>
      </w:r>
      <w:r>
        <w:rPr>
          <w:lang w:eastAsia="zh-CN"/>
        </w:rPr>
        <w:br/>
      </w:r>
      <w:r>
        <w:rPr>
          <w:lang w:eastAsia="zh-CN"/>
        </w:rPr>
        <w:t>　　3、设备安装调试完成后，并经甲方验收合格后________个工作日内，支付合同总金额的30%。</w:t>
      </w:r>
      <w:r>
        <w:rPr>
          <w:lang w:eastAsia="zh-CN"/>
        </w:rPr>
        <w:br/>
      </w:r>
      <w:r>
        <w:rPr>
          <w:lang w:eastAsia="zh-CN"/>
        </w:rPr>
        <w:t>　　4、合同总金额的________%作为质保金，在质保期届满后支付。</w:t>
      </w:r>
      <w:r>
        <w:rPr>
          <w:lang w:eastAsia="zh-CN"/>
        </w:rPr>
        <w:br/>
      </w:r>
      <w:r>
        <w:rPr>
          <w:lang w:eastAsia="zh-CN"/>
        </w:rPr>
        <w:t>　　5、甲方收到乙方开具的增值税发票后，付款乙方货款(全款)。如果没有增值税发票甲方有权押款到直到乙方开具增值税票入甲方财务账为止。</w:t>
      </w:r>
      <w:r>
        <w:rPr>
          <w:lang w:eastAsia="zh-CN"/>
        </w:rPr>
        <w:br/>
      </w:r>
      <w:r>
        <w:rPr>
          <w:lang w:eastAsia="zh-CN"/>
        </w:rPr>
        <w:t>　　八、设备购销合同范本的违约责任</w:t>
      </w:r>
      <w:r>
        <w:rPr>
          <w:lang w:eastAsia="zh-CN"/>
        </w:rPr>
        <w:br/>
      </w:r>
      <w:r>
        <w:rPr>
          <w:lang w:eastAsia="zh-CN"/>
        </w:rPr>
        <w:t>　　1、逾期交货、调试合格或付款的，每天按合同总价的万分之五向对方支付违约金。</w:t>
      </w:r>
      <w:r>
        <w:rPr>
          <w:lang w:eastAsia="zh-CN"/>
        </w:rPr>
        <w:br/>
      </w:r>
      <w:r>
        <w:rPr>
          <w:lang w:eastAsia="zh-CN"/>
        </w:rPr>
        <w:t>　　2、甲方无正当理由拒收的，应向乙方支付合同总价________%的违约金。</w:t>
      </w:r>
      <w:r>
        <w:rPr>
          <w:lang w:eastAsia="zh-CN"/>
        </w:rPr>
        <w:br/>
      </w:r>
      <w:r>
        <w:rPr>
          <w:lang w:eastAsia="zh-CN"/>
        </w:rPr>
        <w:t>　　3、乙方不能在合同规定时间内调试合格的，甲方有权解除合同，此时乙方应向甲方支付合同总价款10%的违约金。</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4、乙方所交的设备品种、型号、规格、质量不符合合同约定、国家标准，所供设备达不到约定技术要求的，乙方必须无条件退回全部货款，向甲方支付合同总价款30%的赔偿金。</w:t>
      </w:r>
      <w:r>
        <w:rPr>
          <w:lang w:eastAsia="zh-CN"/>
        </w:rPr>
        <w:br/>
      </w:r>
      <w:r>
        <w:rPr>
          <w:lang w:eastAsia="zh-CN"/>
        </w:rPr>
        <w:t>　　九、禁止商业贿赂和保守商业秘密、知识产权</w:t>
      </w:r>
      <w:r>
        <w:rPr>
          <w:lang w:eastAsia="zh-CN"/>
        </w:rPr>
        <w:br/>
      </w:r>
      <w:r>
        <w:rPr>
          <w:lang w:eastAsia="zh-CN"/>
        </w:rPr>
        <w:t>　　1、乙方承诺在业务往来过程中，不向甲方人员赠送现金、物品或以其他形式给予甲方人员利益。</w:t>
      </w:r>
      <w:r>
        <w:rPr>
          <w:lang w:eastAsia="zh-CN"/>
        </w:rPr>
        <w:br/>
      </w:r>
      <w:r>
        <w:rPr>
          <w:lang w:eastAsia="zh-CN"/>
        </w:rPr>
        <w:t>　　2、双方负有谨慎保护对方商业秘密及知识产权的义务。未经对方书面允许，任何一方不得披露、自用及许可他人使用。</w:t>
      </w:r>
      <w:r>
        <w:rPr>
          <w:lang w:eastAsia="zh-CN"/>
        </w:rPr>
        <w:br/>
      </w:r>
      <w:r>
        <w:rPr>
          <w:lang w:eastAsia="zh-CN"/>
        </w:rPr>
        <w:t>　　十、争议解决方式</w:t>
      </w:r>
      <w:r>
        <w:rPr>
          <w:lang w:eastAsia="zh-CN"/>
        </w:rPr>
        <w:br/>
      </w:r>
      <w:r>
        <w:rPr>
          <w:lang w:eastAsia="zh-CN"/>
        </w:rPr>
        <w:t>　　本设备购销合同范本在履行过程中，如发生争议，双方友好协商解决，如协商不成，双方同意由____________法院起诉解决。</w:t>
      </w:r>
      <w:r>
        <w:rPr>
          <w:lang w:eastAsia="zh-CN"/>
        </w:rPr>
        <w:br/>
      </w:r>
      <w:r>
        <w:rPr>
          <w:lang w:eastAsia="zh-CN"/>
        </w:rPr>
        <w:t>　　十一、其他</w:t>
      </w:r>
      <w:r>
        <w:rPr>
          <w:lang w:eastAsia="zh-CN"/>
        </w:rPr>
        <w:br/>
      </w:r>
      <w:r>
        <w:rPr>
          <w:lang w:eastAsia="zh-CN"/>
        </w:rPr>
        <w:t>　　本设备购销合同范本自双方签字盖章之日起生效。本协议一式四份，甲乙双方执两份，具有同等法律效力。本协议签订于________市________区。</w:t>
      </w:r>
      <w:r>
        <w:rPr>
          <w:lang w:eastAsia="zh-CN"/>
        </w:rPr>
        <w:br/>
      </w:r>
      <w:r>
        <w:rPr>
          <w:lang w:eastAsia="zh-CN"/>
        </w:rPr>
        <w:t>　　甲方(公章)：_______________</w:t>
      </w:r>
      <w:r>
        <w:rPr>
          <w:lang w:eastAsia="zh-CN"/>
        </w:rPr>
        <w:br/>
      </w:r>
      <w:r>
        <w:rPr>
          <w:lang w:eastAsia="zh-CN"/>
        </w:rPr>
        <w:t>　　法定代表人(签字)：_________</w:t>
      </w:r>
      <w:r>
        <w:rPr>
          <w:lang w:eastAsia="zh-CN"/>
        </w:rPr>
        <w:br/>
      </w:r>
      <w:r>
        <w:rPr>
          <w:lang w:eastAsia="zh-CN"/>
        </w:rPr>
        <w:t>　　乙方(公章)：_______________</w:t>
      </w:r>
      <w:r>
        <w:rPr>
          <w:lang w:eastAsia="zh-CN"/>
        </w:rPr>
        <w:br/>
      </w:r>
      <w:r>
        <w:rPr>
          <w:lang w:eastAsia="zh-CN"/>
        </w:rPr>
        <w:t>　　法定代表人(签字)：_________</w:t>
      </w:r>
      <w:r>
        <w:rPr>
          <w:lang w:eastAsia="zh-CN"/>
        </w:rPr>
        <w:br/>
      </w:r>
      <w:r>
        <w:rPr>
          <w:lang w:eastAsia="zh-CN"/>
        </w:rPr>
        <w:t>　　_________年____月____日</w:t>
      </w:r>
      <w:r>
        <w:rPr>
          <w:lang w:eastAsia="zh-CN"/>
        </w:rPr>
        <w:br/>
      </w:r>
      <w:r>
        <w:rPr>
          <w:lang w:eastAsia="zh-CN"/>
        </w:rPr>
        <w:t xml:space="preserve">    机械设备购销合同集锦 篇9 </w:t>
      </w:r>
      <w:r>
        <w:rPr>
          <w:lang w:eastAsia="zh-CN"/>
        </w:rPr>
        <w:br/>
      </w:r>
      <w:r>
        <w:rPr>
          <w:lang w:eastAsia="zh-CN"/>
        </w:rPr>
        <w:t>　　甲方:</w:t>
      </w:r>
      <w:r>
        <w:rPr>
          <w:lang w:eastAsia="zh-CN"/>
        </w:rPr>
        <w:br/>
      </w:r>
      <w:r>
        <w:rPr>
          <w:lang w:eastAsia="zh-CN"/>
        </w:rPr>
        <w:t>　　乙方：</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甲、 乙双方根据《人中华人民共和国合同法》及相关法律法规的规定，双方本着平等、诚实、信用、互利原则，在充分友好协商的基础上，双方就机械设备购销合同事宜达成一致，特订立本合同，以供双方共同遵照执行。</w:t>
      </w:r>
      <w:r>
        <w:rPr>
          <w:lang w:eastAsia="zh-CN"/>
        </w:rPr>
        <w:br/>
      </w:r>
      <w:r>
        <w:rPr>
          <w:lang w:eastAsia="zh-CN"/>
        </w:rPr>
        <w:t>　　第一条 产品名称、商标、型号、数量、单价、金额。</w:t>
      </w:r>
      <w:r>
        <w:rPr>
          <w:lang w:eastAsia="zh-CN"/>
        </w:rPr>
        <w:br/>
      </w:r>
      <w:r>
        <w:rPr>
          <w:lang w:eastAsia="zh-CN"/>
        </w:rPr>
        <w:t>　　第二条 质量：</w:t>
      </w:r>
      <w:r>
        <w:rPr>
          <w:lang w:eastAsia="zh-CN"/>
        </w:rPr>
        <w:br/>
      </w:r>
      <w:r>
        <w:rPr>
          <w:lang w:eastAsia="zh-CN"/>
        </w:rPr>
        <w:t>　　1、 整体质量、性能应当达到：</w:t>
      </w:r>
      <w:r>
        <w:rPr>
          <w:lang w:eastAsia="zh-CN"/>
        </w:rPr>
        <w:br/>
      </w:r>
      <w:r>
        <w:rPr>
          <w:lang w:eastAsia="zh-CN"/>
        </w:rPr>
        <w:t>　　2、特殊要求：鉴于本合同为用于设备，故甲方除严格遵守本合同规定的质量标准外，尚须满足 工程施工生产的要求。</w:t>
      </w:r>
      <w:r>
        <w:rPr>
          <w:lang w:eastAsia="zh-CN"/>
        </w:rPr>
        <w:br/>
      </w:r>
      <w:r>
        <w:rPr>
          <w:lang w:eastAsia="zh-CN"/>
        </w:rPr>
        <w:t>　　第三条 安装调试、服务与维修响应</w:t>
      </w:r>
      <w:r>
        <w:rPr>
          <w:lang w:eastAsia="zh-CN"/>
        </w:rPr>
        <w:br/>
      </w:r>
      <w:r>
        <w:rPr>
          <w:lang w:eastAsia="zh-CN"/>
        </w:rPr>
        <w:t>　　1、安装调试：。</w:t>
      </w:r>
      <w:r>
        <w:rPr>
          <w:lang w:eastAsia="zh-CN"/>
        </w:rPr>
        <w:br/>
      </w:r>
      <w:r>
        <w:rPr>
          <w:lang w:eastAsia="zh-CN"/>
        </w:rPr>
        <w:t>　　2、培训指导服务：。</w:t>
      </w:r>
      <w:r>
        <w:rPr>
          <w:lang w:eastAsia="zh-CN"/>
        </w:rPr>
        <w:br/>
      </w:r>
      <w:r>
        <w:rPr>
          <w:lang w:eastAsia="zh-CN"/>
        </w:rPr>
        <w:t>　　3、维修响应： 若在质保期内出现质量问题，甲方在接到通知后天，人响应到场， 天内完成维修更换，并承担修理调换的费用;如经甲方维修仍不能达到本合同约定的质量标准，视作甲方未能按时交货，乙方有权退货并追究甲方的违约责任。货到现场后，由乙方保管不当造成的问题，甲方亦应负责修复，但费用由乙方负担。甲方须指派专人( 姓名： 身份证号： )负责与乙方联系售后服务事宜。</w:t>
      </w:r>
      <w:r>
        <w:rPr>
          <w:lang w:eastAsia="zh-CN"/>
        </w:rPr>
        <w:br/>
      </w:r>
      <w:r>
        <w:rPr>
          <w:lang w:eastAsia="zh-CN"/>
        </w:rPr>
        <w:t>　　第四条 运输、交付时间、地点、收货人：</w:t>
      </w:r>
      <w:r>
        <w:rPr>
          <w:lang w:eastAsia="zh-CN"/>
        </w:rPr>
        <w:br/>
      </w:r>
      <w:r>
        <w:rPr>
          <w:lang w:eastAsia="zh-CN"/>
        </w:rPr>
        <w:t>　　1、本合同所售设备由承担。</w:t>
      </w:r>
      <w:r>
        <w:rPr>
          <w:lang w:eastAsia="zh-CN"/>
        </w:rPr>
        <w:br/>
      </w:r>
      <w:r>
        <w:rPr>
          <w:lang w:eastAsia="zh-CN"/>
        </w:rPr>
        <w:t>　　2、运输方式为：。</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3、交付时间：。</w:t>
      </w:r>
      <w:r>
        <w:rPr>
          <w:lang w:eastAsia="zh-CN"/>
        </w:rPr>
        <w:br/>
      </w:r>
      <w:r>
        <w:rPr>
          <w:lang w:eastAsia="zh-CN"/>
        </w:rPr>
        <w:t>　　4、交付地点：。</w:t>
      </w:r>
      <w:r>
        <w:rPr>
          <w:lang w:eastAsia="zh-CN"/>
        </w:rPr>
        <w:br/>
      </w:r>
      <w:r>
        <w:rPr>
          <w:lang w:eastAsia="zh-CN"/>
        </w:rPr>
        <w:t>　　5、收货人姓名： 身份证号：联系方式：</w:t>
      </w:r>
      <w:r>
        <w:rPr>
          <w:lang w:eastAsia="zh-CN"/>
        </w:rPr>
        <w:br/>
      </w:r>
      <w:r>
        <w:rPr>
          <w:lang w:eastAsia="zh-CN"/>
        </w:rPr>
        <w:t>　　6、甲方运至交付地点后，由 方负责卸车。双方根据合同的规定输验收及交付手续，经双方共同签字确认。</w:t>
      </w:r>
      <w:r>
        <w:rPr>
          <w:lang w:eastAsia="zh-CN"/>
        </w:rPr>
        <w:br/>
      </w:r>
      <w:r>
        <w:rPr>
          <w:lang w:eastAsia="zh-CN"/>
        </w:rPr>
        <w:t>　　第五条 质量保证：</w:t>
      </w:r>
      <w:r>
        <w:rPr>
          <w:lang w:eastAsia="zh-CN"/>
        </w:rPr>
        <w:br/>
      </w:r>
      <w:r>
        <w:rPr>
          <w:lang w:eastAsia="zh-CN"/>
        </w:rPr>
        <w:t>　　第六条 结算与支付： 。</w:t>
      </w:r>
      <w:r>
        <w:rPr>
          <w:lang w:eastAsia="zh-CN"/>
        </w:rPr>
        <w:br/>
      </w:r>
      <w:r>
        <w:rPr>
          <w:lang w:eastAsia="zh-CN"/>
        </w:rPr>
        <w:t>　　第七条 违约责任： 。</w:t>
      </w:r>
      <w:r>
        <w:rPr>
          <w:lang w:eastAsia="zh-CN"/>
        </w:rPr>
        <w:br/>
      </w:r>
      <w:r>
        <w:rPr>
          <w:lang w:eastAsia="zh-CN"/>
        </w:rPr>
        <w:t>　　第八条 其他事项：</w:t>
      </w:r>
      <w:r>
        <w:rPr>
          <w:lang w:eastAsia="zh-CN"/>
        </w:rPr>
        <w:br/>
      </w:r>
      <w:r>
        <w:rPr>
          <w:lang w:eastAsia="zh-CN"/>
        </w:rPr>
        <w:t>　　1、 本合同未尽事宜，经双方协商一致，可订立补充与本合同具有同等法律效力。</w:t>
      </w:r>
      <w:r>
        <w:rPr>
          <w:lang w:eastAsia="zh-CN"/>
        </w:rPr>
        <w:br/>
      </w:r>
      <w:r>
        <w:rPr>
          <w:lang w:eastAsia="zh-CN"/>
        </w:rPr>
        <w:t>　　2、本合同自双方法定代表人或委托代理人签字并盖章之日起生效。</w:t>
      </w:r>
      <w:r>
        <w:rPr>
          <w:lang w:eastAsia="zh-CN"/>
        </w:rPr>
        <w:br/>
      </w:r>
      <w:r>
        <w:rPr>
          <w:lang w:eastAsia="zh-CN"/>
        </w:rPr>
        <w:t>　　3、本俩壹式 份，由甲、乙双方各执 份，并有同等法律效力。</w:t>
      </w:r>
      <w:r>
        <w:rPr>
          <w:lang w:eastAsia="zh-CN"/>
        </w:rPr>
        <w:br/>
      </w:r>
      <w:r>
        <w:rPr>
          <w:lang w:eastAsia="zh-CN"/>
        </w:rPr>
        <w:t>　　甲方(公章)：_________　　　　　　　　乙方(公章)：_________</w:t>
      </w:r>
      <w:r>
        <w:rPr>
          <w:lang w:eastAsia="zh-CN"/>
        </w:rPr>
        <w:br/>
      </w:r>
      <w:r>
        <w:rPr>
          <w:lang w:eastAsia="zh-CN"/>
        </w:rPr>
        <w:t>　　法定代表人(签字)：_________　　　　　法定代表人(签字)：_________</w:t>
      </w:r>
      <w:r>
        <w:rPr>
          <w:lang w:eastAsia="zh-CN"/>
        </w:rPr>
        <w:br/>
      </w:r>
      <w:r>
        <w:rPr>
          <w:lang w:eastAsia="zh-CN"/>
        </w:rPr>
        <w:t>　　_________年____月____日　　　　　　　_________年____月____日</w:t>
      </w:r>
      <w:r>
        <w:rPr>
          <w:lang w:eastAsia="zh-CN"/>
        </w:rPr>
        <w:br/>
      </w:r>
      <w:r>
        <w:rPr>
          <w:lang w:eastAsia="zh-CN"/>
        </w:rPr>
        <w:t xml:space="preserve">    机械设备购销合同集锦 篇10 </w:t>
      </w:r>
      <w:r>
        <w:rPr>
          <w:lang w:eastAsia="zh-CN"/>
        </w:rPr>
        <w:br/>
      </w:r>
      <w:r>
        <w:rPr>
          <w:lang w:eastAsia="zh-CN"/>
        </w:rPr>
        <w:t>　　供方：____________(以下简称甲方)</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需方：____________(以下简称乙方)</w:t>
      </w:r>
      <w:r>
        <w:rPr>
          <w:lang w:eastAsia="zh-CN"/>
        </w:rPr>
        <w:br/>
      </w:r>
      <w:r>
        <w:rPr>
          <w:lang w:eastAsia="zh-CN"/>
        </w:rPr>
        <w:t>　　按照《_____》，供需双方经友好协商，在平等自愿的基础上，就需方向供方购买________品牌的____________机组达成如下购销协议：</w:t>
      </w:r>
      <w:r>
        <w:rPr>
          <w:lang w:eastAsia="zh-CN"/>
        </w:rPr>
        <w:br/>
      </w:r>
      <w:r>
        <w:rPr>
          <w:lang w:eastAsia="zh-CN"/>
        </w:rPr>
        <w:t>　　一、购货机器型号、数量、单价、金额：____________________。</w:t>
      </w:r>
      <w:r>
        <w:rPr>
          <w:lang w:eastAsia="zh-CN"/>
        </w:rPr>
        <w:br/>
      </w:r>
      <w:r>
        <w:rPr>
          <w:lang w:eastAsia="zh-CN"/>
        </w:rPr>
        <w:t>　　二、交货地点：_____________________________________________。</w:t>
      </w:r>
      <w:r>
        <w:rPr>
          <w:lang w:eastAsia="zh-CN"/>
        </w:rPr>
        <w:br/>
      </w:r>
      <w:r>
        <w:rPr>
          <w:lang w:eastAsia="zh-CN"/>
        </w:rPr>
        <w:t>　　三、交货期：收到预付款后__________天(遇法定假日交货期顺延)。</w:t>
      </w:r>
      <w:r>
        <w:rPr>
          <w:lang w:eastAsia="zh-CN"/>
        </w:rPr>
        <w:br/>
      </w:r>
      <w:r>
        <w:rPr>
          <w:lang w:eastAsia="zh-CN"/>
        </w:rPr>
        <w:t>　　四、付款方式：</w:t>
      </w:r>
      <w:r>
        <w:rPr>
          <w:lang w:eastAsia="zh-CN"/>
        </w:rPr>
        <w:br/>
      </w:r>
      <w:r>
        <w:rPr>
          <w:lang w:eastAsia="zh-CN"/>
        </w:rPr>
        <w:t>　　a)合同签订后由需方向供方预付30%货款￥_________元。</w:t>
      </w:r>
      <w:r>
        <w:rPr>
          <w:lang w:eastAsia="zh-CN"/>
        </w:rPr>
        <w:br/>
      </w:r>
      <w:r>
        <w:rPr>
          <w:lang w:eastAsia="zh-CN"/>
        </w:rPr>
        <w:t>　　b)余款￥_________元于设备出厂前由需方一次性付清给供方。</w:t>
      </w:r>
      <w:r>
        <w:rPr>
          <w:lang w:eastAsia="zh-CN"/>
        </w:rPr>
        <w:br/>
      </w:r>
      <w:r>
        <w:rPr>
          <w:lang w:eastAsia="zh-CN"/>
        </w:rPr>
        <w:t>　　五、运输方式及费用：由供方负责运输并承担运输费用。</w:t>
      </w:r>
      <w:r>
        <w:rPr>
          <w:lang w:eastAsia="zh-CN"/>
        </w:rPr>
        <w:br/>
      </w:r>
      <w:r>
        <w:rPr>
          <w:lang w:eastAsia="zh-CN"/>
        </w:rPr>
        <w:t>　　六、质量要求、技术标准、供方对质量负责的条件和期限：供方对其所提供的产品保证不低于国家和企业的有关标准要求。供方应确保产品质量，供方所交付产品不符合质量要求，供方应负责包换或保修，并承担修理、调换或退货的实际费用;乙方不能修理或不能调换，按不能交货处理，乙方应退还甲方支付的所有货款，并按合同总价的______%向甲方支付违约金。</w:t>
      </w:r>
      <w:r>
        <w:rPr>
          <w:lang w:eastAsia="zh-CN"/>
        </w:rPr>
        <w:br/>
      </w:r>
      <w:r>
        <w:rPr>
          <w:lang w:eastAsia="zh-CN"/>
        </w:rPr>
        <w:t>　　七、技术参数：以产品说明书为准。</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八、现场验收：乙方交付的产品到达现场，必须交由甲方现场监理按照合同对数量，型号和设备外观等进行验收，验收后方能进行安装。</w:t>
      </w:r>
      <w:r>
        <w:rPr>
          <w:lang w:eastAsia="zh-CN"/>
        </w:rPr>
        <w:br/>
      </w:r>
      <w:r>
        <w:rPr>
          <w:lang w:eastAsia="zh-CN"/>
        </w:rPr>
        <w:t>　　九、保修期限：从工程验收合格后起算整机一年，压缩机三年。</w:t>
      </w:r>
      <w:r>
        <w:rPr>
          <w:lang w:eastAsia="zh-CN"/>
        </w:rPr>
        <w:br/>
      </w:r>
      <w:r>
        <w:rPr>
          <w:lang w:eastAsia="zh-CN"/>
        </w:rPr>
        <w:t>　　十、违约责任：按《_____》相关条款办理。如发生争议，双方应通过友好协商解决，协商不成时，提请_______________委员会申请_____。</w:t>
      </w:r>
      <w:r>
        <w:rPr>
          <w:lang w:eastAsia="zh-CN"/>
        </w:rPr>
        <w:br/>
      </w:r>
      <w:r>
        <w:rPr>
          <w:lang w:eastAsia="zh-CN"/>
        </w:rPr>
        <w:t>　　十一、本合同一式_______份，供、需双方各执________份，具有同等法律效力。</w:t>
      </w:r>
      <w:r>
        <w:rPr>
          <w:lang w:eastAsia="zh-CN"/>
        </w:rPr>
        <w:br/>
      </w:r>
      <w:r>
        <w:rPr>
          <w:lang w:eastAsia="zh-CN"/>
        </w:rPr>
        <w:t>　　十二、本合同自双方法定代表人或授权代表签字并加盖公章后生效。</w:t>
      </w:r>
      <w:r>
        <w:rPr>
          <w:lang w:eastAsia="zh-CN"/>
        </w:rPr>
        <w:br/>
      </w:r>
      <w:r>
        <w:rPr>
          <w:lang w:eastAsia="zh-CN"/>
        </w:rPr>
        <w:t>　　甲方(公章)：_______________</w:t>
      </w:r>
      <w:r>
        <w:rPr>
          <w:lang w:eastAsia="zh-CN"/>
        </w:rPr>
        <w:br/>
      </w:r>
      <w:r>
        <w:rPr>
          <w:lang w:eastAsia="zh-CN"/>
        </w:rPr>
        <w:t>　　乙方(公章)：_______________</w:t>
      </w:r>
      <w:r>
        <w:rPr>
          <w:lang w:eastAsia="zh-CN"/>
        </w:rPr>
        <w:br/>
      </w:r>
      <w:r>
        <w:rPr>
          <w:lang w:eastAsia="zh-CN"/>
        </w:rPr>
        <w:t>　　法定代表人(签字)：_________</w:t>
      </w:r>
      <w:r>
        <w:rPr>
          <w:lang w:eastAsia="zh-CN"/>
        </w:rPr>
        <w:br/>
      </w:r>
      <w:r>
        <w:rPr>
          <w:lang w:eastAsia="zh-CN"/>
        </w:rPr>
        <w:t>　　法定代表人(签字)：_________</w:t>
      </w:r>
      <w:r>
        <w:rPr>
          <w:lang w:eastAsia="zh-CN"/>
        </w:rPr>
        <w:br/>
      </w:r>
      <w:r>
        <w:rPr>
          <w:lang w:eastAsia="zh-CN"/>
        </w:rPr>
        <w:t>　　_________年____月____日</w:t>
      </w:r>
      <w:r>
        <w:rPr>
          <w:lang w:eastAsia="zh-CN"/>
        </w:rPr>
        <w:br/>
      </w:r>
      <w:r>
        <w:rPr>
          <w:lang w:eastAsia="zh-CN"/>
        </w:rPr>
        <w:t>　　_________年____月____日</w:t>
      </w:r>
      <w:r>
        <w:rPr>
          <w:lang w:eastAsia="zh-CN"/>
        </w:rPr>
        <w:br/>
      </w:r>
      <w:r>
        <w:rPr>
          <w:lang w:eastAsia="zh-CN"/>
        </w:rPr>
        <w:t xml:space="preserve">    机械设备购销合同集锦 篇11 </w:t>
      </w:r>
      <w:r>
        <w:rPr>
          <w:lang w:eastAsia="zh-CN"/>
        </w:rPr>
        <w:br/>
      </w:r>
      <w:r>
        <w:rPr>
          <w:lang w:eastAsia="zh-CN"/>
        </w:rPr>
        <w:t>　　需方(甲方)：__________________________________________</w:t>
      </w:r>
      <w:r>
        <w:rPr>
          <w:lang w:eastAsia="zh-CN"/>
        </w:rPr>
        <w:br/>
      </w:r>
      <w:r>
        <w:rPr>
          <w:lang w:eastAsia="zh-CN"/>
        </w:rPr>
        <w:t>　　供方(乙方)：__________________________________________</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根据《中华人民共和国合同法》、《中华人民共和国产品质量法》及其他相关法律法规的规定，甲乙双方在平等自愿的基础上经过充分协商，就甲方购买乙方二手机械设备并由乙方提供相关服务事宜，达成如下一致协议：</w:t>
      </w:r>
      <w:r>
        <w:rPr>
          <w:lang w:eastAsia="zh-CN"/>
        </w:rPr>
        <w:br/>
      </w:r>
      <w:r>
        <w:rPr>
          <w:lang w:eastAsia="zh-CN"/>
        </w:rPr>
        <w:t>　　1、 合同设备名称、价款及支付方式</w:t>
      </w:r>
      <w:r>
        <w:rPr>
          <w:lang w:eastAsia="zh-CN"/>
        </w:rPr>
        <w:br/>
      </w:r>
      <w:r>
        <w:rPr>
          <w:lang w:eastAsia="zh-CN"/>
        </w:rPr>
        <w:t>　　1.1设备名称、数量、价款：</w:t>
      </w:r>
      <w:r>
        <w:rPr>
          <w:lang w:eastAsia="zh-CN"/>
        </w:rPr>
        <w:br/>
      </w:r>
      <w:r>
        <w:rPr>
          <w:lang w:eastAsia="zh-CN"/>
        </w:rPr>
        <w:t>　　1.2随机技术文件</w:t>
      </w:r>
      <w:r>
        <w:rPr>
          <w:lang w:eastAsia="zh-CN"/>
        </w:rPr>
        <w:br/>
      </w:r>
      <w:r>
        <w:rPr>
          <w:lang w:eastAsia="zh-CN"/>
        </w:rPr>
        <w:t>　　每一单台设备在交货时均应随机提供详细的安装手册、操作和维护手册、使用和保养说明书、易损配件目录等一切与该设备的安装、维修、保养有关的技术图纸及文字资料。</w:t>
      </w:r>
      <w:r>
        <w:rPr>
          <w:lang w:eastAsia="zh-CN"/>
        </w:rPr>
        <w:br/>
      </w:r>
      <w:r>
        <w:rPr>
          <w:lang w:eastAsia="zh-CN"/>
        </w:rPr>
        <w:t>　　1.3 随机配件、专用工具：</w:t>
      </w:r>
      <w:r>
        <w:rPr>
          <w:lang w:eastAsia="zh-CN"/>
        </w:rPr>
        <w:br/>
      </w:r>
      <w:r>
        <w:rPr>
          <w:lang w:eastAsia="zh-CN"/>
        </w:rPr>
        <w:t>　　乙方应配备必须的备品、配件和专用工具，以方便甲方进行设备的正常安装、调试及使用。</w:t>
      </w:r>
      <w:r>
        <w:rPr>
          <w:lang w:eastAsia="zh-CN"/>
        </w:rPr>
        <w:br/>
      </w:r>
      <w:r>
        <w:rPr>
          <w:lang w:eastAsia="zh-CN"/>
        </w:rPr>
        <w:t>　　1.4付款方式：合同签字生效后甲方支付乙方合同价款的10%，计10个工作日内向乙方支付合同价款的10%，计5万元人民币;设备安装调试合格后10个工作日内，甲方支付乙方合 第1页共2页</w:t>
      </w:r>
      <w:r>
        <w:rPr>
          <w:lang w:eastAsia="zh-CN"/>
        </w:rPr>
        <w:br/>
      </w:r>
      <w:r>
        <w:rPr>
          <w:lang w:eastAsia="zh-CN"/>
        </w:rPr>
        <w:t>　　同价款的20% ，计10万元人民币;剩余价款30万元，作为设备的质保金，在设备保质期届满后，如无质量问题，由甲方向乙方全部付清。</w:t>
      </w:r>
      <w:r>
        <w:rPr>
          <w:lang w:eastAsia="zh-CN"/>
        </w:rPr>
        <w:br/>
      </w:r>
      <w:r>
        <w:rPr>
          <w:lang w:eastAsia="zh-CN"/>
        </w:rPr>
        <w:t>　　1.5</w:t>
      </w:r>
      <w:r>
        <w:rPr>
          <w:lang w:eastAsia="zh-CN"/>
        </w:rPr>
        <w:br/>
      </w:r>
      <w:r>
        <w:rPr>
          <w:lang w:eastAsia="zh-CN"/>
        </w:rPr>
        <w:t>　　1.6甲方的每次付款，均以乙方提供的税务部门认可的发票为依据，乙方不能按甲方要求提供合法发票的，甲方有权拒付货款并不承担任何责任。</w:t>
      </w:r>
      <w:r>
        <w:rPr>
          <w:lang w:eastAsia="zh-CN"/>
        </w:rPr>
        <w:br/>
      </w:r>
      <w:r>
        <w:rPr>
          <w:lang w:eastAsia="zh-CN"/>
        </w:rPr>
        <w:t>　　2、 交货时间</w:t>
      </w:r>
      <w:r>
        <w:rPr>
          <w:lang w:eastAsia="zh-CN"/>
        </w:rPr>
        <w:br/>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乙方应在20--年7月10日至20--年7月30日之间的期限内向甲方交付本合同项下全部机械设备。</w:t>
      </w:r>
      <w:r>
        <w:rPr>
          <w:lang w:eastAsia="zh-CN"/>
        </w:rPr>
        <w:br/>
      </w:r>
      <w:r>
        <w:rPr>
          <w:lang w:eastAsia="zh-CN"/>
        </w:rPr>
        <w:t>　　3、 交货方式和交货地点</w:t>
      </w:r>
      <w:r>
        <w:rPr>
          <w:lang w:eastAsia="zh-CN"/>
        </w:rPr>
        <w:br/>
      </w:r>
      <w:r>
        <w:rPr>
          <w:lang w:eastAsia="zh-CN"/>
        </w:rPr>
        <w:t>　　乙方必须在本合同规定的交货时间内将全部设备运至甲方书面告知的指定地点并交付甲方，该指定交货地点将由甲方在本合同签署后10个日历天内以书面方式通知甲方，乙方需承担货物在甲方接收之前的一切风险和费用。</w:t>
      </w:r>
      <w:r>
        <w:rPr>
          <w:lang w:eastAsia="zh-CN"/>
        </w:rPr>
        <w:br/>
      </w:r>
      <w:r>
        <w:rPr>
          <w:lang w:eastAsia="zh-CN"/>
        </w:rPr>
        <w:t>　　4、 质量保证及标准</w:t>
      </w:r>
      <w:r>
        <w:rPr>
          <w:lang w:eastAsia="zh-CN"/>
        </w:rPr>
        <w:br/>
      </w:r>
      <w:r>
        <w:rPr>
          <w:lang w:eastAsia="zh-CN"/>
        </w:rPr>
        <w:t>　　质量保证期，自设备调试验收合格之日起12个月。</w:t>
      </w:r>
      <w:r>
        <w:rPr>
          <w:lang w:eastAsia="zh-CN"/>
        </w:rPr>
        <w:br/>
      </w:r>
      <w:r>
        <w:rPr>
          <w:lang w:eastAsia="zh-CN"/>
        </w:rPr>
        <w:t>　　乙方保证按照以下国家、行业相关安全和质量标准及厂家技术文件的要求，进行设备安装、保养，确保设备在其使用寿命期内符合国家技术规范的各项技术指标，能够正常运转。在设备安装调试验收合格之日起个月质量保证期内，乙方负责对设备进行免费保修。在设备使用寿命期内乙方应对由于设计、工艺及材料的缺陷而发生的影响正常安全运行的任何不足或故障负责，费用由乙方承担。</w:t>
      </w:r>
      <w:r>
        <w:rPr>
          <w:lang w:eastAsia="zh-CN"/>
        </w:rPr>
        <w:br/>
      </w:r>
      <w:r>
        <w:rPr>
          <w:lang w:eastAsia="zh-CN"/>
        </w:rPr>
        <w:t>　　5、 合同生效</w:t>
      </w:r>
      <w:r>
        <w:rPr>
          <w:lang w:eastAsia="zh-CN"/>
        </w:rPr>
        <w:br/>
      </w:r>
      <w:r>
        <w:rPr>
          <w:lang w:eastAsia="zh-CN"/>
        </w:rPr>
        <w:t>　　本合同自双方签字、盖章后生效。本合同一式两份，双方各执一份，具有同等法律效力。</w:t>
      </w:r>
      <w:r>
        <w:rPr>
          <w:lang w:eastAsia="zh-CN"/>
        </w:rPr>
        <w:br/>
      </w:r>
      <w:r>
        <w:rPr>
          <w:lang w:eastAsia="zh-CN"/>
        </w:rPr>
        <w:t>　　甲方(盖章)</w:t>
      </w:r>
      <w:r>
        <w:rPr>
          <w:lang w:eastAsia="zh-CN"/>
        </w:rPr>
        <w:br/>
      </w:r>
      <w:r>
        <w:rPr>
          <w:lang w:eastAsia="zh-CN"/>
        </w:rPr>
        <w:t>　　----年-月-日</w:t>
      </w:r>
      <w:r>
        <w:rPr>
          <w:lang w:eastAsia="zh-CN"/>
        </w:rPr>
        <w:br/>
      </w:r>
      <w:r>
        <w:rPr>
          <w:lang w:eastAsia="zh-CN"/>
        </w:rPr>
        <w:t>　　乙方(盖章)</w:t>
      </w:r>
      <w:r>
        <w:rPr>
          <w:lang w:eastAsia="zh-CN"/>
        </w:rPr>
        <w:br/>
      </w:r>
      <w:r>
        <w:rPr>
          <w:lang w:eastAsia="zh-CN"/>
        </w:rPr>
        <w:t>　　----年-月-日</w:t>
      </w:r>
      <w:r>
        <w:rPr>
          <w:lang w:eastAsia="zh-CN"/>
        </w:rPr>
        <w:br/>
      </w:r>
      <w:r>
        <w:rPr>
          <w:lang w:eastAsia="zh-CN"/>
        </w:rPr>
        <w:t xml:space="preserve">    机械设备购销合同集锦 篇12 </w:t>
      </w:r>
      <w:r>
        <w:rPr>
          <w:lang w:eastAsia="zh-CN"/>
        </w:rPr>
        <w:br/>
      </w:r>
    </w:p>
    <w:p w:rsidR="001B1F19" w14:textId="27C3F48A">
      <w:pPr>
        <w:rPr>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购货方：(以下简称甲方)</w:t>
      </w:r>
      <w:r>
        <w:rPr>
          <w:lang w:eastAsia="zh-CN"/>
        </w:rPr>
        <w:br/>
      </w:r>
      <w:r>
        <w:rPr>
          <w:lang w:eastAsia="zh-CN"/>
        </w:rPr>
        <w:t>　　供货方：(以下简称乙方)</w:t>
      </w:r>
      <w:r>
        <w:rPr>
          <w:lang w:eastAsia="zh-CN"/>
        </w:rPr>
        <w:br/>
      </w:r>
      <w:r>
        <w:rPr>
          <w:lang w:eastAsia="zh-CN"/>
        </w:rPr>
        <w:t>　　甲方因生产需要购买乙方。经甲乙双方协商，按照“诚实信用，平等自愿，质量第一”的原则，共同制定以下合同：</w:t>
      </w:r>
      <w:r>
        <w:rPr>
          <w:lang w:eastAsia="zh-CN"/>
        </w:rPr>
        <w:br/>
      </w:r>
      <w:r>
        <w:rPr>
          <w:lang w:eastAsia="zh-CN"/>
        </w:rPr>
        <w:t>　　一、甲方向乙方购买，乙方要按照甲方的要求，负责上述全部设备的设计、制做、安装、调试运行，并确保配齐随主机的全部附件及其它配套产品</w:t>
      </w:r>
      <w:r>
        <w:rPr>
          <w:lang w:eastAsia="zh-CN"/>
        </w:rPr>
        <w:br/>
      </w:r>
      <w:r>
        <w:rPr>
          <w:lang w:eastAsia="zh-CN"/>
        </w:rPr>
        <w:t>　　二、甲方购买乙方全套机械设备总金额：元整。</w:t>
      </w:r>
      <w:r>
        <w:rPr>
          <w:lang w:eastAsia="zh-CN"/>
        </w:rPr>
        <w:br/>
      </w:r>
      <w:r>
        <w:rPr>
          <w:lang w:eastAsia="zh-CN"/>
        </w:rPr>
        <w:t>　　三、付款时间及方式：</w:t>
      </w:r>
      <w:r>
        <w:rPr>
          <w:lang w:eastAsia="zh-CN"/>
        </w:rPr>
        <w:br/>
      </w:r>
      <w:r>
        <w:rPr>
          <w:lang w:eastAsia="zh-CN"/>
        </w:rPr>
        <w:t>　　四、交货时间、地点、方式：交货时间：交货地点：</w:t>
      </w:r>
      <w:r>
        <w:rPr>
          <w:lang w:eastAsia="zh-CN"/>
        </w:rPr>
        <w:br/>
      </w:r>
      <w:r>
        <w:rPr>
          <w:lang w:eastAsia="zh-CN"/>
        </w:rPr>
        <w:t>　　交货方式：送货上门</w:t>
      </w:r>
      <w:r>
        <w:rPr>
          <w:lang w:eastAsia="zh-CN"/>
        </w:rPr>
        <w:br/>
      </w:r>
      <w:r>
        <w:rPr>
          <w:lang w:eastAsia="zh-CN"/>
        </w:rPr>
        <w:t>　　五、验收时间及标准：</w:t>
      </w:r>
      <w:r>
        <w:rPr>
          <w:lang w:eastAsia="zh-CN"/>
        </w:rPr>
        <w:br/>
      </w:r>
      <w:r>
        <w:rPr>
          <w:lang w:eastAsia="zh-CN"/>
        </w:rPr>
        <w:t>　　(1)、验收时间：从乙方调试运行后的1天内;</w:t>
      </w:r>
      <w:r>
        <w:rPr>
          <w:lang w:eastAsia="zh-CN"/>
        </w:rPr>
        <w:br/>
      </w:r>
      <w:r>
        <w:rPr>
          <w:lang w:eastAsia="zh-CN"/>
        </w:rPr>
        <w:t>　　(2)、验收标准：</w:t>
      </w:r>
      <w:r>
        <w:rPr>
          <w:lang w:eastAsia="zh-CN"/>
        </w:rPr>
        <w:br/>
      </w:r>
      <w:r>
        <w:rPr>
          <w:lang w:eastAsia="zh-CN"/>
        </w:rPr>
        <w:t>　　A、全部设备必须是规定的型号、规格。不得使用不达标的伪劣产品。</w:t>
      </w:r>
      <w:r>
        <w:rPr>
          <w:lang w:eastAsia="zh-CN"/>
        </w:rPr>
        <w:br/>
      </w:r>
      <w:r>
        <w:rPr>
          <w:lang w:eastAsia="zh-CN"/>
        </w:rPr>
        <w:t>　　B、所有设备的安装要符合该生产设备本身的流程，体现坚固经久耐用、质量第一的原则，质量达标。</w:t>
      </w:r>
      <w:r>
        <w:rPr>
          <w:lang w:eastAsia="zh-CN"/>
        </w:rPr>
        <w:br/>
      </w:r>
      <w:r>
        <w:rPr>
          <w:lang w:eastAsia="zh-CN"/>
        </w:rPr>
        <w:t>　　六、安全要求：</w:t>
      </w:r>
      <w:r>
        <w:rPr>
          <w:lang w:eastAsia="zh-CN"/>
        </w:rPr>
        <w:br/>
      </w:r>
      <w:r>
        <w:rPr>
          <w:lang w:eastAsia="zh-CN"/>
        </w:rPr>
        <w:t>　　乙方全面负责设备运输及安装调试全过程中的安全生产，确保安全施工，责任到人。安装调试期间内，如发生人员伤亡等事故，所造成的一切损失或经济赔偿，由乙方全部承担。</w:t>
      </w:r>
      <w:r>
        <w:rPr>
          <w:lang w:eastAsia="zh-CN"/>
        </w:rPr>
        <w:br/>
      </w:r>
    </w:p>
    <w:p w:rsidR="001B1F19" w14:textId="27C3F48A">
      <w:pPr>
        <w:rPr>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七、现场服务：</w:t>
      </w:r>
      <w:r>
        <w:rPr>
          <w:lang w:eastAsia="zh-CN"/>
        </w:rPr>
        <w:br/>
      </w:r>
      <w:r>
        <w:rPr>
          <w:lang w:eastAsia="zh-CN"/>
        </w:rPr>
        <w:t>　　甲方负责所有设备安装的基础制作及所需各项材料，并给乙方提供，安排乙方现场人员的住宿并提供必要的生活用品和运输车辆。</w:t>
      </w:r>
      <w:r>
        <w:rPr>
          <w:lang w:eastAsia="zh-CN"/>
        </w:rPr>
        <w:br/>
      </w:r>
      <w:r>
        <w:rPr>
          <w:lang w:eastAsia="zh-CN"/>
        </w:rPr>
        <w:t>　　八、人员培训：</w:t>
      </w:r>
      <w:r>
        <w:rPr>
          <w:lang w:eastAsia="zh-CN"/>
        </w:rPr>
        <w:br/>
      </w:r>
      <w:r>
        <w:rPr>
          <w:lang w:eastAsia="zh-CN"/>
        </w:rPr>
        <w:t>　　安装调试完成之后，教会设备管理人员与使用人员掌握该设备的基本操作。</w:t>
      </w:r>
      <w:r>
        <w:rPr>
          <w:lang w:eastAsia="zh-CN"/>
        </w:rPr>
        <w:br/>
      </w:r>
      <w:r>
        <w:rPr>
          <w:lang w:eastAsia="zh-CN"/>
        </w:rPr>
        <w:t>　　九、售后方式：</w:t>
      </w:r>
      <w:r>
        <w:rPr>
          <w:lang w:eastAsia="zh-CN"/>
        </w:rPr>
        <w:br/>
      </w:r>
      <w:r>
        <w:rPr>
          <w:lang w:eastAsia="zh-CN"/>
        </w:rPr>
        <w:t>　　自设备经双方验收合格之日起，乙方应按有关规定进行保修服务，保修服务期限为壹年，保修期内，乙方必须在接到甲方要求维修通知后1天派人到设备现场维修，设备维修所用的材料成本易损件由甲方承担。</w:t>
      </w:r>
      <w:r>
        <w:rPr>
          <w:lang w:eastAsia="zh-CN"/>
        </w:rPr>
        <w:br/>
      </w:r>
      <w:r>
        <w:rPr>
          <w:lang w:eastAsia="zh-CN"/>
        </w:rPr>
        <w:t>　　十、违约责任</w:t>
      </w:r>
      <w:r>
        <w:rPr>
          <w:lang w:eastAsia="zh-CN"/>
        </w:rPr>
        <w:br/>
      </w:r>
      <w:r>
        <w:rPr>
          <w:lang w:eastAsia="zh-CN"/>
        </w:rPr>
        <w:t>　　1、乙方所交产品品种、型号、规格、质量等不符合合同规定的，甲方不能利用的，乙方要负责包换或维修，并承担修理、调换或退货后支付实际费用，如乙方不能修理或调换，按不能交货处理;</w:t>
      </w:r>
      <w:r>
        <w:rPr>
          <w:lang w:eastAsia="zh-CN"/>
        </w:rPr>
        <w:br/>
      </w:r>
      <w:r>
        <w:rPr>
          <w:lang w:eastAsia="zh-CN"/>
        </w:rPr>
        <w:t>　　2、甲乙双方的任何一方由于不可抗力的因素不能履行合同时，应及时向对方通报履行或不履行或不能完全履行的理由，经双方协商一致，并取得有关方面的证明，可部分或全部免除违约责任。</w:t>
      </w:r>
      <w:r>
        <w:rPr>
          <w:lang w:eastAsia="zh-CN"/>
        </w:rPr>
        <w:br/>
      </w:r>
      <w:r>
        <w:rPr>
          <w:lang w:eastAsia="zh-CN"/>
        </w:rPr>
        <w:t>　　3、甲方要确保乙方正常施工安装，无故给乙方造成不能够正常安装，从而影响乙方安装进度，由甲方承担责任。</w:t>
      </w:r>
      <w:r>
        <w:rPr>
          <w:lang w:eastAsia="zh-CN"/>
        </w:rPr>
        <w:br/>
      </w:r>
    </w:p>
    <w:p w:rsidR="001B1F19" w14:textId="27C3F48A">
      <w:pPr>
        <w:rPr>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十一、未尽事宜双方协商解决，合同的变更及修改必须经双方同意，并以书面形式变更。所补充和变更的合同与本合同具有同等效力。</w:t>
      </w:r>
      <w:r>
        <w:rPr>
          <w:lang w:eastAsia="zh-CN"/>
        </w:rPr>
        <w:br/>
      </w:r>
      <w:r>
        <w:rPr>
          <w:lang w:eastAsia="zh-CN"/>
        </w:rPr>
        <w:t>　　十二、双方如发生争议，应协商解决，协商不成的，任何一方应向甲方所在地人民法院提出诉讼。</w:t>
      </w:r>
      <w:r>
        <w:rPr>
          <w:lang w:eastAsia="zh-CN"/>
        </w:rPr>
        <w:br/>
      </w:r>
      <w:r>
        <w:rPr>
          <w:lang w:eastAsia="zh-CN"/>
        </w:rPr>
        <w:t>　　十三、本合同自双方签字并盖章后生效，双方权利和义务履行完毕后自行终止。</w:t>
      </w:r>
      <w:r>
        <w:rPr>
          <w:lang w:eastAsia="zh-CN"/>
        </w:rPr>
        <w:br/>
      </w:r>
      <w:r>
        <w:rPr>
          <w:lang w:eastAsia="zh-CN"/>
        </w:rPr>
        <w:t>　　十四、本合同一式两份，双方各执一份，具有同等的法律效力。</w:t>
      </w:r>
      <w:r>
        <w:rPr>
          <w:lang w:eastAsia="zh-CN"/>
        </w:rPr>
        <w:br/>
      </w:r>
      <w:r>
        <w:rPr>
          <w:lang w:eastAsia="zh-CN"/>
        </w:rPr>
        <w:t>　　甲方(公章)：_________</w:t>
      </w:r>
      <w:r>
        <w:rPr>
          <w:lang w:eastAsia="zh-CN"/>
        </w:rPr>
        <w:br/>
      </w:r>
      <w:r>
        <w:rPr>
          <w:lang w:eastAsia="zh-CN"/>
        </w:rPr>
        <w:t>　　法定代表人(签字)：_________</w:t>
      </w:r>
      <w:r>
        <w:rPr>
          <w:lang w:eastAsia="zh-CN"/>
        </w:rPr>
        <w:br/>
      </w:r>
      <w:r>
        <w:rPr>
          <w:lang w:eastAsia="zh-CN"/>
        </w:rPr>
        <w:t>　　_________年____月____日</w:t>
      </w:r>
      <w:r>
        <w:rPr>
          <w:lang w:eastAsia="zh-CN"/>
        </w:rPr>
        <w:br/>
      </w:r>
      <w:r>
        <w:rPr>
          <w:lang w:eastAsia="zh-CN"/>
        </w:rPr>
        <w:t>　　乙方(公章)：_________</w:t>
      </w:r>
      <w:r>
        <w:rPr>
          <w:lang w:eastAsia="zh-CN"/>
        </w:rPr>
        <w:br/>
      </w:r>
      <w:r>
        <w:rPr>
          <w:lang w:eastAsia="zh-CN"/>
        </w:rPr>
        <w:t>　　法定代表人(签字)：_________</w:t>
      </w:r>
      <w:r>
        <w:rPr>
          <w:lang w:eastAsia="zh-CN"/>
        </w:rPr>
        <w:br/>
      </w:r>
      <w:r>
        <w:rPr>
          <w:lang w:eastAsia="zh-CN"/>
        </w:rPr>
        <w:t>　　_________年____月____日</w:t>
      </w:r>
      <w:r>
        <w:rPr>
          <w:lang w:eastAsia="zh-CN"/>
        </w:rPr>
        <w:br/>
      </w:r>
      <w:r>
        <w:rPr>
          <w:lang w:eastAsia="zh-CN"/>
        </w:rPr>
        <w:t xml:space="preserve">    机械设备购销合同集锦 篇13 </w:t>
      </w:r>
      <w:r>
        <w:rPr>
          <w:lang w:eastAsia="zh-CN"/>
        </w:rPr>
        <w:br/>
      </w:r>
      <w:r>
        <w:rPr>
          <w:lang w:eastAsia="zh-CN"/>
        </w:rPr>
        <w:t>　　合同编号：</w:t>
      </w:r>
      <w:r>
        <w:rPr>
          <w:lang w:eastAsia="zh-CN"/>
        </w:rPr>
        <w:br/>
      </w:r>
      <w:r>
        <w:rPr>
          <w:lang w:eastAsia="zh-CN"/>
        </w:rPr>
        <w:t>　　甲方：</w:t>
      </w:r>
      <w:r>
        <w:rPr>
          <w:lang w:eastAsia="zh-CN"/>
        </w:rPr>
        <w:br/>
      </w:r>
      <w:r>
        <w:rPr>
          <w:lang w:eastAsia="zh-CN"/>
        </w:rPr>
        <w:t>　　乙方：</w:t>
      </w:r>
      <w:r>
        <w:rPr>
          <w:lang w:eastAsia="zh-CN"/>
        </w:rPr>
        <w:br/>
      </w:r>
      <w:r>
        <w:rPr>
          <w:lang w:eastAsia="zh-CN"/>
        </w:rPr>
        <w:t>　　根据《_____》及其他有关法律、法规之规定，买卖双方经过协商，确认根据下列条款订立合同，以资共同遵照执行。</w:t>
      </w:r>
      <w:r>
        <w:rPr>
          <w:lang w:eastAsia="zh-CN"/>
        </w:rPr>
        <w:br/>
      </w:r>
      <w:r>
        <w:rPr>
          <w:lang w:eastAsia="zh-CN"/>
        </w:rPr>
        <w:t>　　一、机械设备清单及价格</w:t>
      </w:r>
      <w:r>
        <w:rPr>
          <w:lang w:eastAsia="zh-CN"/>
        </w:rPr>
        <w:br/>
      </w:r>
      <w:r>
        <w:rPr>
          <w:lang w:eastAsia="zh-CN"/>
        </w:rPr>
        <w:t>　　序号：</w:t>
      </w:r>
      <w:r>
        <w:rPr>
          <w:lang w:eastAsia="zh-CN"/>
        </w:rPr>
        <w:br/>
      </w:r>
      <w:r>
        <w:rPr>
          <w:lang w:eastAsia="zh-CN"/>
        </w:rPr>
        <w:t>　　设备：</w:t>
      </w:r>
      <w:r>
        <w:rPr>
          <w:lang w:eastAsia="zh-CN"/>
        </w:rPr>
        <w:br/>
      </w:r>
      <w:r>
        <w:rPr>
          <w:lang w:eastAsia="zh-CN"/>
        </w:rPr>
        <w:t>　　名称：</w:t>
      </w:r>
      <w:r>
        <w:rPr>
          <w:lang w:eastAsia="zh-CN"/>
        </w:rPr>
        <w:br/>
      </w:r>
    </w:p>
    <w:p w:rsidR="001B1F19" w14:textId="27C3F48A">
      <w:pPr>
        <w:rPr>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规格：</w:t>
      </w:r>
      <w:r>
        <w:rPr>
          <w:lang w:eastAsia="zh-CN"/>
        </w:rPr>
        <w:br/>
      </w:r>
      <w:r>
        <w:rPr>
          <w:lang w:eastAsia="zh-CN"/>
        </w:rPr>
        <w:t>　　型号：</w:t>
      </w:r>
      <w:r>
        <w:rPr>
          <w:lang w:eastAsia="zh-CN"/>
        </w:rPr>
        <w:br/>
      </w:r>
      <w:r>
        <w:rPr>
          <w:lang w:eastAsia="zh-CN"/>
        </w:rPr>
        <w:t>　　数量：</w:t>
      </w:r>
      <w:r>
        <w:rPr>
          <w:lang w:eastAsia="zh-CN"/>
        </w:rPr>
        <w:br/>
      </w:r>
      <w:r>
        <w:rPr>
          <w:lang w:eastAsia="zh-CN"/>
        </w:rPr>
        <w:t>　　单位：</w:t>
      </w:r>
      <w:r>
        <w:rPr>
          <w:lang w:eastAsia="zh-CN"/>
        </w:rPr>
        <w:br/>
      </w:r>
      <w:r>
        <w:rPr>
          <w:lang w:eastAsia="zh-CN"/>
        </w:rPr>
        <w:t>　　材质：</w:t>
      </w:r>
      <w:r>
        <w:rPr>
          <w:lang w:eastAsia="zh-CN"/>
        </w:rPr>
        <w:br/>
      </w:r>
      <w:r>
        <w:rPr>
          <w:lang w:eastAsia="zh-CN"/>
        </w:rPr>
        <w:t>　　备注：</w:t>
      </w:r>
      <w:r>
        <w:rPr>
          <w:lang w:eastAsia="zh-CN"/>
        </w:rPr>
        <w:br/>
      </w:r>
      <w:r>
        <w:rPr>
          <w:lang w:eastAsia="zh-CN"/>
        </w:rPr>
        <w:t>　　单价：</w:t>
      </w:r>
      <w:r>
        <w:rPr>
          <w:lang w:eastAsia="zh-CN"/>
        </w:rPr>
        <w:br/>
      </w:r>
      <w:r>
        <w:rPr>
          <w:lang w:eastAsia="zh-CN"/>
        </w:rPr>
        <w:t>　　金额：</w:t>
      </w:r>
      <w:r>
        <w:rPr>
          <w:lang w:eastAsia="zh-CN"/>
        </w:rPr>
        <w:br/>
      </w:r>
      <w:r>
        <w:rPr>
          <w:lang w:eastAsia="zh-CN"/>
        </w:rPr>
        <w:t>　　合计人民币：</w:t>
      </w:r>
      <w:r>
        <w:rPr>
          <w:lang w:eastAsia="zh-CN"/>
        </w:rPr>
        <w:br/>
      </w:r>
      <w:r>
        <w:rPr>
          <w:lang w:eastAsia="zh-CN"/>
        </w:rPr>
        <w:t>　　二、质量与技术标准和产品包装</w:t>
      </w:r>
      <w:r>
        <w:rPr>
          <w:lang w:eastAsia="zh-CN"/>
        </w:rPr>
        <w:br/>
      </w:r>
      <w:r>
        <w:rPr>
          <w:lang w:eastAsia="zh-CN"/>
        </w:rPr>
        <w:t>　　1、质量与技术标准：</w:t>
      </w:r>
      <w:r>
        <w:rPr>
          <w:lang w:eastAsia="zh-CN"/>
        </w:rPr>
        <w:br/>
      </w:r>
      <w:r>
        <w:rPr>
          <w:lang w:eastAsia="zh-CN"/>
        </w:rPr>
        <w:t>　　产品的质量技术标准为产品制造商（下称原厂商）制定的质量技术标准。</w:t>
      </w:r>
      <w:r>
        <w:rPr>
          <w:lang w:eastAsia="zh-CN"/>
        </w:rPr>
        <w:br/>
      </w:r>
      <w:r>
        <w:rPr>
          <w:lang w:eastAsia="zh-CN"/>
        </w:rPr>
        <w:t>　　2、产品包装：</w:t>
      </w:r>
      <w:r>
        <w:rPr>
          <w:lang w:eastAsia="zh-CN"/>
        </w:rPr>
        <w:br/>
      </w:r>
      <w:r>
        <w:rPr>
          <w:lang w:eastAsia="zh-CN"/>
        </w:rPr>
        <w:t>　　（1）有原厂包装的，按原厂包装标准；</w:t>
      </w:r>
      <w:r>
        <w:rPr>
          <w:lang w:eastAsia="zh-CN"/>
        </w:rPr>
        <w:br/>
      </w:r>
      <w:r>
        <w:rPr>
          <w:lang w:eastAsia="zh-CN"/>
        </w:rPr>
        <w:t>　　（2）没有原厂包装的，按卖方包装标准进行包装。</w:t>
      </w:r>
      <w:r>
        <w:rPr>
          <w:lang w:eastAsia="zh-CN"/>
        </w:rPr>
        <w:br/>
      </w:r>
      <w:r>
        <w:rPr>
          <w:lang w:eastAsia="zh-CN"/>
        </w:rPr>
        <w:t>　　三、收货事项</w:t>
      </w:r>
      <w:r>
        <w:rPr>
          <w:lang w:eastAsia="zh-CN"/>
        </w:rPr>
        <w:br/>
      </w:r>
      <w:r>
        <w:rPr>
          <w:lang w:eastAsia="zh-CN"/>
        </w:rPr>
        <w:t>　　1、本合同设备的到货日期为：合同生效起_______个工作日内。</w:t>
      </w:r>
      <w:r>
        <w:rPr>
          <w:lang w:eastAsia="zh-CN"/>
        </w:rPr>
        <w:br/>
      </w:r>
      <w:r>
        <w:rPr>
          <w:lang w:eastAsia="zh-CN"/>
        </w:rPr>
        <w:t>　　2、本合同实际支付金额为人民币（大写）_______。</w:t>
      </w:r>
      <w:r>
        <w:rPr>
          <w:lang w:eastAsia="zh-CN"/>
        </w:rPr>
        <w:br/>
      </w:r>
      <w:r>
        <w:rPr>
          <w:lang w:eastAsia="zh-CN"/>
        </w:rPr>
        <w:t>　　3、甲方给乙方的付款方式：支票；电汇；银行汇票；LC；T/T。</w:t>
      </w:r>
      <w:r>
        <w:rPr>
          <w:lang w:eastAsia="zh-CN"/>
        </w:rPr>
        <w:br/>
      </w:r>
      <w:r>
        <w:rPr>
          <w:lang w:eastAsia="zh-CN"/>
        </w:rPr>
        <w:t>　　4、本合同经双方签订后正式生效，付款方式：_______。</w:t>
      </w:r>
      <w:r>
        <w:rPr>
          <w:lang w:eastAsia="zh-CN"/>
        </w:rPr>
        <w:br/>
      </w:r>
      <w:r>
        <w:rPr>
          <w:lang w:eastAsia="zh-CN"/>
        </w:rPr>
        <w:t>　　5、甲方未付齐货款全款（100%）之前，货物所有权归乙方所有。</w:t>
      </w:r>
      <w:r>
        <w:rPr>
          <w:lang w:eastAsia="zh-CN"/>
        </w:rPr>
        <w:br/>
      </w:r>
    </w:p>
    <w:p w:rsidR="001B1F19" w14:textId="27C3F48A">
      <w:pPr>
        <w:rPr>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6、定金：______________</w:t>
      </w:r>
      <w:r>
        <w:rPr>
          <w:lang w:eastAsia="zh-CN"/>
        </w:rPr>
        <w:br/>
      </w:r>
      <w:r>
        <w:rPr>
          <w:lang w:eastAsia="zh-CN"/>
        </w:rPr>
        <w:t>　　四、包装、运输、交货、验收及异议的提出</w:t>
      </w:r>
      <w:r>
        <w:rPr>
          <w:lang w:eastAsia="zh-CN"/>
        </w:rPr>
        <w:br/>
      </w:r>
      <w:r>
        <w:rPr>
          <w:lang w:eastAsia="zh-CN"/>
        </w:rPr>
        <w:t>　　1、货物包装为制造商原包装。</w:t>
      </w:r>
      <w:r>
        <w:rPr>
          <w:lang w:eastAsia="zh-CN"/>
        </w:rPr>
        <w:br/>
      </w:r>
      <w:r>
        <w:rPr>
          <w:lang w:eastAsia="zh-CN"/>
        </w:rPr>
        <w:t>　　2、货物的运输和运输过程中的_____由_______方负责办理，费用由_______方承担。</w:t>
      </w:r>
      <w:r>
        <w:rPr>
          <w:lang w:eastAsia="zh-CN"/>
        </w:rPr>
        <w:br/>
      </w:r>
      <w:r>
        <w:rPr>
          <w:lang w:eastAsia="zh-CN"/>
        </w:rPr>
        <w:t>　　3、乙方负责在将货物交付给甲方。甲乙双方应对设备共同验收，随设备箱内所提供装箱单作为验收的标准件，乙方供应货物在数量、质量和包装上符合生产厂家的规定，则视为乙方交货完成。交货后的风险责任由甲方承担。</w:t>
      </w:r>
      <w:r>
        <w:rPr>
          <w:lang w:eastAsia="zh-CN"/>
        </w:rPr>
        <w:br/>
      </w:r>
      <w:r>
        <w:rPr>
          <w:lang w:eastAsia="zh-CN"/>
        </w:rPr>
        <w:t>　　4、甲方发现收到的货物与规定的不符，应在货物到达之后_______个工作日内向乙方提出书面异议，乙方在收到异议后应在合理期间内根据产品的`具体情况协助甲方解决，直至验收合格。甲方怠慢行使该该项权利，视为产品验收合格。</w:t>
      </w:r>
      <w:r>
        <w:rPr>
          <w:lang w:eastAsia="zh-CN"/>
        </w:rPr>
        <w:br/>
      </w:r>
      <w:r>
        <w:rPr>
          <w:lang w:eastAsia="zh-CN"/>
        </w:rPr>
        <w:t>　　五、免责条款</w:t>
      </w:r>
      <w:r>
        <w:rPr>
          <w:lang w:eastAsia="zh-CN"/>
        </w:rPr>
        <w:br/>
      </w:r>
      <w:r>
        <w:rPr>
          <w:lang w:eastAsia="zh-CN"/>
        </w:rPr>
        <w:t>　　1、双方约定由于水灾、火灾、地震、台风、战争、海关检查、进口手续及厂商供货延迟，等不可抗拒的原因，导致合同不能全部或部分履行（或适当履行）的，免除相应的违约责任。</w:t>
      </w:r>
      <w:r>
        <w:rPr>
          <w:lang w:eastAsia="zh-CN"/>
        </w:rPr>
        <w:br/>
      </w:r>
      <w:r>
        <w:rPr>
          <w:lang w:eastAsia="zh-CN"/>
        </w:rPr>
        <w:t>　　六、违约责任</w:t>
      </w:r>
      <w:r>
        <w:rPr>
          <w:lang w:eastAsia="zh-CN"/>
        </w:rPr>
        <w:br/>
      </w:r>
      <w:r>
        <w:rPr>
          <w:lang w:eastAsia="zh-CN"/>
        </w:rPr>
        <w:t>　　1、甲方逾期付款的，应每日向乙方支付合同标的金额_______的违约金。</w:t>
      </w:r>
      <w:r>
        <w:rPr>
          <w:lang w:eastAsia="zh-CN"/>
        </w:rPr>
        <w:br/>
      </w:r>
      <w:r>
        <w:rPr>
          <w:lang w:eastAsia="zh-CN"/>
        </w:rPr>
        <w:t>　　2、乙方逾期交货的，应每日向甲方支付合同标的金额_______的违约金。</w:t>
      </w:r>
      <w:r>
        <w:rPr>
          <w:lang w:eastAsia="zh-CN"/>
        </w:rPr>
        <w:br/>
      </w:r>
    </w:p>
    <w:p w:rsidR="001B1F19" w14:textId="27C3F48A">
      <w:pPr>
        <w:rPr>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七、争议解决的方式</w:t>
      </w:r>
      <w:r>
        <w:rPr>
          <w:lang w:eastAsia="zh-CN"/>
        </w:rPr>
        <w:br/>
      </w:r>
      <w:r>
        <w:rPr>
          <w:lang w:eastAsia="zh-CN"/>
        </w:rPr>
        <w:t>　　本合同项下发生的争议，由双方协商解决，协商不成的，双方同意交由合同签订地法院管辖，由败诉方承担_____，交通费等相关合理费用。</w:t>
      </w:r>
      <w:r>
        <w:rPr>
          <w:lang w:eastAsia="zh-CN"/>
        </w:rPr>
        <w:br/>
      </w:r>
      <w:r>
        <w:rPr>
          <w:lang w:eastAsia="zh-CN"/>
        </w:rPr>
        <w:t>　　八、其他</w:t>
      </w:r>
      <w:r>
        <w:rPr>
          <w:lang w:eastAsia="zh-CN"/>
        </w:rPr>
        <w:br/>
      </w:r>
      <w:r>
        <w:rPr>
          <w:lang w:eastAsia="zh-CN"/>
        </w:rPr>
        <w:t>　　1、甲、乙双方应保守通过签订和履行本合同而获取的对方之商业及技术秘密，包括本合同文本，相关技术文件、相关数据，以及其他有关信息。</w:t>
      </w:r>
      <w:r>
        <w:rPr>
          <w:lang w:eastAsia="zh-CN"/>
        </w:rPr>
        <w:br/>
      </w:r>
      <w:r>
        <w:rPr>
          <w:lang w:eastAsia="zh-CN"/>
        </w:rPr>
        <w:t>　　2、就本合同订立及履行过程中的问题或与本合同有关的问题，一方作出有法律效力的意思表示，应以书面形式作出，加盖本方公章，且向对方送达，对方应_______个工作日内回函，否则视为无效。</w:t>
      </w:r>
      <w:r>
        <w:rPr>
          <w:lang w:eastAsia="zh-CN"/>
        </w:rPr>
        <w:br/>
      </w:r>
      <w:r>
        <w:rPr>
          <w:lang w:eastAsia="zh-CN"/>
        </w:rPr>
        <w:t>　　3、本合同一式两份，双方各执一份，具有同等法律效力。</w:t>
      </w:r>
      <w:r>
        <w:rPr>
          <w:lang w:eastAsia="zh-CN"/>
        </w:rPr>
        <w:br/>
      </w:r>
      <w:r>
        <w:rPr>
          <w:lang w:eastAsia="zh-CN"/>
        </w:rPr>
        <w:t>　　甲方（盖章）：_______________ 乙方（盖章）：___________________</w:t>
      </w:r>
      <w:r>
        <w:rPr>
          <w:lang w:eastAsia="zh-CN"/>
        </w:rPr>
        <w:br/>
      </w:r>
      <w:r>
        <w:rPr>
          <w:lang w:eastAsia="zh-CN"/>
        </w:rPr>
        <w:t>　　甲方代表签名：_______________ 乙方代表签名：___________________</w:t>
      </w:r>
      <w:r>
        <w:rPr>
          <w:lang w:eastAsia="zh-CN"/>
        </w:rPr>
        <w:br/>
      </w:r>
      <w:r>
        <w:rPr>
          <w:lang w:eastAsia="zh-CN"/>
        </w:rPr>
        <w:t>　　地址：_______________________ 地址：___________________________</w:t>
      </w:r>
      <w:r>
        <w:rPr>
          <w:lang w:eastAsia="zh-CN"/>
        </w:rPr>
        <w:br/>
      </w:r>
      <w:r>
        <w:rPr>
          <w:lang w:eastAsia="zh-CN"/>
        </w:rPr>
        <w:t>　　电话：_______________________ 电话：___________________________</w:t>
      </w:r>
      <w:r>
        <w:rPr>
          <w:lang w:eastAsia="zh-CN"/>
        </w:rPr>
        <w:br/>
      </w:r>
      <w:r>
        <w:rPr>
          <w:lang w:eastAsia="zh-CN"/>
        </w:rPr>
        <w:t>　　传真：_______________________ 传真：___________________________</w:t>
      </w:r>
      <w:r>
        <w:rPr>
          <w:lang w:eastAsia="zh-CN"/>
        </w:rPr>
        <w:br/>
      </w:r>
    </w:p>
    <w:p w:rsidR="001B1F19" w14:textId="27C3F48A">
      <w:pPr>
        <w:rPr>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日期：______年______月_____日 日期：_______年_______月_______日</w:t>
      </w:r>
      <w:r>
        <w:rPr>
          <w:lang w:eastAsia="zh-CN"/>
        </w:rPr>
        <w:br/>
      </w:r>
      <w:r>
        <w:rPr>
          <w:lang w:eastAsia="zh-CN"/>
        </w:rPr>
        <w:t xml:space="preserve">    机械设备购销合同集锦 篇14 </w:t>
      </w:r>
      <w:r>
        <w:rPr>
          <w:lang w:eastAsia="zh-CN"/>
        </w:rPr>
        <w:br/>
      </w:r>
      <w:r>
        <w:rPr>
          <w:lang w:eastAsia="zh-CN"/>
        </w:rPr>
        <w:t>　　需方(甲方)： 法定代表人：</w:t>
      </w:r>
      <w:r>
        <w:rPr>
          <w:lang w:eastAsia="zh-CN"/>
        </w:rPr>
        <w:br/>
      </w:r>
      <w:r>
        <w:rPr>
          <w:lang w:eastAsia="zh-CN"/>
        </w:rPr>
        <w:t>　　供方(乙方)： 法定代表人：</w:t>
      </w:r>
      <w:r>
        <w:rPr>
          <w:lang w:eastAsia="zh-CN"/>
        </w:rPr>
        <w:br/>
      </w:r>
      <w:r>
        <w:rPr>
          <w:lang w:eastAsia="zh-CN"/>
        </w:rPr>
        <w:t>　　根据《中华人民共和国合同法》、《中华人民共和国产品质量法》及其他相关法律法规的规定，甲乙双方在平等自愿的基础上经过充分协商，就甲方购买乙方机械设备并由乙方提供相关服务事宜，达成如下一致协议：</w:t>
      </w:r>
      <w:r>
        <w:rPr>
          <w:lang w:eastAsia="zh-CN"/>
        </w:rPr>
        <w:br/>
      </w:r>
      <w:r>
        <w:rPr>
          <w:lang w:eastAsia="zh-CN"/>
        </w:rPr>
        <w:t>　　1、 合同设备名称、价款及支付方式</w:t>
      </w:r>
      <w:r>
        <w:rPr>
          <w:lang w:eastAsia="zh-CN"/>
        </w:rPr>
        <w:br/>
      </w:r>
      <w:r>
        <w:rPr>
          <w:lang w:eastAsia="zh-CN"/>
        </w:rPr>
        <w:t>　　1.1 设备名称、数量、价款：</w:t>
      </w:r>
      <w:r>
        <w:rPr>
          <w:lang w:eastAsia="zh-CN"/>
        </w:rPr>
        <w:br/>
      </w:r>
      <w:r>
        <w:rPr>
          <w:lang w:eastAsia="zh-CN"/>
        </w:rPr>
        <w:t>　　1.2 随机技术文件</w:t>
      </w:r>
      <w:r>
        <w:rPr>
          <w:lang w:eastAsia="zh-CN"/>
        </w:rPr>
        <w:br/>
      </w:r>
      <w:r>
        <w:rPr>
          <w:lang w:eastAsia="zh-CN"/>
        </w:rPr>
        <w:t>　　每一单台设备在交货时均应随机提供详细的安装手册、操作和维护手册、使用和保养说明书、易损配件目录等一切与该设备的安装、维修、保养有关的技术图纸及文字资料。</w:t>
      </w:r>
      <w:r>
        <w:rPr>
          <w:lang w:eastAsia="zh-CN"/>
        </w:rPr>
        <w:br/>
      </w:r>
      <w:r>
        <w:rPr>
          <w:lang w:eastAsia="zh-CN"/>
        </w:rPr>
        <w:t>　　1.3 随机配件、专用工具：</w:t>
      </w:r>
      <w:r>
        <w:rPr>
          <w:lang w:eastAsia="zh-CN"/>
        </w:rPr>
        <w:br/>
      </w:r>
      <w:r>
        <w:rPr>
          <w:lang w:eastAsia="zh-CN"/>
        </w:rPr>
        <w:t>　　乙方应配备必须的备品、配件和专用工具，以方便甲方进行设备的正常安装、调试及使用。</w:t>
      </w:r>
      <w:r>
        <w:rPr>
          <w:lang w:eastAsia="zh-CN"/>
        </w:rPr>
        <w:br/>
      </w:r>
      <w:r>
        <w:rPr>
          <w:lang w:eastAsia="zh-CN"/>
        </w:rPr>
        <w:t>　　1.4</w:t>
      </w:r>
      <w:r>
        <w:rPr>
          <w:lang w:eastAsia="zh-CN"/>
        </w:rPr>
        <w:t xml:space="preserve"> 付款方式：</w:t>
      </w:r>
      <w:r>
        <w:rPr>
          <w:lang w:eastAsia="zh-CN"/>
        </w:rPr>
        <w:t xml:space="preserve"> 合同签字生效后价款的10%，计</w:t>
      </w:r>
      <w:r>
        <w:rPr>
          <w:lang w:eastAsia="zh-CN"/>
        </w:rPr>
        <w:t xml:space="preserve"> 万元人民币;甲方在收到乙方书面发货后10个工作日内向乙方支付合同价款的10%，计</w:t>
      </w:r>
      <w:r>
        <w:rPr>
          <w:lang w:eastAsia="zh-CN"/>
        </w:rPr>
        <w:t xml:space="preserve"> 万元人民币;设备安装调试合格后10个工作日内，甲方支付乙方合同价款的20%</w:t>
      </w:r>
      <w:r>
        <w:rPr>
          <w:lang w:eastAsia="zh-CN"/>
        </w:rPr>
        <w:t xml:space="preserve"> ，计</w:t>
      </w:r>
      <w:r>
        <w:rPr>
          <w:lang w:eastAsia="zh-CN"/>
        </w:rPr>
        <w:t xml:space="preserve"> 万元人民币;剩余价款</w:t>
      </w:r>
    </w:p>
    <w:p w:rsidR="001B1F19" w14:textId="27C3F48A">
      <w:pPr>
        <w:rPr>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xml:space="preserve"> 万元，作为设备的质保金，在设备保质期届满后，如无质量问题，由甲方向乙方全部付清。</w:t>
      </w:r>
      <w:r>
        <w:rPr>
          <w:lang w:eastAsia="zh-CN"/>
        </w:rPr>
        <w:br/>
      </w:r>
      <w:r>
        <w:rPr>
          <w:lang w:eastAsia="zh-CN"/>
        </w:rPr>
        <w:t>　　1.5 甲方的每次付款，均以乙方提供的税务部门认可的发票为依据，乙方不能按甲方要求提供合法发票的，甲方有权拒付货款并不承担任何责任。</w:t>
      </w:r>
      <w:r>
        <w:rPr>
          <w:lang w:eastAsia="zh-CN"/>
        </w:rPr>
        <w:br/>
      </w:r>
      <w:r>
        <w:rPr>
          <w:lang w:eastAsia="zh-CN"/>
        </w:rPr>
        <w:t>　　2、 交货时间</w:t>
      </w:r>
      <w:r>
        <w:rPr>
          <w:lang w:eastAsia="zh-CN"/>
        </w:rPr>
        <w:br/>
      </w:r>
      <w:r>
        <w:rPr>
          <w:lang w:eastAsia="zh-CN"/>
        </w:rPr>
        <w:t>　　乙方应在20__年 月 日至20__年 月 日之间的期限内向甲方交付本合同项下全部机械设备。</w:t>
      </w:r>
      <w:r>
        <w:rPr>
          <w:lang w:eastAsia="zh-CN"/>
        </w:rPr>
        <w:br/>
      </w:r>
      <w:r>
        <w:rPr>
          <w:lang w:eastAsia="zh-CN"/>
        </w:rPr>
        <w:t>　　3、 交货方式和交货地点</w:t>
      </w:r>
      <w:r>
        <w:rPr>
          <w:lang w:eastAsia="zh-CN"/>
        </w:rPr>
        <w:br/>
      </w:r>
      <w:r>
        <w:rPr>
          <w:lang w:eastAsia="zh-CN"/>
        </w:rPr>
        <w:t>　　乙方必须在本合同规定的交货时间内将全部设备运至甲方书面告知的指定地点并交付甲方，该指定交货地点将由甲方在本合同签署后的一切风险和费用。</w:t>
      </w:r>
      <w:r>
        <w:rPr>
          <w:lang w:eastAsia="zh-CN"/>
        </w:rPr>
        <w:br/>
      </w:r>
      <w:r>
        <w:rPr>
          <w:lang w:eastAsia="zh-CN"/>
        </w:rPr>
        <w:t>　　4、 质量保证及标准</w:t>
      </w:r>
      <w:r>
        <w:rPr>
          <w:lang w:eastAsia="zh-CN"/>
        </w:rPr>
        <w:br/>
      </w:r>
      <w:r>
        <w:rPr>
          <w:lang w:eastAsia="zh-CN"/>
        </w:rPr>
        <w:t>　　质量保证期，自设备调试验收合格之日起12个月。乙方保证按照以下国家、行业相关安全和质量标准及厂家技术文件的要求，进行设备安装、保养，确保设备在其使用寿命期内符合国家技术规范的各项技术指标，能够正常运转。在设备安装调试验收合格之日起 个月质量保证期内，乙方负责对设备进行免费保修。在设备使用寿命期内乙方应对由于设计、工艺及材料的缺陷而发生的影响正常安全运行的任何不足或故障负责，费用由乙方承担。</w:t>
      </w:r>
      <w:r>
        <w:rPr>
          <w:lang w:eastAsia="zh-CN"/>
        </w:rPr>
        <w:br/>
      </w:r>
      <w:r>
        <w:rPr>
          <w:lang w:eastAsia="zh-CN"/>
        </w:rPr>
        <w:t>　　5、 合同生效 本合同自双方签字、盖章后生效。本合同一式两份，双方各执一份，具有同等法律效力。</w:t>
      </w:r>
      <w:r>
        <w:rPr>
          <w:lang w:eastAsia="zh-CN"/>
        </w:rPr>
        <w:br/>
      </w:r>
    </w:p>
    <w:p w:rsidR="001B1F19" w14:textId="27C3F48A">
      <w:pPr>
        <w:rPr>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甲方(公章)：_________　　　　　　　　乙方(公章)：_________</w:t>
      </w:r>
      <w:r>
        <w:rPr>
          <w:lang w:eastAsia="zh-CN"/>
        </w:rPr>
        <w:br/>
      </w:r>
      <w:r>
        <w:rPr>
          <w:lang w:eastAsia="zh-CN"/>
        </w:rPr>
        <w:t>　　法定代表人(签字)：_________　　　　　法定代表人(签字)：_________</w:t>
      </w:r>
      <w:r>
        <w:rPr>
          <w:lang w:eastAsia="zh-CN"/>
        </w:rPr>
        <w:br/>
      </w:r>
      <w:r>
        <w:rPr>
          <w:lang w:eastAsia="zh-CN"/>
        </w:rPr>
        <w:t>　　_________年____月____日　　　　　　　_________年____月____日</w:t>
      </w:r>
      <w:r>
        <w:rPr>
          <w:lang w:eastAsia="zh-CN"/>
        </w:rPr>
        <w:br/>
      </w:r>
      <w:r>
        <w:rPr>
          <w:lang w:eastAsia="zh-CN"/>
        </w:rPr>
        <w:t xml:space="preserve">    机械设备购销合同集锦 篇15 </w:t>
      </w:r>
      <w:r>
        <w:rPr>
          <w:lang w:eastAsia="zh-CN"/>
        </w:rPr>
        <w:br/>
      </w:r>
      <w:r>
        <w:rPr>
          <w:lang w:eastAsia="zh-CN"/>
        </w:rPr>
        <w:t>　　购货单位：（以下简称甲方）</w:t>
      </w:r>
      <w:r>
        <w:rPr>
          <w:lang w:eastAsia="zh-CN"/>
        </w:rPr>
        <w:br/>
      </w:r>
      <w:r>
        <w:rPr>
          <w:lang w:eastAsia="zh-CN"/>
        </w:rPr>
        <w:t>　　供货单位：（以下简称乙方）</w:t>
      </w:r>
      <w:r>
        <w:rPr>
          <w:lang w:eastAsia="zh-CN"/>
        </w:rPr>
        <w:br/>
      </w:r>
      <w:r>
        <w:rPr>
          <w:lang w:eastAsia="zh-CN"/>
        </w:rPr>
        <w:t>　　签约时间地址：</w:t>
      </w:r>
      <w:r>
        <w:rPr>
          <w:lang w:eastAsia="zh-CN"/>
        </w:rPr>
        <w:br/>
      </w:r>
      <w:r>
        <w:rPr>
          <w:lang w:eastAsia="zh-CN"/>
        </w:rPr>
        <w:t>　　为了增加甲乙双方的责任感，确保实现各自的经济目的，依据《中华人民共和国合同法》规定之内容，甲乙双方经友好协商，就甲方向乙方购买“全自动黄金旋流重选机”相关事项签订以下合同：</w:t>
      </w:r>
      <w:r>
        <w:rPr>
          <w:lang w:eastAsia="zh-CN"/>
        </w:rPr>
        <w:br/>
      </w:r>
      <w:r>
        <w:rPr>
          <w:lang w:eastAsia="zh-CN"/>
        </w:rPr>
        <w:t>　　一、双方的责任、权力与义务</w:t>
      </w:r>
      <w:r>
        <w:rPr>
          <w:lang w:eastAsia="zh-CN"/>
        </w:rPr>
        <w:br/>
      </w:r>
      <w:r>
        <w:rPr>
          <w:lang w:eastAsia="zh-CN"/>
        </w:rPr>
        <w:t>　　甲方：</w:t>
      </w:r>
      <w:r>
        <w:rPr>
          <w:lang w:eastAsia="zh-CN"/>
        </w:rPr>
        <w:br/>
      </w:r>
      <w:r>
        <w:rPr>
          <w:lang w:eastAsia="zh-CN"/>
        </w:rPr>
        <w:t>　　1、甲方有权选择自提设备或委托乙方配送。甲方从交付购置设备订金起计算交货时间，乙方如不能按期履约，每延期一天，须交违约金5‰，十日后如不能交货，合同视同作废，乙方退还订金并交与订金同额的违约金作为补偿。</w:t>
      </w:r>
      <w:r>
        <w:rPr>
          <w:lang w:eastAsia="zh-CN"/>
        </w:rPr>
        <w:br/>
      </w:r>
      <w:r>
        <w:rPr>
          <w:lang w:eastAsia="zh-CN"/>
        </w:rPr>
        <w:t>　　2、在设备正常安装调试后，该设备的各种性能，如达不到乙方承诺的.技术标准，甲方有权提出退货并索赔与之相关的经济损失。</w:t>
      </w:r>
      <w:r>
        <w:rPr>
          <w:lang w:eastAsia="zh-CN"/>
        </w:rPr>
        <w:br/>
      </w:r>
    </w:p>
    <w:p w:rsidR="001B1F19" w14:textId="27C3F48A">
      <w:pPr>
        <w:rPr>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3、甲方必须严格遵守与乙方签订保密协议的各项条款。（保密协议见附件）</w:t>
      </w:r>
      <w:r>
        <w:rPr>
          <w:lang w:eastAsia="zh-CN"/>
        </w:rPr>
        <w:br/>
      </w:r>
      <w:r>
        <w:rPr>
          <w:lang w:eastAsia="zh-CN"/>
        </w:rPr>
        <w:t>　　4、当设备运抵现场后，甲方有义务为乙方工程技术人员提供食宿等必要的便利条件。</w:t>
      </w:r>
      <w:r>
        <w:rPr>
          <w:lang w:eastAsia="zh-CN"/>
        </w:rPr>
        <w:br/>
      </w:r>
      <w:r>
        <w:rPr>
          <w:lang w:eastAsia="zh-CN"/>
        </w:rPr>
        <w:t>　　乙方：</w:t>
      </w:r>
      <w:r>
        <w:rPr>
          <w:lang w:eastAsia="zh-CN"/>
        </w:rPr>
        <w:br/>
      </w:r>
      <w:r>
        <w:rPr>
          <w:lang w:eastAsia="zh-CN"/>
        </w:rPr>
        <w:t>　　1、为了有效地保护自主知识产权，乙方对设备销售实行会员制，燚杰公司只对会员单位提供设备销售、技术支持和售后服务。购货方在“入会”前必须签订《保密协议》（保密协议见附件）。</w:t>
      </w:r>
      <w:r>
        <w:rPr>
          <w:lang w:eastAsia="zh-CN"/>
        </w:rPr>
        <w:br/>
      </w:r>
      <w:r>
        <w:rPr>
          <w:lang w:eastAsia="zh-CN"/>
        </w:rPr>
        <w:t>　　2、乙方对出售设备的品质、性能和技术指标向甲方保证。而且设备实行终身维修制，一年内实行“三包”（如出现质量问题，包退、包换、包免费维修）。注：免费维修不含易损件和耗材。</w:t>
      </w:r>
      <w:r>
        <w:rPr>
          <w:lang w:eastAsia="zh-CN"/>
        </w:rPr>
        <w:br/>
      </w:r>
      <w:r>
        <w:rPr>
          <w:lang w:eastAsia="zh-CN"/>
        </w:rPr>
        <w:t>　　3、乙方对所销售的设备有权核查设备的使用方向，技术保密措施等相关工作。</w:t>
      </w:r>
      <w:r>
        <w:rPr>
          <w:lang w:eastAsia="zh-CN"/>
        </w:rPr>
        <w:br/>
      </w:r>
      <w:r>
        <w:rPr>
          <w:lang w:eastAsia="zh-CN"/>
        </w:rPr>
        <w:t>　　4、为了促进矿山企业科技致富，我公司为客户常年设立秘书台，随时为客户提供技术咨询，免费为客户提供技术支持，人员培训，并通过网站、通讯网络为矿主提供有价值的致富信息，会员单位可在网站上发布信息。</w:t>
      </w:r>
      <w:r>
        <w:rPr>
          <w:lang w:eastAsia="zh-CN"/>
        </w:rPr>
        <w:br/>
      </w:r>
      <w:r>
        <w:rPr>
          <w:lang w:eastAsia="zh-CN"/>
        </w:rPr>
        <w:t>　　二、合同标的金额</w:t>
      </w:r>
      <w:r>
        <w:rPr>
          <w:lang w:eastAsia="zh-CN"/>
        </w:rPr>
        <w:br/>
      </w:r>
      <w:r>
        <w:rPr>
          <w:lang w:eastAsia="zh-CN"/>
        </w:rPr>
        <w:t>　　购买全自动黄金旋流重选机Ⅳ型设备共套</w:t>
      </w:r>
      <w:r>
        <w:rPr>
          <w:lang w:eastAsia="zh-CN"/>
        </w:rPr>
        <w:br/>
      </w:r>
      <w:r>
        <w:rPr>
          <w:lang w:eastAsia="zh-CN"/>
        </w:rPr>
        <w:t>　　每套单价为 元</w:t>
      </w:r>
      <w:r>
        <w:rPr>
          <w:lang w:eastAsia="zh-CN"/>
        </w:rPr>
        <w:br/>
      </w:r>
      <w:r>
        <w:rPr>
          <w:lang w:eastAsia="zh-CN"/>
        </w:rPr>
        <w:t>　　合同总金额 （大写 ）： 小写</w:t>
      </w:r>
      <w:r>
        <w:rPr>
          <w:lang w:eastAsia="zh-CN"/>
        </w:rPr>
        <w:br/>
      </w:r>
      <w:r>
        <w:rPr>
          <w:lang w:eastAsia="zh-CN"/>
        </w:rPr>
        <w:t>　　后附设备清单（主机、配件、附件）（盖章生效）</w:t>
      </w:r>
      <w:r>
        <w:rPr>
          <w:lang w:eastAsia="zh-CN"/>
        </w:rPr>
        <w:br/>
      </w:r>
      <w:r>
        <w:rPr>
          <w:lang w:eastAsia="zh-CN"/>
        </w:rPr>
        <w:t>　　三、付款时间及方式</w:t>
      </w:r>
      <w:r>
        <w:rPr>
          <w:lang w:eastAsia="zh-CN"/>
        </w:rPr>
        <w:br/>
      </w:r>
    </w:p>
    <w:p w:rsidR="001B1F19" w14:textId="27C3F48A">
      <w:pPr>
        <w:rPr>
          <w:lang w:eastAsia="zh-CN"/>
        </w:rPr>
        <w:sectPr>
          <w:type w:val="nextPage"/>
          <w:pgSz w:w="11906" w:h="16838"/>
          <w:pgMar w:top="1440" w:right="1800" w:bottom="1440" w:left="1800" w:header="851" w:footer="992" w:gutter="0"/>
          <w:pgNumType w:start="42"/>
          <w:cols w:space="425"/>
          <w:titlePg w:val="0"/>
          <w:docGrid w:type="lines" w:linePitch="312"/>
        </w:sectPr>
      </w:pPr>
      <w:r>
        <w:rPr>
          <w:lang w:eastAsia="zh-CN"/>
        </w:rPr>
        <w:t>　　本公司执行以销定产的原则，付款方式如下：</w:t>
      </w:r>
      <w:r>
        <w:rPr>
          <w:lang w:eastAsia="zh-CN"/>
        </w:rPr>
        <w:br/>
      </w:r>
      <w:r>
        <w:rPr>
          <w:lang w:eastAsia="zh-CN"/>
        </w:rPr>
        <w:t>　　合同分三批付款，在合同生效后天内，甲方向乙方支付合同款项总额的30%货款做为预付款，公司安排生产计划。设备起运前，甲方须支付合同总额的50%货款做为提取设备款。设备到指定位置后进行安装调试，经甲方验收合格后，甲方支付合同总额的20%货款，合同款项全部结清。</w:t>
      </w:r>
      <w:r>
        <w:rPr>
          <w:lang w:eastAsia="zh-CN"/>
        </w:rPr>
        <w:br/>
      </w:r>
      <w:r>
        <w:rPr>
          <w:lang w:eastAsia="zh-CN"/>
        </w:rPr>
        <w:t>　　四、交货时间、地点、方式</w:t>
      </w:r>
      <w:r>
        <w:rPr>
          <w:lang w:eastAsia="zh-CN"/>
        </w:rPr>
        <w:br/>
      </w:r>
      <w:r>
        <w:rPr>
          <w:lang w:eastAsia="zh-CN"/>
        </w:rPr>
        <w:t>　　1、交货时间：预付款到帐后30天内交货。</w:t>
      </w:r>
      <w:r>
        <w:rPr>
          <w:lang w:eastAsia="zh-CN"/>
        </w:rPr>
        <w:br/>
      </w:r>
      <w:r>
        <w:rPr>
          <w:lang w:eastAsia="zh-CN"/>
        </w:rPr>
        <w:t>　　2、交货地点：</w:t>
      </w:r>
      <w:r>
        <w:rPr>
          <w:lang w:eastAsia="zh-CN"/>
        </w:rPr>
        <w:br/>
      </w:r>
      <w:r>
        <w:rPr>
          <w:lang w:eastAsia="zh-CN"/>
        </w:rPr>
        <w:t>　　3、运输方式：根据客户需要，客户可自提设备，其费及风险由客户承担，客户可选择委托公司负责运输，运输费用由客户负责，公司承担一切风险，保证设备按期到达指定地点。</w:t>
      </w:r>
      <w:r>
        <w:rPr>
          <w:lang w:eastAsia="zh-CN"/>
        </w:rPr>
        <w:br/>
      </w:r>
      <w:r>
        <w:rPr>
          <w:lang w:eastAsia="zh-CN"/>
        </w:rPr>
        <w:t>　　4、乙方应在合同设备发运后一个工作日内将发运情况（发运时间、件数等）通知甲方，甲方应及时到明确的运输落地点提取设备，验货无损后通知乙方。</w:t>
      </w:r>
      <w:r>
        <w:rPr>
          <w:lang w:eastAsia="zh-CN"/>
        </w:rPr>
        <w:br/>
      </w:r>
      <w:r>
        <w:rPr>
          <w:lang w:eastAsia="zh-CN"/>
        </w:rPr>
        <w:t>　　5、甲方提取合同设备时，应检查合同设备的外包装情况，合同外包装无损，方可提货，如合同设备外箱包装受损严重或发现合同设备包装箱数不符，应在一个工作日之内通知乙方，以便乙方办理合同设备遇险手续。</w:t>
      </w:r>
      <w:r>
        <w:rPr>
          <w:lang w:eastAsia="zh-CN"/>
        </w:rPr>
        <w:br/>
      </w:r>
      <w:r>
        <w:rPr>
          <w:lang w:eastAsia="zh-CN"/>
        </w:rPr>
        <w:t>　　五、验收时间、地点、标准</w:t>
      </w:r>
      <w:r>
        <w:rPr>
          <w:lang w:eastAsia="zh-CN"/>
        </w:rPr>
        <w:br/>
      </w:r>
    </w:p>
    <w:p w:rsidR="001B1F19" w14:textId="27C3F48A">
      <w:pPr>
        <w:rPr>
          <w:lang w:eastAsia="zh-CN"/>
        </w:rPr>
      </w:pPr>
      <w:r>
        <w:rPr>
          <w:lang w:eastAsia="zh-CN"/>
        </w:rPr>
        <w:t>　　1、验收时间：乙方应于合同生效后40天内完成设备安装调试（甲方应在设备到达现场之前做好一切前期准备，因前期准备不足造成的时间延误，由此所发生的费用由甲方承担责任）。安装调试完毕后，甲方应在一周内安排验收，通过双方的验收合格后，甲乙双方应在验收报告书上签字并加盖公章。</w:t>
      </w:r>
      <w:r>
        <w:rPr>
          <w:lang w:eastAsia="zh-CN"/>
        </w:rPr>
        <w:br/>
      </w:r>
      <w:r>
        <w:rPr>
          <w:lang w:eastAsia="zh-CN"/>
        </w:rPr>
        <w:t>　　2、验收地点：</w:t>
      </w:r>
      <w:r>
        <w:rPr>
          <w:lang w:eastAsia="zh-CN"/>
        </w:rPr>
        <w:br/>
      </w:r>
      <w:r>
        <w:rPr>
          <w:lang w:eastAsia="zh-CN"/>
        </w:rPr>
        <w:t>　　3、验收标准：</w:t>
      </w:r>
      <w:r>
        <w:rPr>
          <w:lang w:eastAsia="zh-CN"/>
        </w:rPr>
        <w:br/>
      </w:r>
      <w:r>
        <w:rPr>
          <w:lang w:eastAsia="zh-CN"/>
        </w:rPr>
        <w:t>　　六、人员培训</w:t>
      </w:r>
      <w:r>
        <w:rPr>
          <w:lang w:eastAsia="zh-CN"/>
        </w:rPr>
        <w:br/>
      </w:r>
      <w:r>
        <w:rPr>
          <w:lang w:eastAsia="zh-CN"/>
        </w:rPr>
        <w:t>　　乙方负责对甲方操作、维修人员和有关的人员进行操作培训，维修培训，设备保养培训，使之完全掌握全部使用技术，以便甲方人员正常地使用维修及保养。</w:t>
      </w:r>
      <w:r>
        <w:rPr>
          <w:lang w:eastAsia="zh-CN"/>
        </w:rPr>
        <w:br/>
      </w:r>
      <w:r>
        <w:rPr>
          <w:lang w:eastAsia="zh-CN"/>
        </w:rPr>
        <w:t>　　七、保修方式</w:t>
      </w:r>
      <w:r>
        <w:rPr>
          <w:lang w:eastAsia="zh-CN"/>
        </w:rPr>
        <w:br/>
      </w:r>
      <w:r>
        <w:rPr>
          <w:lang w:eastAsia="zh-CN"/>
        </w:rPr>
        <w:t>　　1、自设备经过双方验收合格之日起，该设备进入了免费保修期，免费保修服务期限为1年。保修期内乙方必须在接到甲方保修通知后，应在最短时间赶到现场，最迟在3天内派有到甲方现场。</w:t>
      </w:r>
      <w:r>
        <w:rPr>
          <w:lang w:eastAsia="zh-CN"/>
        </w:rPr>
        <w:br/>
      </w:r>
      <w:r>
        <w:rPr>
          <w:lang w:eastAsia="zh-CN"/>
        </w:rPr>
        <w:t>　　2、保修期内，如遇火灾、水灾、地震、磁电串入等不可抗原因，及甲方人为因素造成的损坏，乙方负责免费维修，设备材料成本费由甲方承担。</w:t>
      </w:r>
      <w:r>
        <w:rPr>
          <w:lang w:eastAsia="zh-CN"/>
        </w:rPr>
        <w:br/>
      </w:r>
      <w:r>
        <w:rPr>
          <w:lang w:eastAsia="zh-CN"/>
        </w:rPr>
        <w:t>　　3、保修期后，乙方必须在接到甲方维修通知后3天内派人至甲方现场维修。设备的维修、更换器件，乙方酌情收取成本费和服务费，收费标准另行约定。</w:t>
      </w:r>
      <w:r>
        <w:rPr>
          <w:lang w:eastAsia="zh-CN"/>
        </w:rPr>
        <w:br/>
      </w:r>
      <w:r>
        <w:rPr>
          <w:lang w:eastAsia="zh-CN"/>
        </w:rPr>
        <w:t>　　八、不可抗力</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https://d.book118.com/636041100055010054</w:t>
        </w:r>
      </w:hyperlink>
    </w:p>
    <w:p w:rsidR="001B1F19">
      <w:pPr>
        <w:rPr>
          <w:lang w:eastAsia="zh-CN"/>
        </w:rPr>
      </w:pPr>
    </w:p>
    <w:sectPr>
      <w:type w:val="nextPage"/>
      <w:pgSz w:w="11906" w:h="16838"/>
      <w:pgMar w:top="1440" w:right="1800" w:bottom="1440" w:left="1800" w:header="851" w:footer="992" w:gutter="0"/>
      <w:pgNumType w:start="4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3604110005501005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