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2024年度工作计划个人（33篇）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2024年度工作计划个人（精选33篇）</w:t>
      </w:r>
      <w:r>
        <w:rPr>
          <w:lang w:eastAsia="zh-CN"/>
        </w:rPr>
        <w:br/>
      </w:r>
      <w:r>
        <w:rPr>
          <w:lang w:eastAsia="zh-CN"/>
        </w:rPr>
        <w:t xml:space="preserve">    2024年度工作计划个人 篇1 </w:t>
      </w:r>
      <w:r>
        <w:rPr>
          <w:lang w:eastAsia="zh-CN"/>
        </w:rPr>
        <w:br/>
      </w:r>
      <w:r>
        <w:rPr>
          <w:lang w:eastAsia="zh-CN"/>
        </w:rPr>
        <w:t>　　本年度总结：</w:t>
      </w:r>
      <w:r>
        <w:rPr>
          <w:lang w:eastAsia="zh-CN"/>
        </w:rPr>
        <w:br/>
      </w:r>
      <w:r>
        <w:rPr>
          <w:lang w:eastAsia="zh-CN"/>
        </w:rPr>
        <w:t>　　20__年即将过去，算一算我来到九华实习也三个月了，俗话说：万事开头难。无论做什么工作，起初总是一个艰难、磨练、积累的过程在这三个月月的时间里也了解到了许多学校里学不到的知识，了解了旅行社导游工作与计调工作的具体程序。同时我也体会到导游和计调都是对知识积累、工作经验积累和应变能力要求很高的职业。因此平时要多注意知识的积累，多涉猎各方面的知识，拓宽视野，增加和客人交谈的话题和内容，提高自己的深度。并且还要细心，要事前预先了解可能出现的情况，提前做好准备工作，从而使自己在工作中掌握主动权。</w:t>
      </w:r>
      <w:r>
        <w:rPr>
          <w:lang w:eastAsia="zh-CN"/>
        </w:rPr>
        <w:br/>
      </w:r>
      <w:r>
        <w:rPr>
          <w:lang w:eastAsia="zh-CN"/>
        </w:rPr>
        <w:t>　　下年度计划：</w:t>
      </w:r>
      <w:r>
        <w:rPr>
          <w:lang w:eastAsia="zh-CN"/>
        </w:rPr>
        <w:br/>
      </w:r>
    </w:p>
    <w:p w:rsidR="001B1F19" w14:textId="0AE8485B">
      <w:pPr>
        <w:pStyle w:val="Heading1"/>
        <w:jc w:val="center"/>
        <w:rPr>
          <w:rFonts w:hint="eastAsia"/>
          <w:lang w:eastAsia="zh-CN"/>
        </w:rPr>
      </w:pPr>
      <w:r>
        <w:rPr>
          <w:sz w:val="44"/>
          <w:lang w:eastAsia="zh-CN"/>
        </w:rPr>
        <w:t>2024年度工作计划个人（33篇）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2024年度工作计划个人（精选33篇）</w:t>
      </w:r>
      <w:r>
        <w:rPr>
          <w:lang w:eastAsia="zh-CN"/>
        </w:rPr>
        <w:br/>
      </w:r>
      <w:r>
        <w:rPr>
          <w:lang w:eastAsia="zh-CN"/>
        </w:rPr>
        <w:t xml:space="preserve">    2024年度工作计划个人 篇1 </w:t>
      </w:r>
      <w:r>
        <w:rPr>
          <w:lang w:eastAsia="zh-CN"/>
        </w:rPr>
        <w:br/>
      </w:r>
      <w:r>
        <w:rPr>
          <w:lang w:eastAsia="zh-CN"/>
        </w:rPr>
        <w:t>　　本年度总结：</w:t>
      </w:r>
      <w:r>
        <w:rPr>
          <w:lang w:eastAsia="zh-CN"/>
        </w:rPr>
        <w:br/>
      </w:r>
      <w:r>
        <w:rPr>
          <w:lang w:eastAsia="zh-CN"/>
        </w:rPr>
        <w:t>　　20__年即将过去，算一算我来到九华实习也三个月了，俗话说：万事开头难。无论做什么工作，起初总是一个艰难、磨练、积累的过程在这三个月月的时间里也了解到了许多学校里学不到的知识，了解了旅行社导游工作与计调工作的具体程序。同时我也体会到导游和计调都是对知识积累、工作经验积累和应变能力要求很高的职业。因此平时要多注意知识的积累，多涉猎各方面的知识，拓宽视野，增加和客人交谈的话题和内容，提高自己的深度。并且还要细心，要事前预先了解可能出现的情况，提前做好准备工作，从而使自己在工作中掌握主动权。</w:t>
      </w:r>
      <w:r>
        <w:rPr>
          <w:lang w:eastAsia="zh-CN"/>
        </w:rPr>
        <w:br/>
      </w:r>
      <w:r>
        <w:rPr>
          <w:lang w:eastAsia="zh-CN"/>
        </w:rPr>
        <w:t>　　下年度计划：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20__年即将到来，新的一年，新的希望，新的计划。我市的旅行社业不断的发展我们对自己的发展也要有新的、明确的发展方向。据不完全统计，目前我市的旅行社有近26家，其中有康辉、中国国旅、春秋等比较成熟的大社，也有像我们九华、山水、凤凰等在本地发展起来的本土旅行社。那么作为我们九华旅行社这样一个土生土长的旅行社在这场激烈的竞争中应该如何应对呢?</w:t>
      </w:r>
      <w:r>
        <w:rPr>
          <w:lang w:eastAsia="zh-CN"/>
        </w:rPr>
        <w:br/>
      </w:r>
      <w:r>
        <w:rPr>
          <w:lang w:eastAsia="zh-CN"/>
        </w:rPr>
        <w:t>　　一、目标市场定位</w:t>
      </w:r>
      <w:r>
        <w:rPr>
          <w:lang w:eastAsia="zh-CN"/>
        </w:rPr>
        <w:br/>
      </w:r>
      <w:r>
        <w:rPr>
          <w:lang w:eastAsia="zh-CN"/>
        </w:rPr>
        <w:t>　　假设我们把目标客户群分为高、中、低三个客户群，高、中端的客户基本上会选择大的旅行社，尤其是高端的客户群。因此流到我们本土旅行社的客户基本上就是中低客户群。但这也只是一种趋势，不是一尘不变的，只是我们首要的目标客户群应该定位在中低端的客户群中，去开发和维持这些客户。</w:t>
      </w:r>
      <w:r>
        <w:rPr>
          <w:lang w:eastAsia="zh-CN"/>
        </w:rPr>
        <w:br/>
      </w:r>
      <w:r>
        <w:rPr>
          <w:lang w:eastAsia="zh-CN"/>
        </w:rPr>
        <w:t>　　(一)其中最为关键的是如何稳住“摇摆”的中端客户群。目前我们旅行社之间的抢客现象也主要是集中在这一客户群上，而各家旅行社的竞争方法也主要是价格上的恶性竞争。那么我社在此竞争中要取胜，我们就应该有超出价格竞争之外的新的竞争思路。</w:t>
      </w:r>
      <w:r>
        <w:rPr>
          <w:lang w:eastAsia="zh-CN"/>
        </w:rPr>
        <w:br/>
      </w:r>
      <w:r>
        <w:rPr>
          <w:lang w:eastAsia="zh-CN"/>
        </w:rPr>
        <w:t>　　1、以创新取胜，我们应该将接收的各地组团社的旅游行程计划笑话成为有我们自己个性特征、特色的线路安排。让我们的行程区别于、特色于其他的旅行社。</w:t>
      </w:r>
      <w:r>
        <w:rPr>
          <w:lang w:eastAsia="zh-CN"/>
        </w:rPr>
        <w:br/>
      </w:r>
      <w:r>
        <w:rPr>
          <w:lang w:eastAsia="zh-CN"/>
        </w:rPr>
        <w:t>　　2、以优质取胜，我们在给客人推荐线路时，尽量具体情况具体分析，根据客人特质的不同，给予不同推荐，并与其他线路的不适之处进行对比，突出本线路的亮点，使得线路因适合而变得优质。</w:t>
      </w:r>
      <w:r>
        <w:rPr>
          <w:lang w:eastAsia="zh-CN"/>
        </w:rPr>
        <w:br/>
      </w:r>
      <w:r>
        <w:rPr>
          <w:lang w:eastAsia="zh-CN"/>
        </w:rPr>
        <w:t>　　3、以价廉取胜，在保证行程质量和一定利润的基础上，以价廉取胜，俗话说：人多力量大。人多往往利润也会大的。</w:t>
      </w:r>
      <w:r>
        <w:rPr>
          <w:lang w:eastAsia="zh-CN"/>
        </w:rPr>
        <w:br/>
      </w:r>
      <w:r>
        <w:rPr>
          <w:lang w:eastAsia="zh-CN"/>
        </w:rPr>
        <w:t>　　4、以宣传、促销取胜，这一策略是在所有的准备工作都具备之后的“东风”。可以是宣传单、网络、电访或是面访等。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5、以提供售后服务取胜，这一竞争手段，在我市现有的旅行社中实践的并不多，最主要的方式就是问候电话，亲切询问出游的感受及意见、建议等，并做好记录并改进。有客人的意见才能让我们有针对性的提高工作。</w:t>
      </w:r>
      <w:r>
        <w:rPr>
          <w:lang w:eastAsia="zh-CN"/>
        </w:rPr>
        <w:br/>
      </w:r>
      <w:r>
        <w:rPr>
          <w:lang w:eastAsia="zh-CN"/>
        </w:rPr>
        <w:t>　　(二)另外，对于低端的客户群，主要集中在农村乡镇。随着经济的发展农民的经济收入和生活水平普遍提高，尤其是中老年人，儿女们成家立业，家庭宽裕，旅游的欲望日渐旺盛。因此这也是一个潜在的客户群。所以，只要我们能够在这些乡镇能有适当的宣传活动，我想能有很大的收获的，(如“北京双飞六日游”的行程在乡镇是绝对有吸引力和市场的)我们甚至可以通过一些关系在适当的位置设办事处。</w:t>
      </w:r>
      <w:r>
        <w:rPr>
          <w:lang w:eastAsia="zh-CN"/>
        </w:rPr>
        <w:br/>
      </w:r>
      <w:r>
        <w:rPr>
          <w:lang w:eastAsia="zh-CN"/>
        </w:rPr>
        <w:t>　　二、计调</w:t>
      </w:r>
      <w:r>
        <w:rPr>
          <w:lang w:eastAsia="zh-CN"/>
        </w:rPr>
        <w:br/>
      </w:r>
      <w:r>
        <w:rPr>
          <w:lang w:eastAsia="zh-CN"/>
        </w:rPr>
        <w:t>　　1、聘用专业人才，做好职务和工作的分工，并做好定期的培训工作。</w:t>
      </w:r>
      <w:r>
        <w:rPr>
          <w:lang w:eastAsia="zh-CN"/>
        </w:rPr>
        <w:br/>
      </w:r>
      <w:r>
        <w:rPr>
          <w:lang w:eastAsia="zh-CN"/>
        </w:rPr>
        <w:t>　　2、计调分工要细致和明确，尽量做到每个人具体负责一个区域的线路，精细的吃透线路的细节，在顾客上门时我们能因人而异的为他们推荐和解说，应答如流。从而让我们显得更有专业素质，获得客人的信赖。</w:t>
      </w:r>
      <w:r>
        <w:rPr>
          <w:lang w:eastAsia="zh-CN"/>
        </w:rPr>
        <w:br/>
      </w:r>
      <w:r>
        <w:rPr>
          <w:lang w:eastAsia="zh-CN"/>
        </w:rPr>
        <w:t>　　3、力争做一个客户便留住一个客户，建立完整的客户档案，尽量做到在旅程结束后进行回访，亲切询问旅程的感受、意见和建议，并改进。因为维系一个老客户比发展一个新的客户要容易和必要，更容易形成客户对品牌的忠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4、注意保持同行间的友好关系，争取通过“第三者”了解到一些其他旅行社的近期相关动向。</w:t>
      </w:r>
      <w:r>
        <w:rPr>
          <w:lang w:eastAsia="zh-CN"/>
        </w:rPr>
        <w:br/>
      </w:r>
      <w:r>
        <w:rPr>
          <w:lang w:eastAsia="zh-CN"/>
        </w:rPr>
        <w:t>　　5、本社内的同事间应经常进行小型的活动，促进同事间的工作心得交流和情感交流，增进公司的向心力。</w:t>
      </w:r>
      <w:r>
        <w:rPr>
          <w:lang w:eastAsia="zh-CN"/>
        </w:rPr>
        <w:br/>
      </w:r>
      <w:r>
        <w:rPr>
          <w:lang w:eastAsia="zh-CN"/>
        </w:rPr>
        <w:t>　　三、建立健全公司的各项制度，包括日常的行为规范、考勤、作息制度、薪酬制度、奖惩制度等。使公司行程规范的运营模式。</w:t>
      </w:r>
      <w:r>
        <w:rPr>
          <w:lang w:eastAsia="zh-CN"/>
        </w:rPr>
        <w:br/>
      </w:r>
      <w:r>
        <w:rPr>
          <w:lang w:eastAsia="zh-CN"/>
        </w:rPr>
        <w:t xml:space="preserve">    2024年度工作计划个人 篇2 </w:t>
      </w:r>
      <w:r>
        <w:rPr>
          <w:lang w:eastAsia="zh-CN"/>
        </w:rPr>
        <w:br/>
      </w:r>
      <w:r>
        <w:rPr>
          <w:lang w:eastAsia="zh-CN"/>
        </w:rPr>
        <w:t>　　一、指导思想</w:t>
      </w:r>
      <w:r>
        <w:rPr>
          <w:lang w:eastAsia="zh-CN"/>
        </w:rPr>
        <w:br/>
      </w:r>
      <w:r>
        <w:rPr>
          <w:lang w:eastAsia="zh-CN"/>
        </w:rPr>
        <w:t>　　20__年财务工作要进一步落实科学发展观，以办人民放心、满意的学校为宗旨，严格财经纪律，加强财务管理，强化民主理财，提高财、物使用效益，促进办学水平稳步提高，为教育事业健康发展保驾护航。</w:t>
      </w:r>
      <w:r>
        <w:rPr>
          <w:lang w:eastAsia="zh-CN"/>
        </w:rPr>
        <w:br/>
      </w:r>
      <w:r>
        <w:rPr>
          <w:lang w:eastAsia="zh-CN"/>
        </w:rPr>
        <w:t>　　二、财务工作重点</w:t>
      </w:r>
      <w:r>
        <w:rPr>
          <w:lang w:eastAsia="zh-CN"/>
        </w:rPr>
        <w:br/>
      </w:r>
      <w:r>
        <w:rPr>
          <w:lang w:eastAsia="zh-CN"/>
        </w:rPr>
        <w:t>　　1、加强收费管理，落实一次性收费制度。要严格按照物价中心、教育局规定的收费标准收费，严禁提高收费标准和增设收费项目。收费工作做到：两公示、两检查即：对学期初预收费项目、标准公示于众;与学生结算时，务实填写结算清单，结清长退、短补手续，再次公示于众。联校将于开学初检查预收费情况，学期中检查结算清况。对有违规收费行为的责任人，除务实清退多收款项，将依照有关规定严肃处理，并通报全联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加强预算外资金管理，杜绝违规行为。预算外资金要杜绝转移收入，隐蔽收入行为，学校预算外资金应全部纳入、上缴财政专户，严禁私设小金库，挪用、截留、坐支各项收入现象。联校在对收费工作检查的同时，对预算外资金收缴情况一并进行检查。</w:t>
      </w:r>
      <w:r>
        <w:rPr>
          <w:lang w:eastAsia="zh-CN"/>
        </w:rPr>
        <w:br/>
      </w:r>
      <w:r>
        <w:rPr>
          <w:lang w:eastAsia="zh-CN"/>
        </w:rPr>
        <w:t>　　3、加强经费管理，发挥经费使用效益</w:t>
      </w:r>
      <w:r>
        <w:rPr>
          <w:lang w:eastAsia="zh-CN"/>
        </w:rPr>
        <w:br/>
      </w:r>
      <w:r>
        <w:rPr>
          <w:lang w:eastAsia="zh-CN"/>
        </w:rPr>
        <w:t>　　(1)继续坚持：校财局管、预算控制、单位支配、超支不报、结余留用的管理原则，做到量收而至，支出有计划，把有限的经费用于教学一线。</w:t>
      </w:r>
      <w:r>
        <w:rPr>
          <w:lang w:eastAsia="zh-CN"/>
        </w:rPr>
        <w:br/>
      </w:r>
      <w:r>
        <w:rPr>
          <w:lang w:eastAsia="zh-CN"/>
        </w:rPr>
        <w:t>　　(2)从严控制大额开支。大额开支继续坚持初中__元，土地殿寄宿制小学1000元，中心校600元，其余学校300元的审批制度。审批前必须经学校教代会研究通过，写出书面申请并签字，经联校领导批准，方可开支。严禁先支出，后审批、不经教代会通过的现象发生。</w:t>
      </w:r>
      <w:r>
        <w:rPr>
          <w:lang w:eastAsia="zh-CN"/>
        </w:rPr>
        <w:br/>
      </w:r>
      <w:r>
        <w:rPr>
          <w:lang w:eastAsia="zh-CN"/>
        </w:rPr>
        <w:t>　　(3)严格控制招待费标准。要制止用公款大吃大喝现象，各学校招待费要控制在总经费的百分之二以内，每月应将招待费支出情况在校内公示，接受师生监督。</w:t>
      </w:r>
      <w:r>
        <w:rPr>
          <w:lang w:eastAsia="zh-CN"/>
        </w:rPr>
        <w:br/>
      </w:r>
      <w:r>
        <w:rPr>
          <w:lang w:eastAsia="zh-CN"/>
        </w:rPr>
        <w:t>　　4、规范支出票据</w:t>
      </w:r>
      <w:r>
        <w:rPr>
          <w:lang w:eastAsia="zh-CN"/>
        </w:rPr>
        <w:br/>
      </w:r>
      <w:r>
        <w:rPr>
          <w:lang w:eastAsia="zh-CN"/>
        </w:rPr>
        <w:t>　　(1)严禁白条入帐。</w:t>
      </w:r>
      <w:r>
        <w:rPr>
          <w:lang w:eastAsia="zh-CN"/>
        </w:rPr>
        <w:br/>
      </w:r>
      <w:r>
        <w:rPr>
          <w:lang w:eastAsia="zh-CN"/>
        </w:rPr>
        <w:t>　　(2)报销票据必须项目填写齐全，具有合法性、真实性。做到经手人、校长签字齐全，100元以上的票据必须附明细。</w:t>
      </w:r>
      <w:r>
        <w:rPr>
          <w:lang w:eastAsia="zh-CN"/>
        </w:rPr>
        <w:br/>
      </w:r>
      <w:r>
        <w:rPr>
          <w:lang w:eastAsia="zh-CN"/>
        </w:rPr>
        <w:t>　　(3)业务发生额1000元以上的应以转账支付。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5、加大财产管理力度，及时做好财务移交。新学期，按照联校的工作思路，__月份_学校建成并投入使用。财务工作将及时做好合并校的财务接交手续，确保接交工作顺利进行，圆满结束。为此，要求各校开学后对学校固定资产进行一次全面自查，对外借、外存的公物及时收回，做到帐物相符，不留空档。要将自查的情况和结果书面上报联校。</w:t>
      </w:r>
      <w:r>
        <w:rPr>
          <w:lang w:eastAsia="zh-CN"/>
        </w:rPr>
        <w:br/>
      </w:r>
      <w:r>
        <w:rPr>
          <w:lang w:eastAsia="zh-CN"/>
        </w:rPr>
        <w:t>　　6、进一步做好特困生救助、寄宿生生活补助发放工作。要在第一时间把救助、补助款发放到受助学生、家长的手中。对在确立贫困生、发放补助过程中出现上访的现象，经调查了解确属违规违纪现象，将严肃查处。</w:t>
      </w:r>
      <w:r>
        <w:rPr>
          <w:lang w:eastAsia="zh-CN"/>
        </w:rPr>
        <w:br/>
      </w:r>
      <w:r>
        <w:rPr>
          <w:lang w:eastAsia="zh-CN"/>
        </w:rPr>
        <w:t>　　20__年上半年的锻炼让我对财务知识更进一步的提高，现在已经成为财务方面的管理者。20__年上半年里，我将继续我的财务工作，加强财务方面的知识学习及教育。使财务工作在我的管理及大家的共同努力下更加规范化、制度化的良好环境中更好地发挥作用。以下是我就财务人员工作计划的详细内容。</w:t>
      </w:r>
      <w:r>
        <w:rPr>
          <w:lang w:eastAsia="zh-CN"/>
        </w:rPr>
        <w:br/>
      </w:r>
      <w:r>
        <w:rPr>
          <w:lang w:eastAsia="zh-CN"/>
        </w:rPr>
        <w:t>　　20__年下半年工作计划中，我共拟定了三方面的内容：</w:t>
      </w:r>
      <w:r>
        <w:rPr>
          <w:lang w:eastAsia="zh-CN"/>
        </w:rPr>
        <w:br/>
      </w:r>
      <w:r>
        <w:rPr>
          <w:lang w:eastAsia="zh-CN"/>
        </w:rPr>
        <w:t>　　第一、参加财务人员继续教育每年财务人员都要参加财政局组织的财务人员继续教育</w:t>
      </w:r>
      <w:r>
        <w:rPr>
          <w:lang w:eastAsia="zh-CN"/>
        </w:rPr>
        <w:br/>
      </w:r>
      <w:r>
        <w:rPr>
          <w:lang w:eastAsia="zh-CN"/>
        </w:rPr>
        <w:t>　　参加财务人员继续教育，了解新准则体系框架，把握和领会新准则内容，要点、和精髓。全面按新准 则的规范要求，熟练地运用新准则等，进行帐务处理和财务相关报表、表格的编制。参加继续教育后，汇报学习情况报告。</w:t>
      </w:r>
      <w:r>
        <w:rPr>
          <w:lang w:eastAsia="zh-CN"/>
        </w:rPr>
        <w:br/>
      </w:r>
      <w:r>
        <w:rPr>
          <w:lang w:eastAsia="zh-CN"/>
        </w:rPr>
        <w:t>　　第二、加强规范 现金治理，做好日常核算</w:t>
      </w:r>
      <w:r>
        <w:rPr>
          <w:lang w:eastAsia="zh-CN"/>
        </w:rPr>
        <w:br/>
      </w:r>
      <w:r>
        <w:rPr>
          <w:lang w:eastAsia="zh-CN"/>
        </w:rPr>
        <w:t>　　1、根据新的制度与准则结合实际情况，进行业务核算，做好财务工作。</w:t>
      </w:r>
      <w:r>
        <w:rPr>
          <w:lang w:eastAsia="zh-CN"/>
        </w:rPr>
        <w:br/>
      </w:r>
      <w:r>
        <w:rPr>
          <w:lang w:eastAsia="zh-CN"/>
        </w:rPr>
        <w:t>　　2、做好本职工作的同时，处理好同其他部门的协调关系.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3、做 好正常出纳核算工作。按照财务制度，办理现金的收付和银行结算业务，努力开源结流，使有限的经费发挥真正的作用，为公司提供财力上的保证。加强各种费用开 支的核算。及时进行记帐，编制出纳日报明细表，汇总表，月初前报交总经理留存，严格支票领用手续，按规定签发现金以票和转帐支票。</w:t>
      </w:r>
      <w:r>
        <w:rPr>
          <w:lang w:eastAsia="zh-CN"/>
        </w:rPr>
        <w:br/>
      </w:r>
      <w:r>
        <w:rPr>
          <w:lang w:eastAsia="zh-CN"/>
        </w:rPr>
        <w:t>　　4、财务人员必须按岗位 责任制坚持原则，秉公办事，做出表率。</w:t>
      </w:r>
      <w:r>
        <w:rPr>
          <w:lang w:eastAsia="zh-CN"/>
        </w:rPr>
        <w:br/>
      </w:r>
      <w:r>
        <w:rPr>
          <w:lang w:eastAsia="zh-CN"/>
        </w:rPr>
        <w:t>　　5、完成领导临时交办的其他工作。</w:t>
      </w:r>
      <w:r>
        <w:rPr>
          <w:lang w:eastAsia="zh-CN"/>
        </w:rPr>
        <w:br/>
      </w:r>
      <w:r>
        <w:rPr>
          <w:lang w:eastAsia="zh-CN"/>
        </w:rPr>
        <w:t>　　第三、个人见意措施要求财务治理科学化，核算规范化，费用 控制全理化，强化监督度，细化工作，切实体现财务治理的作用。</w:t>
      </w:r>
      <w:r>
        <w:rPr>
          <w:lang w:eastAsia="zh-CN"/>
        </w:rPr>
        <w:br/>
      </w:r>
      <w:r>
        <w:rPr>
          <w:lang w:eastAsia="zh-CN"/>
        </w:rPr>
        <w:t>　　使得财务运作趋于更合理化、健康化，更能符合公司发展的步伐。总之在新的一年里，我会借改革 契机，继续加大现金治理力度，提高自身业务操作能力，充分发挥财务的职能作用，积极完成全年的各项工作计划，以最大限度地报务于公司。为我公司的稳健发展而做出更大的贡献。</w:t>
      </w:r>
      <w:r>
        <w:rPr>
          <w:lang w:eastAsia="zh-CN"/>
        </w:rPr>
        <w:br/>
      </w:r>
      <w:r>
        <w:rPr>
          <w:lang w:eastAsia="zh-CN"/>
        </w:rPr>
        <w:t>　　20__年下半年，我的个人工作计划已详细分明。我深知，想把财务工作做好不是件容易的事，但若把财务人员合理安排，共同努力，定将我司的财务工作推向一个更高台阶。</w:t>
      </w:r>
      <w:r>
        <w:rPr>
          <w:lang w:eastAsia="zh-CN"/>
        </w:rPr>
        <w:br/>
      </w:r>
      <w:r>
        <w:rPr>
          <w:lang w:eastAsia="zh-CN"/>
        </w:rPr>
        <w:t xml:space="preserve">    2024年度工作计划个人 篇3 </w:t>
      </w:r>
      <w:r>
        <w:rPr>
          <w:lang w:eastAsia="zh-CN"/>
        </w:rPr>
        <w:br/>
      </w:r>
      <w:r>
        <w:rPr>
          <w:lang w:eastAsia="zh-CN"/>
        </w:rPr>
        <w:t>　　一、科学决策，齐心协力，酒店年创四点业绩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酒店总经理班子根据中心的要求，年初制定了全年工作计划，提出了指导各项工作开展的总体工作思路，一是努力实现三创目标，二是齐心蓄积三方优势等。总体思路决定着科学决策，指导着全年各项工作的开展。加之三标一体认证评审工作的促进，以及各项演出活动的实操，尤其下半年__届四中全会强劲东风的激励，酒店总经理班子带领各部门经理及主管、领班，团结全体员工，上下一致，齐心协力，在创收、创利、创优、创稳定方面作出了一定的贡献，取得了颇为可观的业绩。</w:t>
      </w:r>
      <w:r>
        <w:rPr>
          <w:lang w:eastAsia="zh-CN"/>
        </w:rPr>
        <w:br/>
      </w:r>
      <w:r>
        <w:rPr>
          <w:lang w:eastAsia="zh-CN"/>
        </w:rPr>
        <w:t>　　1、经营创收。酒店通过调整销售人员、拓宽销售渠道、推出房提奖励、餐饮绩效挂钩等相关经营措施，增加了营业收入。酒店全年完成营收为_万元，比去年超额_万元，超幅为_%;其中客房收入为_万元，写字间收入为_万元，餐厅收入_万元，其它收入共_万元。全年客房平均出租率为_%，年均房价_元/间夜。酒店客房出租率和平均房价，皆高于全市四星级酒店的平均值。</w:t>
      </w:r>
      <w:r>
        <w:rPr>
          <w:lang w:eastAsia="zh-CN"/>
        </w:rPr>
        <w:br/>
      </w:r>
      <w:r>
        <w:rPr>
          <w:lang w:eastAsia="zh-CN"/>
        </w:rPr>
        <w:t>　　2、管理创利。酒店通过狠抓管理，深挖潜力，节流节支，合理用工等，在人工成本、能源费用、物料消耗、采购库管等方面，倡导节约，从严控制。酒店全年经营利润为_万元，经营利润率为_%，比去年分别增加_万元和_%。其中，人工成本为_ 万元，能源费用为_万元，物料消耗为_万元，分别占酒店总收入的_%、_%、_%。比年初预定指标分别降低了_%、_%、_%。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服务创优。酒店通过引进品牌管理，强化《员工待客基本行为准则》关于仪表、微笑、问候等20字内容的培训，加强管理人员的现场督导和质量检查，逐步完善前台待客部门及岗位的窗口形象，不断提高员工的优质服务水准。因而，今年5月份由市旅游局每年一次组织对星级饭店明查暗访的打分评比，我店仅扣2分，获得优质服务较高分值，在本地区同星级饭店中名列前茅。此外，在大型活动的接待服务中，我店销售、前厅、客房、物业、餐厅等部门或岗位，分别收到了来自活动组委的表扬信，信中皆赞扬道：酒店员工热情周到的服务，给我们的日常生活提供了必要的后勤保障，使我们能够圆满地完成此次活动。</w:t>
      </w:r>
      <w:r>
        <w:rPr>
          <w:lang w:eastAsia="zh-CN"/>
        </w:rPr>
        <w:br/>
      </w:r>
      <w:r>
        <w:rPr>
          <w:lang w:eastAsia="zh-CN"/>
        </w:rPr>
        <w:t>　　4、安全创稳定。酒店通过制定大型活动安保方案等项安全预案，做到了日常的防火、防盗等六防，全年几乎未发生一件意外安全事故。在酒店总经理的关心指导下，店级领导每天召开部门经理反馈会，通报情况提出要求。保安部安排干部员工加岗加时，勤于巡逻，严密防控。在相关部门的配合下，群防群控，确保了各项活动万无一失和酒店忙而不乱的安全稳定。酒店保安部警卫班也因此而被评为先进班组。</w:t>
      </w:r>
      <w:r>
        <w:rPr>
          <w:lang w:eastAsia="zh-CN"/>
        </w:rPr>
        <w:br/>
      </w:r>
      <w:r>
        <w:rPr>
          <w:lang w:eastAsia="zh-CN"/>
        </w:rPr>
        <w:t>　　二、与时俱进，提升发展，酒店突显改观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酒店总经理班子率先垂范，组织指导党员干部及全体员工，认真学习领会__届全会精神。结合酒店经营、管理、服务等实际情况，与时俱进，提升素质，转变观念。在市场竞争的浪潮中求生存，使整个酒店范围下半年度突显了可喜的改观。主要表现在干部员工精神状态积极向上。酒店总经理大会、小会反复强调，干部员工要有紧迫感，应具上进心，培养精气神。酒店的管理服务不是高科技，没有什么深奥的学问。关键是人的主观能动性，是人的精神状态，是对酒店的忠诚度和敬业精神，是对管理与服务内涵真谛的理解及其运用。店级领导还通过组织对部门经理、主管、领班及员工的各项培训交流，启发引导大家拓宽视野，学习进取，团结协作。在完成酒店经营指标、管理目标和接待任务的过程中实现自身价值，并感受人生乐趣。因而，部门经理之间相互推诿和讥贬的现象少了，则代之以互通信息、互为补台、互相尊重;酒店每月两次夜间例行安检和每周一次质量检查请假、缺席的人少了，则代之以主动关心参加、检查仔细认真等。在一些大型活动中，在店级领导的榜样作用下，部门经理带领着主管、领班及其员工，加班加点，任劳任怨，工作延长虽很疲惫却始终保持振作的精神状态，为酒店的窗口形象增添了光彩。</w:t>
      </w:r>
      <w:r>
        <w:rPr>
          <w:lang w:eastAsia="zh-CN"/>
        </w:rPr>
        <w:br/>
      </w:r>
      <w:r>
        <w:rPr>
          <w:lang w:eastAsia="zh-CN"/>
        </w:rPr>
        <w:t>　　三、品牌管理，酒店主抓八大工作</w:t>
      </w:r>
      <w:r>
        <w:rPr>
          <w:lang w:eastAsia="zh-CN"/>
        </w:rPr>
        <w:br/>
      </w:r>
      <w:r>
        <w:rPr>
          <w:lang w:eastAsia="zh-CN"/>
        </w:rPr>
        <w:t>　　在今年抓三标一体6s管理的推行认证过程中，酒店召开了多次专题会，安排了不同内容的培训课，组织了一些验审预检等。这些大大促进并指导了酒店管理工作更规范地开展。同时，酒店引进国内外先进酒店成功经验，结合年初制定的管理目标和工作计划，酒店及各部门全年主要抓了八大工作。</w:t>
      </w:r>
      <w:r>
        <w:rPr>
          <w:lang w:eastAsia="zh-CN"/>
        </w:rPr>
        <w:br/>
      </w:r>
      <w:r>
        <w:rPr>
          <w:lang w:eastAsia="zh-CN"/>
        </w:rPr>
        <w:t>　　(一)以效益为目标，抓好销售工作</w:t>
      </w:r>
      <w:r>
        <w:rPr>
          <w:lang w:eastAsia="zh-CN"/>
        </w:rPr>
        <w:br/>
      </w:r>
      <w:r>
        <w:rPr>
          <w:lang w:eastAsia="zh-CN"/>
        </w:rPr>
        <w:t>　　1、人员调整。酒店销售部划开前台等岗位，仅销售人员上半年就有_名，是同规模星级酒店的2倍多。酒店总经理班子分析原因，关键是人，是主要管理人员的责任。因此，酒店果断地调整了销售部经理，并将人员减至_名，增强了留下人员竞争上岗意识和主动促销的工作责任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渠道拓宽。销售部原来分解指标因人而定，缺少科学依据。酒店下达的经营指标却难如期完成。针对上半年出现的缺少市场调研、合理定位、渠道划分种种问题，总经理班子在调整了部门经理后，研究通过了下半年度的销售方案。其中在原有协议公司、网络订房、上门散客仅三条自然销售渠道的基础上，拓展增加了会展、团队、同行、会员卡等渠道，设渠道主管专人负责，并按各渠道客源应占酒店总客源的比例，相应地按比例分解指标。这样，一是划分渠道科学，二为分解指标合理，三能激励大家的工作责任心和促销的主动性，四可逐步再次减员增效，五则明显促进了销售业绩的提升。</w:t>
      </w:r>
      <w:r>
        <w:rPr>
          <w:lang w:eastAsia="zh-CN"/>
        </w:rPr>
        <w:br/>
      </w:r>
      <w:r>
        <w:rPr>
          <w:lang w:eastAsia="zh-CN"/>
        </w:rPr>
        <w:t>　　3、房提奖励。根据本酒店市场定位为商务型特色酒店，以接待协议公司商务客人和上门散客为主，以网络订房、会展团队等为辅的营销策略，总经理班子参照同行酒店房提的一些成功经验，制定了对销售部前台接待人员按高出协议公司价售房后予以一定比例提成的奖励。这一房提奖励政策，极大地调动了前台接待员促销热情和服务态度，使酒店上门散客收入由上半年_万元升至下半年_万元，升幅约为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窗口形象。销售部前厅除充分利用酒店给予的房提政策，加大促销力度外，还特别重视塑造酒店的窗口形象。其一，合理销控房间，保证酒店利益最大化。例如，在今年的车展、房展期间，合理的运作，保证客人的满意，也保证了酒店的最大利益，连续多天出租率超过100%，而平均房价也有明显的提高。其二，完善工作流程，确立各种检查制度。加强对前厅在接待结帐、交接班等工作流程上的修订完善，尤其是结帐时采用了宾客结算帐单，减少了客人等待结帐的时间，改变了结帐的繁琐易错。加强主管的现场督导。通过增加主管去前台的站台时间，及时解决了客人的各种疑难问题，并对员工的微笑服务方面起到了检查督导作用。加强主管和领班的双检查工作。要求主管和领班对每天每班的户籍登记等检查并签字，增强主管、领班的责任心。今年户籍登记、会客登记、上网发送等无发生一起错登漏登现象。总之，前厅部在总经理的带领下，层层把关，狠抓落实，把握契机，高效推销，为酒店创下了一个又一个记录，上门散客由原来占客房总收入的_%提高到_%，最高日创收为_元，最高日平均房价为_元;全年接待宾客_万人次，接待外宾_万人次。</w:t>
      </w:r>
      <w:r>
        <w:rPr>
          <w:lang w:eastAsia="zh-CN"/>
        </w:rPr>
        <w:br/>
      </w:r>
      <w:r>
        <w:rPr>
          <w:lang w:eastAsia="zh-CN"/>
        </w:rPr>
        <w:t>　　5、投诉处理。销售部尤其前厅岗位，是酒店的门面岗位，也是客人咨询问题、反映情况、提出建议、投诉不满等较为集中的地方。本着宾客至上、服务第一和让客人完全满意的宗旨，从部门经理到主管、领班，直至前台接待人员，除了能做到礼貌待客、热情服务外，还能化解矛盾，妥善处理大大小小的客人投诉。一年来，销售部共接待并处理宾客投诉约_起，为酒店减少经济损失约_元，争取了较多的酒店回头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此外，销售部按酒店总经理班子的要求，开始从被动销售到主动销售、从无序工作到有序工作、从低效谈判到中效谈判、从无市场调研分析等无基础管理到每月一次市场调研分析和客户送房排名等等，直接赢得了销售业绩的显着回升。下半年共创收_万元，比上半年增额_万元，增幅约为_%。</w:t>
      </w:r>
      <w:r>
        <w:rPr>
          <w:lang w:eastAsia="zh-CN"/>
        </w:rPr>
        <w:br/>
      </w:r>
      <w:r>
        <w:rPr>
          <w:lang w:eastAsia="zh-CN"/>
        </w:rPr>
        <w:t xml:space="preserve">    2024年度工作计划个人 篇4 </w:t>
      </w:r>
      <w:r>
        <w:rPr>
          <w:lang w:eastAsia="zh-CN"/>
        </w:rPr>
        <w:br/>
      </w:r>
      <w:r>
        <w:rPr>
          <w:lang w:eastAsia="zh-CN"/>
        </w:rPr>
        <w:t>　　一、指导思想</w:t>
      </w:r>
      <w:r>
        <w:rPr>
          <w:lang w:eastAsia="zh-CN"/>
        </w:rPr>
        <w:br/>
      </w:r>
      <w:r>
        <w:rPr>
          <w:lang w:eastAsia="zh-CN"/>
        </w:rPr>
        <w:t>　　在区教育局、教研室的领导下，积极配合工作室开展工作，依托信息化环境、以网络为主要载体，传播先进的教育理念和教学方法，开展教育教学研讨和课题研究活动的学科教学研究活动，使数学工作室真正成为促进数学教师专业发展的平台。</w:t>
      </w:r>
      <w:r>
        <w:rPr>
          <w:lang w:eastAsia="zh-CN"/>
        </w:rPr>
        <w:br/>
      </w:r>
      <w:r>
        <w:rPr>
          <w:lang w:eastAsia="zh-CN"/>
        </w:rPr>
        <w:t>　　二、工作目标</w:t>
      </w:r>
      <w:r>
        <w:rPr>
          <w:lang w:eastAsia="zh-CN"/>
        </w:rPr>
        <w:br/>
      </w:r>
      <w:r>
        <w:rPr>
          <w:lang w:eastAsia="zh-CN"/>
        </w:rPr>
        <w:t>　　以课题研究为重要方式，以教学研讨为主要内容，聚焦课堂，以网络化传播先进的教育理念和教学方法，开展问题研究，加强中青年教师培养，引领数学教学沿着正确的方向，健康、稳定可持续发展。</w:t>
      </w:r>
      <w:r>
        <w:rPr>
          <w:lang w:eastAsia="zh-CN"/>
        </w:rPr>
        <w:br/>
      </w:r>
      <w:r>
        <w:rPr>
          <w:lang w:eastAsia="zh-CN"/>
        </w:rPr>
        <w:t>　　三、工作任务及措施</w:t>
      </w:r>
      <w:r>
        <w:rPr>
          <w:lang w:eastAsia="zh-CN"/>
        </w:rPr>
        <w:br/>
      </w:r>
      <w:r>
        <w:rPr>
          <w:lang w:eastAsia="zh-CN"/>
        </w:rPr>
        <w:t>　　1、加强业务学习，提高自身素质</w:t>
      </w:r>
      <w:r>
        <w:rPr>
          <w:lang w:eastAsia="zh-CN"/>
        </w:rPr>
        <w:br/>
      </w:r>
      <w:r>
        <w:rPr>
          <w:lang w:eastAsia="zh-CN"/>
        </w:rPr>
        <w:t>　　积极开展读书活动，认真学习教育理论和政策法规，认真学习教育学、心理学及课程标准等学科专业知识，不断提高自身素养，从而提高自身教育教学和科研水平。</w:t>
      </w:r>
      <w:r>
        <w:rPr>
          <w:lang w:eastAsia="zh-CN"/>
        </w:rPr>
        <w:br/>
      </w:r>
      <w:r>
        <w:rPr>
          <w:lang w:eastAsia="zh-CN"/>
        </w:rPr>
        <w:t>　　2、加强教学研究，提高教学效率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做好课题研究工作，提高科研能力。积极参加“同课异构”、“送教下乡”“_培训”“大篷车”“说课标说教材”等活动，组织教学研讨，打造高效课堂，促进青年教师成长，促进学生综合素质提升。</w:t>
      </w:r>
      <w:r>
        <w:rPr>
          <w:lang w:eastAsia="zh-CN"/>
        </w:rPr>
        <w:br/>
      </w:r>
      <w:r>
        <w:rPr>
          <w:lang w:eastAsia="zh-CN"/>
        </w:rPr>
        <w:t>　　3、重视和加强中考试题的分析与研究，适时组织召开学科中考复课研讨会，做好模考试题、期末试题的命题工作及质量分析工作。</w:t>
      </w:r>
      <w:r>
        <w:rPr>
          <w:lang w:eastAsia="zh-CN"/>
        </w:rPr>
        <w:br/>
      </w:r>
      <w:r>
        <w:rPr>
          <w:lang w:eastAsia="zh-CN"/>
        </w:rPr>
        <w:t>　　4、做好工作室的网页建设。</w:t>
      </w:r>
      <w:r>
        <w:rPr>
          <w:lang w:eastAsia="zh-CN"/>
        </w:rPr>
        <w:br/>
      </w:r>
      <w:r>
        <w:rPr>
          <w:lang w:eastAsia="zh-CN"/>
        </w:rPr>
        <w:t>　　四、具体工作安排</w:t>
      </w:r>
      <w:r>
        <w:rPr>
          <w:lang w:eastAsia="zh-CN"/>
        </w:rPr>
        <w:br/>
      </w:r>
      <w:r>
        <w:rPr>
          <w:lang w:eastAsia="zh-CN"/>
        </w:rPr>
        <w:t>　　1、开展读书活动，每学期至少研读两本教育教学专著并有读书笔记；经常撰写教育教学札记；每学年完成1篇教育教学论文。</w:t>
      </w:r>
      <w:r>
        <w:rPr>
          <w:lang w:eastAsia="zh-CN"/>
        </w:rPr>
        <w:br/>
      </w:r>
      <w:r>
        <w:rPr>
          <w:lang w:eastAsia="zh-CN"/>
        </w:rPr>
        <w:t>　　2、在区内做专题讲座两次；坚持撰写教学反思（含教学笔记、听课笔记、评课记录等）。</w:t>
      </w:r>
      <w:r>
        <w:rPr>
          <w:lang w:eastAsia="zh-CN"/>
        </w:rPr>
        <w:br/>
      </w:r>
      <w:r>
        <w:rPr>
          <w:lang w:eastAsia="zh-CN"/>
        </w:rPr>
        <w:t>　　3、为工作室网站至少提供教学设计4篇，提供教学实录、教育案例、教育故事、试题等5篇以上。</w:t>
      </w:r>
      <w:r>
        <w:rPr>
          <w:lang w:eastAsia="zh-CN"/>
        </w:rPr>
        <w:br/>
      </w:r>
      <w:r>
        <w:rPr>
          <w:lang w:eastAsia="zh-CN"/>
        </w:rPr>
        <w:t>　　4、主持（参与）一项市级以上课题研究。</w:t>
      </w:r>
      <w:r>
        <w:rPr>
          <w:lang w:eastAsia="zh-CN"/>
        </w:rPr>
        <w:br/>
      </w:r>
      <w:r>
        <w:rPr>
          <w:lang w:eastAsia="zh-CN"/>
        </w:rPr>
        <w:t>　　5、帮助维护教学能手工作室网站，积极参与在线互动式研讨。</w:t>
      </w:r>
      <w:r>
        <w:rPr>
          <w:lang w:eastAsia="zh-CN"/>
        </w:rPr>
        <w:br/>
      </w:r>
      <w:r>
        <w:rPr>
          <w:lang w:eastAsia="zh-CN"/>
        </w:rPr>
        <w:t xml:space="preserve">    2024年度工作计划个人 篇5 </w:t>
      </w:r>
      <w:r>
        <w:rPr>
          <w:lang w:eastAsia="zh-CN"/>
        </w:rPr>
        <w:br/>
      </w:r>
      <w:r>
        <w:rPr>
          <w:lang w:eastAsia="zh-CN"/>
        </w:rPr>
        <w:t>　　一、协助园长完成园长职责。</w:t>
      </w:r>
      <w:r>
        <w:rPr>
          <w:lang w:eastAsia="zh-CN"/>
        </w:rPr>
        <w:br/>
      </w:r>
      <w:r>
        <w:rPr>
          <w:lang w:eastAsia="zh-CN"/>
        </w:rPr>
        <w:t>　　二、贯彻保教结合方针，组织保育员和后勤人员进行业务学习、观摩和专题研究，总结推广，交流经验，互帮互促，帮助保教人员提高业务水平。</w:t>
      </w:r>
      <w:r>
        <w:rPr>
          <w:lang w:eastAsia="zh-CN"/>
        </w:rPr>
        <w:br/>
      </w:r>
      <w:r>
        <w:rPr>
          <w:lang w:eastAsia="zh-CN"/>
        </w:rPr>
        <w:t>　　三、负责后勤管理工作，指导后勤工作人员紧密配合教育工作，进行思想教育，检查各种制度落实情况。</w:t>
      </w:r>
      <w:r>
        <w:rPr>
          <w:lang w:eastAsia="zh-CN"/>
        </w:rPr>
        <w:br/>
      </w:r>
      <w:r>
        <w:rPr>
          <w:lang w:eastAsia="zh-CN"/>
        </w:rPr>
        <w:t>　　四、组织家长工作，定期开展家长会、家长开放日、家访、家长工作坊活动，并做好记录。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五、做好安全保卫工作，制订安全保卫措施，经常性的督促门卫监守岗位，落实责任，把好门口关。</w:t>
      </w:r>
      <w:r>
        <w:rPr>
          <w:lang w:eastAsia="zh-CN"/>
        </w:rPr>
        <w:br/>
      </w:r>
      <w:r>
        <w:rPr>
          <w:lang w:eastAsia="zh-CN"/>
        </w:rPr>
        <w:t>　　六、负责园舍设备、绿化、环境卫生，及时督促维修指导，及时增添教学设备、用品，经常进行安全检查。</w:t>
      </w:r>
      <w:r>
        <w:rPr>
          <w:lang w:eastAsia="zh-CN"/>
        </w:rPr>
        <w:br/>
      </w:r>
      <w:r>
        <w:rPr>
          <w:lang w:eastAsia="zh-CN"/>
        </w:rPr>
        <w:t>　　七、负责工会工作，协助园长搞好职工队伍建设，做好职工政治思想工作，关心群众生活，倾听群众意见，支持群众开展各种有益的文体活动。</w:t>
      </w:r>
      <w:r>
        <w:rPr>
          <w:lang w:eastAsia="zh-CN"/>
        </w:rPr>
        <w:br/>
      </w:r>
      <w:r>
        <w:rPr>
          <w:lang w:eastAsia="zh-CN"/>
        </w:rPr>
        <w:t>　　八、不断摸索、钻研分管工作的新思路、新举措，向园长提出合理建议，稳步提高本园保教质量。</w:t>
      </w:r>
      <w:r>
        <w:rPr>
          <w:lang w:eastAsia="zh-CN"/>
        </w:rPr>
        <w:br/>
      </w:r>
      <w:r>
        <w:rPr>
          <w:lang w:eastAsia="zh-CN"/>
        </w:rPr>
        <w:t xml:space="preserve">    2024年度工作计划个人 篇6 </w:t>
      </w:r>
      <w:r>
        <w:rPr>
          <w:lang w:eastAsia="zh-CN"/>
        </w:rPr>
        <w:br/>
      </w:r>
      <w:r>
        <w:rPr>
          <w:lang w:eastAsia="zh-CN"/>
        </w:rPr>
        <w:t>　　一、了解部门工作目标、范围、职责：</w:t>
      </w:r>
      <w:r>
        <w:rPr>
          <w:lang w:eastAsia="zh-CN"/>
        </w:rPr>
        <w:br/>
      </w:r>
      <w:r>
        <w:rPr>
          <w:lang w:eastAsia="zh-CN"/>
        </w:rPr>
        <w:t>　　1、通过沟通领悟公司高层对财务部的期望，以作为日后工作关注重点。</w:t>
      </w:r>
      <w:r>
        <w:rPr>
          <w:lang w:eastAsia="zh-CN"/>
        </w:rPr>
        <w:br/>
      </w:r>
      <w:r>
        <w:rPr>
          <w:lang w:eastAsia="zh-CN"/>
        </w:rPr>
        <w:t>　　2、通过公司制定的《岗位职责说明书》来了解工作目标、范围、职责。</w:t>
      </w:r>
      <w:r>
        <w:rPr>
          <w:lang w:eastAsia="zh-CN"/>
        </w:rPr>
        <w:br/>
      </w:r>
      <w:r>
        <w:rPr>
          <w:lang w:eastAsia="zh-CN"/>
        </w:rPr>
        <w:t>　　二、了解下属工作目标、范围、职责：</w:t>
      </w:r>
      <w:r>
        <w:rPr>
          <w:lang w:eastAsia="zh-CN"/>
        </w:rPr>
        <w:br/>
      </w:r>
      <w:r>
        <w:rPr>
          <w:lang w:eastAsia="zh-CN"/>
        </w:rPr>
        <w:t>　　1、采用单个约谈方式，了解每一个下属的具体分工和工作内容和流程。并要求其在近期内提供一份书面的岗位分工操作流程。</w:t>
      </w:r>
      <w:r>
        <w:rPr>
          <w:lang w:eastAsia="zh-CN"/>
        </w:rPr>
        <w:br/>
      </w:r>
      <w:r>
        <w:rPr>
          <w:lang w:eastAsia="zh-CN"/>
        </w:rPr>
        <w:t>　　2、通过公司制定的《岗位职责说明书》来了解工作目标、范围、职责。</w:t>
      </w:r>
      <w:r>
        <w:rPr>
          <w:lang w:eastAsia="zh-CN"/>
        </w:rPr>
        <w:br/>
      </w:r>
      <w:r>
        <w:rPr>
          <w:lang w:eastAsia="zh-CN"/>
        </w:rPr>
        <w:t>　　3、通过约谈和观察了解下属的工作状态和思想情绪问题。</w:t>
      </w:r>
      <w:r>
        <w:rPr>
          <w:lang w:eastAsia="zh-CN"/>
        </w:rPr>
        <w:br/>
      </w:r>
      <w:r>
        <w:rPr>
          <w:lang w:eastAsia="zh-CN"/>
        </w:rPr>
        <w:t>　　三、了解公司和本部门相关业务：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1、了解公司的组织架构。</w:t>
      </w:r>
      <w:r>
        <w:rPr>
          <w:lang w:eastAsia="zh-CN"/>
        </w:rPr>
        <w:br/>
      </w:r>
      <w:r>
        <w:rPr>
          <w:lang w:eastAsia="zh-CN"/>
        </w:rPr>
        <w:t>　　2、了解公司的财务制度和公司、部门的工作流程。</w:t>
      </w:r>
      <w:r>
        <w:rPr>
          <w:lang w:eastAsia="zh-CN"/>
        </w:rPr>
        <w:br/>
      </w:r>
      <w:r>
        <w:rPr>
          <w:lang w:eastAsia="zh-CN"/>
        </w:rPr>
        <w:t>　　3、了解公司经营状况、财务核算制度、账务处理、成本核算方法。</w:t>
      </w:r>
      <w:r>
        <w:rPr>
          <w:lang w:eastAsia="zh-CN"/>
        </w:rPr>
        <w:br/>
      </w:r>
      <w:r>
        <w:rPr>
          <w:lang w:eastAsia="zh-CN"/>
        </w:rPr>
        <w:t>　　4、了解公司的产品、设备、工艺流程。</w:t>
      </w:r>
      <w:r>
        <w:rPr>
          <w:lang w:eastAsia="zh-CN"/>
        </w:rPr>
        <w:br/>
      </w:r>
      <w:r>
        <w:rPr>
          <w:lang w:eastAsia="zh-CN"/>
        </w:rPr>
        <w:t>　　四、阶段性日常工作安排：</w:t>
      </w:r>
      <w:r>
        <w:rPr>
          <w:lang w:eastAsia="zh-CN"/>
        </w:rPr>
        <w:br/>
      </w:r>
      <w:r>
        <w:rPr>
          <w:lang w:eastAsia="zh-CN"/>
        </w:rPr>
        <w:t>　　1、在了解公司和部门基本情况的的同时，还需要迅速开展起部门的日常工作，监督日常工作的有效开展。</w:t>
      </w:r>
      <w:r>
        <w:rPr>
          <w:lang w:eastAsia="zh-CN"/>
        </w:rPr>
        <w:br/>
      </w:r>
      <w:r>
        <w:rPr>
          <w:lang w:eastAsia="zh-CN"/>
        </w:rPr>
        <w:t>　　2、稳定现有财务团队，保证日常工作开展。</w:t>
      </w:r>
      <w:r>
        <w:rPr>
          <w:lang w:eastAsia="zh-CN"/>
        </w:rPr>
        <w:br/>
      </w:r>
      <w:r>
        <w:rPr>
          <w:lang w:eastAsia="zh-CN"/>
        </w:rPr>
        <w:t>　　3、依据公司高层要求或配合其它部门处理相关工作。</w:t>
      </w:r>
      <w:r>
        <w:rPr>
          <w:lang w:eastAsia="zh-CN"/>
        </w:rPr>
        <w:br/>
      </w:r>
      <w:r>
        <w:rPr>
          <w:lang w:eastAsia="zh-CN"/>
        </w:rPr>
        <w:t>　　4、定期召开部门周例会，在会议上了解更多的信息，解决急需解决的问题。</w:t>
      </w:r>
      <w:r>
        <w:rPr>
          <w:lang w:eastAsia="zh-CN"/>
        </w:rPr>
        <w:br/>
      </w:r>
      <w:r>
        <w:rPr>
          <w:lang w:eastAsia="zh-CN"/>
        </w:rPr>
        <w:t>　　5、加强与下属间的交流和沟通，增强部门的凝聚力，提高团队合作能力。</w:t>
      </w:r>
      <w:r>
        <w:rPr>
          <w:lang w:eastAsia="zh-CN"/>
        </w:rPr>
        <w:br/>
      </w:r>
      <w:r>
        <w:rPr>
          <w:lang w:eastAsia="zh-CN"/>
        </w:rPr>
        <w:t>　　6、定期将近期工作情况向直属上司汇报，争取公司高层更多的资源和支持。通过前期对公司内部控制、业务流程、组织架构、人员等情况的调研，形成前期调查报告向直属上司汇报。</w:t>
      </w:r>
      <w:r>
        <w:rPr>
          <w:lang w:eastAsia="zh-CN"/>
        </w:rPr>
        <w:br/>
      </w:r>
      <w:r>
        <w:rPr>
          <w:lang w:eastAsia="zh-CN"/>
        </w:rPr>
        <w:t>　　五、后续工作计划开展</w:t>
      </w:r>
      <w:r>
        <w:rPr>
          <w:lang w:eastAsia="zh-CN"/>
        </w:rPr>
        <w:br/>
      </w:r>
      <w:r>
        <w:rPr>
          <w:lang w:eastAsia="zh-CN"/>
        </w:rPr>
        <w:t>　　通过阶段性工作状况的分析，进行合理资源整合，开展工作计划如下：</w:t>
      </w:r>
      <w:r>
        <w:rPr>
          <w:lang w:eastAsia="zh-CN"/>
        </w:rPr>
        <w:br/>
      </w:r>
      <w:r>
        <w:rPr>
          <w:lang w:eastAsia="zh-CN"/>
        </w:rPr>
        <w:t>　　1、依据需求重新梳理财务组织架构、业务流程、人员分工。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2、依据需求制定和完善《内部控制制度》和工作流程，规避经营和税务风险。包括货币资金、销售与收款、采购与付款、存货管理、筹资、成本费用等。</w:t>
      </w:r>
      <w:r>
        <w:rPr>
          <w:lang w:eastAsia="zh-CN"/>
        </w:rPr>
        <w:br/>
      </w:r>
      <w:r>
        <w:rPr>
          <w:lang w:eastAsia="zh-CN"/>
        </w:rPr>
        <w:t>　　3、依据需求制定和完善适应本企业的会计核算制度。包括会计科目的设置、会计报表的编制和分析。</w:t>
      </w:r>
      <w:r>
        <w:rPr>
          <w:lang w:eastAsia="zh-CN"/>
        </w:rPr>
        <w:br/>
      </w:r>
      <w:r>
        <w:rPr>
          <w:lang w:eastAsia="zh-CN"/>
        </w:rPr>
        <w:t>　　4、建立财务报表体系(包括财务报表、成本费用报表以及各种供财务分析的辅助报表)，制定和下发财务分析报告撰写规定或者说经营活动分析撰写规定。</w:t>
      </w:r>
      <w:r>
        <w:rPr>
          <w:lang w:eastAsia="zh-CN"/>
        </w:rPr>
        <w:br/>
      </w:r>
      <w:r>
        <w:rPr>
          <w:lang w:eastAsia="zh-CN"/>
        </w:rPr>
        <w:t>　　5、依据需求制定和完善人员考核和激励机制，帮助职员建立职业生涯规划.</w:t>
      </w:r>
      <w:r>
        <w:rPr>
          <w:lang w:eastAsia="zh-CN"/>
        </w:rPr>
        <w:br/>
      </w:r>
      <w:r>
        <w:rPr>
          <w:lang w:eastAsia="zh-CN"/>
        </w:rPr>
        <w:t>　　6、依据需求制定和完善人才培养机制，制定培训计划并按期开展培训课程。</w:t>
      </w:r>
      <w:r>
        <w:rPr>
          <w:lang w:eastAsia="zh-CN"/>
        </w:rPr>
        <w:br/>
      </w:r>
      <w:r>
        <w:rPr>
          <w:lang w:eastAsia="zh-CN"/>
        </w:rPr>
        <w:t>　　7、依据需求制定和完善部门月度、年度工作计划。</w:t>
      </w:r>
      <w:r>
        <w:rPr>
          <w:lang w:eastAsia="zh-CN"/>
        </w:rPr>
        <w:br/>
      </w:r>
      <w:r>
        <w:rPr>
          <w:lang w:eastAsia="zh-CN"/>
        </w:rPr>
        <w:t xml:space="preserve">    2024年度工作计划个人 篇7 </w:t>
      </w:r>
      <w:r>
        <w:rPr>
          <w:lang w:eastAsia="zh-CN"/>
        </w:rPr>
        <w:br/>
      </w:r>
      <w:r>
        <w:rPr>
          <w:lang w:eastAsia="zh-CN"/>
        </w:rPr>
        <w:t>　　一、学科、班级情况分析</w:t>
      </w:r>
      <w:r>
        <w:rPr>
          <w:lang w:eastAsia="zh-CN"/>
        </w:rPr>
        <w:br/>
      </w:r>
      <w:r>
        <w:rPr>
          <w:lang w:eastAsia="zh-CN"/>
        </w:rPr>
        <w:t>　　本学期我教授九年（三）、（四）两个班物理，经过初步了解，每班学生成绩参差不齐，两极分化较突出。总得来讲，学生学习得积极性和主动性都有待加强，需要对学生进行思想工作。</w:t>
      </w:r>
      <w:r>
        <w:rPr>
          <w:lang w:eastAsia="zh-CN"/>
        </w:rPr>
        <w:br/>
      </w:r>
      <w:r>
        <w:rPr>
          <w:lang w:eastAsia="zh-CN"/>
        </w:rPr>
        <w:t>　　二、学情分析</w:t>
      </w:r>
      <w:r>
        <w:rPr>
          <w:lang w:eastAsia="zh-CN"/>
        </w:rPr>
        <w:br/>
      </w:r>
      <w:r>
        <w:rPr>
          <w:lang w:eastAsia="zh-CN"/>
        </w:rPr>
        <w:t>　　经过八年级物理知识得学习，大部分学生都能够掌握物理学科得学习方法，但由于他们得理解能力有限，所以就必须要求他们</w:t>
      </w:r>
      <w:r>
        <w:rPr>
          <w:lang w:eastAsia="zh-CN"/>
        </w:rPr>
        <w:br/>
      </w:r>
      <w:r>
        <w:rPr>
          <w:lang w:eastAsia="zh-CN"/>
        </w:rPr>
        <w:t>　　（1）课前认真预习，把每节课得内容都要仔细地阅读一遍，通过阅读、分析、思考，了解教材得知识大概内容及要求。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主动高效率得听课，带着预习得问题听课，可以提高听课得效率，能使听课得重点更加突出。课堂上，当老师讲到自己预习时得不懂之处时，就非常主动、格外注意听，力求当堂弄懂。同时可以对比老师得讲解以检查自己对教材理解得深度和广度，学习教师对疑难问题得分析过程和思维方法。</w:t>
      </w:r>
      <w:r>
        <w:rPr>
          <w:lang w:eastAsia="zh-CN"/>
        </w:rPr>
        <w:br/>
      </w:r>
      <w:r>
        <w:rPr>
          <w:lang w:eastAsia="zh-CN"/>
        </w:rPr>
        <w:t>　　（3）及时做作业，作业是学好物理知识必不可少得环节，是掌握知识熟练技能得基本方法。</w:t>
      </w:r>
      <w:r>
        <w:rPr>
          <w:lang w:eastAsia="zh-CN"/>
        </w:rPr>
        <w:br/>
      </w:r>
      <w:r>
        <w:rPr>
          <w:lang w:eastAsia="zh-CN"/>
        </w:rPr>
        <w:t>　　三、教材内容分析</w:t>
      </w:r>
      <w:r>
        <w:rPr>
          <w:lang w:eastAsia="zh-CN"/>
        </w:rPr>
        <w:br/>
      </w:r>
      <w:r>
        <w:rPr>
          <w:lang w:eastAsia="zh-CN"/>
        </w:rPr>
        <w:t>　　(一)新课程教科书得特点：</w:t>
      </w:r>
      <w:r>
        <w:rPr>
          <w:lang w:eastAsia="zh-CN"/>
        </w:rPr>
        <w:br/>
      </w:r>
      <w:r>
        <w:rPr>
          <w:lang w:eastAsia="zh-CN"/>
        </w:rPr>
        <w:t>　　1、从学生兴趣、认知规律和探究得方便出发，设计教材结构；</w:t>
      </w:r>
      <w:r>
        <w:rPr>
          <w:lang w:eastAsia="zh-CN"/>
        </w:rPr>
        <w:br/>
      </w:r>
      <w:r>
        <w:rPr>
          <w:lang w:eastAsia="zh-CN"/>
        </w:rPr>
        <w:t>　　2、注重探究活动，提倡学习方法多样化；</w:t>
      </w:r>
      <w:r>
        <w:rPr>
          <w:lang w:eastAsia="zh-CN"/>
        </w:rPr>
        <w:br/>
      </w:r>
      <w:r>
        <w:rPr>
          <w:lang w:eastAsia="zh-CN"/>
        </w:rPr>
        <w:t>　　3、形式生动活泼，激发学生得学习兴趣；</w:t>
      </w:r>
      <w:r>
        <w:rPr>
          <w:lang w:eastAsia="zh-CN"/>
        </w:rPr>
        <w:br/>
      </w:r>
      <w:r>
        <w:rPr>
          <w:lang w:eastAsia="zh-CN"/>
        </w:rPr>
        <w:t>　　4、联系实际，贴近生活；</w:t>
      </w:r>
      <w:r>
        <w:rPr>
          <w:lang w:eastAsia="zh-CN"/>
        </w:rPr>
        <w:br/>
      </w:r>
      <w:r>
        <w:rPr>
          <w:lang w:eastAsia="zh-CN"/>
        </w:rPr>
        <w:t>　　5、注意学科间得综合，扩大学生得知识面。</w:t>
      </w:r>
      <w:r>
        <w:rPr>
          <w:lang w:eastAsia="zh-CN"/>
        </w:rPr>
        <w:br/>
      </w:r>
      <w:r>
        <w:rPr>
          <w:lang w:eastAsia="zh-CN"/>
        </w:rPr>
        <w:t>　　(二)新教材知识体系得特点：九年级知识涉及电学较多，在中考中所占分值得比例大，内容较难，不易理解，对此应注意保护学生得学习兴趣，通过各种实验、图画等形象化、趣味化方式调动起学生对物理得兴趣，也有利于增加学生对物理得感性认识。</w:t>
      </w:r>
      <w:r>
        <w:rPr>
          <w:lang w:eastAsia="zh-CN"/>
        </w:rPr>
        <w:br/>
      </w:r>
      <w:r>
        <w:rPr>
          <w:lang w:eastAsia="zh-CN"/>
        </w:rPr>
        <w:t>　　四、提高教育教学质量得具体措施</w:t>
      </w:r>
      <w:r>
        <w:rPr>
          <w:lang w:eastAsia="zh-CN"/>
        </w:rPr>
        <w:br/>
      </w:r>
      <w:r>
        <w:rPr>
          <w:lang w:eastAsia="zh-CN"/>
        </w:rPr>
        <w:t>　　1、鼓励科学探究得教学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a、鼓励学生积极大胆地参与科学探究。鼓励学生积极动手、动脑、通过有目得探究活动，学习物理概念和规律，体验到学科学得乐趣，了解科学方法，获取科学知识，逐步树立科学创新得意识。</w:t>
      </w:r>
      <w:r>
        <w:rPr>
          <w:lang w:eastAsia="zh-CN"/>
        </w:rPr>
        <w:br/>
      </w:r>
      <w:r>
        <w:rPr>
          <w:lang w:eastAsia="zh-CN"/>
        </w:rPr>
        <w:t>　　b、使学生养成对所做工作进行评估得好习惯。</w:t>
      </w:r>
      <w:r>
        <w:rPr>
          <w:lang w:eastAsia="zh-CN"/>
        </w:rPr>
        <w:br/>
      </w:r>
      <w:r>
        <w:rPr>
          <w:lang w:eastAsia="zh-CN"/>
        </w:rPr>
        <w:t>　　c、重视探究活动中得交流与合作。在现代社会和科学工作中，个人之内与团体之间得交流与合作是十分重要得，要注意学生这方面良好素质得形成。</w:t>
      </w:r>
      <w:r>
        <w:rPr>
          <w:lang w:eastAsia="zh-CN"/>
        </w:rPr>
        <w:br/>
      </w:r>
      <w:r>
        <w:rPr>
          <w:lang w:eastAsia="zh-CN"/>
        </w:rPr>
        <w:t>　　2、帮助学生尽快进入自主性学习得轨道。在教学过程中要帮助学生自己进行知识模地得构建，而不是去复制知识，学生自己在学习过程中发现问题才是至关重要得。</w:t>
      </w:r>
      <w:r>
        <w:rPr>
          <w:lang w:eastAsia="zh-CN"/>
        </w:rPr>
        <w:br/>
      </w:r>
      <w:r>
        <w:rPr>
          <w:lang w:eastAsia="zh-CN"/>
        </w:rPr>
        <w:t>　　3、针对优、中、差生，分层布置作业，个别辅导。在教学中加强学法指导：</w:t>
      </w:r>
      <w:r>
        <w:rPr>
          <w:lang w:eastAsia="zh-CN"/>
        </w:rPr>
        <w:br/>
      </w:r>
      <w:r>
        <w:rPr>
          <w:lang w:eastAsia="zh-CN"/>
        </w:rPr>
        <w:t>　　①新课开始前，提前让学生预习，为新课做好准备。</w:t>
      </w:r>
      <w:r>
        <w:rPr>
          <w:lang w:eastAsia="zh-CN"/>
        </w:rPr>
        <w:br/>
      </w:r>
      <w:r>
        <w:rPr>
          <w:lang w:eastAsia="zh-CN"/>
        </w:rPr>
        <w:t>　　②教学过程中尽量采取多鼓励、多引导、少批评得教育方法。</w:t>
      </w:r>
      <w:r>
        <w:rPr>
          <w:lang w:eastAsia="zh-CN"/>
        </w:rPr>
        <w:br/>
      </w:r>
      <w:r>
        <w:rPr>
          <w:lang w:eastAsia="zh-CN"/>
        </w:rPr>
        <w:t>　　③教学速度以适应大多数学生为主，尽量兼顾后进生，注重整体推进。</w:t>
      </w:r>
      <w:r>
        <w:rPr>
          <w:lang w:eastAsia="zh-CN"/>
        </w:rPr>
        <w:br/>
      </w:r>
      <w:r>
        <w:rPr>
          <w:lang w:eastAsia="zh-CN"/>
        </w:rPr>
        <w:t>　　④新课教学中涉及到旧知识时，对其作相应得复习回顾。</w:t>
      </w:r>
      <w:r>
        <w:rPr>
          <w:lang w:eastAsia="zh-CN"/>
        </w:rPr>
        <w:br/>
      </w:r>
      <w:r>
        <w:rPr>
          <w:lang w:eastAsia="zh-CN"/>
        </w:rPr>
        <w:t>　　4、加强与日常生活，技术应用及其他科学得联系。</w:t>
      </w:r>
      <w:r>
        <w:rPr>
          <w:lang w:eastAsia="zh-CN"/>
        </w:rPr>
        <w:br/>
      </w:r>
      <w:r>
        <w:rPr>
          <w:lang w:eastAsia="zh-CN"/>
        </w:rPr>
        <w:t>　　a、以多种方式向学生提供广泛得信息。由于物理学与生活、社会有着极为深密和广泛得联系，困此在实际教学中，要结合本地实际，进取学生常见得事例，尽可能采用多种教学手段进行教学。</w:t>
      </w:r>
      <w:r>
        <w:rPr>
          <w:lang w:eastAsia="zh-CN"/>
        </w:rPr>
        <w:br/>
      </w:r>
      <w:r>
        <w:rPr>
          <w:lang w:eastAsia="zh-CN"/>
        </w:rPr>
        <w:t>　　b、在阅读理解，收集信息，观察记录作为课后作业得一部分。</w:t>
      </w:r>
      <w:r>
        <w:rPr>
          <w:lang w:eastAsia="zh-CN"/>
        </w:rPr>
        <w:br/>
      </w:r>
      <w:r>
        <w:rPr>
          <w:lang w:eastAsia="zh-CN"/>
        </w:rPr>
        <w:t>　　c、尽可能让学生用身边得物品进行物理实验。让物理贴近生活，让学生用物理知识武装自己得头脑。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五、其他方面</w:t>
      </w:r>
      <w:r>
        <w:rPr>
          <w:lang w:eastAsia="zh-CN"/>
        </w:rPr>
        <w:br/>
      </w:r>
      <w:r>
        <w:rPr>
          <w:lang w:eastAsia="zh-CN"/>
        </w:rPr>
        <w:t>　　积极参与听课、评课，虚心向同行学习教学方法，博采众长，提高教学水平。同时多读关于素质教育得书籍，多联系家长，了解学生得心理，以利于提高自己得教育教学水平。</w:t>
      </w:r>
      <w:r>
        <w:rPr>
          <w:lang w:eastAsia="zh-CN"/>
        </w:rPr>
        <w:br/>
      </w:r>
      <w:r>
        <w:rPr>
          <w:lang w:eastAsia="zh-CN"/>
        </w:rPr>
        <w:t xml:space="preserve">    2024年度工作计划个人 篇8 </w:t>
      </w:r>
      <w:r>
        <w:rPr>
          <w:lang w:eastAsia="zh-CN"/>
        </w:rPr>
        <w:br/>
      </w:r>
      <w:r>
        <w:rPr>
          <w:lang w:eastAsia="zh-CN"/>
        </w:rPr>
        <w:t>　　现在的我已经是在一家不错的物业公司担任经理的职务了，负责几个小区的物业管理，小区物业管理的好坏直接和影响到小区居民生活质量的好坏，所以我的工作就显得愈发的重要起来。</w:t>
      </w:r>
      <w:r>
        <w:rPr>
          <w:lang w:eastAsia="zh-CN"/>
        </w:rPr>
        <w:br/>
      </w:r>
      <w:r>
        <w:rPr>
          <w:lang w:eastAsia="zh-CN"/>
        </w:rPr>
        <w:t>　　自从我在毕业工作后，在物业管理工作开始，我从一个小小的物业管理员走到经理职位，是付出了艰辛的努力的。我在工作上和业务上已经完全的熟悉摸透了物业管理的步骤了，只要我按照我制定的工作计划来施行，那么我的工作就好做很多。有效实施各项业务工作，现拟定以下工作计划：</w:t>
      </w:r>
      <w:r>
        <w:rPr>
          <w:lang w:eastAsia="zh-CN"/>
        </w:rPr>
        <w:br/>
      </w:r>
      <w:r>
        <w:rPr>
          <w:lang w:eastAsia="zh-CN"/>
        </w:rPr>
        <w:t>　　一、__项目</w:t>
      </w:r>
      <w:r>
        <w:rPr>
          <w:lang w:eastAsia="zh-CN"/>
        </w:rPr>
        <w:br/>
      </w:r>
      <w:r>
        <w:rPr>
          <w:lang w:eastAsia="zh-CN"/>
        </w:rPr>
        <w:t>　　1、跟进第7幢破裂玻璃门扇的安装。</w:t>
      </w:r>
      <w:r>
        <w:rPr>
          <w:lang w:eastAsia="zh-CN"/>
        </w:rPr>
        <w:br/>
      </w:r>
      <w:r>
        <w:rPr>
          <w:lang w:eastAsia="zh-CN"/>
        </w:rPr>
        <w:t>　　2、督促整理好第12—15幢房屋档案资料。</w:t>
      </w:r>
      <w:r>
        <w:rPr>
          <w:lang w:eastAsia="zh-CN"/>
        </w:rPr>
        <w:br/>
      </w:r>
      <w:r>
        <w:rPr>
          <w:lang w:eastAsia="zh-CN"/>
        </w:rPr>
        <w:t>　　3、跟进部分绿化植物的补种和改造。</w:t>
      </w:r>
      <w:r>
        <w:rPr>
          <w:lang w:eastAsia="zh-CN"/>
        </w:rPr>
        <w:br/>
      </w:r>
      <w:r>
        <w:rPr>
          <w:lang w:eastAsia="zh-CN"/>
        </w:rPr>
        <w:t>　　4、做好外围红线报警的使用与维护，包括内外围两侧绿化植物遮挡的修剪等工作。</w:t>
      </w:r>
      <w:r>
        <w:rPr>
          <w:lang w:eastAsia="zh-CN"/>
        </w:rPr>
        <w:br/>
      </w:r>
      <w:r>
        <w:rPr>
          <w:lang w:eastAsia="zh-CN"/>
        </w:rPr>
        <w:t>　　5、制定安全警报现场跟踪与核实，明确解除警报及记录操作相关要求，避免作业疏忽。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6、督促做好12—15幢相关附属工程，包括架空层车位地面栏杆的安装、车位产权面积的明确、园林绿化、保安室、监控室、仓库等工作的完善。</w:t>
      </w:r>
      <w:r>
        <w:rPr>
          <w:lang w:eastAsia="zh-CN"/>
        </w:rPr>
        <w:br/>
      </w:r>
      <w:r>
        <w:rPr>
          <w:lang w:eastAsia="zh-CN"/>
        </w:rPr>
        <w:t>　　7、跟进落实好会所泳池的开张营业，并做好相应的管理与维护工作，包括门票发售、泳池水质处理等。</w:t>
      </w:r>
      <w:r>
        <w:rPr>
          <w:lang w:eastAsia="zh-CN"/>
        </w:rPr>
        <w:br/>
      </w:r>
      <w:r>
        <w:rPr>
          <w:lang w:eastAsia="zh-CN"/>
        </w:rPr>
        <w:t>　　8、跟进做好小区健身器材的安装。</w:t>
      </w:r>
      <w:r>
        <w:rPr>
          <w:lang w:eastAsia="zh-CN"/>
        </w:rPr>
        <w:br/>
      </w:r>
      <w:r>
        <w:rPr>
          <w:lang w:eastAsia="zh-CN"/>
        </w:rPr>
        <w:t>　　9、督促做好各种费用的追收。</w:t>
      </w:r>
      <w:r>
        <w:rPr>
          <w:lang w:eastAsia="zh-CN"/>
        </w:rPr>
        <w:br/>
      </w:r>
      <w:r>
        <w:rPr>
          <w:lang w:eastAsia="zh-CN"/>
        </w:rPr>
        <w:t>　　二、三个小区公共事务方面</w:t>
      </w:r>
      <w:r>
        <w:rPr>
          <w:lang w:eastAsia="zh-CN"/>
        </w:rPr>
        <w:br/>
      </w:r>
      <w:r>
        <w:rPr>
          <w:lang w:eastAsia="zh-CN"/>
        </w:rPr>
        <w:t>　　1、回顾三个小区从去年7月份以来各方面情况，以对比分析、寻找差距，为下一步工作提高作出更可行的具体措施。</w:t>
      </w:r>
      <w:r>
        <w:rPr>
          <w:lang w:eastAsia="zh-CN"/>
        </w:rPr>
        <w:br/>
      </w:r>
      <w:r>
        <w:rPr>
          <w:lang w:eastAsia="zh-CN"/>
        </w:rPr>
        <w:t>　　2、制定，包括对讲机、巡更棒、门岗电脑等，并认真贯彻实施，明确责任关系，谁损坏谁负责，杜绝各种不合理使用现象。</w:t>
      </w:r>
      <w:r>
        <w:rPr>
          <w:lang w:eastAsia="zh-CN"/>
        </w:rPr>
        <w:br/>
      </w:r>
      <w:r>
        <w:rPr>
          <w:lang w:eastAsia="zh-CN"/>
        </w:rPr>
        <w:t>　　3、全面推行租赁经营服务工作，召开全体工作人员总动员会，明确租赁服务意义目的，统一思想，集体学习相关业务推广内容和业务办理操作流程，确保工作正常进展。</w:t>
      </w:r>
      <w:r>
        <w:rPr>
          <w:lang w:eastAsia="zh-CN"/>
        </w:rPr>
        <w:br/>
      </w:r>
      <w:r>
        <w:rPr>
          <w:lang w:eastAsia="zh-CN"/>
        </w:rPr>
        <w:t>　　4、为提高费用收缴率，确保财务良性循环，以专题会议形式组织各物业助理、前台人员、领班级以上人员进行学习。</w:t>
      </w:r>
      <w:r>
        <w:rPr>
          <w:lang w:eastAsia="zh-CN"/>
        </w:rPr>
        <w:br/>
      </w:r>
      <w:r>
        <w:rPr>
          <w:lang w:eastAsia="zh-CN"/>
        </w:rPr>
        <w:t>　　5、以专题会议形式，组织三个小区管理骨干及相关工作人员集体学习、及相关作业表格，明确责任关系，杜绝各种同类负面案例再次发生，全面提高管理服务质量。</w:t>
      </w:r>
      <w:r>
        <w:rPr>
          <w:lang w:eastAsia="zh-CN"/>
        </w:rPr>
        <w:br/>
      </w:r>
      <w:r>
        <w:rPr>
          <w:lang w:eastAsia="zh-CN"/>
        </w:rPr>
        <w:t>　　三、__华庭项目</w:t>
      </w:r>
      <w:r>
        <w:rPr>
          <w:lang w:eastAsia="zh-CN"/>
        </w:rPr>
        <w:br/>
      </w:r>
      <w:r>
        <w:rPr>
          <w:lang w:eastAsia="zh-CN"/>
        </w:rPr>
        <w:t>　　1、拟定__华庭首届业主委员会成立方案及筹备会一系列工作措施，为创建市优工作打好基础。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2、做好个别岗位人员调整和招聘工作，确保项目工作正常运行。</w:t>
      </w:r>
      <w:r>
        <w:rPr>
          <w:lang w:eastAsia="zh-CN"/>
        </w:rPr>
        <w:br/>
      </w:r>
      <w:r>
        <w:rPr>
          <w:lang w:eastAsia="zh-CN"/>
        </w:rPr>
        <w:t>　　3、全力抓好30—35幢物业移交工作，确保业主满意。</w:t>
      </w:r>
      <w:r>
        <w:rPr>
          <w:lang w:eastAsia="zh-CN"/>
        </w:rPr>
        <w:br/>
      </w:r>
      <w:r>
        <w:rPr>
          <w:lang w:eastAsia="zh-CN"/>
        </w:rPr>
        <w:t>　　4、督促管理处及时做好26—29幢摩托车位车牌的制作及安装;并督促管理处及时颁发通知，要求业主在5月20日前到管理处办妥租赁停放手续，该区域摩托车从6月1日起全面执行收费。执行前协调保安做好落实工作。</w:t>
      </w:r>
      <w:r>
        <w:rPr>
          <w:lang w:eastAsia="zh-CN"/>
        </w:rPr>
        <w:br/>
      </w:r>
      <w:r>
        <w:rPr>
          <w:lang w:eastAsia="zh-CN"/>
        </w:rPr>
        <w:t>　　5、督促及时做好部份绿化带残缺空白补种工作。</w:t>
      </w:r>
      <w:r>
        <w:rPr>
          <w:lang w:eastAsia="zh-CN"/>
        </w:rPr>
        <w:br/>
      </w:r>
      <w:r>
        <w:rPr>
          <w:lang w:eastAsia="zh-CN"/>
        </w:rPr>
        <w:t>　　6、督促工程部做好30—35幢相关附属工程，如：道路、园林绿化、监控中心、仓库、车位规划等。</w:t>
      </w:r>
      <w:r>
        <w:rPr>
          <w:lang w:eastAsia="zh-CN"/>
        </w:rPr>
        <w:br/>
      </w:r>
      <w:r>
        <w:rPr>
          <w:lang w:eastAsia="zh-CN"/>
        </w:rPr>
        <w:t>　　7、继续跟进26—29幢绿化种植工作。</w:t>
      </w:r>
      <w:r>
        <w:rPr>
          <w:lang w:eastAsia="zh-CN"/>
        </w:rPr>
        <w:br/>
      </w:r>
      <w:r>
        <w:rPr>
          <w:lang w:eastAsia="zh-CN"/>
        </w:rPr>
        <w:t>　　四、__居项目</w:t>
      </w:r>
      <w:r>
        <w:rPr>
          <w:lang w:eastAsia="zh-CN"/>
        </w:rPr>
        <w:br/>
      </w:r>
      <w:r>
        <w:rPr>
          <w:lang w:eastAsia="zh-CN"/>
        </w:rPr>
        <w:t>　　1、督促做好第五期共7幢对讲机故障检修。</w:t>
      </w:r>
      <w:r>
        <w:rPr>
          <w:lang w:eastAsia="zh-CN"/>
        </w:rPr>
        <w:br/>
      </w:r>
      <w:r>
        <w:rPr>
          <w:lang w:eastAsia="zh-CN"/>
        </w:rPr>
        <w:t>　　2、督促做好第一期、第二期部分楼梯个别部位的朽木处理，维护物业的完好。</w:t>
      </w:r>
      <w:r>
        <w:rPr>
          <w:lang w:eastAsia="zh-CN"/>
        </w:rPr>
        <w:br/>
      </w:r>
      <w:r>
        <w:rPr>
          <w:lang w:eastAsia="zh-CN"/>
        </w:rPr>
        <w:t>　　3、对第三期部分摩托车不配合管理工作进行加强，发挥标识识别作用，强化凭办理租(车间工作计划)赁手续方可停放，加强收费工作。</w:t>
      </w:r>
      <w:r>
        <w:rPr>
          <w:lang w:eastAsia="zh-CN"/>
        </w:rPr>
        <w:br/>
      </w:r>
      <w:r>
        <w:rPr>
          <w:lang w:eastAsia="zh-CN"/>
        </w:rPr>
        <w:t>　　4、加强第四、五期摩托车租赁办理管理工作，杜绝各种长期免费停车现象，维护秩序正常。</w:t>
      </w:r>
      <w:r>
        <w:rPr>
          <w:lang w:eastAsia="zh-CN"/>
        </w:rPr>
        <w:br/>
      </w:r>
      <w:r>
        <w:rPr>
          <w:lang w:eastAsia="zh-CN"/>
        </w:rPr>
        <w:t>　　5、督促全面检测该项目红外报警系统情况，找出问题所在，并做好相应改善，确保系统的灵敏度和正常运行。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6、对个别业主在私家花园内乱搭乱建的屋棚动员拆除，以免影响整体观容。</w:t>
      </w:r>
      <w:r>
        <w:rPr>
          <w:lang w:eastAsia="zh-CN"/>
        </w:rPr>
        <w:br/>
      </w:r>
      <w:r>
        <w:rPr>
          <w:lang w:eastAsia="zh-CN"/>
        </w:rPr>
        <w:t>　　7、督促完善该项目小区商铺的资料管理。</w:t>
      </w:r>
      <w:r>
        <w:rPr>
          <w:lang w:eastAsia="zh-CN"/>
        </w:rPr>
        <w:br/>
      </w:r>
      <w:r>
        <w:rPr>
          <w:lang w:eastAsia="zh-CN"/>
        </w:rPr>
        <w:t>　　8、与财务协调，及时做好坏帐处理。</w:t>
      </w:r>
      <w:r>
        <w:rPr>
          <w:lang w:eastAsia="zh-CN"/>
        </w:rPr>
        <w:br/>
      </w:r>
      <w:r>
        <w:rPr>
          <w:lang w:eastAsia="zh-CN"/>
        </w:rPr>
        <w:t>　　五、其它事项</w:t>
      </w:r>
      <w:r>
        <w:rPr>
          <w:lang w:eastAsia="zh-CN"/>
        </w:rPr>
        <w:br/>
      </w:r>
      <w:r>
        <w:rPr>
          <w:lang w:eastAsia="zh-CN"/>
        </w:rPr>
        <w:t>　　1、协调相关部门完成好各项工作任务。</w:t>
      </w:r>
      <w:r>
        <w:rPr>
          <w:lang w:eastAsia="zh-CN"/>
        </w:rPr>
        <w:br/>
      </w:r>
      <w:r>
        <w:rPr>
          <w:lang w:eastAsia="zh-CN"/>
        </w:rPr>
        <w:t>　　2、__招商登记等工作配合。</w:t>
      </w:r>
      <w:r>
        <w:rPr>
          <w:lang w:eastAsia="zh-CN"/>
        </w:rPr>
        <w:br/>
      </w:r>
      <w:r>
        <w:rPr>
          <w:lang w:eastAsia="zh-CN"/>
        </w:rPr>
        <w:t>　　3、按公司要求开展各项日常工作。</w:t>
      </w:r>
      <w:r>
        <w:rPr>
          <w:lang w:eastAsia="zh-CN"/>
        </w:rPr>
        <w:br/>
      </w:r>
      <w:r>
        <w:rPr>
          <w:lang w:eastAsia="zh-CN"/>
        </w:rPr>
        <w:t>　　以上计划，也许会存在着不足和瑕疵之处，敬请上级领导审核指示，我好改正不足。</w:t>
      </w:r>
      <w:r>
        <w:rPr>
          <w:lang w:eastAsia="zh-CN"/>
        </w:rPr>
        <w:br/>
      </w:r>
      <w:r>
        <w:rPr>
          <w:lang w:eastAsia="zh-CN"/>
        </w:rPr>
        <w:t>　　物业管理很重要，这是早就下了定论的了，我们必须要时刻把小区居民的生活质量提高上去，他们买了我们下去的房子，就应该受到更好的服务。做到小区卫生一尘不染。做到小区没有任何安全事故发生，做到小区不会有任何的偷盗事件发生，那就是我们最应该做的后勤保障工作。</w:t>
      </w:r>
      <w:r>
        <w:rPr>
          <w:lang w:eastAsia="zh-CN"/>
        </w:rPr>
        <w:br/>
      </w:r>
      <w:r>
        <w:rPr>
          <w:lang w:eastAsia="zh-CN"/>
        </w:rPr>
        <w:t xml:space="preserve">    2024年度工作计划个人 篇9 </w:t>
      </w:r>
      <w:r>
        <w:rPr>
          <w:lang w:eastAsia="zh-CN"/>
        </w:rPr>
        <w:br/>
      </w:r>
      <w:r>
        <w:rPr>
          <w:lang w:eastAsia="zh-CN"/>
        </w:rPr>
        <w:t>　　为确保各项工作顺利进行，达到预期的目的，现制定本下半年工作计划，以便按部就班地进行，及取得业主方、施工单位等方面的配合、支持。</w:t>
      </w:r>
      <w:r>
        <w:rPr>
          <w:lang w:eastAsia="zh-CN"/>
        </w:rPr>
        <w:br/>
      </w:r>
      <w:r>
        <w:rPr>
          <w:lang w:eastAsia="zh-CN"/>
        </w:rPr>
        <w:t>　　一、随时掌握各有关部门情况，包括手续办理、施工准备等。监理进场前每天有人到工地至少一次。</w:t>
      </w:r>
      <w:r>
        <w:rPr>
          <w:lang w:eastAsia="zh-CN"/>
        </w:rPr>
        <w:br/>
      </w:r>
      <w:r>
        <w:rPr>
          <w:lang w:eastAsia="zh-CN"/>
        </w:rPr>
        <w:t>　　二、组建项目监理部，确定人选，包括业主方派出的协助监理人员。明确岗位、职责，进行授权，岗前培训。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三、提交业主方应提交给监理方的资料目录给业主方。</w:t>
      </w:r>
      <w:r>
        <w:rPr>
          <w:lang w:eastAsia="zh-CN"/>
        </w:rPr>
        <w:br/>
      </w:r>
      <w:r>
        <w:rPr>
          <w:lang w:eastAsia="zh-CN"/>
        </w:rPr>
        <w:t>　　四、由业主方召集召开各有关单位人员的首次见面协调会，包括设计单位、总承包、指定分包单位、监理公司等。会议主要内容：</w:t>
      </w:r>
      <w:r>
        <w:rPr>
          <w:lang w:eastAsia="zh-CN"/>
        </w:rPr>
        <w:br/>
      </w:r>
      <w:r>
        <w:rPr>
          <w:lang w:eastAsia="zh-CN"/>
        </w:rPr>
        <w:t>　　五、协助业主与承建商签定施工承包合同。</w:t>
      </w:r>
      <w:r>
        <w:rPr>
          <w:lang w:eastAsia="zh-CN"/>
        </w:rPr>
        <w:br/>
      </w:r>
      <w:r>
        <w:rPr>
          <w:lang w:eastAsia="zh-CN"/>
        </w:rPr>
        <w:t>　　六、跟进各项报建工作的进展情况(扩初审查、规划报建、防雷报建等)，办理监理报建手续。</w:t>
      </w:r>
      <w:r>
        <w:rPr>
          <w:lang w:eastAsia="zh-CN"/>
        </w:rPr>
        <w:br/>
      </w:r>
      <w:r>
        <w:rPr>
          <w:lang w:eastAsia="zh-CN"/>
        </w:rPr>
        <w:t>　　七、提交监理规划、监理细则给业主方及施工单位。</w:t>
      </w:r>
      <w:r>
        <w:rPr>
          <w:lang w:eastAsia="zh-CN"/>
        </w:rPr>
        <w:br/>
      </w:r>
      <w:r>
        <w:rPr>
          <w:lang w:eastAsia="zh-CN"/>
        </w:rPr>
        <w:t>　　八、向施工单位索取施工组织设计及方案、施工进度计划、材料机具进场计划，进行审查、审批。</w:t>
      </w:r>
      <w:r>
        <w:rPr>
          <w:lang w:eastAsia="zh-CN"/>
        </w:rPr>
        <w:br/>
      </w:r>
      <w:r>
        <w:rPr>
          <w:lang w:eastAsia="zh-CN"/>
        </w:rPr>
        <w:t>　　九、监督材料机具的进场情况。对进场材料进行外观检查、合格证、认证书等资料检查，进行见证取样、送检。</w:t>
      </w:r>
      <w:r>
        <w:rPr>
          <w:lang w:eastAsia="zh-CN"/>
        </w:rPr>
        <w:br/>
      </w:r>
      <w:r>
        <w:rPr>
          <w:lang w:eastAsia="zh-CN"/>
        </w:rPr>
        <w:t>　　十、监督现场布置情况(工棚搭设、材料堆放等、水电管线敷设、电箱、消防水池、灭火器、标志牌、现场宣传公告栏设置，特别强调设置洗车槽，砂、石堆放场地必须硬底化、分隔，生活用电必须使用36V安全电压)。</w:t>
      </w:r>
      <w:r>
        <w:rPr>
          <w:lang w:eastAsia="zh-CN"/>
        </w:rPr>
        <w:br/>
      </w:r>
      <w:r>
        <w:rPr>
          <w:lang w:eastAsia="zh-CN"/>
        </w:rPr>
        <w:t>　　十一、督促施工单位办理有关报建手续(施工报建、安监报建、特殊工序施工报建等)。</w:t>
      </w:r>
      <w:r>
        <w:rPr>
          <w:lang w:eastAsia="zh-CN"/>
        </w:rPr>
        <w:br/>
      </w:r>
      <w:r>
        <w:rPr>
          <w:lang w:eastAsia="zh-CN"/>
        </w:rPr>
        <w:t>　　十二、督促施工单位委托试验室做混凝土配合比设计，监督施工单位根据初步配合比设计报告进行现场试配，磅秤设置，装料秤量，斗车标记。</w:t>
      </w:r>
      <w:r>
        <w:rPr>
          <w:lang w:eastAsia="zh-CN"/>
        </w:rPr>
        <w:br/>
      </w:r>
      <w:r>
        <w:rPr>
          <w:lang w:eastAsia="zh-CN"/>
        </w:rPr>
        <w:t>　　十三、熟悉图纸，组织进行设计交底、图纸会审，整理记录。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十四、约请规划部门放线，设置控制桩，确定引用水准点，设置现场水准点(用于标高控制和沉降观测)。</w:t>
      </w:r>
      <w:r>
        <w:rPr>
          <w:lang w:eastAsia="zh-CN"/>
        </w:rPr>
        <w:br/>
      </w:r>
      <w:r>
        <w:rPr>
          <w:lang w:eastAsia="zh-CN"/>
        </w:rPr>
        <w:t>　　十五、复核单体放线及桩位。</w:t>
      </w:r>
      <w:r>
        <w:rPr>
          <w:lang w:eastAsia="zh-CN"/>
        </w:rPr>
        <w:br/>
      </w:r>
      <w:r>
        <w:rPr>
          <w:lang w:eastAsia="zh-CN"/>
        </w:rPr>
        <w:t>　　十六、分包单位(桩队)及人员资质审查。</w:t>
      </w:r>
      <w:r>
        <w:rPr>
          <w:lang w:eastAsia="zh-CN"/>
        </w:rPr>
        <w:br/>
      </w:r>
      <w:r>
        <w:rPr>
          <w:lang w:eastAsia="zh-CN"/>
        </w:rPr>
        <w:t>　　十七、要求桩队对单体轴线及桩位进行复核，以免发生质量纠纷。</w:t>
      </w:r>
      <w:r>
        <w:rPr>
          <w:lang w:eastAsia="zh-CN"/>
        </w:rPr>
        <w:br/>
      </w:r>
      <w:r>
        <w:rPr>
          <w:lang w:eastAsia="zh-CN"/>
        </w:rPr>
        <w:t>　　十八、督促、参与施工技术交底(打桩工程)。</w:t>
      </w:r>
      <w:r>
        <w:rPr>
          <w:lang w:eastAsia="zh-CN"/>
        </w:rPr>
        <w:br/>
      </w:r>
      <w:r>
        <w:rPr>
          <w:lang w:eastAsia="zh-CN"/>
        </w:rPr>
        <w:t>　　十九、要求桩队提供桩尖样品、桩身焊接样品，由设计、业主方、监理方、施工单位共同认可后作为质量样板，用于对比检查。</w:t>
      </w:r>
      <w:r>
        <w:rPr>
          <w:lang w:eastAsia="zh-CN"/>
        </w:rPr>
        <w:br/>
      </w:r>
      <w:r>
        <w:rPr>
          <w:lang w:eastAsia="zh-CN"/>
        </w:rPr>
        <w:t>　　二十、审批开工报告、工序开工报告。</w:t>
      </w:r>
      <w:r>
        <w:rPr>
          <w:lang w:eastAsia="zh-CN"/>
        </w:rPr>
        <w:br/>
      </w:r>
      <w:r>
        <w:rPr>
          <w:lang w:eastAsia="zh-CN"/>
        </w:rPr>
        <w:t>　　二十一、约请设计、质监站等有关单位进行试打桩(提前三天通知)。</w:t>
      </w:r>
      <w:r>
        <w:rPr>
          <w:lang w:eastAsia="zh-CN"/>
        </w:rPr>
        <w:br/>
      </w:r>
      <w:r>
        <w:rPr>
          <w:lang w:eastAsia="zh-CN"/>
        </w:rPr>
        <w:t xml:space="preserve">    2024年度工作计划个人 篇10 </w:t>
      </w:r>
      <w:r>
        <w:rPr>
          <w:lang w:eastAsia="zh-CN"/>
        </w:rPr>
        <w:br/>
      </w:r>
      <w:r>
        <w:rPr>
          <w:lang w:eastAsia="zh-CN"/>
        </w:rPr>
        <w:t>　　20__年是实施党的提出的目标任务的开局之年。如何起好步、开好局?我村把学习宣传和贯彻落实好精神，作为行动指南。同时，也学习且深刻领会了近期召开的中央农村工作会议精神，为我们农村党员干部做好“三农”服务，更具有指导性、针对性和可操作性。下面，结合宝山村实际，简单地报告我村20__年工作打算。</w:t>
      </w:r>
      <w:r>
        <w:rPr>
          <w:lang w:eastAsia="zh-CN"/>
        </w:rPr>
        <w:br/>
      </w:r>
      <w:r>
        <w:rPr>
          <w:lang w:eastAsia="zh-CN"/>
        </w:rPr>
        <w:t>　　一是、常规农业保面积增产量。水稻种植1200亩，棉花种植1300亩，油菜种植1100亩。因势利导做好土地向联户或大户流转，逐步实现农业规模化、机械化。同时，做好从农业解脱出来的剩余劳动力，到城镇就业，到企业打工。为企业招工牵线搭桥，为村民就业搞好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是、特色农业上规模抓示范。我村葡萄种植大户只有陈德松一户，蔬菜大棚种植大户只有三户，蛋鸡养殖大户只有四户。近年来，这些大户的农产品供不应求。大户是产业调整的龙头，要发挥龙头带动作用，使种养特色产业辐射左邻右舍。组织好村民科技培训和产业调整。</w:t>
      </w:r>
      <w:r>
        <w:rPr>
          <w:lang w:eastAsia="zh-CN"/>
        </w:rPr>
        <w:br/>
      </w:r>
      <w:r>
        <w:rPr>
          <w:lang w:eastAsia="zh-CN"/>
        </w:rPr>
        <w:t>　　三是、维护稳定促和谐优环境。稳定是硬功夫，稳定是发展的基础。我村在新的一年里，继续做好各类矛盾纠纷调处和安全隐患排查，领导重视、组织成立、网络覆盖、重在预防。对重点对象和敏感时节，要加强防控密度和力度，把“三防”和杜绝“两违”实行分片包干，职责明确。</w:t>
      </w:r>
      <w:r>
        <w:rPr>
          <w:lang w:eastAsia="zh-CN"/>
        </w:rPr>
        <w:br/>
      </w:r>
      <w:r>
        <w:rPr>
          <w:lang w:eastAsia="zh-CN"/>
        </w:rPr>
        <w:t>　　四是、惠农服务解民困帮民需。搞好农作物种植面积摸底上报，为良种粮补提供真实准确的发放依据。不厌其烦做好新农保政策宣传和资金收缴，不厌其烦做好新农合资金收缴，力争村民参保率、参合率分别达到60%、96%。搞好农户危房改造摸底和申报，为十三组、七组的组级公路硬化争取立项，早日施工。</w:t>
      </w:r>
      <w:r>
        <w:rPr>
          <w:lang w:eastAsia="zh-CN"/>
        </w:rPr>
        <w:br/>
      </w:r>
      <w:r>
        <w:rPr>
          <w:lang w:eastAsia="zh-CN"/>
        </w:rPr>
        <w:t>　　五是、旅游开发拓项目增亮点。我村干部要提高旅游开发的思想认识：旅游开发，就是保护生态，优化环境。旅游开发要进一步与新农村建设、清洁工程和环境整治结合起来，相互促进，共同发展。旅游开发，就是从事积极的生态文明建设。因此，要协助景点老板打造新景点，积极搞好观光农业和服务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总之，我们宝山村在镇党委、镇政府的亲切关怀和大力支持下，在村支部的直接领导下以及在上级有关部门的配合和援助下，决心扎实工作、努力拼搏、锐意进取，为实现村民对幸福生活和美好未来的新期待而奋斗!</w:t>
      </w:r>
      <w:r>
        <w:rPr>
          <w:lang w:eastAsia="zh-CN"/>
        </w:rPr>
        <w:br/>
      </w:r>
      <w:r>
        <w:rPr>
          <w:lang w:eastAsia="zh-CN"/>
        </w:rPr>
        <w:t xml:space="preserve">    2024年度工作计划个人 篇11 </w:t>
      </w:r>
      <w:r>
        <w:rPr>
          <w:lang w:eastAsia="zh-CN"/>
        </w:rPr>
        <w:br/>
      </w:r>
      <w:r>
        <w:rPr>
          <w:lang w:eastAsia="zh-CN"/>
        </w:rPr>
        <w:t>　　围绕学校本学期的工作计划，结合我校的设备条件和师生的实际情况，以网络资源建设为抓手，充分发挥现有电教软件、硬件的作用，努力建设现代化的师资队伍，切实提高我校应用现代信息技术教育教学，实现新的跨越。</w:t>
      </w:r>
      <w:r>
        <w:rPr>
          <w:lang w:eastAsia="zh-CN"/>
        </w:rPr>
        <w:br/>
      </w:r>
      <w:r>
        <w:rPr>
          <w:lang w:eastAsia="zh-CN"/>
        </w:rPr>
        <w:t>　　一、工作目标</w:t>
      </w:r>
      <w:r>
        <w:rPr>
          <w:lang w:eastAsia="zh-CN"/>
        </w:rPr>
        <w:br/>
      </w:r>
      <w:r>
        <w:rPr>
          <w:lang w:eastAsia="zh-CN"/>
        </w:rPr>
        <w:t>　　1、加大校园网络建设。完善校园网平台建设，强化网络应用。</w:t>
      </w:r>
      <w:r>
        <w:rPr>
          <w:lang w:eastAsia="zh-CN"/>
        </w:rPr>
        <w:br/>
      </w:r>
      <w:r>
        <w:rPr>
          <w:lang w:eastAsia="zh-CN"/>
        </w:rPr>
        <w:t>　　2、加强对信息技术课程的教学管理。要求信息技术教师积极探索构建探究型的教学结构，更新教育模式和方法，培养学生对信息技术的兴趣，培养学生良好的信息素养。</w:t>
      </w:r>
      <w:r>
        <w:rPr>
          <w:lang w:eastAsia="zh-CN"/>
        </w:rPr>
        <w:br/>
      </w:r>
      <w:r>
        <w:rPr>
          <w:lang w:eastAsia="zh-CN"/>
        </w:rPr>
        <w:t>　　3、完善各班级电教设备、多媒体教室使用的管理制度，健全各项电教记录，如教师使用多媒体记录等。提高电教设备的利用率，优化课堂教学。</w:t>
      </w:r>
      <w:r>
        <w:rPr>
          <w:lang w:eastAsia="zh-CN"/>
        </w:rPr>
        <w:br/>
      </w:r>
      <w:r>
        <w:rPr>
          <w:lang w:eastAsia="zh-CN"/>
        </w:rPr>
        <w:t>　　4、进一步抓好电教常规培训，本学期以校园网平台建设和网站上传资料等为主要内容，提高教师电教运用，使网络真正成为学校教育教学的助手。</w:t>
      </w:r>
      <w:r>
        <w:rPr>
          <w:lang w:eastAsia="zh-CN"/>
        </w:rPr>
        <w:br/>
      </w:r>
      <w:r>
        <w:rPr>
          <w:lang w:eastAsia="zh-CN"/>
        </w:rPr>
        <w:t>　　5、积极推动信息技术与学科教学的整合，公开课要尽量上多媒体课，提高全体教师信息技术与学科整合的能力，促使大部分教师都能将信息技术应用到教学改革中去，推动新课程改革的进程。</w:t>
      </w:r>
      <w:r>
        <w:rPr>
          <w:lang w:eastAsia="zh-CN"/>
        </w:rPr>
        <w:br/>
      </w:r>
      <w:r>
        <w:rPr>
          <w:lang w:eastAsia="zh-CN"/>
        </w:rPr>
        <w:t>　　加强常规工作的管理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订好初期的工作计划和期末的工作总结，电教人员在学期初和学期末做好电教软硬件的整理、检查、发放和收回的登记工作，确保教学的正常使用。积极准时参加每次的教研活动和会议，及时传达有关精神。能组织学校教师积极参加各级各类的研讨、培训或评优活动。</w:t>
      </w:r>
      <w:r>
        <w:rPr>
          <w:lang w:eastAsia="zh-CN"/>
        </w:rPr>
        <w:br/>
      </w:r>
      <w:r>
        <w:rPr>
          <w:lang w:eastAsia="zh-CN"/>
        </w:rPr>
        <w:t>　　二、具体工作</w:t>
      </w:r>
      <w:r>
        <w:rPr>
          <w:lang w:eastAsia="zh-CN"/>
        </w:rPr>
        <w:br/>
      </w:r>
      <w:r>
        <w:rPr>
          <w:lang w:eastAsia="zh-CN"/>
        </w:rPr>
        <w:t>　　九月份：</w:t>
      </w:r>
      <w:r>
        <w:rPr>
          <w:lang w:eastAsia="zh-CN"/>
        </w:rPr>
        <w:br/>
      </w:r>
      <w:r>
        <w:rPr>
          <w:lang w:eastAsia="zh-CN"/>
        </w:rPr>
        <w:t>　　1、开学初各班电教管理员培训;</w:t>
      </w:r>
      <w:r>
        <w:rPr>
          <w:lang w:eastAsia="zh-CN"/>
        </w:rPr>
        <w:br/>
      </w:r>
      <w:r>
        <w:rPr>
          <w:lang w:eastAsia="zh-CN"/>
        </w:rPr>
        <w:t>　　2、制订20_-20_学年第一学期电教工作计划;</w:t>
      </w:r>
      <w:r>
        <w:rPr>
          <w:lang w:eastAsia="zh-CN"/>
        </w:rPr>
        <w:br/>
      </w:r>
      <w:r>
        <w:rPr>
          <w:lang w:eastAsia="zh-CN"/>
        </w:rPr>
        <w:t>　　3、制作学校各项统计记录、表册;</w:t>
      </w:r>
      <w:r>
        <w:rPr>
          <w:lang w:eastAsia="zh-CN"/>
        </w:rPr>
        <w:br/>
      </w:r>
      <w:r>
        <w:rPr>
          <w:lang w:eastAsia="zh-CN"/>
        </w:rPr>
        <w:t>　　4、对校园ip地址重新划分。</w:t>
      </w:r>
      <w:r>
        <w:rPr>
          <w:lang w:eastAsia="zh-CN"/>
        </w:rPr>
        <w:br/>
      </w:r>
      <w:r>
        <w:rPr>
          <w:lang w:eastAsia="zh-CN"/>
        </w:rPr>
        <w:t>　　十月份：</w:t>
      </w:r>
      <w:r>
        <w:rPr>
          <w:lang w:eastAsia="zh-CN"/>
        </w:rPr>
        <w:br/>
      </w:r>
      <w:r>
        <w:rPr>
          <w:lang w:eastAsia="zh-CN"/>
        </w:rPr>
        <w:t>　　1、完善校园网平台构建;</w:t>
      </w:r>
      <w:r>
        <w:rPr>
          <w:lang w:eastAsia="zh-CN"/>
        </w:rPr>
        <w:br/>
      </w:r>
      <w:r>
        <w:rPr>
          <w:lang w:eastAsia="zh-CN"/>
        </w:rPr>
        <w:t>　　2、教师信息技术应用大赛;</w:t>
      </w:r>
      <w:r>
        <w:rPr>
          <w:lang w:eastAsia="zh-CN"/>
        </w:rPr>
        <w:br/>
      </w:r>
      <w:r>
        <w:rPr>
          <w:lang w:eastAsia="zh-CN"/>
        </w:rPr>
        <w:t>　　3、更新校园网站;</w:t>
      </w:r>
      <w:r>
        <w:rPr>
          <w:lang w:eastAsia="zh-CN"/>
        </w:rPr>
        <w:br/>
      </w:r>
      <w:r>
        <w:rPr>
          <w:lang w:eastAsia="zh-CN"/>
        </w:rPr>
        <w:t>　　十一月份：</w:t>
      </w:r>
      <w:r>
        <w:rPr>
          <w:lang w:eastAsia="zh-CN"/>
        </w:rPr>
        <w:br/>
      </w:r>
      <w:r>
        <w:rPr>
          <w:lang w:eastAsia="zh-CN"/>
        </w:rPr>
        <w:t>　　1、组织教师参加信息技术校本培训;</w:t>
      </w:r>
      <w:r>
        <w:rPr>
          <w:lang w:eastAsia="zh-CN"/>
        </w:rPr>
        <w:br/>
      </w:r>
      <w:r>
        <w:rPr>
          <w:lang w:eastAsia="zh-CN"/>
        </w:rPr>
        <w:t>　　2、校园网平台投入应用;</w:t>
      </w:r>
      <w:r>
        <w:rPr>
          <w:lang w:eastAsia="zh-CN"/>
        </w:rPr>
        <w:br/>
      </w:r>
      <w:r>
        <w:rPr>
          <w:lang w:eastAsia="zh-CN"/>
        </w:rPr>
        <w:t>　　3、更新校园网站。</w:t>
      </w:r>
      <w:r>
        <w:rPr>
          <w:lang w:eastAsia="zh-CN"/>
        </w:rPr>
        <w:br/>
      </w:r>
      <w:r>
        <w:rPr>
          <w:lang w:eastAsia="zh-CN"/>
        </w:rPr>
        <w:t>　　十二月份：</w:t>
      </w:r>
      <w:r>
        <w:rPr>
          <w:lang w:eastAsia="zh-CN"/>
        </w:rPr>
        <w:br/>
      </w:r>
      <w:r>
        <w:rPr>
          <w:lang w:eastAsia="zh-CN"/>
        </w:rPr>
        <w:t>　　1、组织教师参加信息技术的校本培训;</w:t>
      </w:r>
      <w:r>
        <w:rPr>
          <w:lang w:eastAsia="zh-CN"/>
        </w:rPr>
        <w:br/>
      </w:r>
      <w:r>
        <w:rPr>
          <w:lang w:eastAsia="zh-CN"/>
        </w:rPr>
        <w:t>　　2、检查电教设备维修工作，教师电教使用情况;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3、更新校园网站。</w:t>
      </w:r>
      <w:r>
        <w:rPr>
          <w:lang w:eastAsia="zh-CN"/>
        </w:rPr>
        <w:br/>
      </w:r>
      <w:r>
        <w:rPr>
          <w:lang w:eastAsia="zh-CN"/>
        </w:rPr>
        <w:t>　　一月份：</w:t>
      </w:r>
      <w:r>
        <w:rPr>
          <w:lang w:eastAsia="zh-CN"/>
        </w:rPr>
        <w:br/>
      </w:r>
      <w:r>
        <w:rPr>
          <w:lang w:eastAsia="zh-CN"/>
        </w:rPr>
        <w:t>　　1、更新校园网站;</w:t>
      </w:r>
      <w:r>
        <w:rPr>
          <w:lang w:eastAsia="zh-CN"/>
        </w:rPr>
        <w:br/>
      </w:r>
      <w:r>
        <w:rPr>
          <w:lang w:eastAsia="zh-CN"/>
        </w:rPr>
        <w:t>　　2、检查学校的电教管理情况，电教资料登记薄、借阅记录、电教管理员规则，进行检查。</w:t>
      </w:r>
      <w:r>
        <w:rPr>
          <w:lang w:eastAsia="zh-CN"/>
        </w:rPr>
        <w:br/>
      </w:r>
      <w:r>
        <w:rPr>
          <w:lang w:eastAsia="zh-CN"/>
        </w:rPr>
        <w:t>　　3、撰写本学期电教工作总结</w:t>
      </w:r>
      <w:r>
        <w:rPr>
          <w:lang w:eastAsia="zh-CN"/>
        </w:rPr>
        <w:br/>
      </w:r>
      <w:r>
        <w:rPr>
          <w:lang w:eastAsia="zh-CN"/>
        </w:rPr>
        <w:t xml:space="preserve">    2024年度工作计划个人 篇12 </w:t>
      </w:r>
      <w:r>
        <w:rPr>
          <w:lang w:eastAsia="zh-CN"/>
        </w:rPr>
        <w:br/>
      </w:r>
      <w:r>
        <w:rPr>
          <w:lang w:eastAsia="zh-CN"/>
        </w:rPr>
        <w:t>　　为了能把本班建成具有“团结、活泼、严谨、求学”的班风，把学生培养成有理想、有道德、有文化、有纪律的一代新人，做一位合格的社会主义建设者和接班人。特制定班级工作计划：</w:t>
      </w:r>
      <w:r>
        <w:rPr>
          <w:lang w:eastAsia="zh-CN"/>
        </w:rPr>
        <w:br/>
      </w:r>
      <w:r>
        <w:rPr>
          <w:lang w:eastAsia="zh-CN"/>
        </w:rPr>
        <w:t>　　一、本班基本情况：</w:t>
      </w:r>
      <w:r>
        <w:rPr>
          <w:lang w:eastAsia="zh-CN"/>
        </w:rPr>
        <w:br/>
      </w:r>
      <w:r>
        <w:rPr>
          <w:lang w:eastAsia="zh-CN"/>
        </w:rPr>
        <w:t>　　由于本班是中途编班，主要是以一班和四班为主，我又是才接任班主任，从上期表现来看，总体很差，纪律松散、班风不正，学习氛围不浓厚，个别同学基础太差，学习目的不明确。从本期开学初的学情观察来看，由于进行了大量的思想工作，绝大部分同学纪律观念增强，学习态度有转变，有一部分同学对前途有一定的信心，整个全班应该有活力，是一个有很大可塑性的集体。</w:t>
      </w:r>
      <w:r>
        <w:rPr>
          <w:lang w:eastAsia="zh-CN"/>
        </w:rPr>
        <w:br/>
      </w:r>
      <w:r>
        <w:rPr>
          <w:lang w:eastAsia="zh-CN"/>
        </w:rPr>
        <w:t>　　二、本学期基本工作要点</w:t>
      </w:r>
      <w:r>
        <w:rPr>
          <w:lang w:eastAsia="zh-CN"/>
        </w:rPr>
        <w:br/>
      </w:r>
      <w:r>
        <w:rPr>
          <w:lang w:eastAsia="zh-CN"/>
        </w:rPr>
        <w:t>　　1、确立班级体的奋斗目标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班级体的共同奋斗目标，是班集体的理想和前进的方向，班集体如果没有共同追求的奋斗目标，就会推动前进的动力。所以，一个良好的班集体应该有一个集体的奋斗目标，这个目标是远期、中期、近期目标的结合，逐步实现目标的过程会产生梯次激励效应，形成强大的班级凝聚力。作为班级组织者的班主任应结合本班学生思想、学习、生活实际，制定出本班的奋斗目标。在实现班集体奋斗目标的过程中，要充分发挥集体每个成员的积极性，使实现目标的过程成为教育与自我教育的过程，每一集体目标的实现，都是全体成员共同努力的结果，要让他们分享集体的欢乐和幸福，从而形成集体的荣誉感和责任感。</w:t>
      </w:r>
      <w:r>
        <w:rPr>
          <w:lang w:eastAsia="zh-CN"/>
        </w:rPr>
        <w:br/>
      </w:r>
      <w:r>
        <w:rPr>
          <w:lang w:eastAsia="zh-CN"/>
        </w:rPr>
        <w:t>　　2、在学生中培养竞争意识，有“你追我赶”的比学风格;</w:t>
      </w:r>
      <w:r>
        <w:rPr>
          <w:lang w:eastAsia="zh-CN"/>
        </w:rPr>
        <w:br/>
      </w:r>
      <w:r>
        <w:rPr>
          <w:lang w:eastAsia="zh-CN"/>
        </w:rPr>
        <w:t>　　1)通过各种方式，端正学生的学习动机和态度，指导他们掌握科学的学习方法和良好的学习习惯。</w:t>
      </w:r>
      <w:r>
        <w:rPr>
          <w:lang w:eastAsia="zh-CN"/>
        </w:rPr>
        <w:br/>
      </w:r>
      <w:r>
        <w:rPr>
          <w:lang w:eastAsia="zh-CN"/>
        </w:rPr>
        <w:t>　　2)指导本班学生的课外阅读，组织和举行读书会，培养他们良好的文化底蕴。</w:t>
      </w:r>
      <w:r>
        <w:rPr>
          <w:lang w:eastAsia="zh-CN"/>
        </w:rPr>
        <w:br/>
      </w:r>
      <w:r>
        <w:rPr>
          <w:lang w:eastAsia="zh-CN"/>
        </w:rPr>
        <w:t>　　3)经常与各学科的任课教师进行沟通，了解学情，做好协调工作。</w:t>
      </w:r>
      <w:r>
        <w:rPr>
          <w:lang w:eastAsia="zh-CN"/>
        </w:rPr>
        <w:br/>
      </w:r>
      <w:r>
        <w:rPr>
          <w:lang w:eastAsia="zh-CN"/>
        </w:rPr>
        <w:t>　　3、面对全体学生，要顾全大局，做到抓两头促中间;</w:t>
      </w:r>
      <w:r>
        <w:rPr>
          <w:lang w:eastAsia="zh-CN"/>
        </w:rPr>
        <w:br/>
      </w:r>
      <w:r>
        <w:rPr>
          <w:lang w:eastAsia="zh-CN"/>
        </w:rPr>
        <w:t>　　4、关键要抓好班级的纪律，因为纪律是成绩的保证。制定严明的班规班纪，逐步让全体学生由被管理者变成主动管理者，形成自觉和习惯。要抓好纪律关键在教育好后进生，所以，转化后进生特别是双差生工作显得异常重要;</w:t>
      </w:r>
      <w:r>
        <w:rPr>
          <w:lang w:eastAsia="zh-CN"/>
        </w:rPr>
        <w:br/>
      </w:r>
      <w:r>
        <w:rPr>
          <w:lang w:eastAsia="zh-CN"/>
        </w:rPr>
        <w:t>　　5、成绩、表现好的学生要经常鼓励;精神鼓励和物质鼓励相结合，制定奖励方案，既要肯定成绩，也要不断督促，使他们不断取得进步;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6、力争做好每位学生的思想工作，使他们提高认识，不断上进。在工作中要有创意，要有个案，重点突出。</w:t>
      </w:r>
      <w:r>
        <w:rPr>
          <w:lang w:eastAsia="zh-CN"/>
        </w:rPr>
        <w:br/>
      </w:r>
      <w:r>
        <w:rPr>
          <w:lang w:eastAsia="zh-CN"/>
        </w:rPr>
        <w:t>　　7、积极参加学校组织的各项活动，并且本班要尽可能开展符合本班特点的活动，使学生在活动中受到教育。</w:t>
      </w:r>
      <w:r>
        <w:rPr>
          <w:lang w:eastAsia="zh-CN"/>
        </w:rPr>
        <w:br/>
      </w:r>
      <w:r>
        <w:rPr>
          <w:lang w:eastAsia="zh-CN"/>
        </w:rPr>
        <w:t>　　8、健全班委会和团支部，制定职责，明确分工，不断对干部进行培养，提高他们的执行力，制定团支部对班委考核评价制度，促使干部队伍健康成长。</w:t>
      </w:r>
      <w:r>
        <w:rPr>
          <w:lang w:eastAsia="zh-CN"/>
        </w:rPr>
        <w:br/>
      </w:r>
      <w:r>
        <w:rPr>
          <w:lang w:eastAsia="zh-CN"/>
        </w:rPr>
        <w:t>　　三、具体措施</w:t>
      </w:r>
      <w:r>
        <w:rPr>
          <w:lang w:eastAsia="zh-CN"/>
        </w:rPr>
        <w:br/>
      </w:r>
      <w:r>
        <w:rPr>
          <w:lang w:eastAsia="zh-CN"/>
        </w:rPr>
        <w:t>　　1、充分利用班会向学生进行思想教育。</w:t>
      </w:r>
      <w:r>
        <w:rPr>
          <w:lang w:eastAsia="zh-CN"/>
        </w:rPr>
        <w:br/>
      </w:r>
      <w:r>
        <w:rPr>
          <w:lang w:eastAsia="zh-CN"/>
        </w:rPr>
        <w:t>　　2、发挥干部的作用，师生共同管理班级。</w:t>
      </w:r>
      <w:r>
        <w:rPr>
          <w:lang w:eastAsia="zh-CN"/>
        </w:rPr>
        <w:br/>
      </w:r>
      <w:r>
        <w:rPr>
          <w:lang w:eastAsia="zh-CN"/>
        </w:rPr>
        <w:t>　　一个良好的班集体，必须拥有一批团结在班主任周围的积极分子，组成班集体的核心，有了这个核心，才能带动全班同学去努力实现集体目标。班干部作为班级核心力量，分别负责其它级别的各项工作，如“学习委员负责指导总结科代表的工作”“生活委员负责指导督促值日组长的工作”等。</w:t>
      </w:r>
      <w:r>
        <w:rPr>
          <w:lang w:eastAsia="zh-CN"/>
        </w:rPr>
        <w:br/>
      </w:r>
      <w:r>
        <w:rPr>
          <w:lang w:eastAsia="zh-CN"/>
        </w:rPr>
        <w:t>　　3、充分利用课堂的时间向学生进行教育。</w:t>
      </w:r>
      <w:r>
        <w:rPr>
          <w:lang w:eastAsia="zh-CN"/>
        </w:rPr>
        <w:br/>
      </w:r>
      <w:r>
        <w:rPr>
          <w:lang w:eastAsia="zh-CN"/>
        </w:rPr>
        <w:t>　　4、抓住每一次月考，及时进行总结，指导，鼓励。</w:t>
      </w:r>
      <w:r>
        <w:rPr>
          <w:lang w:eastAsia="zh-CN"/>
        </w:rPr>
        <w:br/>
      </w:r>
      <w:r>
        <w:rPr>
          <w:lang w:eastAsia="zh-CN"/>
        </w:rPr>
        <w:t>　　5、组织好学校的各项活动。</w:t>
      </w:r>
      <w:r>
        <w:rPr>
          <w:lang w:eastAsia="zh-CN"/>
        </w:rPr>
        <w:br/>
      </w:r>
      <w:r>
        <w:rPr>
          <w:lang w:eastAsia="zh-CN"/>
        </w:rPr>
        <w:t>　　6、抓好期末复习，迎接期末考试。</w:t>
      </w:r>
      <w:r>
        <w:rPr>
          <w:lang w:eastAsia="zh-CN"/>
        </w:rPr>
        <w:br/>
      </w:r>
      <w:r>
        <w:rPr>
          <w:lang w:eastAsia="zh-CN"/>
        </w:rPr>
        <w:t xml:space="preserve">    2024年度工作计划个人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“教育教学质量是学校生存与发展的生命线”，在下半年的具体工作中我校将进一步坚持“质量兴校”的办学理念，以课堂教学改革为重心，促使学校各项工作再上新台阶。</w:t>
      </w:r>
      <w:r>
        <w:rPr>
          <w:lang w:eastAsia="zh-CN"/>
        </w:rPr>
        <w:br/>
      </w:r>
      <w:r>
        <w:rPr>
          <w:lang w:eastAsia="zh-CN"/>
        </w:rPr>
        <w:t>　　一、工作思路</w:t>
      </w:r>
      <w:r>
        <w:rPr>
          <w:lang w:eastAsia="zh-CN"/>
        </w:rPr>
        <w:br/>
      </w:r>
      <w:r>
        <w:rPr>
          <w:lang w:eastAsia="zh-CN"/>
        </w:rPr>
        <w:t>　　1、继续推进“校园精致管理提升年”工程，抓实细节管理为学校整体发展服务。</w:t>
      </w:r>
      <w:r>
        <w:rPr>
          <w:lang w:eastAsia="zh-CN"/>
        </w:rPr>
        <w:br/>
      </w:r>
      <w:r>
        <w:rPr>
          <w:lang w:eastAsia="zh-CN"/>
        </w:rPr>
        <w:t>　　2、抓“骨干教师”培养力促成长为“县市名师”。建设一支各科都有骨干教师领队的教育团队为教育教学质量提升做保障。</w:t>
      </w:r>
      <w:r>
        <w:rPr>
          <w:lang w:eastAsia="zh-CN"/>
        </w:rPr>
        <w:br/>
      </w:r>
      <w:r>
        <w:rPr>
          <w:lang w:eastAsia="zh-CN"/>
        </w:rPr>
        <w:t>　　3、多措并举激发师生“内驱力”，构建健康向上、积极进取的校园精神。</w:t>
      </w:r>
      <w:r>
        <w:rPr>
          <w:lang w:eastAsia="zh-CN"/>
        </w:rPr>
        <w:br/>
      </w:r>
      <w:r>
        <w:rPr>
          <w:lang w:eastAsia="zh-CN"/>
        </w:rPr>
        <w:t>　　4、全力以赴抓实“教学质量提升工程”，从校长室到每位教师人人签到“目标责任状”，严格工作考核制度，以评促教。</w:t>
      </w:r>
      <w:r>
        <w:rPr>
          <w:lang w:eastAsia="zh-CN"/>
        </w:rPr>
        <w:br/>
      </w:r>
      <w:r>
        <w:rPr>
          <w:lang w:eastAsia="zh-CN"/>
        </w:rPr>
        <w:t>　　5、继续做好寄宿生“热水热饭”工程，使其成为学校一张亮丽名片。</w:t>
      </w:r>
      <w:r>
        <w:rPr>
          <w:lang w:eastAsia="zh-CN"/>
        </w:rPr>
        <w:br/>
      </w:r>
      <w:r>
        <w:rPr>
          <w:lang w:eastAsia="zh-CN"/>
        </w:rPr>
        <w:t>　　二、工作重点</w:t>
      </w:r>
      <w:r>
        <w:rPr>
          <w:lang w:eastAsia="zh-CN"/>
        </w:rPr>
        <w:br/>
      </w:r>
      <w:r>
        <w:rPr>
          <w:lang w:eastAsia="zh-CN"/>
        </w:rPr>
        <w:t>　　1、唤醒师生心灵，构建良性氛围。</w:t>
      </w:r>
      <w:r>
        <w:rPr>
          <w:lang w:eastAsia="zh-CN"/>
        </w:rPr>
        <w:br/>
      </w:r>
      <w:r>
        <w:rPr>
          <w:lang w:eastAsia="zh-CN"/>
        </w:rPr>
        <w:t>　　学校的发展离不了师生的投入，学校要切实为师生解决工作、学习和生活中的实际问题，不断提高师生的幸福指数，用爱心去唤醒他们内心里追求“发展的冲动”，构建健康向上的良好氛围。</w:t>
      </w:r>
      <w:r>
        <w:rPr>
          <w:lang w:eastAsia="zh-CN"/>
        </w:rPr>
        <w:br/>
      </w:r>
      <w:r>
        <w:rPr>
          <w:lang w:eastAsia="zh-CN"/>
        </w:rPr>
        <w:t>　　2、加强师资培训，切实提高“弱势教师基本功”。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师资队伍建设中，要多一点“雪中送炭”，把笑脸多迎向于弱势教师，多蹲下来和弱势教师说话，多把外出培训、学习的机会提供给他们，多为他们的专业成长搭建成长的平台。对他们课堂教学长期存在的问题进行收集及开展诊治，以便从根本上提高教学水平，为教育质量提供做有力的支撑。</w:t>
      </w:r>
      <w:r>
        <w:rPr>
          <w:lang w:eastAsia="zh-CN"/>
        </w:rPr>
        <w:br/>
      </w:r>
      <w:r>
        <w:rPr>
          <w:lang w:eastAsia="zh-CN"/>
        </w:rPr>
        <w:t>　　3、构建“建构式生态课堂”，追求课堂教学有效性。</w:t>
      </w:r>
      <w:r>
        <w:rPr>
          <w:lang w:eastAsia="zh-CN"/>
        </w:rPr>
        <w:br/>
      </w:r>
      <w:r>
        <w:rPr>
          <w:lang w:eastAsia="zh-CN"/>
        </w:rPr>
        <w:t>　　追求课堂教学有效性，实施“四个有效”工程，即“有效备课、有效教学、有效作业、有效辅导”。让师生共同追求高效，减少低效，增强教学效益。</w:t>
      </w:r>
      <w:r>
        <w:rPr>
          <w:lang w:eastAsia="zh-CN"/>
        </w:rPr>
        <w:br/>
      </w:r>
      <w:r>
        <w:rPr>
          <w:lang w:eastAsia="zh-CN"/>
        </w:rPr>
        <w:t>　　三、工作措施</w:t>
      </w:r>
      <w:r>
        <w:rPr>
          <w:lang w:eastAsia="zh-CN"/>
        </w:rPr>
        <w:br/>
      </w:r>
      <w:r>
        <w:rPr>
          <w:lang w:eastAsia="zh-CN"/>
        </w:rPr>
        <w:t>　　1、深入开展“三风”建设活动，促进校园精神建设。</w:t>
      </w:r>
      <w:r>
        <w:rPr>
          <w:lang w:eastAsia="zh-CN"/>
        </w:rPr>
        <w:br/>
      </w:r>
      <w:r>
        <w:rPr>
          <w:lang w:eastAsia="zh-CN"/>
        </w:rPr>
        <w:t>　　学校将通过系列活动抓教风、促学风、树校风，力求养成“改变滞后面貌，积极拼搏向上”的校园精神。</w:t>
      </w:r>
      <w:r>
        <w:rPr>
          <w:lang w:eastAsia="zh-CN"/>
        </w:rPr>
        <w:br/>
      </w:r>
      <w:r>
        <w:rPr>
          <w:lang w:eastAsia="zh-CN"/>
        </w:rPr>
        <w:t>　　2、创新教学管理工作，使教学工作更加规范化、科学化。</w:t>
      </w:r>
      <w:r>
        <w:rPr>
          <w:lang w:eastAsia="zh-CN"/>
        </w:rPr>
        <w:br/>
      </w:r>
      <w:r>
        <w:rPr>
          <w:lang w:eastAsia="zh-CN"/>
        </w:rPr>
        <w:t>　　切实加强对教学全过程的细致检查与严格监控，通过多赛多评、勤总结多反思等形式，调动教师“个人备课追求细致化、课堂教学追求灵活化、作业设计分层化、单元测试规范化”的工作积极性。</w:t>
      </w:r>
      <w:r>
        <w:rPr>
          <w:lang w:eastAsia="zh-CN"/>
        </w:rPr>
        <w:br/>
      </w:r>
      <w:r>
        <w:rPr>
          <w:lang w:eastAsia="zh-CN"/>
        </w:rPr>
        <w:t>　　3、制度护航，温暖教师内心。</w:t>
      </w:r>
      <w:r>
        <w:rPr>
          <w:lang w:eastAsia="zh-CN"/>
        </w:rPr>
        <w:br/>
      </w:r>
      <w:r>
        <w:rPr>
          <w:lang w:eastAsia="zh-CN"/>
        </w:rPr>
        <w:t>　　严格落实“末尾淘汰”、“优绩多得”的工作管理办法，摒弃形式主义，讲求实效，使教学常规管理实现上升式良性发展。突出毕业班管理，实行领导包班制度，对优生培养采取周总结制度。</w:t>
      </w:r>
      <w:r>
        <w:rPr>
          <w:lang w:eastAsia="zh-CN"/>
        </w:rPr>
        <w:br/>
      </w:r>
      <w:r>
        <w:rPr>
          <w:lang w:eastAsia="zh-CN"/>
        </w:rPr>
        <w:t>　　4、营建浓厚的读书氛围，创造“书香型”校园。</w:t>
      </w:r>
      <w:r>
        <w:rPr>
          <w:lang w:eastAsia="zh-CN"/>
        </w:rPr>
        <w:br/>
      </w:r>
      <w:r>
        <w:rPr>
          <w:lang w:eastAsia="zh-CN"/>
        </w:rPr>
        <w:t>　　学校将健全教师学习考评制度，开放图书馆，深入开展“创建学习型校园”活动，让读书成为师生的良好习惯。</w:t>
      </w:r>
      <w:r>
        <w:rPr>
          <w:lang w:eastAsia="zh-CN"/>
        </w:rPr>
        <w:br/>
      </w:r>
      <w:r>
        <w:rPr>
          <w:lang w:eastAsia="zh-CN"/>
        </w:rPr>
        <w:t>　　5、以课题为推手，提升德育工作的内涵与品位。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下一学期学校将以“礼仪教育”中的习惯教育、励志教育等内容为核心，大力开展德育课题研究工程。力求在德育工作中建设开辟适合校情的新领域。从各年级学生的身心健康发展的特点出发，把礼仪教育的目标进行分解，由大化小、由小化细，形成分阶段、有重点地贯彻实施。</w:t>
      </w:r>
      <w:r>
        <w:rPr>
          <w:lang w:eastAsia="zh-CN"/>
        </w:rPr>
        <w:br/>
      </w:r>
      <w:r>
        <w:rPr>
          <w:lang w:eastAsia="zh-CN"/>
        </w:rPr>
        <w:t>　　6、抓实后勤管理，为前勤护航。</w:t>
      </w:r>
      <w:r>
        <w:rPr>
          <w:lang w:eastAsia="zh-CN"/>
        </w:rPr>
        <w:br/>
      </w:r>
      <w:r>
        <w:rPr>
          <w:lang w:eastAsia="zh-CN"/>
        </w:rPr>
        <w:t>　　后勤管理工作牢固树立为教育教学服务的思想，提高工作效率，发现问题要及时解决，全力做好本职工作，急师生之所急，杜绝任何安全事故发生。继续做好寄宿生“热水热饭”工作，加大资金投入，提高管理效能，保证饭菜质量，为广大家长解决后顾之忧。</w:t>
      </w:r>
      <w:r>
        <w:rPr>
          <w:lang w:eastAsia="zh-CN"/>
        </w:rPr>
        <w:br/>
      </w:r>
      <w:r>
        <w:rPr>
          <w:lang w:eastAsia="zh-CN"/>
        </w:rPr>
        <w:t xml:space="preserve">    2024年度工作计划个人 篇14 </w:t>
      </w:r>
      <w:r>
        <w:rPr>
          <w:lang w:eastAsia="zh-CN"/>
        </w:rPr>
        <w:br/>
      </w:r>
      <w:r>
        <w:rPr>
          <w:lang w:eastAsia="zh-CN"/>
        </w:rPr>
        <w:t>　　一年的工作就要结束了，而来年的工作也是接踵而至，作为房地产的一名销售人员，我也是要做好工作计划，让自己更加清楚一年要做什么事情，哪些是更加重要的，哪些是需要我继续努力去提高的。</w:t>
      </w:r>
      <w:r>
        <w:rPr>
          <w:lang w:eastAsia="zh-CN"/>
        </w:rPr>
        <w:br/>
      </w:r>
      <w:r>
        <w:rPr>
          <w:lang w:eastAsia="zh-CN"/>
        </w:rPr>
        <w:t>　　首先是销售目标，新的一年我要按照主管的要求，达成销售的目标，按照年度的目标去分解，制定好每月的销售计划任务，让自己每个月都明确自己要达成的目标是多少，需要销售多少套房子出去，只有将目标分解下来，一个个的去做好，那么才能在到达年底的时候完成年度的销售任务。通过分解目标，然后再有计划的去找到目标客户，去进行销售，而不是在营业部等待，那样的话是完成不了任务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其次是要提升自己的销售能力，今年的工作虽然做完了，任务也达标了，但是感觉有一些运气的成分在，而自己的销售能力其实还是需要进一步的去提升的，一些本来可以拿到手的客户却最后还是没有成功的拿下，而这也是我的销售能力不过关的原因，在这一年我要去提升我的销售能力，参加一些销售的课程培训，学习一些销售的方法和技巧，让自己能在这一年的工作中做得更加的好，而不是还保持原来的样子，虽然工作也是会让自己提升，但是多学一些，能提升的更快，也是能更有把握的完成销售的目标。</w:t>
      </w:r>
      <w:r>
        <w:rPr>
          <w:lang w:eastAsia="zh-CN"/>
        </w:rPr>
        <w:br/>
      </w:r>
      <w:r>
        <w:rPr>
          <w:lang w:eastAsia="zh-CN"/>
        </w:rPr>
        <w:t>　　再次则是对新楼盘的了解，明年有一个新的楼盘要开盘，虽然今年有了解一些情况，但是具体的如何，却是需要进一步的去了解，同时根据自己了解的楼盘情况去进行归纳和总结，转化为销售的话语来跟客户去沟通商谈。对于新楼盘来说，公司也是抱有很大的期望，希望能销售出一个好的业绩，我也是要努力的抓住这个机会，新的楼盘来看的客户也是特别的多，只有把楼盘的情况了解清楚，那么我就能在这些潜在的客户中更好的找到有意向的客户，促成销售，最后达成签约。</w:t>
      </w:r>
      <w:r>
        <w:rPr>
          <w:lang w:eastAsia="zh-CN"/>
        </w:rPr>
        <w:br/>
      </w:r>
      <w:r>
        <w:rPr>
          <w:lang w:eastAsia="zh-CN"/>
        </w:rPr>
        <w:t>　　新的一年，有新的任务，也有新的期盼，在新的一年，我要完成我的销售任务的同时积极的去学习，让自己的销售能力变得更好，这样也是能再促进工作完成。同时对于自己这一年所犯的一些错误，和不足的地方也是要在新的一年里改进，完善，不再犯这些错误了。我相信，我一定可以按照计划，认真的去把工作做好的。</w:t>
      </w:r>
      <w:r>
        <w:rPr>
          <w:lang w:eastAsia="zh-CN"/>
        </w:rPr>
        <w:br/>
      </w:r>
      <w:r>
        <w:rPr>
          <w:lang w:eastAsia="zh-CN"/>
        </w:rPr>
        <w:t xml:space="preserve">    2024年度工作计划个人 篇15 </w:t>
      </w:r>
      <w:r>
        <w:rPr>
          <w:lang w:eastAsia="zh-CN"/>
        </w:rPr>
        <w:br/>
      </w:r>
      <w:r>
        <w:rPr>
          <w:lang w:eastAsia="zh-CN"/>
        </w:rPr>
        <w:t>　　今年的计划: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1.扎实学习:要做研究型教师，首先要做学习型教师。只有科学的理论指导教学实践活动，才能更好地把握正确的方向，更好地体现教学和科研的效果。想象一下今年:</w:t>
      </w:r>
      <w:r>
        <w:rPr>
          <w:lang w:eastAsia="zh-CN"/>
        </w:rPr>
        <w:br/>
      </w:r>
      <w:r>
        <w:rPr>
          <w:lang w:eastAsia="zh-CN"/>
        </w:rPr>
        <w:t>　　一年:精读三本教育教学专著。具体参考书目根据庄派推荐确定。精读时要做摘录或注释，促进真正的内化。</w:t>
      </w:r>
      <w:r>
        <w:rPr>
          <w:lang w:eastAsia="zh-CN"/>
        </w:rPr>
        <w:br/>
      </w:r>
      <w:r>
        <w:rPr>
          <w:lang w:eastAsia="zh-CN"/>
        </w:rPr>
        <w:t>　　每个月:浏览至少一本教育杂志；</w:t>
      </w:r>
      <w:r>
        <w:rPr>
          <w:lang w:eastAsia="zh-CN"/>
        </w:rPr>
        <w:br/>
      </w:r>
      <w:r>
        <w:rPr>
          <w:lang w:eastAsia="zh-CN"/>
        </w:rPr>
        <w:t>　　记录至少一篇优秀文章；</w:t>
      </w:r>
      <w:r>
        <w:rPr>
          <w:lang w:eastAsia="zh-CN"/>
        </w:rPr>
        <w:br/>
      </w:r>
      <w:r>
        <w:rPr>
          <w:lang w:eastAsia="zh-CN"/>
        </w:rPr>
        <w:t>　　至少看一本非教育类的杂志。</w:t>
      </w:r>
      <w:r>
        <w:rPr>
          <w:lang w:eastAsia="zh-CN"/>
        </w:rPr>
        <w:br/>
      </w:r>
      <w:r>
        <w:rPr>
          <w:lang w:eastAsia="zh-CN"/>
        </w:rPr>
        <w:t>　　每天:做至少3 00字的学习笔记。</w:t>
      </w:r>
      <w:r>
        <w:rPr>
          <w:lang w:eastAsia="zh-CN"/>
        </w:rPr>
        <w:br/>
      </w:r>
      <w:r>
        <w:rPr>
          <w:lang w:eastAsia="zh-CN"/>
        </w:rPr>
        <w:t>　　力争今年进一步拓宽阅读的广度和深度，为进一步深入学习教育教学打下良好的基础。</w:t>
      </w:r>
      <w:r>
        <w:rPr>
          <w:lang w:eastAsia="zh-CN"/>
        </w:rPr>
        <w:br/>
      </w:r>
      <w:r>
        <w:rPr>
          <w:lang w:eastAsia="zh-CN"/>
        </w:rPr>
        <w:t>　　2.课堂上学习一点:课堂永远是活的，这需要教师永远聪明的教学思路，这需要教师坚持不懈地学习教学。想象一下今年:</w:t>
      </w:r>
      <w:r>
        <w:rPr>
          <w:lang w:eastAsia="zh-CN"/>
        </w:rPr>
        <w:br/>
      </w:r>
      <w:r>
        <w:rPr>
          <w:lang w:eastAsia="zh-CN"/>
        </w:rPr>
        <w:t>　　年份:至少参加两次工作室公开课；</w:t>
      </w:r>
      <w:r>
        <w:rPr>
          <w:lang w:eastAsia="zh-CN"/>
        </w:rPr>
        <w:br/>
      </w:r>
      <w:r>
        <w:rPr>
          <w:lang w:eastAsia="zh-CN"/>
        </w:rPr>
        <w:t>　　在学校至少参加两次公开课。</w:t>
      </w:r>
      <w:r>
        <w:rPr>
          <w:lang w:eastAsia="zh-CN"/>
        </w:rPr>
        <w:br/>
      </w:r>
      <w:r>
        <w:rPr>
          <w:lang w:eastAsia="zh-CN"/>
        </w:rPr>
        <w:t>　　每周:至少听两节课；</w:t>
      </w:r>
      <w:r>
        <w:rPr>
          <w:lang w:eastAsia="zh-CN"/>
        </w:rPr>
        <w:br/>
      </w:r>
      <w:r>
        <w:rPr>
          <w:lang w:eastAsia="zh-CN"/>
        </w:rPr>
        <w:t>　　至少写一篇教育论文。</w:t>
      </w:r>
      <w:r>
        <w:rPr>
          <w:lang w:eastAsia="zh-CN"/>
        </w:rPr>
        <w:br/>
      </w:r>
      <w:r>
        <w:rPr>
          <w:lang w:eastAsia="zh-CN"/>
        </w:rPr>
        <w:t>　　每天:至少学习一节课，课后写教学反思。</w:t>
      </w:r>
      <w:r>
        <w:rPr>
          <w:lang w:eastAsia="zh-CN"/>
        </w:rPr>
        <w:br/>
      </w:r>
      <w:r>
        <w:rPr>
          <w:lang w:eastAsia="zh-CN"/>
        </w:rPr>
        <w:t>　　今年的课堂教学研究继续以工作室研究和学校研究为主。利用课题研究的`优势，争取对自己的科研能力进行有效的总结。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3.论文写作要加强:进一步发现和掌握教育教学规律，理论联系实际，经常进行反思性总结，形成高质量的相关论文。争取至少有2篇论文发表或获奖。</w:t>
      </w:r>
      <w:r>
        <w:rPr>
          <w:lang w:eastAsia="zh-CN"/>
        </w:rPr>
        <w:br/>
      </w:r>
      <w:r>
        <w:rPr>
          <w:lang w:eastAsia="zh-CN"/>
        </w:rPr>
        <w:t>　　昨天，我终于找到了一份属于自己的工作，这是我毕业以来的第一份工作。我很重视，我想把它做好。不会成为我事业的跳板，在工作中也不会被束缚。这是我的工作态度。为此，我对即将从事的销售工作做了一个详细的计划，我希望我能做到。</w:t>
      </w:r>
      <w:r>
        <w:rPr>
          <w:lang w:eastAsia="zh-CN"/>
        </w:rPr>
        <w:br/>
      </w:r>
      <w:r>
        <w:rPr>
          <w:lang w:eastAsia="zh-CN"/>
        </w:rPr>
        <w:t>　　首先，认真对待岗位培训</w:t>
      </w:r>
      <w:r>
        <w:rPr>
          <w:lang w:eastAsia="zh-CN"/>
        </w:rPr>
        <w:br/>
      </w:r>
      <w:r>
        <w:rPr>
          <w:lang w:eastAsia="zh-CN"/>
        </w:rPr>
        <w:t>　　据我所知，公司会为我们举办培训，目的是让我们这种新业务员工作起来更快，立竿见影。这样的岗前培训虽然不能让我一夜之间成为一个成熟的业务员，但是绝对可以让我清楚的知道，作为业务员的日常工作流程和一些工作技巧对于我这个新人来说是非常重要的，相当于让我一个新人直接接近一个成熟的业务员。所以这次岗前培训我一定要非常重视，我要保证自己在培训期间有足够的精力不漏任何一个字。</w:t>
      </w:r>
      <w:r>
        <w:rPr>
          <w:lang w:eastAsia="zh-CN"/>
        </w:rPr>
        <w:br/>
      </w:r>
      <w:r>
        <w:rPr>
          <w:lang w:eastAsia="zh-CN"/>
        </w:rPr>
        <w:t>　　第二，找学长学姐，好好学习。</w:t>
      </w:r>
      <w:r>
        <w:rPr>
          <w:lang w:eastAsia="zh-CN"/>
        </w:rPr>
        <w:br/>
      </w:r>
      <w:r>
        <w:rPr>
          <w:lang w:eastAsia="zh-CN"/>
        </w:rPr>
        <w:t>　　不知道公司会不会给我们这样的新业务员安排一个师傅。如果是，那就好办了。如果不是，我需要自己去找。如果我要找，我就找那种学长。一般来说，像业务员这样的职位，一般都是分等级排名的。我想如果能得到这种有经验的学长的指点，我想适应这份工作。大概用不了一周。我打算和学长一起工作一段时间。观察他的工作，然后运用到自己身上。与其慢慢摸索，不如向别人学习，然后找到自己的路。</w:t>
      </w:r>
      <w:r>
        <w:rPr>
          <w:lang w:eastAsia="zh-CN"/>
        </w:rPr>
        <w:br/>
      </w:r>
      <w:r>
        <w:rPr>
          <w:lang w:eastAsia="zh-CN"/>
        </w:rPr>
        <w:t>　　第三，充分发挥自己的长处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我之所以选择销售员这份工作，是因为这是最适合我个人能力的工作，而且我需要会开车。大一的时候拿到了驾照，因为有些情况需要业务员开车，然后需要口齿伶俐。这对我来说还不错。我觉得我与人沟通的能力比一般人强很多，所以我去面对客户的时候不会有任何怯场。经过一段时间的工作，我打算学会独立接待客户。我不能在别人的保护下成长。只有和客户沟通，我才能慢慢意识到自己的问题。挫折对于我这样的新人来说是很自然的，所以我不会受这个影响。我必须在工作中充分发挥我的长处，这有利于我的工作。我相信我能成为一名优秀的推销员。</w:t>
      </w:r>
      <w:r>
        <w:rPr>
          <w:lang w:eastAsia="zh-CN"/>
        </w:rPr>
        <w:br/>
      </w:r>
      <w:r>
        <w:rPr>
          <w:lang w:eastAsia="zh-CN"/>
        </w:rPr>
        <w:t xml:space="preserve">    2024年度工作计划个人 篇16 </w:t>
      </w:r>
      <w:r>
        <w:rPr>
          <w:lang w:eastAsia="zh-CN"/>
        </w:rPr>
        <w:br/>
      </w:r>
      <w:r>
        <w:rPr>
          <w:lang w:eastAsia="zh-CN"/>
        </w:rPr>
        <w:t>　　一、 活动背景：</w:t>
      </w:r>
      <w:r>
        <w:rPr>
          <w:lang w:eastAsia="zh-CN"/>
        </w:rPr>
        <w:br/>
      </w:r>
      <w:r>
        <w:rPr>
          <w:lang w:eastAsia="zh-CN"/>
        </w:rPr>
        <w:t>　　为了贯彻《中华人民共和国会计法》，宣传新会计准则，普及会计知识，加强会计特色专业的建设;为了扩大会计工作的社会影响,促进会计工作更好地为经济建设和社会发展服务;为了提高和增强大学生会计专业水平与就业竞争力,培养应用型的高素质人才;为了让同学们了解会计专业知识的博大精深，了解只有不断的学习，在学习中不断总结和专研，才能将其会计知识好好掌握，灵活运用，以及为了帮助同学们以积极饱满的精神来探索会计专业知识，特举办本次会计学系知识竞赛。</w:t>
      </w:r>
      <w:r>
        <w:rPr>
          <w:lang w:eastAsia="zh-CN"/>
        </w:rPr>
        <w:br/>
      </w:r>
      <w:r>
        <w:rPr>
          <w:lang w:eastAsia="zh-CN"/>
        </w:rPr>
        <w:t>　　二、 活动目的：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丰富校园文化生活，弘扬会计学系的精神文化，宣传会计知识和经济法规，培养会计职业道德，并给同学们提供一个展示自我的舞台和机会，使他们加深对会计专业知识的了解，激发他们的学习热情。</w:t>
      </w:r>
      <w:r>
        <w:rPr>
          <w:lang w:eastAsia="zh-CN"/>
        </w:rPr>
        <w:br/>
      </w:r>
      <w:r>
        <w:rPr>
          <w:lang w:eastAsia="zh-CN"/>
        </w:rPr>
        <w:t>　　三、 活动举办单位：</w:t>
      </w:r>
      <w:r>
        <w:rPr>
          <w:lang w:eastAsia="zh-CN"/>
        </w:rPr>
        <w:br/>
      </w:r>
      <w:r>
        <w:rPr>
          <w:lang w:eastAsia="zh-CN"/>
        </w:rPr>
        <w:t>　　主办单位：广东培正学院会计学系分团委学生会</w:t>
      </w:r>
      <w:r>
        <w:rPr>
          <w:lang w:eastAsia="zh-CN"/>
        </w:rPr>
        <w:br/>
      </w:r>
      <w:r>
        <w:rPr>
          <w:lang w:eastAsia="zh-CN"/>
        </w:rPr>
        <w:t>　　承办单位：广东培正学院会计学系分团委学生会学习部</w:t>
      </w:r>
      <w:r>
        <w:rPr>
          <w:lang w:eastAsia="zh-CN"/>
        </w:rPr>
        <w:br/>
      </w:r>
      <w:r>
        <w:rPr>
          <w:lang w:eastAsia="zh-CN"/>
        </w:rPr>
        <w:t>　　四、 活动时间：10月26日-11月26日</w:t>
      </w:r>
      <w:r>
        <w:rPr>
          <w:lang w:eastAsia="zh-CN"/>
        </w:rPr>
        <w:br/>
      </w:r>
      <w:r>
        <w:rPr>
          <w:lang w:eastAsia="zh-CN"/>
        </w:rPr>
        <w:t>　　五、 宣传时间：10月26-10月30日</w:t>
      </w:r>
      <w:r>
        <w:rPr>
          <w:lang w:eastAsia="zh-CN"/>
        </w:rPr>
        <w:br/>
      </w:r>
      <w:r>
        <w:rPr>
          <w:lang w:eastAsia="zh-CN"/>
        </w:rPr>
        <w:t>　　六、 活动地点：待定</w:t>
      </w:r>
      <w:r>
        <w:rPr>
          <w:lang w:eastAsia="zh-CN"/>
        </w:rPr>
        <w:br/>
      </w:r>
      <w:r>
        <w:rPr>
          <w:lang w:eastAsia="zh-CN"/>
        </w:rPr>
        <w:t>　　七、 活动对象： 面向全系学生</w:t>
      </w:r>
      <w:r>
        <w:rPr>
          <w:lang w:eastAsia="zh-CN"/>
        </w:rPr>
        <w:br/>
      </w:r>
      <w:r>
        <w:rPr>
          <w:lang w:eastAsia="zh-CN"/>
        </w:rPr>
        <w:t>　　八、 参赛对象：主要面向会计学系大二大三大四，欢迎大一年级有兴趣的学生参加。</w:t>
      </w:r>
      <w:r>
        <w:rPr>
          <w:lang w:eastAsia="zh-CN"/>
        </w:rPr>
        <w:br/>
      </w:r>
      <w:r>
        <w:rPr>
          <w:lang w:eastAsia="zh-CN"/>
        </w:rPr>
        <w:t>　　九、 比赛形式：个人参赛</w:t>
      </w:r>
      <w:r>
        <w:rPr>
          <w:lang w:eastAsia="zh-CN"/>
        </w:rPr>
        <w:br/>
      </w:r>
      <w:r>
        <w:rPr>
          <w:lang w:eastAsia="zh-CN"/>
        </w:rPr>
        <w:t>　　十、 报名形式：各班班长处</w:t>
      </w:r>
      <w:r>
        <w:rPr>
          <w:lang w:eastAsia="zh-CN"/>
        </w:rPr>
        <w:br/>
      </w:r>
      <w:r>
        <w:rPr>
          <w:lang w:eastAsia="zh-CN"/>
        </w:rPr>
        <w:t>　　十一、 比赛内容：以从业资格证会计基础和财经法规为主</w:t>
      </w:r>
      <w:r>
        <w:rPr>
          <w:lang w:eastAsia="zh-CN"/>
        </w:rPr>
        <w:br/>
      </w:r>
      <w:r>
        <w:rPr>
          <w:lang w:eastAsia="zh-CN"/>
        </w:rPr>
        <w:t>　　十二、 评委组成：待定</w:t>
      </w:r>
      <w:r>
        <w:rPr>
          <w:lang w:eastAsia="zh-CN"/>
        </w:rPr>
        <w:br/>
      </w:r>
      <w:r>
        <w:rPr>
          <w:lang w:eastAsia="zh-CN"/>
        </w:rPr>
        <w:t>　　十三、 活动流程：</w:t>
      </w:r>
      <w:r>
        <w:rPr>
          <w:lang w:eastAsia="zh-CN"/>
        </w:rPr>
        <w:br/>
      </w:r>
      <w:r>
        <w:rPr>
          <w:lang w:eastAsia="zh-CN"/>
        </w:rPr>
        <w:t>　　本次活动分 海选赛，淘汰赛，总决赛 三个环节。</w:t>
      </w:r>
      <w:r>
        <w:rPr>
          <w:lang w:eastAsia="zh-CN"/>
        </w:rPr>
        <w:br/>
      </w:r>
      <w:r>
        <w:rPr>
          <w:lang w:eastAsia="zh-CN"/>
        </w:rPr>
        <w:t>　　(一) 海选赛(面试关)：</w:t>
      </w:r>
      <w:r>
        <w:rPr>
          <w:lang w:eastAsia="zh-CN"/>
        </w:rPr>
        <w:br/>
      </w:r>
      <w:r>
        <w:rPr>
          <w:lang w:eastAsia="zh-CN"/>
        </w:rPr>
        <w:t>　　规则：</w:t>
      </w:r>
      <w:r>
        <w:rPr>
          <w:lang w:eastAsia="zh-CN"/>
        </w:rPr>
        <w:br/>
      </w:r>
      <w:r>
        <w:rPr>
          <w:lang w:eastAsia="zh-CN"/>
        </w:rPr>
        <w:t>　　1. 此环节由选手先做30秒钟以内的自我介绍。</w:t>
      </w:r>
      <w:r>
        <w:rPr>
          <w:lang w:eastAsia="zh-CN"/>
        </w:rPr>
        <w:br/>
      </w:r>
      <w:r>
        <w:rPr>
          <w:lang w:eastAsia="zh-CN"/>
        </w:rPr>
        <w:t>　　2. 选手再从主持人事先准备的题型集中选择一份进行回答。</w:t>
      </w:r>
      <w:r>
        <w:rPr>
          <w:lang w:eastAsia="zh-CN"/>
        </w:rPr>
        <w:br/>
      </w:r>
      <w:r>
        <w:rPr>
          <w:lang w:eastAsia="zh-CN"/>
        </w:rPr>
        <w:t>　　3.</w:t>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xml:space="preserve"> 此环节题型是：单选题+多选题+判断题。(共3道题目，分值分别为：10+20+10)</w:t>
      </w:r>
      <w:r>
        <w:rPr>
          <w:lang w:eastAsia="zh-CN"/>
        </w:rPr>
        <w:br/>
      </w:r>
      <w:r>
        <w:rPr>
          <w:lang w:eastAsia="zh-CN"/>
        </w:rPr>
        <w:t>　　4. 此环节每位选手的作答时间最多3分钟，超过3分钟视为淘汰。</w:t>
      </w:r>
      <w:r>
        <w:rPr>
          <w:lang w:eastAsia="zh-CN"/>
        </w:rPr>
        <w:br/>
      </w:r>
      <w:r>
        <w:rPr>
          <w:lang w:eastAsia="zh-CN"/>
        </w:rPr>
        <w:t>　　5. 评分标准为：选手个人表现占10分，答题内容占40分。总分为50.</w:t>
      </w:r>
      <w:r>
        <w:rPr>
          <w:lang w:eastAsia="zh-CN"/>
        </w:rPr>
        <w:br/>
      </w:r>
      <w:r>
        <w:rPr>
          <w:lang w:eastAsia="zh-CN"/>
        </w:rPr>
        <w:t>　　其中：单项和判断各占10分，多选占20分。</w:t>
      </w:r>
      <w:r>
        <w:rPr>
          <w:lang w:eastAsia="zh-CN"/>
        </w:rPr>
        <w:br/>
      </w:r>
      <w:r>
        <w:rPr>
          <w:lang w:eastAsia="zh-CN"/>
        </w:rPr>
        <w:t>　　附注：此环节共产生20名选手晋级复赛。</w:t>
      </w:r>
      <w:r>
        <w:rPr>
          <w:lang w:eastAsia="zh-CN"/>
        </w:rPr>
        <w:br/>
      </w:r>
      <w:r>
        <w:rPr>
          <w:lang w:eastAsia="zh-CN"/>
        </w:rPr>
        <w:t>　　(二) 淘汰赛</w:t>
      </w:r>
      <w:r>
        <w:rPr>
          <w:lang w:eastAsia="zh-CN"/>
        </w:rPr>
        <w:br/>
      </w:r>
      <w:r>
        <w:rPr>
          <w:lang w:eastAsia="zh-CN"/>
        </w:rPr>
        <w:t>　　规则：</w:t>
      </w:r>
      <w:r>
        <w:rPr>
          <w:lang w:eastAsia="zh-CN"/>
        </w:rPr>
        <w:br/>
      </w:r>
      <w:r>
        <w:rPr>
          <w:lang w:eastAsia="zh-CN"/>
        </w:rPr>
        <w:t>　　1. 此环节的比赛形式为案例分析。</w:t>
      </w:r>
      <w:r>
        <w:rPr>
          <w:lang w:eastAsia="zh-CN"/>
        </w:rPr>
        <w:br/>
      </w:r>
      <w:r>
        <w:rPr>
          <w:lang w:eastAsia="zh-CN"/>
        </w:rPr>
        <w:t>　　2. 主持人事先准备好标有1-20的答题信封，由选手自己抽取。</w:t>
      </w:r>
      <w:r>
        <w:rPr>
          <w:lang w:eastAsia="zh-CN"/>
        </w:rPr>
        <w:br/>
      </w:r>
      <w:r>
        <w:rPr>
          <w:lang w:eastAsia="zh-CN"/>
        </w:rPr>
        <w:t>　　3. 每个信封内均有一道案例分析。</w:t>
      </w:r>
      <w:r>
        <w:rPr>
          <w:lang w:eastAsia="zh-CN"/>
        </w:rPr>
        <w:br/>
      </w:r>
      <w:r>
        <w:rPr>
          <w:lang w:eastAsia="zh-CN"/>
        </w:rPr>
        <w:t>　　4. 此环节每位选手的作答时间最多3分钟，超过3分钟视为淘汰。</w:t>
      </w:r>
      <w:r>
        <w:rPr>
          <w:lang w:eastAsia="zh-CN"/>
        </w:rPr>
        <w:br/>
      </w:r>
      <w:r>
        <w:rPr>
          <w:lang w:eastAsia="zh-CN"/>
        </w:rPr>
        <w:t>　　5. 评分标准为：选手作答表现占15分，答题内容占35分。总分为50分。</w:t>
      </w:r>
      <w:r>
        <w:rPr>
          <w:lang w:eastAsia="zh-CN"/>
        </w:rPr>
        <w:br/>
      </w:r>
      <w:r>
        <w:rPr>
          <w:lang w:eastAsia="zh-CN"/>
        </w:rPr>
        <w:t>　　附注：此环节共产生8名选手晋级总决赛。</w:t>
      </w:r>
      <w:r>
        <w:rPr>
          <w:lang w:eastAsia="zh-CN"/>
        </w:rPr>
        <w:br/>
      </w:r>
      <w:r>
        <w:rPr>
          <w:lang w:eastAsia="zh-CN"/>
        </w:rPr>
        <w:t>　　备注：在第10位参赛选手比赛完毕后，进入观众互动——共沾其乐环节。</w:t>
      </w:r>
      <w:r>
        <w:rPr>
          <w:lang w:eastAsia="zh-CN"/>
        </w:rPr>
        <w:br/>
      </w:r>
      <w:r>
        <w:rPr>
          <w:lang w:eastAsia="zh-CN"/>
        </w:rPr>
        <w:t>　　规则：</w:t>
      </w:r>
      <w:r>
        <w:rPr>
          <w:lang w:eastAsia="zh-CN"/>
        </w:rPr>
        <w:br/>
      </w:r>
      <w:r>
        <w:rPr>
          <w:lang w:eastAsia="zh-CN"/>
        </w:rPr>
        <w:t>　　1. 请在场的各位观众将自己的手机铃声设置为音乐状态，越响越好。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2. 由主持人在幸运观众电话号码箱里抽取一个幸运电话号码，并当场拨打此幸运号码。手机响的观众请站起来，报上你的电话号码，号码与主持人抽出的幸运号码相符，则这位便是幸运观众;若此号码没有在场的铃声响起，则此号码作废，继续抽出下一位幸运观众。</w:t>
      </w:r>
      <w:r>
        <w:rPr>
          <w:lang w:eastAsia="zh-CN"/>
        </w:rPr>
        <w:br/>
      </w:r>
      <w:r>
        <w:rPr>
          <w:lang w:eastAsia="zh-CN"/>
        </w:rPr>
        <w:t>　　3. 让抽取到的幸运观众在事先准备好的1至5号码牌中选择一个信封,再由主持人将其选中的号码牌揭下来，并宣读该信封内提问的问题。</w:t>
      </w:r>
      <w:r>
        <w:rPr>
          <w:lang w:eastAsia="zh-CN"/>
        </w:rPr>
        <w:br/>
      </w:r>
      <w:r>
        <w:rPr>
          <w:lang w:eastAsia="zh-CN"/>
        </w:rPr>
        <w:t>　　4. 若这名幸运观众回答问题正确则可得到一份纪念品;若回答错或弃权，则无纪念品。</w:t>
      </w:r>
      <w:r>
        <w:rPr>
          <w:lang w:eastAsia="zh-CN"/>
        </w:rPr>
        <w:br/>
      </w:r>
      <w:r>
        <w:rPr>
          <w:lang w:eastAsia="zh-CN"/>
        </w:rPr>
        <w:t>　　5. 此环节将共产生4名幸运观众。</w:t>
      </w:r>
      <w:r>
        <w:rPr>
          <w:lang w:eastAsia="zh-CN"/>
        </w:rPr>
        <w:br/>
      </w:r>
      <w:r>
        <w:rPr>
          <w:lang w:eastAsia="zh-CN"/>
        </w:rPr>
        <w:t>　　(三) 总决赛</w:t>
      </w:r>
      <w:r>
        <w:rPr>
          <w:lang w:eastAsia="zh-CN"/>
        </w:rPr>
        <w:br/>
      </w:r>
      <w:r>
        <w:rPr>
          <w:lang w:eastAsia="zh-CN"/>
        </w:rPr>
        <w:t>　　规则：</w:t>
      </w:r>
      <w:r>
        <w:rPr>
          <w:lang w:eastAsia="zh-CN"/>
        </w:rPr>
        <w:br/>
      </w:r>
      <w:r>
        <w:rPr>
          <w:lang w:eastAsia="zh-CN"/>
        </w:rPr>
        <w:t>　　1. 模拟情景：由入围的前8名选手在比赛前一段时间内，根据比赛要求，试想自己作为一名首次参加会计工作的实习生或者会计师，想象在实习中或者在参加会计工作时，可能遇到的难题等。</w:t>
      </w:r>
      <w:r>
        <w:rPr>
          <w:lang w:eastAsia="zh-CN"/>
        </w:rPr>
        <w:br/>
      </w:r>
      <w:r>
        <w:rPr>
          <w:lang w:eastAsia="zh-CN"/>
        </w:rPr>
        <w:t>　　2. 可以以几篇代表性的工作日记，或者工作报告，工作计划等形式作为到时的参赛作品。也可以自拟题目，根据模拟情景设想到的问题写一篇会计论文。</w:t>
      </w:r>
      <w:r>
        <w:rPr>
          <w:lang w:eastAsia="zh-CN"/>
        </w:rPr>
        <w:br/>
      </w:r>
      <w:r>
        <w:rPr>
          <w:lang w:eastAsia="zh-CN"/>
        </w:rPr>
        <w:t>　　3. 字数要求为1000字左右，不超过1500字。比赛选手允许查阅各种资料报道，或者咨询相关的从业人员，结合所学的知识和自己的思考完成作品。但不允许剽窃和抄袭，一旦发现取消参赛资格。</w:t>
      </w:r>
      <w:r>
        <w:rPr>
          <w:lang w:eastAsia="zh-CN"/>
        </w:rPr>
        <w:br/>
      </w:r>
    </w:p>
    <w:p w:rsidR="001B1F19" w14:textId="27C3F48A">
      <w:pPr>
        <w:rPr>
          <w:rFonts w:hint="eastAsia"/>
          <w:lang w:eastAsia="zh-CN"/>
        </w:rPr>
      </w:pPr>
      <w:r>
        <w:rPr>
          <w:lang w:eastAsia="zh-CN"/>
        </w:rPr>
        <w:t>　　4. 选手作品根据要求在指定时间内以Word文档的形式上交。</w:t>
      </w:r>
      <w:r>
        <w:rPr>
          <w:lang w:eastAsia="zh-CN"/>
        </w:rPr>
        <w:br/>
      </w:r>
      <w:r>
        <w:rPr>
          <w:lang w:eastAsia="zh-CN"/>
        </w:rPr>
        <w:t>　　5. 此环节每位选手的作品介绍时间最多1分钟，作品展示时间最多5分钟，超过5分钟视为淘汰。</w:t>
      </w:r>
      <w:r>
        <w:rPr>
          <w:lang w:eastAsia="zh-CN"/>
        </w:rPr>
        <w:br/>
      </w:r>
      <w:r>
        <w:rPr>
          <w:lang w:eastAsia="zh-CN"/>
        </w:rPr>
        <w:t>　　6. 根据选手的作品，由评委向选手提出至多3个问题。选手每个问题回答时间最多1分钟，超过1分钟视为淘汰。</w:t>
      </w:r>
      <w:r>
        <w:rPr>
          <w:lang w:eastAsia="zh-CN"/>
        </w:rPr>
        <w:br/>
      </w:r>
      <w:r>
        <w:rPr>
          <w:lang w:eastAsia="zh-CN"/>
        </w:rPr>
        <w:t>　　7. 评分标准为：选手个人表现(作答表现占15分+作品表达占10分)占25分，作品内容占35分，总分为60分。</w:t>
      </w:r>
      <w:r>
        <w:rPr>
          <w:lang w:eastAsia="zh-CN"/>
        </w:rPr>
        <w:br/>
      </w:r>
      <w:r>
        <w:rPr>
          <w:lang w:eastAsia="zh-CN"/>
        </w:rPr>
        <w:t>　　附注：此环节将产生冠亚季军和优秀奖等若干。</w:t>
      </w:r>
      <w:r>
        <w:rPr>
          <w:lang w:eastAsia="zh-CN"/>
        </w:rPr>
        <w:br/>
      </w:r>
      <w:r>
        <w:rPr>
          <w:lang w:eastAsia="zh-CN"/>
        </w:rPr>
        <w:t>　　8. 播放各选手的宣传短片和本次活动的纪念MV来拉开总决赛的序幕。</w:t>
      </w:r>
      <w:r>
        <w:rPr>
          <w:lang w:eastAsia="zh-CN"/>
        </w:rPr>
        <w:br/>
      </w:r>
      <w:r>
        <w:rPr>
          <w:lang w:eastAsia="zh-CN"/>
        </w:rPr>
        <w:t>　　9. 进入观众环节。即由现场观众对选手进行提问或者对本次比赛进行有感而发。(工作人员进行计分工作。)</w:t>
      </w:r>
      <w:r>
        <w:rPr>
          <w:lang w:eastAsia="zh-CN"/>
        </w:rPr>
        <w:br/>
      </w:r>
      <w:r>
        <w:rPr>
          <w:lang w:eastAsia="zh-CN"/>
        </w:rPr>
        <w:t>　　10. 请特邀嘉宾、评委点评总决赛环节。</w:t>
      </w:r>
      <w:r>
        <w:rPr>
          <w:lang w:eastAsia="zh-CN"/>
        </w:rPr>
        <w:br/>
      </w:r>
      <w:r>
        <w:rPr>
          <w:lang w:eastAsia="zh-CN"/>
        </w:rPr>
        <w:t>　　11. 主持人宣布各参赛选手的总得分，并进行颁奖典礼。</w:t>
      </w:r>
      <w:r>
        <w:rPr>
          <w:lang w:eastAsia="zh-CN"/>
        </w:rPr>
        <w:br/>
      </w:r>
      <w:r>
        <w:rPr>
          <w:lang w:eastAsia="zh-CN"/>
        </w:rPr>
        <w:t>　　12. 主持人演讲闭幕词，圆满结束，先请嘉宾与评委离席，再请观众离席。</w:t>
      </w:r>
      <w:r>
        <w:rPr>
          <w:lang w:eastAsia="zh-CN"/>
        </w:rPr>
        <w:br/>
      </w:r>
      <w:r>
        <w:rPr>
          <w:lang w:eastAsia="zh-CN"/>
        </w:rPr>
        <w:t>　　十四、 活动预期效果：</w:t>
      </w:r>
      <w:r>
        <w:rPr>
          <w:lang w:eastAsia="zh-CN"/>
        </w:rPr>
        <w:br/>
      </w:r>
      <w:r>
        <w:rPr>
          <w:lang w:eastAsia="zh-CN"/>
        </w:rPr>
        <w:t>　　1. 赛前准备与比赛过程中学习、巩固会计专业知识，让同学们能学以致用。</w:t>
      </w:r>
      <w:r>
        <w:rPr>
          <w:lang w:eastAsia="zh-CN"/>
        </w:rPr>
        <w:br/>
      </w:r>
      <w:r>
        <w:rPr>
          <w:lang w:eastAsia="zh-CN"/>
        </w:rPr>
        <w:t>　　2. 给同学们提供更多的学习交流机会，激发同学们对专业知识的思考和学习热情、兴趣。</w:t>
      </w:r>
      <w:r>
        <w:rPr>
          <w:lang w:eastAsia="zh-CN"/>
        </w:rPr>
        <w:br/>
      </w:r>
      <w:r>
        <w:rPr>
          <w:lang w:eastAsia="zh-CN"/>
        </w:rPr>
        <w:t>　　3.</w:t>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https://d.book118.com/637000201050006041</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7000201050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