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B1F19" w:rsidRPr="00937657" w14:paraId="7F7A67AA" w14:textId="0AE8485B">
      <w:pPr>
        <w:pStyle w:val="Heading1"/>
        <w:jc w:val="center"/>
        <w:rPr>
          <w:color w:val="000000" w:themeColor="text1"/>
          <w:lang w:eastAsia="zh-CN"/>
        </w:rPr>
      </w:pPr>
      <w:r>
        <w:rPr>
          <w:color w:val="000000" w:themeColor="text1"/>
          <w:sz w:val="44"/>
          <w:lang w:eastAsia="zh-CN"/>
        </w:rPr>
        <w:t>成长心得体会800字(优秀31篇)</w:t>
      </w:r>
    </w:p>
    <w:p w:rsidR="001B1F19" w14:paraId="15E7D7A0" w14:textId="27C3F48A">
      <w:pPr>
        <w:rPr>
          <w:lang w:eastAsia="zh-CN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lang w:eastAsia="zh-CN"/>
        </w:rPr>
        <w:br/>
      </w:r>
      <w:r>
        <w:rPr>
          <w:lang w:eastAsia="zh-CN"/>
        </w:rPr>
        <w:t>成长心得体会800字（篇1）</w:t>
      </w:r>
      <w:r>
        <w:rPr>
          <w:lang w:eastAsia="zh-CN"/>
        </w:rPr>
        <w:br/>
      </w:r>
      <w:r>
        <w:rPr>
          <w:lang w:eastAsia="zh-CN"/>
        </w:rPr>
        <w:t xml:space="preserve">    一颗流星划过天际，我错过了许愿;一个故事只讲一遍，我错过了聆听;一缕阳光射进大地，我错过了祝福……倘若你是一滴雨露，那么你是否滋润了世界万物，如果你是一束阳光，你是否照亮了黑暗…… </w:t>
      </w:r>
      <w:r>
        <w:rPr>
          <w:lang w:eastAsia="zh-CN"/>
        </w:rPr>
        <w:br/>
      </w:r>
      <w:r>
        <w:rPr>
          <w:lang w:eastAsia="zh-CN"/>
        </w:rPr>
        <w:t xml:space="preserve">    人生就像一场游戏，关卡重重。如果停止向前，那么游戏就到此结束。而那些勇往直前的人，则登上最高峰，享受胜利所带来的喜悦。或许在困难降临时，勇敢向前冲，会出现新的转折点。如果选择逃避，那么你就主动放弃扭转局面的资格，甘愿挫折嘲笑着自己的懦弱。 </w:t>
      </w:r>
      <w:r>
        <w:rPr>
          <w:lang w:eastAsia="zh-CN"/>
        </w:rPr>
        <w:br/>
      </w:r>
      <w:r>
        <w:rPr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困难是面镜，照出人们的灵魂。困难是把尺，衡量人们内心的勇气。当困难向你发出挑战，你是欣然接受还是推手拒绝？在成长的道路上，一路磕磕绊绊走来，我和挫折也算是并肩相伴的“朋友”，从中它教会了我很多。在校运会上，不是我心中想象的十全十美，更不是完美无缺，留下的却是几滴苦涩的泪;考试时，汗珠没满了我的头，我咬着笔杆，皱紧眉，那是我的心不由得有些急躁。考卷发下后，映入眼帘的是触目惊心的分数和一大片鲜红的叉叉，我的潜意识只蹦出一句，考砸了;在朋友之间，难以抉择是所谓的义气还是诚实，这让我心里开始了一场旋转720度的世界大战，硝烟过后，脑子有点透不过气来;朋友与朋友之间，难免会发生些不愉快，一阵喧嚣吵闹之后，彼此气呼呼地别头走人嘴里埋怨着对方的过错。面对与逃避只在一瞬间，几字之差就取决着未来的好与否。静下心来，仔细思索，往往留到最后的，就是心给出的最准确答案。校运会后，同学在一旁拍着我的肩，乐观地说：没关系，这次不行，下次再努力呗！父母看着考卷，做了一个加油的动作，亲切地说：“再接再厉，力争上游！”在两个选项中徘徊，老师摸着我的头，说：“如果朋友做错了事，你还帮他隐瞒，这不是帮他，而是害他。”两个人都用手挠了挠头，支支吾吾地对彼此说：“我错了，原谅我，好吗？”事后，又手拉着手，嘻嘻哈哈。</w:t>
      </w:r>
      <w:r>
        <w:rPr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t xml:space="preserve">    人不可能一生都顺利，而人生就像迷宫，当你迷失方向时，总会需要一个“指南针”，让它引领着你，走出阴霾，迎向光明。面对生活的勇气，是靠身边人的鼓励关爱给与的。再多的就是自己永不言败的精神。在挫折中，有人相伴，风雨同舟…… </w:t>
      </w:r>
      <w:r>
        <w:rPr>
          <w:lang w:eastAsia="zh-CN"/>
        </w:rPr>
        <w:br/>
      </w:r>
      <w:r>
        <w:rPr>
          <w:lang w:eastAsia="zh-CN"/>
        </w:rPr>
        <w:t xml:space="preserve">    记住，面对生活，要常微笑。因为笑了，便是晴天。成长心得体会800字（篇2） </w:t>
      </w:r>
      <w:r>
        <w:rPr>
          <w:lang w:eastAsia="zh-CN"/>
        </w:rPr>
        <w:br/>
      </w:r>
      <w:r>
        <w:rPr>
          <w:lang w:eastAsia="zh-CN"/>
        </w:rPr>
        <w:t xml:space="preserve">    一缕星光闪烁着如歌的往事，每一个清晨都预示着无限的启迪。站在人生的十字路口，我回头望，一路上的点点滴滴，如同沙滩上的脚印，真真实实地刻在心头，时刻提醒着我：我们在成长。 </w:t>
      </w:r>
      <w:r>
        <w:rPr>
          <w:lang w:eastAsia="zh-CN"/>
        </w:rPr>
        <w:br/>
      </w:r>
      <w:r>
        <w:rPr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听着校园歌曲《曾经的那些》，心中不免泛起涟漪。“成长是一扇树叶的门”、“春天是一段路程”、“我们都曾有过一张天真而忧伤的脸”……这些歌词是多么富有诗意啊!不知不觉间自己已经快上初二了，一路走来，经历了太多太多的情愿与不情愿，就在自己快要放弃的时候，桑地亚哥这句“人并不是生来就要被打败的”，我明白了，退缩将不再是理由;就在自己快要放弃时，拿破仑这句“在我的字典里从来就没有‘难’这个字”，我懂得了，困难将不再是借口。</w:t>
      </w:r>
      <w:r>
        <w:rPr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t xml:space="preserve">    回首曾经的那些，我笑过，哭过，与家长发过小脾气;接过老师的下句儿;与同学们闹过矛盾、还有那些温馨的场面……那些清澈明亮的青春，那些寂寞飞扬的年华，那些干净甜美的梦想，那些繁琐忧伤的岁月，那些一直流淌在我们头顶上沉默的浮云，那些一直陪伴在我们身边呼啸的风声，那些一碰就不见了的过往，那些淡淡消失了的昨天，那些曾经的曾经，我都怀念，并且珍惜。不过，这一切的一切，都在我的指尖轻轻的滑了过去，留下的，只有这残缺的记忆。14年的时光在我的掌心静静划过。我回过头去，凝望着那些曾经的片段，那些飘散着花朵香气的深刻往事。然后我抬起头，带着我微小而清晰的梦，向前方坚定地走下去。 </w:t>
      </w:r>
      <w:r>
        <w:rPr>
          <w:lang w:eastAsia="zh-CN"/>
        </w:rPr>
        <w:br/>
      </w:r>
      <w:r>
        <w:rPr>
          <w:lang w:eastAsia="zh-CN"/>
        </w:rPr>
        <w:t xml:space="preserve">    我们都在成长着，一天又一天，一年又一年，我们在时间中不知所措，只能任它凋零，想挽留，却挽留不住。我们成长着，慢慢的长大，我们的目标越来越清晰，成长中，我们向着自己的目标——前进!前进的路上，我们遇到过荆棘，走错过路，被石子硌过脚。但是我们心中充满理想，不管未来怎样，永不放弃拼搏，世界任我闯荡。 </w:t>
      </w:r>
      <w:r>
        <w:rPr>
          <w:lang w:eastAsia="zh-CN"/>
        </w:rPr>
        <w:br/>
      </w:r>
      <w:r>
        <w:rPr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当花儿盛开，树叶不再飘落;风儿不再捎来寒意，我就会张开双臂，放飞理想，将生活的点点滴滴积累，对全世界的人说：“我的未来不是梦!”成长心得体会800字（篇3）</w:t>
      </w:r>
      <w:r>
        <w:rPr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t xml:space="preserve">    回望十六岁的天空，我有太多的感慨。回首十六岁这一特殊的成长时期，我感到它就像一首歌——一首难懂、难唱、难学的歌。 </w:t>
      </w:r>
      <w:r>
        <w:rPr>
          <w:lang w:eastAsia="zh-CN"/>
        </w:rPr>
        <w:br/>
      </w:r>
      <w:r>
        <w:rPr>
          <w:lang w:eastAsia="zh-CN"/>
        </w:rPr>
        <w:t xml:space="preserve">    十六岁的天空，没有了绿茵场上的摸爬滚打，没有了“车”“马”“炮”“足”的苦思冥想；告别了双休日的休闲时间，告别了节假日的欢乐时光。本想再一次拥抱起蒙上灰尘的足球，走进黑白对弈的世界；本想看一看好莱坞大片，松弛一下紧张的神经……可是，十六岁了，上初三了！父母的苦口婆心的叮咛，亲友的殷切的嘱托，老师语重心长的告诫，都化成了一道道无形的厚墙，将我们隔离在世界之外，伴随着我们的只有书山题海，我们只有握着勤奋的桨，以刻苦为舟，在这决定着命运的知识的海洋里遨游，遨游，在遨游。 </w:t>
      </w:r>
      <w:r>
        <w:rPr>
          <w:lang w:eastAsia="zh-CN"/>
        </w:rPr>
        <w:br/>
      </w:r>
      <w:r>
        <w:rPr>
          <w:lang w:eastAsia="zh-CN"/>
        </w:rPr>
        <w:t xml:space="preserve">    这世界本来就充满了矛盾——纵然我们失去了很多，可我也得到了很多。生活并不富裕的父母，此时大买“钙中钙”、“脑白金”、“生命—号”为我补充营养，我体会到了父母对我无私的关爱；老师临放学时总是不忘重复“回家要好好复习”一类的话，我感受到了老师对我们亲切的关怀。有了这些，即使我们失去了很多，我也会说——值得。 </w:t>
      </w:r>
      <w:r>
        <w:rPr>
          <w:lang w:eastAsia="zh-CN"/>
        </w:rPr>
        <w:br/>
      </w:r>
      <w:r>
        <w:rPr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十六岁的天空，友情似乎显得特别，因为彼此都知道大家在一起的日子不会太多了，所以，以前的矛盾到此时也就容易化解了。早晨，迎着朝阳，在林阴道上早读，打开语文课本，一张纸条悄然入目：“初三了，我们和好吧！”一句短小的话语，融化了多年的冰山，这便是初三，这个十六岁的季节所特有的友谊的真情告白。</w:t>
      </w:r>
      <w:r>
        <w:rPr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t xml:space="preserve">    十六岁的天空，我们也不妨在忙中偷得一些闲暇，调剂一下过于单调的生活。辩论会上，我们唇枪舌剑，妙语连珠；演讲台上，我们口若悬河，滔滔不绝；诗歌朗诵会上，我们激情澎湃；体育场上，我们腾挪跳跃，生龙活虎。 </w:t>
      </w:r>
      <w:r>
        <w:rPr>
          <w:lang w:eastAsia="zh-CN"/>
        </w:rPr>
        <w:br/>
      </w:r>
      <w:r>
        <w:rPr>
          <w:lang w:eastAsia="zh-CN"/>
        </w:rPr>
        <w:t xml:space="preserve">    十六岁的天空，还有许多许多得道回忆的往事。盘点十六岁的天空，往事如烟似梦，令我激动，使我难忘。但我知道，希望还在前方——梦还很远，路还很长。我将带着十六岁积累的人生财富上路，迎接下一个激情燃烧的成长的岁月；我将奋然而前行，决不犹豫彷徨！成长心得体会800字（篇4） </w:t>
      </w:r>
      <w:r>
        <w:rPr>
          <w:lang w:eastAsia="zh-CN"/>
        </w:rPr>
        <w:br/>
      </w:r>
      <w:r>
        <w:rPr>
          <w:lang w:eastAsia="zh-CN"/>
        </w:rPr>
        <w:t xml:space="preserve">    “一杯蜜是炼过几只蜂的。”虽甜，也苦。 </w:t>
      </w:r>
      <w:r>
        <w:rPr>
          <w:lang w:eastAsia="zh-CN"/>
        </w:rPr>
        <w:br/>
      </w:r>
      <w:r>
        <w:rPr>
          <w:lang w:eastAsia="zh-CN"/>
        </w:rPr>
        <w:t xml:space="preserve">    盛夏，我最爱到老家附近的一家冷饮店喝蜜水。店开在小山坡上，价格很实惠，最主要是店家他为人真诚、质朴。 </w:t>
      </w:r>
      <w:r>
        <w:rPr>
          <w:lang w:eastAsia="zh-CN"/>
        </w:rPr>
        <w:br/>
      </w:r>
      <w:r>
        <w:rPr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一天，阳光划过树梢，流在我的背上，灼烧着我。我热得不行，便起身前往他的小店。坐在柔软的椅子上，点了一杯蜜水，却发现价格比以前贵了些。我有些疑惑，忍不住问：“涨价了？”店家年过花甲，背有些弯，在山上自己养了些蜂，开了这家店。他听了我的话后，眉头皱了一下说：“今年出了点问题，所以涨了点价格。”我还想追问下去，可没等我开口，他就说出一番我至今难忘的话：“今年因为天气问题，雨下了好久，许多蜜蜂采蜜后不是飞得太远找不到回来的路，就是在半道上死了。雨连下了几天，最后只剩下一半的蜜蜂能够回来。所以，一杯蜜是炼过几只蜂的！”</w:t>
      </w:r>
      <w:r>
        <w:rPr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t xml:space="preserve">    我震惊了，风雨中，这些蜜蜂居然不顾自己的安全而去采蜜，究竟是什么支撑着他们的意志？蜜水送上来，我端起杯子轻抿一口，燥热的身体顿时清凉，烦躁的心境也空明起来。我思索着：一杯蜜是炼过几只蜂的，难道我现在喝的蜜就是蜜蜂的心血，它们不畏牺牲的成果？也许，它们跋山涉水只为了我这一杯蜜水；也许，它们的人生就是如此。 </w:t>
      </w:r>
      <w:r>
        <w:rPr>
          <w:lang w:eastAsia="zh-CN"/>
        </w:rPr>
        <w:br/>
      </w:r>
      <w:r>
        <w:rPr>
          <w:lang w:eastAsia="zh-CN"/>
        </w:rPr>
        <w:t xml:space="preserve">    我又想，我们又何尝不是？一切的努力都是为了一个目标——为了更好的生活。学习、工作、拼搏，就像蜜蜂采蜜，看似微不足道，却是一点一滴地积蓄。当我们“山重水复疑无路”时，回首却是“柳暗花明又一村”。过程是苦的，辛酸的；结果却是美的，甜蜜的。烈日当空，我又喝了一口蜜水，最后的半丝烦躁也消失了。我想，或许学习虽然艰苦，但有时也应“偷得浮生半日闲”。 </w:t>
      </w:r>
      <w:r>
        <w:rPr>
          <w:lang w:eastAsia="zh-CN"/>
        </w:rPr>
        <w:br/>
      </w:r>
      <w:r>
        <w:rPr>
          <w:lang w:eastAsia="zh-CN"/>
        </w:rPr>
        <w:t xml:space="preserve">    蜜水喝完了，我也从思绪中回归现实。我转身，下山，准备回家。山野小径上，偶尔也有些落单的蜜蜂嗡嗡飞过，我目送着每只小蜜蜂远去，对这些小小的生命有了敬畏之心，是这些小生命忍受着风雨的摧残才酿出一杯杯蜜来。它们，教会了我深奥的哲理。 </w:t>
      </w:r>
      <w:r>
        <w:rPr>
          <w:lang w:eastAsia="zh-CN"/>
        </w:rPr>
        <w:br/>
      </w:r>
      <w:r>
        <w:rPr>
          <w:lang w:eastAsia="zh-CN"/>
        </w:rPr>
        <w:t xml:space="preserve">    我走着，蓦然回首，感到从未有过的惬意。环顾四周，满是激励着我的小生命。生活也应如此，迎难而上，才能充满活力，才能让成功靠得更近。成长心得体会800字（篇5） </w:t>
      </w:r>
      <w:r>
        <w:rPr>
          <w:lang w:eastAsia="zh-CN"/>
        </w:rPr>
        <w:br/>
      </w:r>
      <w:r>
        <w:rPr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我一进门，就看到家门口长着一种碧绿的藤。“这是什么呀？”我指着藤问二婶。“这个呀？是南瓜藤。”二婶弯下了身子，“藤都快老了，可以摘了，来，帮我拿把剪刀。”“ok！”我飞快地从橱房里拿来一把剪刀。“我也要摘！”“不行啊，你还小，不知道怎么摘。再说了你被剪刀扎了手，怎么办？”“没事儿的！我就用剪刀剪！”“好好！”禁不往我的软磨硬泡，二婶总算是勉强答应了。我照搬二婶的样子先抓住南瓜藤触角，用剪刀剪下一根根的嫩头，然后把它们放进菜篮里，不一会就装满了小蓝子。</w:t>
      </w:r>
      <w:r>
        <w:rPr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t xml:space="preserve">    回到家后，我从屋子里搬来一个小凳子，认真观察着二婶的动作。只见她左手抓住南瓜藤，右手拿着剪刀，“喀嚓”一声，又粗又长的南瓜藤就乖乖的“躺”在她的手心里，任她摆布了。很快，她将南瓜藤竖了起来，左手轻轻捏着藤，右手巧妙地一转，南瓜藤就折下一截，居然还顺手将瓜藤的表皮扯了不来，一摸，这表皮毛毛糙糙的，真不舒服。没过多久，二婶就把南瓜断成了众多小截儿，也将表皮去干净了。我轻轻一捏，不软也不硬，表面光光的。我真想不通原本毛毛糙糙的南瓜藤为何变得这么光滑。 </w:t>
      </w:r>
      <w:r>
        <w:rPr>
          <w:lang w:eastAsia="zh-CN"/>
        </w:rPr>
        <w:br/>
      </w:r>
      <w:r>
        <w:rPr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“好了好了，现在该我上了！”我一把抓起一堆南瓜藤，“这有什么难的，我绝对做得顶呱呱，谁也比不上！”见二婶捂着嘴偷偷笑，我赶紧补充了一句：“笑什么？不要笑了啦，等会儿看谁剥得好！”我也学着二婶的样子，左手轻轻捏着藤，右手一旋，也许是不太用劲，没掰下来。“哼，我就不信我弄不下来！”我一使劲，呀，真糟糕，比刚才还笨呢，断是断开了，可人家是横断，我却成竖开了，根本就没断成一小节，只在那儿留下了一个深深的折痕。“怎么回事儿？”我抓着南瓜藤，上上下下反复观察着。“你呀，力道控制得不够好！要不就是太轻，要不就是太重。你看！”只见二婶轻轻松松地就掰下来了。“我来试试！”我一把夺过二婶的南瓜藤，用适中的力量，“啪！”南瓜藤总算被我掰下来啦！我高兴得直拍手。当然，经过自己“处理”过的南瓜藤吃起来也特别香。</w:t>
      </w:r>
      <w:r>
        <w:rPr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t xml:space="preserve">    通过这件事，我明白了：其实很多事情，并不是你想得那样简单，而是要付出努力！“谁知盘中餐，粒粒皆辛苦。”是呀，很多事情我们都要亲自去经历才知其中的辛苦。成长心得体会800字（篇6） </w:t>
      </w:r>
      <w:r>
        <w:rPr>
          <w:lang w:eastAsia="zh-CN"/>
        </w:rPr>
        <w:br/>
      </w:r>
      <w:r>
        <w:rPr>
          <w:lang w:eastAsia="zh-CN"/>
        </w:rPr>
        <w:t xml:space="preserve">    童年之中，很多精神，是无可比拟的，是以后再无法轻易拥有的。例如，年少时的决心，勇气与自信，还有，一些小小的感悟。 </w:t>
      </w:r>
      <w:r>
        <w:rPr>
          <w:lang w:eastAsia="zh-CN"/>
        </w:rPr>
        <w:br/>
      </w:r>
      <w:r>
        <w:rPr>
          <w:lang w:eastAsia="zh-CN"/>
        </w:rPr>
        <w:t xml:space="preserve">    有一种境界叫做与自己为敌，有一种精神叫做虽败犹荣。 </w:t>
      </w:r>
      <w:r>
        <w:rPr>
          <w:lang w:eastAsia="zh-CN"/>
        </w:rPr>
        <w:br/>
      </w:r>
      <w:r>
        <w:rPr>
          <w:lang w:eastAsia="zh-CN"/>
        </w:rPr>
        <w:t xml:space="preserve">    到了这里，或许我应该举例一件事，它，代表着决心，勇气和自信。 </w:t>
      </w:r>
      <w:r>
        <w:rPr>
          <w:lang w:eastAsia="zh-CN"/>
        </w:rPr>
        <w:br/>
      </w:r>
      <w:r>
        <w:rPr>
          <w:lang w:eastAsia="zh-CN"/>
        </w:rPr>
        <w:t xml:space="preserve">    沉寂，或者说是筹备了几个星期的跳长绳比赛在一个周四的下午展开，整整一个下午的拼搏。但是，令人有些惋惜的是，我们班输了，而且是惨败，全年组倒数第一。我们都心有不甘。这次失败，或许是因为实力的差距，或者是因为运气，总之，我们输了。当听到比赛成绩时，我顿觉凄凉。练习时的努力，比赛前的自信，比赛时的奋进，一一划过眼前，支离破碎。真的不甘心呐，可是，事实摆在眼前，我们已无法反驳，也无力改变。 </w:t>
      </w:r>
      <w:r>
        <w:rPr>
          <w:lang w:eastAsia="zh-CN"/>
        </w:rPr>
        <w:br/>
      </w:r>
      <w:r>
        <w:rPr>
          <w:lang w:eastAsia="zh-CN"/>
        </w:rPr>
        <w:t xml:space="preserve">    接下来，便是那小小的感悟。 </w:t>
      </w:r>
      <w:r>
        <w:rPr>
          <w:lang w:eastAsia="zh-CN"/>
        </w:rPr>
        <w:br/>
      </w:r>
      <w:r>
        <w:rPr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于是我选择抬起头来，面对现实。既然无法弥补，就要坦然面对。这就是我最真实的想法。</w:t>
      </w:r>
      <w:r>
        <w:rPr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t xml:space="preserve">    仔细想想，在比赛中，我们所能跳的数量早已超过了练习时所跳的。没错，我们超越了自己。比赛的目的是，顽强拼搏，通过比赛完善自己，培养团结的力量。我认为，我们做到了。比赛前，我们努力练习，互相鼓励；比赛中，认真地跳跃，用心地奔跑。那么，我们是不是该在比赛之后，挺胸抬头，不留遗憾到说我不后悔呢？我们没有错过什么，亦没有失去什么，没有什么好遗憾的，不是么？ </w:t>
      </w:r>
      <w:r>
        <w:rPr>
          <w:lang w:eastAsia="zh-CN"/>
        </w:rPr>
        <w:br/>
      </w:r>
      <w:r>
        <w:rPr>
          <w:lang w:eastAsia="zh-CN"/>
        </w:rPr>
        <w:t xml:space="preserve">    把自己当作自己的敌人，自己与自己比赛，自己与自己竞争，所以，只要超越了自己，就已足够。所以说，最重要的是过程，所以说，虽败犹荣。 </w:t>
      </w:r>
      <w:r>
        <w:rPr>
          <w:lang w:eastAsia="zh-CN"/>
        </w:rPr>
        <w:br/>
      </w:r>
      <w:r>
        <w:rPr>
          <w:lang w:eastAsia="zh-CN"/>
        </w:rPr>
        <w:t xml:space="preserve">    也许，有人会说，我这只是一种无谓的自我安慰罢了。但是，我觉得，我只是在想前看。人应该向前看，拥有一颗积极向上的心，保持一种阳光般的心态，这样，才不会让失败重演。与自己为敌，是为了让自己的能力得到提升；虽败犹荣，是为了下次的胜利。 </w:t>
      </w:r>
      <w:r>
        <w:rPr>
          <w:lang w:eastAsia="zh-CN"/>
        </w:rPr>
        <w:br/>
      </w:r>
      <w:r>
        <w:rPr>
          <w:lang w:eastAsia="zh-CN"/>
        </w:rPr>
        <w:t xml:space="preserve">    虽然年少，虽然青涩，但是年少的我们拥有这些精神，这些成年人已经失去的精神，我们得到了人生的经验，我们在快乐中成长，在坎坷中成长。将来我们要继续学习，但是，一些东西我们是不该抛弃的。成长心得体会800字（篇7） </w:t>
      </w:r>
      <w:r>
        <w:rPr>
          <w:lang w:eastAsia="zh-CN"/>
        </w:rPr>
        <w:br/>
      </w:r>
      <w:r>
        <w:rPr>
          <w:lang w:eastAsia="zh-CN"/>
        </w:rPr>
        <w:t xml:space="preserve">    海如人生，人生如海，在潮起潮落间演绎着成长之路上的每一次欣喜与落漠。 </w:t>
      </w:r>
      <w:r>
        <w:rPr>
          <w:lang w:eastAsia="zh-CN"/>
        </w:rPr>
        <w:br/>
      </w:r>
      <w:r>
        <w:rPr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依然记得这样一张照片：小小的我交握双手，两眼微闭，表情很虔诚，也很坚定。照片的背面用很稚嫩的字歪歪曲曲地写着：我多么希望，闭上眼睛，下一秒就已经长大!那个时候，总以为长大就可以很自由，可以去干自己想干的事，或者可以赚很多很多钱，然后和父母一起周游世界……我期待成长，长大意味着一切!</w:t>
      </w:r>
      <w:r>
        <w:rPr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t xml:space="preserve">    日子在不断的期待中悄然飞逝，渐渐地，我觉得自己长大了。回首一路磕磕碰碰的脚步，我终于读懂了长大的艰辛。面对书桌上不断增高的“书山”，背着越来越重的书包，看着漫天飞舞的试卷……我迷茫了。难道这就是成长?我已经忘了有多久没听音乐，有多时间没去照料阳台上的花草，又有多长时间没去海边吹海风，听涛声了……看着阳台上奄奄一息的花草，那一刻，我觉得自己像一条缺氧的鱼，在这个充满了课本的城市里，忘了该怎样去呼吸，去生活，去面对成功时的欣喜和失落时的眼泪，去面对那一双双关爱的眼睛。如果长大了就是这样压抑，那为何还要长大? </w:t>
      </w:r>
      <w:r>
        <w:rPr>
          <w:lang w:eastAsia="zh-CN"/>
        </w:rPr>
        <w:br/>
      </w:r>
      <w:r>
        <w:rPr>
          <w:lang w:eastAsia="zh-CN"/>
        </w:rPr>
        <w:t xml:space="preserve">    终于，我又来到了久违的海边，尽情享受着这蓝蓝的天，蓝蓝的海，蓝蓝的世界。深呼吸，看着海浪一次又一次坚持不懈地拍打着海边的礁石。深呼吸，看海鸥迎着大风大浪尽情地飞翔。深呼吸，看着轮船不停地向前开进，消失在白茫茫的海平线上。深呼吸，我终于明白了，这个城市并没缺氧，只是我没有好好地去呼吸! </w:t>
      </w:r>
      <w:r>
        <w:rPr>
          <w:lang w:eastAsia="zh-CN"/>
        </w:rPr>
        <w:br/>
      </w:r>
      <w:r>
        <w:rPr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我继续成长，笑着看书桌上的“珠穆朗玛峰”，伴着轻松舒缓的音乐，努力地“移山”。累了便修剪花草，放假了，便帮忙做家务，或者一家人一起去游山玩水。我不再逃避困难，而是学着去面对成长的每一次考验。终于，我不再像以前一样轻率软弱，而变得沉稳坚强。我开始学着去爱这个城市，去爱那些关爱我的人：学着去宽容，去理解，去拼搏，去奋斗;学着微笑，也给别人带来笑脸……</w:t>
      </w:r>
      <w:r>
        <w:rPr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t xml:space="preserve">    感悟成长，面对成长，不断成长。在潮起潮落中谱写人生华丽的乐章，让成长之路变得充实。 </w:t>
      </w:r>
      <w:r>
        <w:rPr>
          <w:lang w:eastAsia="zh-CN"/>
        </w:rPr>
        <w:br/>
      </w:r>
      <w:r>
        <w:rPr>
          <w:lang w:eastAsia="zh-CN"/>
        </w:rPr>
        <w:t xml:space="preserve">    感悟成长，学会成长!成长心得体会800字（篇8） </w:t>
      </w:r>
      <w:r>
        <w:rPr>
          <w:lang w:eastAsia="zh-CN"/>
        </w:rPr>
        <w:br/>
      </w:r>
      <w:r>
        <w:rPr>
          <w:lang w:eastAsia="zh-CN"/>
        </w:rPr>
        <w:t xml:space="preserve">    岁月的风铃，摇醒了我沉睡的记忆，久违的感动被唤起…… </w:t>
      </w:r>
      <w:r>
        <w:rPr>
          <w:lang w:eastAsia="zh-CN"/>
        </w:rPr>
        <w:br/>
      </w:r>
      <w:r>
        <w:rPr>
          <w:lang w:eastAsia="zh-CN"/>
        </w:rPr>
        <w:t xml:space="preserve">    白云在蓝蓝的天空中悠闲地散步，大地上不乏我童稚的欢笑。掐一朵嫩嫩的无名野花，哼着未成曲调自编的童谣，在一丛丛野菊花中，我席地而坐，双手托腮产生了万般遐思。踩着酥软的草地，我放飞了想象的风筝，牵着斑斓的憧憬，飘飞在幽远的天空中。然而轻风系不住流云，流云带不走我的风筝。平静的天空，是我理想的调色板。童年时放飞的风筝，越飞越高，童年也渐渐离我远去。 </w:t>
      </w:r>
      <w:r>
        <w:rPr>
          <w:lang w:eastAsia="zh-CN"/>
        </w:rPr>
        <w:br/>
      </w:r>
      <w:r>
        <w:rPr>
          <w:lang w:eastAsia="zh-CN"/>
        </w:rPr>
        <w:t xml:space="preserve">    我只好挥手惜别童年。小时候，我盼望着长大，在长大的岁月里又害怕长大，而不再害怕长大的时候，我也就真正地长大了。 </w:t>
      </w:r>
      <w:r>
        <w:rPr>
          <w:lang w:eastAsia="zh-CN"/>
        </w:rPr>
        <w:br/>
      </w:r>
      <w:r>
        <w:rPr>
          <w:lang w:eastAsia="zh-CN"/>
        </w:rPr>
        <w:t xml:space="preserve">    把往事装进画框里，去储存美妙的童年琐记。在如诗如画的青春岁月里，我像一朵含苞欲放的花蕾，时刻在编织着自己的美好梦想。成长的日子是绿色的，梦是红色的，笑是开心的，哭是认真的，心是诚挚的。希望犹如天上的星星一样，灿烂繁多。 </w:t>
      </w:r>
      <w:r>
        <w:rPr>
          <w:lang w:eastAsia="zh-CN"/>
        </w:rPr>
        <w:br/>
      </w:r>
      <w:r>
        <w:rPr>
          <w:lang w:eastAsia="zh-CN"/>
        </w:rPr>
        <w:t xml:space="preserve">    而如今的我，漫步在人生的花季中，细细品味着。这是个美丽的季节，天空很广阔，心中却有一个比天空更广阔的梦幻世界。 </w:t>
      </w:r>
      <w:r>
        <w:rPr>
          <w:lang w:eastAsia="zh-CN"/>
        </w:rPr>
        <w:br/>
      </w:r>
      <w:r>
        <w:rPr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雨，下起来了。我举起洁白的小伞，享受大自然的恩赐。当此之际，我盼望着，盼望着那朦胧的雨季，如烟如梦。我多么想尽快走出伞下世界，去迎风沐雨;走出父母的怀抱，去迎接社会，品尝生活。生活总是在耐心地等我们去读懂它。</w:t>
      </w:r>
      <w:r>
        <w:rPr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t xml:space="preserve">    长大的感觉，是在寻找翠绿的田野，准备撒下希望的种子。在纵横交错的道路上，我们往往会感到无路可走，对生活产生迷茫。我们必须清醒地知道，自己才是命运的主人，才是灵魂的舵手。 </w:t>
      </w:r>
      <w:r>
        <w:rPr>
          <w:lang w:eastAsia="zh-CN"/>
        </w:rPr>
        <w:br/>
      </w:r>
      <w:r>
        <w:rPr>
          <w:lang w:eastAsia="zh-CN"/>
        </w:rPr>
        <w:t xml:space="preserve">    凝视生活，璀璨无比，青春是美丽的芳草地，生活的阳光多么灿烂。经历过多少风风雨雨，我们终于迎来了如诗的黎明。 </w:t>
      </w:r>
      <w:r>
        <w:rPr>
          <w:lang w:eastAsia="zh-CN"/>
        </w:rPr>
        <w:br/>
      </w:r>
      <w:r>
        <w:rPr>
          <w:lang w:eastAsia="zh-CN"/>
        </w:rPr>
        <w:t xml:space="preserve">    昨天，带着回忆悄悄地逝去;今天，攥在我们的手里;而明天呢，正闪烁着光辉在期待着我们!成长心得体会800字（篇9） </w:t>
      </w:r>
      <w:r>
        <w:rPr>
          <w:lang w:eastAsia="zh-CN"/>
        </w:rPr>
        <w:br/>
      </w:r>
      <w:r>
        <w:rPr>
          <w:lang w:eastAsia="zh-CN"/>
        </w:rPr>
        <w:t xml:space="preserve">    我的泪腺从小就很发达：家长不满足我的要求，哭；朋友之间闹点儿小矛盾，哭；考试成绩不好，哭。哭，彷佛是我永远也摆脱不了的缚束。不知什么时候起，我的泪水变成金子了。大概是那次吧…… </w:t>
      </w:r>
      <w:r>
        <w:rPr>
          <w:lang w:eastAsia="zh-CN"/>
        </w:rPr>
        <w:br/>
      </w:r>
      <w:r>
        <w:rPr>
          <w:lang w:eastAsia="zh-CN"/>
        </w:rPr>
        <w:t xml:space="preserve">    在炽热的骄阳下，我和一群不认识的小朋友齐齐地站成一排，而挺立在我们前面那个又黑又壮的男子就是我们的教练，他姓周。没腊，我在进行野外训练。其实我是不想参加什么野外训练，可父亲说我动不动就哭，和什么娇贵物似的，该出去锻炼一下，吃点儿苦头了。在几轮争论下，我还是被送到了人不人鬼不鬼的野外训练场了。 </w:t>
      </w:r>
      <w:r>
        <w:rPr>
          <w:lang w:eastAsia="zh-CN"/>
        </w:rPr>
        <w:br/>
      </w:r>
      <w:r>
        <w:rPr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还是那个太阳，还是那片沙地，还是我和一群不认识的人，还是周教练。除了集合时周教练喊得一句：“一字排开。”以外，这一上午我再也没听到一句人话了。眼看到了正午，我头上的汗珠不停地往下掉，周教练却没一丝一毫要“发号施令”的意思，我忍不住要发牢骚了：“唉，你看……”我和旁边的人耳语。“你！”周教练指着我：“出列。”我很诧异，叫我干什么？难道好事掉到我头上--可以吹空调吃饭了？不管三七二十一，我乖乖的出了列。</w:t>
      </w:r>
      <w:r>
        <w:rPr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t xml:space="preserve">    “去，到那里做五百个俯卧撑，做不够不准吃饭！其他人，解散！”周教练的花犹如天打雷劈，把我吓了个不轻。再看看其他人，幸灾乐祸的表情，我的眼泪顿时涌了出来，可是尽管这样，周教练还是让我“规范”地做了五百个俯卧撑，一气儿下来，我有事腿疼又是胳膊酸的，连饭都吃不下了，我心里很不是个滋味，想哭，可连哭的力气都没有了，周教练准了我一下午的假。终于，我在睡了N个小时后，缓过了劲来，想起上午发生的事，我的心里又是一阵翻江倒海。“啪嗒，啪嗒……”眼泪顺着我的脸颊砸到了枕头上，爸，妈，我在心底呼唤，可这样又有什么用呢？在这叫天天不灵，叫地地不应的。 </w:t>
      </w:r>
      <w:r>
        <w:rPr>
          <w:lang w:eastAsia="zh-CN"/>
        </w:rPr>
        <w:br/>
      </w:r>
      <w:r>
        <w:rPr>
          <w:lang w:eastAsia="zh-CN"/>
        </w:rPr>
        <w:t xml:space="preserve">    在接下来的几天，魔鬼教练不断地找我“茬”，哭，成了几天来的家常便饭。渐渐地，我有些想通了，魔鬼不值得我哭！还是那些地狱式训练，我咬紧了牙，一次又一次把眼边的泪水忍了回去，不知那来的勇气：流血，中暑，我都没哭。太阳打西边出来了？ </w:t>
      </w:r>
      <w:r>
        <w:rPr>
          <w:lang w:eastAsia="zh-CN"/>
        </w:rPr>
        <w:br/>
      </w:r>
      <w:r>
        <w:rPr>
          <w:lang w:eastAsia="zh-CN"/>
        </w:rPr>
        <w:t xml:space="preserve">    在几天的训练里，我的意志得到了磨练，渐渐的，我从软柿子变成了硬石头。成长，离不开泪水；泪水中，感悟成长！我，长大了！成长心得体会800字（篇10） </w:t>
      </w:r>
      <w:r>
        <w:rPr>
          <w:lang w:eastAsia="zh-CN"/>
        </w:rPr>
        <w:br/>
      </w:r>
      <w:r>
        <w:rPr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那个有黑点的芒果是我最好的奖励。是奶奶深深的爱。——铭文</w:t>
      </w:r>
      <w:r>
        <w:rPr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t xml:space="preserve">    当芒果的香味飘进我的鼻子，萦绕在我的心头时，我想到了最好的回报。这时候奶奶的爱就像芒果的香味，萦绕在我的心头，填满我的心… </w:t>
      </w:r>
      <w:r>
        <w:rPr>
          <w:lang w:eastAsia="zh-CN"/>
        </w:rPr>
        <w:br/>
      </w:r>
      <w:r>
        <w:rPr>
          <w:lang w:eastAsia="zh-CN"/>
        </w:rPr>
        <w:t xml:space="preserve">    那年，我去奶奶家度假。在院子里，我依偎在奶奶的怀里，指着树上未成熟的芒果，大喊：“我要吃这个！”芒果翠绿的皮虽然有点蓝，却引来了我的饕餮之味。 </w:t>
      </w:r>
      <w:r>
        <w:rPr>
          <w:lang w:eastAsia="zh-CN"/>
        </w:rPr>
        <w:br/>
      </w:r>
      <w:r>
        <w:rPr>
          <w:lang w:eastAsia="zh-CN"/>
        </w:rPr>
        <w:t xml:space="preserve">    “不，还没有。”奶奶笑了。“等你第一次考试回来，奶奶会奖励你的，好吗？” </w:t>
      </w:r>
      <w:r>
        <w:rPr>
          <w:lang w:eastAsia="zh-CN"/>
        </w:rPr>
        <w:br/>
      </w:r>
      <w:r>
        <w:rPr>
          <w:lang w:eastAsia="zh-CN"/>
        </w:rPr>
        <w:t xml:space="preserve">    我拍手叫道：“对，奶奶亲了我的额头，脸上挂着温暖的笑容。” </w:t>
      </w:r>
      <w:r>
        <w:rPr>
          <w:lang w:eastAsia="zh-CN"/>
        </w:rPr>
        <w:br/>
      </w:r>
      <w:r>
        <w:rPr>
          <w:lang w:eastAsia="zh-CN"/>
        </w:rPr>
        <w:t xml:space="preserve">    回到城里，我把这件事忘得一干二净，直到刺痛我心的电话铃声响起，“奶奶做不到！”电话那头，阿姨在哭。我愣住了，一滴眼泪滑过我的脸，遗憾的泪水刺痛了我的心。我真的得了一等奖，但是没有给奶奶报喜。我忘记了远处的奶奶。我讨厌我自己！我满脸泪水，上了去医院的公交车。 </w:t>
      </w:r>
      <w:r>
        <w:rPr>
          <w:lang w:eastAsia="zh-CN"/>
        </w:rPr>
        <w:br/>
      </w:r>
      <w:r>
        <w:rPr>
          <w:lang w:eastAsia="zh-CN"/>
        </w:rPr>
        <w:t xml:space="preserve">    医院里的床单白得可怕，到处飘着浓烈的药味。奶奶静静地躺在病床上。就在大家欣喜地看着终于醒来的奶奶的时候，医生说是回光返照，大家都沉默了。我强忍泪水，扑向奶奶。看到奶奶手里拿着一个满是老茧黑点的芒果，我很惊讶。她握得那么紧，浑浊的眼睛里满是悲伤。我妈告诉我，她告诉奶奶我得了一等奖。奶奶总说要赏我一个芒果。她去医院的时候带了这个芒果，说要亲自给我。 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   “奶奶，你不会有事的，别离开我！”我再也忍不住了。我哭哭啼啼，心如刀绞，泪如泉涌。 </w:t>
      </w:r>
      <w:r>
        <w:rPr>
          <w:lang w:eastAsia="zh-CN"/>
        </w:rPr>
        <w:br/>
      </w:r>
      <w:r>
        <w:rPr>
          <w:lang w:eastAsia="zh-CN"/>
        </w:rPr>
        <w:t xml:space="preserve">    “奖励。奖赏。芒果……”奶奶喃喃道，一种只有我能读懂的爱，在没有上帝的眼中流露出来。然后她用尽全力把芒果放在我手里，抖啊抖，紧紧的握着我的手。“好。满意的读书……”奶奶沙哑的声音只有我能听见。我一个劲儿地点点头，眼泪在眼眶里打滚。 </w:t>
      </w:r>
      <w:r>
        <w:rPr>
          <w:lang w:eastAsia="zh-CN"/>
        </w:rPr>
        <w:br/>
      </w:r>
      <w:r>
        <w:rPr>
          <w:lang w:eastAsia="zh-CN"/>
        </w:rPr>
        <w:t xml:space="preserve">    突然，奶奶松开了手，轻轻闭上了眼睛。这时，我的眼泪绝望地流了出来，打在我的手上和芒果上。这个芒果，好重。看着奶奶安静的脸，我默默的说：“好的，我会好好学习的！”又是一个夏天，芒果又熟了，金黄的芒果勾起了我深深的思念。芒果的香味越来越浓，就像奶奶的爱，是我最好的回报。成长心得体会800字（篇11） </w:t>
      </w:r>
      <w:r>
        <w:rPr>
          <w:lang w:eastAsia="zh-CN"/>
        </w:rPr>
        <w:br/>
      </w:r>
      <w:r>
        <w:rPr>
          <w:lang w:eastAsia="zh-CN"/>
        </w:rPr>
        <w:t xml:space="preserve">    像一条蓝带，我静静的在村子里流转。春天真的来了。我伸了个懒腰，睁开眼睛，沐浴在温暖的阳光下。我张开双臂，用温暖融化了整整一个冬天的冰雪。我时不时地唱“花花，花花”，野花姐姐和柳哥哥随着温暖的春风微微摇摆，鸟儿歌唱，我是他们最好的倾听者。 </w:t>
      </w:r>
      <w:r>
        <w:rPr>
          <w:lang w:eastAsia="zh-CN"/>
        </w:rPr>
        <w:br/>
      </w:r>
      <w:r>
        <w:rPr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我的美丽让远方的人惊讶。越来越多的人来这里工作和玩耍。美丽的小建筑建成了，村庄变得前所未有的热闹。他们在河边聊天玩耍，留下欢笑和缠绵，却在匆忙和我告别的时候忘了把剩下的皮袋子放进垃圾桶。风转过来，把它们都吸进了我清澈的水中。一开始我以为我能把这些脏东西洗掉，于是我很努力的往前走，但是这些东西好像是割线，永远洗不掉。</w:t>
      </w:r>
      <w:r>
        <w:rPr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t xml:space="preserve">    那个夏天的女孩以轻快的步伐走进我们的时候，我已经变得漆黑一片，浑身散发着难闻的味道，就连岸上的哥哥也好像枯黄了。大家都离我很远，不得不靠近的时候，也是一副厌恶的样子。他们一个个捏着鼻子，看了我一眼，就跑了。我心里一凉：这是怎么回事？那些孩子为什么不来陪我？ </w:t>
      </w:r>
      <w:r>
        <w:rPr>
          <w:lang w:eastAsia="zh-CN"/>
        </w:rPr>
        <w:br/>
      </w:r>
      <w:r>
        <w:rPr>
          <w:lang w:eastAsia="zh-CN"/>
        </w:rPr>
        <w:t xml:space="preserve">    秋天到了，岸上的树叶开始一片一片落下。本来是想让我再次荡漾，再次快乐。叶子越来越少，直到剩下最后一片，鸟儿停止歌唱，再也没有朋友愿意和我说话。我越来越孤独了。谁来帮我？我希望我是快乐的河。 </w:t>
      </w:r>
      <w:r>
        <w:rPr>
          <w:lang w:eastAsia="zh-CN"/>
        </w:rPr>
        <w:br/>
      </w:r>
      <w:r>
        <w:rPr>
          <w:lang w:eastAsia="zh-CN"/>
        </w:rPr>
        <w:t xml:space="preserve">    直到有一天，岸上竖起了一块牌子。“爷爷，这是什么？”一个甜美的声音传入我的耳中。“处理污水，防洪，排水，保证供水，节约用水”，老人点燃牌子上的字，对一个看起来四五岁的小女孩说，“贝贝，别再把苹果皮扔到河里了。”我笑了。几个工人的叔叔手里拿着网驶进了我的港口。他们把水草和石头缝里藏着的垃圾都捞了上来，鱼苗安心地在我家安顿下来。连续几天，我的水不再浑浊发臭。当我想到我要变回清澈的河水时，我在梦里笑出声来。 </w:t>
      </w:r>
      <w:r>
        <w:rPr>
          <w:lang w:eastAsia="zh-CN"/>
        </w:rPr>
        <w:br/>
      </w:r>
      <w:r>
        <w:rPr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冬天，我终于焕然一新，又是一条快乐的河。冷风吹过我的头顶，雪花从天而降，整个世界变成了一个白色的世界。人们的笑声又在我耳边飘荡，孩子们穿上厚厚的棉衣，戴上手套，或者打雪仗，或者堆雪人。而我，像一个啦啦队员，为大家加油。冬天来了，春天还会远吗？我好像又听到朋友在春天唱歌了。成长心得体会800字（篇12）</w:t>
      </w:r>
      <w:r>
        <w:rPr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t xml:space="preserve">    在那个有雾的早晨，被我用一年时间养长的头发，在剪刀的“咔擦”声中，随时间飘然落下。 </w:t>
      </w:r>
      <w:r>
        <w:rPr>
          <w:lang w:eastAsia="zh-CN"/>
        </w:rPr>
        <w:br/>
      </w:r>
      <w:r>
        <w:rPr>
          <w:lang w:eastAsia="zh-CN"/>
        </w:rPr>
        <w:t xml:space="preserve">    “头发是用来记录时间的流逝的。它变长或变白，都可以触动你的心。”这句话，我已不记得是谁告诉我的。可它的内容却让我刻骨铭心。从初一步入校园的那一刻起，我决心留长头发了。留很长很长的头发。我应该是想纪念点儿什么。是早已逝去的童年？还是即将到来的青春？或许都有吧！ </w:t>
      </w:r>
      <w:r>
        <w:rPr>
          <w:lang w:eastAsia="zh-CN"/>
        </w:rPr>
        <w:br/>
      </w:r>
      <w:r>
        <w:rPr>
          <w:lang w:eastAsia="zh-CN"/>
        </w:rPr>
        <w:t xml:space="preserve">    时隔一年，我的长发已然齐腰，那上面有今春的雨，和岁月的云。让我看一眼，便满心欢喜。时间——是这张特殊的记录薄上唯一的，却闪着光的笔迹。 </w:t>
      </w:r>
      <w:r>
        <w:rPr>
          <w:lang w:eastAsia="zh-CN"/>
        </w:rPr>
        <w:br/>
      </w:r>
      <w:r>
        <w:rPr>
          <w:lang w:eastAsia="zh-CN"/>
        </w:rPr>
        <w:t xml:space="preserve">    只可惜，一向爱整洁的老妈却以“头发太长容易掉”的理由将我拉到理发店门口。又以“洗头发的时间都可以用来记好多好多英语单词了”的怒吼迫使我敲开了理发店的门。 </w:t>
      </w:r>
      <w:r>
        <w:rPr>
          <w:lang w:eastAsia="zh-CN"/>
        </w:rPr>
        <w:br/>
      </w:r>
      <w:r>
        <w:rPr>
          <w:lang w:eastAsia="zh-CN"/>
        </w:rPr>
        <w:t xml:space="preserve">    于是，在那个多雾的早晨，我坐在理发店的镜子前，面色平静，却内心忐忑地看着，看着镜子里我好不容易留下，却又被剪掉的“时间”；看着我那张随着头发越来越短，而变得越来越大的“大饼脸”；还有妈妈得意的笑容，以及理发师哥哥一脸可惜的表情，我满心凄凉。 </w:t>
      </w:r>
      <w:r>
        <w:rPr>
          <w:lang w:eastAsia="zh-CN"/>
        </w:rPr>
        <w:br/>
      </w:r>
      <w:r>
        <w:rPr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剪刀一下一下，毫不留情地把我的头发拦腰截断。最终，我的头发又从“齐腰”变回了“齐肩”的长度。看着镜子里那个熟悉而又遥远的形象，仿佛一切都只是兜了个圈，如今，又回到了原点。仿佛一年的时间，就这样，被剪掉了。</w:t>
      </w:r>
      <w:r>
        <w:rPr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t xml:space="preserve">    我站起身，发现椅子后面有一大堆乌黑的头发：“唉！得多久才能长回来呀？！”我忍不住叹息一声。“不怕！很快的！每天能长0.1毫米！”那位为我剪头发的哥哥回答。然后，他朝我笑了笑，露出一颗尖尖的虎牙。我望着他，眼睛顿时放出了光芒…… </w:t>
      </w:r>
      <w:r>
        <w:rPr>
          <w:lang w:eastAsia="zh-CN"/>
        </w:rPr>
        <w:br/>
      </w:r>
      <w:r>
        <w:rPr>
          <w:lang w:eastAsia="zh-CN"/>
        </w:rPr>
        <w:t xml:space="preserve">    出了理发店，我顶着那头蓬松的齐肩的头发走在街上。雾早就散了，街上的人多了起来。我穿行在人群中，摆脱了长发的束缚，很轻松。想象着每天都会长长0.1毫米的头发，可以记录下更多的喜怒哀乐。 </w:t>
      </w:r>
      <w:r>
        <w:rPr>
          <w:lang w:eastAsia="zh-CN"/>
        </w:rPr>
        <w:br/>
      </w:r>
      <w:r>
        <w:rPr>
          <w:lang w:eastAsia="zh-CN"/>
        </w:rPr>
        <w:t xml:space="preserve">    在那个清晨，我的“时间”飘落了一地。可我知道，时间和我的头发是一样的，飘落并不代表失去，正相反，它代表的，是延续。成长心得体会800字（篇13） </w:t>
      </w:r>
      <w:r>
        <w:rPr>
          <w:lang w:eastAsia="zh-CN"/>
        </w:rPr>
        <w:br/>
      </w:r>
      <w:r>
        <w:rPr>
          <w:lang w:eastAsia="zh-CN"/>
        </w:rPr>
        <w:t xml:space="preserve">    古诗是我们中华民族的精髓，它不仅给我美的享受，还给予我心智的启迪，情操的陶冶。在我的成长之路上，古诗总是伴随着我。 </w:t>
      </w:r>
      <w:r>
        <w:rPr>
          <w:lang w:eastAsia="zh-CN"/>
        </w:rPr>
        <w:br/>
      </w:r>
      <w:r>
        <w:rPr>
          <w:lang w:eastAsia="zh-CN"/>
        </w:rPr>
        <w:t xml:space="preserve">    记得我四岁的时候，爸爸给我买了一本带图画的《唐诗五十首》。每天吃完晚饭，我都会迫不及待地坐在阳台的护栏上，津津有味地听妈妈给我读诗、讲诗，那时的情景至今还历历在目…… </w:t>
      </w:r>
      <w:r>
        <w:rPr>
          <w:lang w:eastAsia="zh-CN"/>
        </w:rPr>
        <w:br/>
      </w:r>
      <w:r>
        <w:rPr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六岁上小学了，从此每个学期我们都会学四首以上的古诗，在老师的传授下，我不仅能将《春晓》、《村居》等古诗倒背如流，还能准确无误地解释其中的含义。经过这样几年的锻炼，培养了我对古诗浓厚的兴趣。我更喜欢古诗了，吟颂古诗的同时仿佛回到了历史悠久的古代，见到了古代著名的文学家李白、贺知章、白居易、杜牧……《望天门山》、《绝句》、《题西林壁》，这一首首脍炙人口的古诗，不仅使我领略了李白的浪漫、杜甫的深刻、苏轼的豪放，我还在那一读、一诵、一写之间，体会到了中华文字的奇妙和古诗的博大精深、包蕴万千，从中领悟了许多做人的道理。</w:t>
      </w:r>
      <w:r>
        <w:rPr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t xml:space="preserve">    饭桌上，看着堂妹将饭粒撒了一桌，我的脑海立即浮现出农民在烈日下挥汗如雨，辛勤耕作的情况，不禁脱口而出：“谁知盘中餐，粒粒皆辛苦”的诗句;夜深人静，看着月亮安详地吐洒着它的清晖，我深深地陶醉其中，情不自禁吟诵起“床前明月光，疑似地上霜”的佳句;每次春游前，看着妈妈早早起床，为我精心泡制三明治的背影，“谁言寸草心，报得三春晖”会萦绕在我的心头，低吟浅唱，像一股涓涓细流在心里静静地流淌。 </w:t>
      </w:r>
      <w:r>
        <w:rPr>
          <w:lang w:eastAsia="zh-CN"/>
        </w:rPr>
        <w:br/>
      </w:r>
      <w:r>
        <w:rPr>
          <w:lang w:eastAsia="zh-CN"/>
        </w:rPr>
        <w:t xml:space="preserve">    假日，我漫步在田间的小道上，流连于迷人的风景区，攀行在巍峨的高山上，无时不让我感受到诗的脚步!不是吗?身处大自然，哪一处的情，哪一处的景，没有诗的韵味?哪一处的山，哪一处的水，没有诗的哲理?当我泛舟河源万绿湖，欣赏美如画卷的湖景时，会情不自禁地想起刘禹锡“湖光秋月两相和，潭面无风镜未磨”的诗句;当我置身清远天子山瀑布前，感受着水雾扑面而来时，李白“飞流直下三千尺，疑是银河落九天”的绝句会跃然眼前;当我面对亚龙湾波澜壮阔的大海，观赏日出日落的美景时，“明日复明日，明日何其多”、“少壮不努力，老大徒伤悲”的诗名会震撼着我的心灵，催我奋勇前进…… </w:t>
      </w:r>
      <w:r>
        <w:rPr>
          <w:lang w:eastAsia="zh-CN"/>
        </w:rPr>
        <w:br/>
      </w:r>
      <w:r>
        <w:rPr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1B1F19" w14:textId="27C3F48A">
      <w:pPr>
        <w:rPr>
          <w:lang w:eastAsia="zh-CN"/>
        </w:rPr>
      </w:pPr>
      <w:r>
        <w:rPr>
          <w:lang w:eastAsia="zh-CN"/>
        </w:rPr>
        <w:t xml:space="preserve"> 这就是古诗的魅力，这就是古诗的内涵，它意存高远，能够感化人，启发人，教育人，有利于我们陶冶情操，加强修养，丰富思想。古诗是我永恒的益友，我会紧紧地握着它的手，谨记它的教诲，默诵着“书山有路勤为径，学海无涯苦作舟”，在成长的道路上勇敢向前。成长心得体会800字（篇14）</w:t>
      </w:r>
      <w:r>
        <w:rPr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t xml:space="preserve">    渐渐地我踏入了中学校门，自从那一刻起，我们的关系漫漫地清淡如水。不久，你就永远地离开了我。 </w:t>
      </w:r>
      <w:r>
        <w:rPr>
          <w:lang w:eastAsia="zh-CN"/>
        </w:rPr>
        <w:br/>
      </w:r>
      <w:r>
        <w:rPr>
          <w:lang w:eastAsia="zh-CN"/>
        </w:rPr>
        <w:t xml:space="preserve">    你——就是我那七彩斑斓的童年。 </w:t>
      </w:r>
      <w:r>
        <w:rPr>
          <w:lang w:eastAsia="zh-CN"/>
        </w:rPr>
        <w:br/>
      </w:r>
      <w:r>
        <w:rPr>
          <w:lang w:eastAsia="zh-CN"/>
        </w:rPr>
        <w:t xml:space="preserve">    与你的分别我真的心如刀绞，你恨心地带走了我所有的童真与欢乐，在你与“花季”做完交接仪式的那一刹那；成长的烦恼、升学的压力便整天缠绕着我。是的，我不得不得承认，我来到了被称为“最美好也最痛苦”的花季。我长大了，所以就不应该去儿童乐园玩；我长大了，所以就不应该抱着洋娃娃入睡；我长大了，所以就不应该把“眼泪”作为武器，我长大了，所以只应该背上智慧的弓箭，去书山题海中拼搏，直到每次遍体鳞伤。 </w:t>
      </w:r>
      <w:r>
        <w:rPr>
          <w:lang w:eastAsia="zh-CN"/>
        </w:rPr>
        <w:br/>
      </w:r>
      <w:r>
        <w:rPr>
          <w:lang w:eastAsia="zh-CN"/>
        </w:rPr>
        <w:t xml:space="preserve">    难道这就是成长吗？ </w:t>
      </w:r>
      <w:r>
        <w:rPr>
          <w:lang w:eastAsia="zh-CN"/>
        </w:rPr>
        <w:br/>
      </w:r>
      <w:r>
        <w:rPr>
          <w:lang w:eastAsia="zh-CN"/>
        </w:rPr>
        <w:t xml:space="preserve">    在学校，体育课的自由活动不见了，变成了可怕的“魔鬼训练”；美好的课间休息不见了，变成了满黑板的习题；令人期待的周末不见了，变成了各种培训班的天地。——如果只是这样，我真的不愿长大，我愿永远和你住在那段美好的回忆里！然而你悄悄地走了，正如你轻轻地来…… </w:t>
      </w:r>
      <w:r>
        <w:rPr>
          <w:lang w:eastAsia="zh-CN"/>
        </w:rPr>
        <w:br/>
      </w:r>
      <w:r>
        <w:rPr>
          <w:lang w:eastAsia="zh-CN"/>
        </w:rPr>
        <w:t xml:space="preserve">  </w:t>
      </w:r>
      <w:r>
        <w:rPr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https://d.book118.com/637034033050006046</w:t>
        </w:r>
      </w:hyperlink>
    </w:p>
    <w:p w:rsidR="001B1F19">
      <w:pPr>
        <w:rPr>
          <w:lang w:eastAsia="zh-C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9D07D03"/>
    <w:multiLevelType w:val="multilevel"/>
    <w:tmpl w:val="3AE4B26C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20273113">
    <w:abstractNumId w:val="0"/>
  </w:num>
  <w:num w:numId="2" w16cid:durableId="1499691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22227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250009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84274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334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19"/>
    <w:rsid w:val="00012D24"/>
    <w:rsid w:val="000B76DB"/>
    <w:rsid w:val="001B1F19"/>
    <w:rsid w:val="002E2E1D"/>
    <w:rsid w:val="0093765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8D8A34"/>
  <w15:docId w15:val="{83B6B1C2-FF47-43CC-85A6-22B37870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37034033050006046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Leslie Kang</cp:lastModifiedBy>
  <cp:revision>6</cp:revision>
  <dcterms:created xsi:type="dcterms:W3CDTF">2024-01-11T00:28:00Z</dcterms:created>
  <dcterms:modified xsi:type="dcterms:W3CDTF">2024-02-08T13:34:00Z</dcterms:modified>
</cp:coreProperties>
</file>