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rsidRPr="00937657" w14:paraId="7F7A67AA" w14:textId="0AE8485B">
      <w:pPr>
        <w:pStyle w:val="Heading1"/>
        <w:jc w:val="center"/>
        <w:rPr>
          <w:color w:val="000000" w:themeColor="text1"/>
          <w:lang w:eastAsia="zh-CN"/>
        </w:rPr>
      </w:pPr>
      <w:r>
        <w:rPr>
          <w:color w:val="000000" w:themeColor="text1"/>
          <w:sz w:val="44"/>
          <w:lang w:eastAsia="zh-CN"/>
        </w:rPr>
        <w:t>关于大学军训心得（30篇）</w:t>
      </w:r>
    </w:p>
    <w:p w:rsidR="001B1F19" w14:paraId="15E7D7A0" w14:textId="27C3F48A">
      <w:pPr>
        <w:rPr>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关于大学军训心得（精选30篇）</w:t>
      </w:r>
      <w:r>
        <w:rPr>
          <w:lang w:eastAsia="zh-CN"/>
        </w:rPr>
        <w:br/>
      </w:r>
      <w:r>
        <w:rPr>
          <w:lang w:eastAsia="zh-CN"/>
        </w:rPr>
        <w:t xml:space="preserve">    关于大学军训心得 篇1 </w:t>
      </w:r>
      <w:r>
        <w:rPr>
          <w:lang w:eastAsia="zh-CN"/>
        </w:rPr>
        <w:br/>
      </w:r>
      <w:r>
        <w:rPr>
          <w:lang w:eastAsia="zh-CN"/>
        </w:rPr>
        <w:t>　　新学期，我们又迎来了军训。九月一号报到，二号体检，三号开始军训。</w:t>
      </w:r>
      <w:r>
        <w:rPr>
          <w:lang w:eastAsia="zh-CN"/>
        </w:rPr>
        <w:br/>
      </w:r>
      <w:r>
        <w:rPr>
          <w:lang w:eastAsia="zh-CN"/>
        </w:rPr>
        <w:t>　　在这十几天的军训期间，我们累并快乐着，虽然有许多的埋怨，但是心里还是美滋滋的。在这段说长不长的时间里，我学到了很多，军训带来的不仅是生活上的改变同时在思想上也有些许的改变。它激励着我们，在学习中我们也应有这样的精神。</w:t>
      </w:r>
      <w:r>
        <w:rPr>
          <w:lang w:eastAsia="zh-CN"/>
        </w:rPr>
        <w:br/>
      </w:r>
      <w:r>
        <w:rPr>
          <w:lang w:eastAsia="zh-CN"/>
        </w:rPr>
        <w:t>　　这是我的第二次军训，或许正是因为这个原因，对于此次的军训没有特别的感觉，军训的内容还是原来的那几样。每天重复听着教官的口令立正，稍息，跨立，坐下与起立，向左、右、后转，齐步走，正步走</w:t>
      </w:r>
      <w:r>
        <w:rPr>
          <w:lang w:eastAsia="zh-CN"/>
        </w:rPr>
        <w:br/>
      </w:r>
    </w:p>
    <w:p w:rsidR="001B1F19" w14:textId="27C3F48A">
      <w:pPr>
        <w:rPr>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都觉得有点腻了。突然在脑海间出现了这么个念头：那匍匐前进是啥感觉的呢。站个十几分钟的军姿，都有点不耐烦了，感觉好累哦~有点坚持不住了，可能是我们教官好说话了点吧，就都想偷懒一下，心里在想反正教官也不会对我们怎么样，我们的休息时间也是超短的，刚坐下没多久就又起立了。我都觉得当兵的人都是没有时间概念，有的只是服从。之前，我都以为当兵的各个都是一副严肃的表情，原来不都是这样的，当兵的也爱笑而且笑容是那么的好看。就像我们的教官，他就特喜欢笑，想严肃都严肃不起来。</w:t>
      </w:r>
      <w:r>
        <w:rPr>
          <w:lang w:eastAsia="zh-CN"/>
        </w:rPr>
        <w:br/>
      </w:r>
      <w:r>
        <w:rPr>
          <w:lang w:eastAsia="zh-CN"/>
        </w:rPr>
        <w:t>　　训练场上教官们的身姿英姿飒爽，无法相信他们是和我们一样的年龄人.但他们身上体现出了成熟与干练，这是属于军人的独特气质，是在艰苦的环境下磨砺出来的意志，与我们稚气未脱的脸上相比形成显著的差异.他们身上有我们所要学的东西，同样的年龄显示出来的不同风貌，他们可以的我们也可以做得到，不是吗?越是在艰难的环境下越能锻炼一个人的毅力，磨练一个人的意志。</w:t>
      </w:r>
      <w:r>
        <w:rPr>
          <w:lang w:eastAsia="zh-CN"/>
        </w:rPr>
        <w:br/>
      </w:r>
      <w:r>
        <w:rPr>
          <w:lang w:eastAsia="zh-CN"/>
        </w:rPr>
        <w:t>　　它教会我的远不止这些，首先我们要学的就是团结，在一个部队要的就是团结，因为部队是一个整体而不是一个个体，它可能会因为某个人而完不成任务，所以我们首先要学的就是互相的配合，走出去我们都是一体的，代表的是我们大家而不是某个人。</w:t>
      </w:r>
      <w:r>
        <w:rPr>
          <w:lang w:eastAsia="zh-CN"/>
        </w:rPr>
        <w:br/>
      </w:r>
      <w:r>
        <w:rPr>
          <w:lang w:eastAsia="zh-CN"/>
        </w:rPr>
        <w:t>　　九月二十四号，我们军训汇操表演，这是对我们这十几天的军训成果的验收，同时也意味着我们的军训生活告一段落。突然间有一种不舍得感情，尽管这段日子里有太多的劳累，但是和教官们相比，我们的劳累显得微不足道</w:t>
      </w:r>
      <w:r>
        <w:rPr>
          <w:lang w:eastAsia="zh-CN"/>
        </w:rPr>
        <w:br/>
      </w:r>
      <w:r>
        <w:rPr>
          <w:lang w:eastAsia="zh-CN"/>
        </w:rPr>
        <w:t>　　军训虽然结束了，但是我们所得到的不仅仅是比以前更能吃苦了，还有一份深情一份感动和一份理解，在我们身上寄托了太多太多人的期望，他们为我么付出了很多很多，却不需要任何的回报，我想这是一份寄托让我们为了未来而努力，十几天也许不算什么，三年也可以一晃而过，但只要我们努力，只要我们可以坚持，明天的天下就将在我们的脚下。</w:t>
      </w:r>
      <w:r>
        <w:rPr>
          <w:lang w:eastAsia="zh-CN"/>
        </w:rPr>
        <w:br/>
      </w:r>
    </w:p>
    <w:p w:rsidR="001B1F19" w14:textId="27C3F48A">
      <w:pPr>
        <w:rPr>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军训只是逝去了我青春年华的一点点，但逐渐长达成熟的我更加渴望保有持久身的军训体验。军训磨练了我的意志，把我们的部分生活推到了极限，是我的精神随之焕然一新。它将会延伸到我人生的每个春夏与秋冬。军装最美丽，军歌最嘹亮，做军人最自豪，而军训的日子就像风雨过后的泥土，先辈洗刷，然后拙见沉淀直至溶入我生命的最底层。</w:t>
      </w:r>
      <w:r>
        <w:rPr>
          <w:lang w:eastAsia="zh-CN"/>
        </w:rPr>
        <w:br/>
      </w:r>
      <w:r>
        <w:rPr>
          <w:lang w:eastAsia="zh-CN"/>
        </w:rPr>
        <w:t>　　篇六：大学军训心得400字</w:t>
      </w:r>
      <w:r>
        <w:rPr>
          <w:lang w:eastAsia="zh-CN"/>
        </w:rPr>
        <w:br/>
      </w:r>
      <w:r>
        <w:rPr>
          <w:lang w:eastAsia="zh-CN"/>
        </w:rPr>
        <w:t>　　在这个烈日炎炎的季节里，我们相约一起来到了环境优美的科创校园。在这里，我们将开始自己的求学之路;在这里，我们将谱写自己人生中的每一个精彩的乐章。</w:t>
      </w:r>
      <w:r>
        <w:rPr>
          <w:lang w:eastAsia="zh-CN"/>
        </w:rPr>
        <w:br/>
      </w:r>
      <w:r>
        <w:rPr>
          <w:lang w:eastAsia="zh-CN"/>
        </w:rPr>
        <w:t>　　古人云：人贵有志，当志存高远。每个人都有一份属于自己的志向，也许远大，也许平凡，而要实现志向就要不懈奋斗，勇往直前，脚踏实地的走好每一步。20天的军训生活培养了我们顽强拼搏，积极向上的良好作风，铸就了我们不畏艰难、刻苦努力的钢铁意志。还记得《我是特种兵》里，军人们面对国旗许下的誓言如果需要我将为国捐躯，如果必要请将最后一颗子弹留给我。让我不禁佩服作为一名军人的胆量和钢强。军训是一次精神的洗礼，也是一次意志的考验，它让我们体验了一次当兵的生活，它教会了我们怎样去面对生活，怎样去面对困难，怎样去承担责任，怎样去赢得荣誉。</w:t>
      </w:r>
      <w:r>
        <w:rPr>
          <w:lang w:eastAsia="zh-CN"/>
        </w:rPr>
        <w:br/>
      </w:r>
    </w:p>
    <w:p w:rsidR="001B1F19" w14:textId="27C3F48A">
      <w:pPr>
        <w:rPr>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踏着雄赳赳，气昂昂的步伐，让我领略到了那一身绿装下的钢强军魂!军训，在某种程度上已经成为了我们的一种精神财富，并刻进了我们的记忆中。它已经成了一种力量，激励我们在今后的日子里自强不息，奋发向上。</w:t>
      </w:r>
      <w:r>
        <w:rPr>
          <w:lang w:eastAsia="zh-CN"/>
        </w:rPr>
        <w:br/>
      </w:r>
      <w:r>
        <w:rPr>
          <w:lang w:eastAsia="zh-CN"/>
        </w:rPr>
        <w:t>　　宝剑锋从磨砺出，梅花香自苦寒来!让军训的苦于累，化作日后勇敢向前的坚韧力量，陪伴我们在最后的几天训练里发扬流血流汗不流泪的精神，坚强刻苦，永不言弃!</w:t>
      </w:r>
      <w:r>
        <w:rPr>
          <w:lang w:eastAsia="zh-CN"/>
        </w:rPr>
        <w:br/>
      </w:r>
      <w:r>
        <w:rPr>
          <w:lang w:eastAsia="zh-CN"/>
        </w:rPr>
        <w:t>　　同学们，我们的青春因为有了这一段军旅生活而变得激扬奋发;我们的青春因为有了汗水的洗礼而变得坚韧不拔!我们的青春犹如那军中绿花般贞洁美丽。</w:t>
      </w:r>
      <w:r>
        <w:rPr>
          <w:lang w:eastAsia="zh-CN"/>
        </w:rPr>
        <w:br/>
      </w:r>
      <w:r>
        <w:rPr>
          <w:lang w:eastAsia="zh-CN"/>
        </w:rPr>
        <w:t>　　最后，让我们高喊科创校训：修身强体，博学感恩!</w:t>
      </w:r>
      <w:r>
        <w:rPr>
          <w:lang w:eastAsia="zh-CN"/>
        </w:rPr>
        <w:br/>
      </w:r>
      <w:r>
        <w:rPr>
          <w:lang w:eastAsia="zh-CN"/>
        </w:rPr>
        <w:t xml:space="preserve">    关于大学军训心得 篇2 </w:t>
      </w:r>
      <w:r>
        <w:rPr>
          <w:lang w:eastAsia="zh-CN"/>
        </w:rPr>
        <w:br/>
      </w:r>
      <w:r>
        <w:rPr>
          <w:lang w:eastAsia="zh-CN"/>
        </w:rPr>
        <w:t>　　军训是一次难忘的经历；军训是一次难忘的经历。军训，它包含了太多珍贵的第一：就像温室里的花草，第一次看到大自然的风雨雷电。或者新生的小牛，挣扎着迈出漫长人生的第一步.在这次大学军训中，我不仅感受到了自己拥有的幸福生活，还尝到了与以往生活不同的“酸甜苦辣”:</w:t>
      </w:r>
      <w:r>
        <w:rPr>
          <w:lang w:eastAsia="zh-CN"/>
        </w:rPr>
        <w:br/>
      </w:r>
      <w:r>
        <w:rPr>
          <w:lang w:eastAsia="zh-CN"/>
        </w:rPr>
        <w:t>　　辣：头顶火辣辣的'太阳，汗水浸湿了我的衣领，豆汗慢慢“爬”过脸颊，沿着脖子留下痕迹。感觉像吃了一大碗辣椒，全身烧的厉害。</w:t>
      </w:r>
      <w:r>
        <w:rPr>
          <w:lang w:eastAsia="zh-CN"/>
        </w:rPr>
        <w:br/>
      </w:r>
      <w:r>
        <w:rPr>
          <w:lang w:eastAsia="zh-CN"/>
        </w:rPr>
        <w:t>　　苦：不熟悉的环境，艰苦的训练，难吃的食物.太多辛酸，却没人说。天晚了，我正准备排队用水桶洗澡。走过长长的走廊，只觉得双腿支撑不住疲惫的身体，有的已经摇摇欲坠.</w:t>
      </w:r>
      <w:r>
        <w:rPr>
          <w:lang w:eastAsia="zh-CN"/>
        </w:rPr>
        <w:br/>
      </w:r>
      <w:r>
        <w:rPr>
          <w:lang w:eastAsia="zh-CN"/>
        </w:rPr>
        <w:t>　　酸：蚊子不时的骚扰，全身阵阵的酸痛，使我辗转难眠。窗外一片寂静，离家的思念时刻刺激着我的鼻腔和泪腺……</w:t>
      </w:r>
      <w:r>
        <w:rPr>
          <w:lang w:eastAsia="zh-CN"/>
        </w:rPr>
        <w:br/>
      </w:r>
    </w:p>
    <w:p w:rsidR="001B1F19" w14:textId="27C3F48A">
      <w:pPr>
        <w:rPr>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甜：终于，苦尽甘来。手里捧着刚发下来的奖状，仔细审视着上面的字：“优秀小军官”。嘴上没说什么，心里很明白：这是十五天辛勤汗水换来的肯定，是十五天辛苦耕耘得到的成果，是自己大学阶段获得的第一张奖状，是新阶段的新起点!心突然跳得特别快，里面塞满甜蜜。</w:t>
      </w:r>
      <w:r>
        <w:rPr>
          <w:lang w:eastAsia="zh-CN"/>
        </w:rPr>
        <w:br/>
      </w:r>
      <w:r>
        <w:rPr>
          <w:lang w:eastAsia="zh-CN"/>
        </w:rPr>
        <w:t>　　军训带给我的仅仅是这些吗?不。它还给了我机会，让我有幸能体验到生活的艰难。它还给了我顽强的毅力，使我相信，只要坚持就会胜利!它还给了我成功的喜悦，让我知道，风雨后的彩虹，更加艳丽!它还给了我独立自主的能力，使我成长，试着离开“温室”，学会承担。它还给了我克服困难的信心，教我勇敢，不再一味逃避。它还给了我战胜挫折的勇气，让我明白，在哪里跌倒就从哪里爬起来。它还给了我不轻易服输的上进心，叫我记住。</w:t>
      </w:r>
      <w:r>
        <w:rPr>
          <w:lang w:eastAsia="zh-CN"/>
        </w:rPr>
        <w:br/>
      </w:r>
      <w:r>
        <w:rPr>
          <w:lang w:eastAsia="zh-CN"/>
        </w:rPr>
        <w:t>　　十五天的汗水，十五天的坚持，十五天的磨练，十五天的感情……这十五个日日夜夜的经历为即将到来的大学学习打下了坚实的基础。这十五天的经验，不管是对我大学阶段还是对我整个一生的学习、生活都很重要。这十五天的一切，虽然苦，但是却值得一辈子去留恋!</w:t>
      </w:r>
      <w:r>
        <w:rPr>
          <w:lang w:eastAsia="zh-CN"/>
        </w:rPr>
        <w:br/>
      </w:r>
      <w:r>
        <w:rPr>
          <w:lang w:eastAsia="zh-CN"/>
        </w:rPr>
        <w:t>　　面对新的起点，我越发充满信心!我会把我的热情、精力地投入到新的学习和生活中去!</w:t>
      </w:r>
      <w:r>
        <w:rPr>
          <w:lang w:eastAsia="zh-CN"/>
        </w:rPr>
        <w:br/>
      </w:r>
      <w:r>
        <w:rPr>
          <w:lang w:eastAsia="zh-CN"/>
        </w:rPr>
        <w:t xml:space="preserve">    关于大学军训心得 篇3 </w:t>
      </w:r>
      <w:r>
        <w:rPr>
          <w:lang w:eastAsia="zh-CN"/>
        </w:rPr>
        <w:br/>
      </w:r>
    </w:p>
    <w:p w:rsidR="001B1F19" w14:textId="27C3F48A">
      <w:pPr>
        <w:rPr>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在秋高气爽的九月，我们终于开始了期待已久的初中生活。有人说：军训是初中生活的第一课。而我们就在短短的四天里领略到了这第一课的滋味。</w:t>
      </w:r>
      <w:r>
        <w:rPr>
          <w:lang w:eastAsia="zh-CN"/>
        </w:rPr>
        <w:br/>
      </w:r>
      <w:r>
        <w:rPr>
          <w:lang w:eastAsia="zh-CN"/>
        </w:rPr>
        <w:t>　　我认为，军训，不仅仅是在锻炼我们的体魄，更是在打磨我们的意志。在这短短的军训期间，我们要与原本不认识的同学相互认识，并且要做到互帮互助，团结一致，我们要从原本懒散惬意的暑期生活中脱离出来，参加严格训练，接受阳光与秋风的洗礼，面对种种的精神与意志上的考验。就单单一个站军姿来说，就考验着大家的耐力，头要正;颈要直;口要闭;两臂自然下垂;五指并拢，中指贴于裤缝;两脚分开为八字形，分开度数约为六十度。就这样一个简单的动作却需要这么多的标准，仅仅只持续了半个小时，我便疲惫不堪，只感到胸闷气短，两腿发酸，仿佛只要躺下，我就能进入甜蜜的梦乡。在休息的时候，我陷入短暂的沉思：当一名军人，是必须有坚强的意志力和强壮的体魄，但这也要付出汗水与血的代价，所以，真应该向他们敬上一礼。</w:t>
      </w:r>
      <w:r>
        <w:rPr>
          <w:lang w:eastAsia="zh-CN"/>
        </w:rPr>
        <w:br/>
      </w:r>
      <w:r>
        <w:rPr>
          <w:lang w:eastAsia="zh-CN"/>
        </w:rPr>
        <w:t>　　在这次军训中，我感到自己的坏毛病改正了，懒惰之心消除了。又好像觉得自己在军训后长大了，成熟了。今后我决心用军训中严格的要求来规范自己的行为，力求每件事做到。</w:t>
      </w:r>
      <w:r>
        <w:rPr>
          <w:lang w:eastAsia="zh-CN"/>
        </w:rPr>
        <w:br/>
      </w:r>
      <w:r>
        <w:rPr>
          <w:lang w:eastAsia="zh-CN"/>
        </w:rPr>
        <w:t xml:space="preserve">    关于大学军训心得 篇4 </w:t>
      </w:r>
      <w:r>
        <w:rPr>
          <w:lang w:eastAsia="zh-CN"/>
        </w:rPr>
        <w:br/>
      </w:r>
      <w:r>
        <w:rPr>
          <w:lang w:eastAsia="zh-CN"/>
        </w:rPr>
        <w:t>　　军训，顾名思义，就是军人的训练。而军人，则是保卫国家、为民服务的英雄。一名合格的军人必须要有强健的体魄，那就要接受艰苦的训练。让我们参加军训，就是为了锻炼我们，让我们用一个健康的身体来学习。毕竟身体是革命的本钱，要是连本钱都没有了，那还怎么学习?</w:t>
      </w:r>
      <w:r>
        <w:rPr>
          <w:lang w:eastAsia="zh-CN"/>
        </w:rPr>
        <w:br/>
      </w:r>
    </w:p>
    <w:p w:rsidR="001B1F19" w14:textId="27C3F48A">
      <w:pPr>
        <w:rPr>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作为一名初中新生的我对于军训，有点期待，有点畏惧，好想亲自体验军训的感觉，又害怕吃不了军训的苦。听人说军训就是在阳光底下暴晒，围着操场一圈一圈跑步，那一个星期下来岂不是太累了?抱着种种的猜测，我们开始军训了!</w:t>
      </w:r>
      <w:r>
        <w:rPr>
          <w:lang w:eastAsia="zh-CN"/>
        </w:rPr>
        <w:br/>
      </w:r>
      <w:r>
        <w:rPr>
          <w:lang w:eastAsia="zh-CN"/>
        </w:rPr>
        <w:t>　　300多个人穿着统一的校服整整齐齐的站在操场上，认真服从着教练的命令，那景象，算是挺宏伟了。</w:t>
      </w:r>
      <w:r>
        <w:rPr>
          <w:lang w:eastAsia="zh-CN"/>
        </w:rPr>
        <w:br/>
      </w:r>
      <w:r>
        <w:rPr>
          <w:lang w:eastAsia="zh-CN"/>
        </w:rPr>
        <w:t>　　我们是四班，和三班一起训练，训练老师是一位女教练，应该比男教练和蔼吧!但是人不可貌相，没想到她还挺凶的，唉，谁让人家是教练来，慢慢熬吧!</w:t>
      </w:r>
      <w:r>
        <w:rPr>
          <w:lang w:eastAsia="zh-CN"/>
        </w:rPr>
        <w:br/>
      </w:r>
      <w:r>
        <w:rPr>
          <w:lang w:eastAsia="zh-CN"/>
        </w:rPr>
        <w:t>　　学习心得第一天，我们的训练项目就是最基本的立正、向右看齐、向前看、稍息、蹲下和起立。虽然很简单，但是很难做好，就要一遍一遍反复的练习，往往一站就是几十分钟，一蹲就是好长时间，还需要抬头挺胸不准动，过不一会就有好多同学东倒西歪，动来动去，那教练的眼睛也真尖，只要我们一动她就能看见，被当众点名挺尴尬的，所以再累也得忍了。</w:t>
      </w:r>
      <w:r>
        <w:rPr>
          <w:lang w:eastAsia="zh-CN"/>
        </w:rPr>
        <w:br/>
      </w:r>
      <w:r>
        <w:rPr>
          <w:lang w:eastAsia="zh-CN"/>
        </w:rPr>
        <w:t>　　有些同学因为身体素质比较差，练了没一会就坚持不住了，只好暂时休息，不用军训了。而有些人那，为了不用参加军训，干脆装病，老师又不能不批假吧，所以也自然可以逃避军训。我觉得，这种刚上战场就当逃兵的行为实在不值得提倡，我们的训练地点在树荫下，晒不到热不着的，训练项目比起军人来根本微不足道，也不是挑战身体的最极限，没什么坚持不了的。</w:t>
      </w:r>
      <w:r>
        <w:rPr>
          <w:lang w:eastAsia="zh-CN"/>
        </w:rPr>
        <w:br/>
      </w:r>
    </w:p>
    <w:p w:rsidR="001B1F19" w14:textId="27C3F48A">
      <w:pPr>
        <w:rPr>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在军训期间，最高兴的也就是中场休息了，休息的时候，大家总是情不自禁的发出喜悦的欢呼声，然后三五成群的坐在一起谈谈天，论论地，等到疲惫的身体休息完毕后，训练又开始了!</w:t>
      </w:r>
      <w:r>
        <w:rPr>
          <w:lang w:eastAsia="zh-CN"/>
        </w:rPr>
        <w:br/>
      </w:r>
      <w:r>
        <w:rPr>
          <w:lang w:eastAsia="zh-CN"/>
        </w:rPr>
        <w:t>　　第二天，训练内容增加了报数和三面转法。仍然没什么难度，和第一天一样，还是将所学的一遍一遍练习。不过，与昨天不同的是今天要选体育委员帮老师带队。怎么选那?谁都不了解谁。老师的竞选标准是利用报数的方式比比谁的声音大就让谁当体育委员。我觉得吧，让个子高的男生担任体育委员的职务比较合适，男生声音浑厚有爆发力，个子高的更显得有老师的威严，要是后排有谁站不好什么的可以一目了然。可是，一开始几个男生的表现实在是很不如意，喊得不是很咋地。后来又让女生，也不是很如意。老师犯了难，到底选谁合适呢?就问谁在小学的时候当过体育委员。而我，则当过体育委员，在学校里带队的时候也喊过，我觉得我喊得挺不错的。但是，现在担任初中的体育委员有点困难吧，况且我还是个女生，当体育委员喊声必须要洪亮有号召力，我到底行不行呢?经过激烈的思想斗争，我最终还是举起了手，但是，不知道是其他人真的没有当过还是不敢举手，举手的就我一个人，后悔啊!老师让我上去试试，我想，我应该属于毛遂自荐了，要是表现不好的话更丢人。算了，豁出去了。我用我的最大能力喊了两声，老师说喊得挺不错的，那自然就当了呗!</w:t>
      </w:r>
      <w:r>
        <w:rPr>
          <w:lang w:eastAsia="zh-CN"/>
        </w:rPr>
        <w:br/>
      </w:r>
    </w:p>
    <w:p w:rsidR="001B1F19" w14:textId="27C3F48A">
      <w:pPr>
        <w:rPr>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接下来，不知道是因为什么原因，也许是不适应吧，我开始表现得不是很自然，有点扭捏。而三班一个男生也被选中了，我们俩应该算是竞争对手。我本来不想当让那个男生当算了，但是这样好像有点辜负班主任的期望，毕竟他是三班的，我是四班的，体育委员是哪班的也关系到哪个班的荣誉问题。0再说了，我都喊了一段时间了，这样放弃岂不是输给了三班吗?不行，我要坚持!~!~</w:t>
      </w:r>
      <w:r>
        <w:rPr>
          <w:lang w:eastAsia="zh-CN"/>
        </w:rPr>
        <w:br/>
      </w:r>
      <w:r>
        <w:rPr>
          <w:lang w:eastAsia="zh-CN"/>
        </w:rPr>
        <w:t>　　接下来，我尽量记住命令的先后顺序，然后表现大方，声音也尽最大能力使劲喊，毕竟体育委员的发号施令应该算是很重要，一天就这样过去了，不幸的是，我的嗓子啊，有点哑了，唉!</w:t>
      </w:r>
      <w:r>
        <w:rPr>
          <w:lang w:eastAsia="zh-CN"/>
        </w:rPr>
        <w:br/>
      </w:r>
      <w:r>
        <w:rPr>
          <w:lang w:eastAsia="zh-CN"/>
        </w:rPr>
        <w:t>　　我们已经军训2天了，等到下个星期二，正式的军训演练就要开始了，这是开学以来第一次比赛，每个班都希望自己的班是第一名，那大家努力吧，加油!</w:t>
      </w:r>
      <w:r>
        <w:rPr>
          <w:lang w:eastAsia="zh-CN"/>
        </w:rPr>
        <w:br/>
      </w:r>
      <w:r>
        <w:rPr>
          <w:lang w:eastAsia="zh-CN"/>
        </w:rPr>
        <w:t xml:space="preserve">    关于大学军训心得 篇5 </w:t>
      </w:r>
      <w:r>
        <w:rPr>
          <w:lang w:eastAsia="zh-CN"/>
        </w:rPr>
        <w:br/>
      </w:r>
      <w:r>
        <w:rPr>
          <w:lang w:eastAsia="zh-CN"/>
        </w:rPr>
        <w:t>　　九月，太阳炙烤着大地，和着干燥的秋风，无情地扑向我们。就是在这样的九月，我们开始了维持十天的军训生活，这也是我们大学生活伊始的第一堂必修课。</w:t>
      </w:r>
      <w:r>
        <w:rPr>
          <w:lang w:eastAsia="zh-CN"/>
        </w:rPr>
        <w:br/>
      </w:r>
      <w:r>
        <w:rPr>
          <w:lang w:eastAsia="zh-CN"/>
        </w:rPr>
        <w:t>　　我们每天都要按时作息，集合，进行紧张，有序的训练，时间表里排得满满的。教官们认真的教给我们每一个规范而严谨的动作，我们也非常虚心认真地学习。紧张严肃的训练，常使我们累得气喘吁吁，汗流浃背。但此时的我们却也是幸福的，我们能感觉得到体内那股新生的力量正在强大，我们在不断的收获，收获人生那份坚忍不屈，团结向上的美好品德。军训生活，苦中有甜。</w:t>
      </w:r>
      <w:r>
        <w:rPr>
          <w:lang w:eastAsia="zh-CN"/>
        </w:rPr>
        <w:br/>
      </w:r>
    </w:p>
    <w:p w:rsidR="001B1F19" w14:textId="27C3F48A">
      <w:pPr>
        <w:rPr>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成功，总需要付出。冰心不是说过吗，“成功的花儿，人们总惊羡它现时的明艳，然而当初它的芽儿浸透了奋斗的泪水，洒遍了牺牲的血雨。”我们用汗水，浇灌成功的希望只花，教官们用自己的一言一行影响和教导我们，让我们深刻感受到顽强严谨，不怕吃苦，全心全意为人民服务的良好作风，我们以军人为荣，并立志要做一位勤勉，坚忍不屈，积极进取的好学生，好公民。</w:t>
      </w:r>
      <w:r>
        <w:rPr>
          <w:lang w:eastAsia="zh-CN"/>
        </w:rPr>
        <w:br/>
      </w:r>
      <w:r>
        <w:rPr>
          <w:lang w:eastAsia="zh-CN"/>
        </w:rPr>
        <w:t>　　逝者如斯。八天，整整过去了八天，军训生活已接近尾声，我们在这段时间里也取得了很大进步，这样有意义的一课，也将会影响到我们以后的学习和生活。所以，我们要用心去对待，对待我们现在拥有的每一刻幸福时光，有始有终的将军训进行到底，为多姿多彩的军训生活画上完美的句号。</w:t>
      </w:r>
      <w:r>
        <w:rPr>
          <w:lang w:eastAsia="zh-CN"/>
        </w:rPr>
        <w:br/>
      </w:r>
      <w:r>
        <w:rPr>
          <w:lang w:eastAsia="zh-CN"/>
        </w:rPr>
        <w:t>　　还是同一个九月，可是此时，却是不一样的心情，我们已经坚强的长大，我们学会了顽强，学会了吃苦，学会了团结，学会了律己。被晒得黝黑的面庞上，绽放的是丰收后喜悦而甜美的笑容！</w:t>
      </w:r>
      <w:r>
        <w:rPr>
          <w:lang w:eastAsia="zh-CN"/>
        </w:rPr>
        <w:br/>
      </w:r>
      <w:r>
        <w:rPr>
          <w:lang w:eastAsia="zh-CN"/>
        </w:rPr>
        <w:t>　　明天的会操，我们会全力以赴，不管结果如何，最重要的是我们曾经努力过，拼搏过，所以，我们不后悔，也没有遗憾。展望未来，看：明天又是一个艳阳天！</w:t>
      </w:r>
      <w:r>
        <w:rPr>
          <w:lang w:eastAsia="zh-CN"/>
        </w:rPr>
        <w:br/>
      </w:r>
      <w:r>
        <w:rPr>
          <w:lang w:eastAsia="zh-CN"/>
        </w:rPr>
        <w:t>　　虽然和教官们相处的时日不多，但那种亦师亦友的情感，却让我们难以割舍，我们对教官的感言无从说起，千言万语，化做一句：“亲爱的教官们，你们辛苦了，我们永远感谢您，想念您！愿你们永远健康平安！”</w:t>
      </w:r>
      <w:r>
        <w:rPr>
          <w:lang w:eastAsia="zh-CN"/>
        </w:rPr>
        <w:br/>
      </w:r>
      <w:r>
        <w:rPr>
          <w:lang w:eastAsia="zh-CN"/>
        </w:rPr>
        <w:t>　　在这烈日炎炎、骄阳似火的9月，为期4天的军训如火如荼的拉开了帷幕。这几天，我们感到又漫长，又短暂，充满了艰辛和快乐，现在4天快要过去，我忽然发现，我感受更多的是留恋与不舍。</w:t>
      </w:r>
      <w:r>
        <w:rPr>
          <w:lang w:eastAsia="zh-CN"/>
        </w:rPr>
        <w:br/>
      </w:r>
      <w:r>
        <w:rPr>
          <w:lang w:eastAsia="zh-CN"/>
        </w:rPr>
        <w:t xml:space="preserve">    关于大学军训心得 篇6 </w:t>
      </w:r>
      <w:r>
        <w:rPr>
          <w:lang w:eastAsia="zh-CN"/>
        </w:rPr>
        <w:br/>
      </w:r>
    </w:p>
    <w:p w:rsidR="001B1F19" w14:textId="27C3F48A">
      <w:pPr>
        <w:rPr>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十几年寒窗，十几次夏秋更替，我的人生也终于迎来了一个期盼已久的终点。同时，也迎来了一个崭新又神秘的起点。大学初始，难逃一场军训。而经历了第一天军训后，全身上下千万细胞都在叫嚣着同一个字----累</w:t>
      </w:r>
      <w:r>
        <w:rPr>
          <w:lang w:eastAsia="zh-CN"/>
        </w:rPr>
        <w:br/>
      </w:r>
      <w:r>
        <w:rPr>
          <w:lang w:eastAsia="zh-CN"/>
        </w:rPr>
        <w:t>　　“累死了”这可能是所有同学经过了头一天军训都会不约而同抱怨的一句话，军训也确实很累，对于我们这些终于跨过高考门槛并肆意挥洒了三个月的青春学子来说，突然要立正稍息，顶着阳光的炙热温度挺直身板长久站立，这实在是煎熬。我的脚底从下而上汹涌而来的是一股逼迫我放弃的念头。</w:t>
      </w:r>
      <w:r>
        <w:rPr>
          <w:lang w:eastAsia="zh-CN"/>
        </w:rPr>
        <w:br/>
      </w:r>
      <w:r>
        <w:rPr>
          <w:lang w:eastAsia="zh-CN"/>
        </w:rPr>
        <w:t>　　但就是这种念头，在无穷无尽的深感痛苦的汹涌巨浪中反倒还让我看清了我真正想要到达的彼岸是什么，我也就是在这种苦这种累中，体会到了军训所能教会我的东西。</w:t>
      </w:r>
      <w:r>
        <w:rPr>
          <w:lang w:eastAsia="zh-CN"/>
        </w:rPr>
        <w:br/>
      </w:r>
      <w:r>
        <w:rPr>
          <w:lang w:eastAsia="zh-CN"/>
        </w:rPr>
        <w:t>　　教官在乎我们的一举一动，每一个细腻入微的细节他们也严肃地提出来让你真正做到百分百完美。如果忽略了自己内心那一股倔强的偏见，你也就会发现教官在教你如何观察细节，如何在开始与结束之间做到完美无缺。将那些美中不足的瑕疵全都去掉，这就是在细节的苦海中找到了为人的金钥匙。</w:t>
      </w:r>
      <w:r>
        <w:rPr>
          <w:lang w:eastAsia="zh-CN"/>
        </w:rPr>
        <w:br/>
      </w:r>
    </w:p>
    <w:p w:rsidR="001B1F19" w14:textId="27C3F48A">
      <w:pPr>
        <w:rPr>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脚底仿佛架了个火炉，这样形容站军姿确实一点都不为过，长时间站立在原地，还要保持双手无缝隙紧贴裤边，背部挺直腹部微收，这实在难受，而坚持的背后是意志的提升，是坚韧的磨炼。曾经有在电视上一睹中国军人的雄姿英发，他们是祖国的骄傲，我们是祖国的栋梁。军训的目的本来就是希望我们能培养出像军人一样的意志与品格，不是无法坚持，是自身的惰性阻碍我们坚持，所以站军姿真能说是“吃得苦中苦，方为人上人”，你坚持了你就胜利了。因为你的意志因你的坚韧而镀上了一层铜墙铁壁。</w:t>
      </w:r>
      <w:r>
        <w:rPr>
          <w:lang w:eastAsia="zh-CN"/>
        </w:rPr>
        <w:br/>
      </w:r>
      <w:r>
        <w:rPr>
          <w:lang w:eastAsia="zh-CN"/>
        </w:rPr>
        <w:t>　　今天才是军训第一天，我所需要学习的还有很多，而“苦中寻真谛”应该就是我今天最为珍贵的收获了吧。</w:t>
      </w:r>
      <w:r>
        <w:rPr>
          <w:lang w:eastAsia="zh-CN"/>
        </w:rPr>
        <w:br/>
      </w:r>
      <w:r>
        <w:rPr>
          <w:lang w:eastAsia="zh-CN"/>
        </w:rPr>
        <w:t xml:space="preserve">    关于大学军训心得 篇7 </w:t>
      </w:r>
      <w:r>
        <w:rPr>
          <w:lang w:eastAsia="zh-CN"/>
        </w:rPr>
        <w:br/>
      </w:r>
      <w:r>
        <w:rPr>
          <w:lang w:eastAsia="zh-CN"/>
        </w:rPr>
        <w:t>　　相信金秋九月，是所有201_届大学生难以忘怀的一段时光。</w:t>
      </w:r>
      <w:r>
        <w:rPr>
          <w:lang w:eastAsia="zh-CN"/>
        </w:rPr>
        <w:br/>
      </w:r>
      <w:r>
        <w:rPr>
          <w:lang w:eastAsia="zh-CN"/>
        </w:rPr>
        <w:t>　　我们告别了起早贪黑、埋头题海的高三生活;我们告别了夙兴夜寐、逍遥自在的漫长暑假;我们将迎接丰富多彩、心驰神往的大学生涯。而重要的是，我们正在经历一生中最艰苦，最受教育的军训生活。如果你是一块璞玉，在你尽显光芒前，你最需要的是仔细雕琢;如果你是一柄宝剑，在你披荆斩棘前，你最需要的是仔细磨砺;如果你是一只彩蝶，在你翩翩起舞前，你最需要的是厚茧的束缚;如果你是一线昙景，在你绽放风华前，你最需要的是黑夜的衬托。而作为一名大华考学生，在你迈向广阔的舞台前，你最需要的正是一次铭心刻骨的洗礼。</w:t>
      </w:r>
      <w:r>
        <w:rPr>
          <w:lang w:eastAsia="zh-CN"/>
        </w:rPr>
        <w:br/>
      </w:r>
      <w:r>
        <w:rPr>
          <w:lang w:eastAsia="zh-CN"/>
        </w:rPr>
        <w:t>　　成功的花，人们只惊羡她的美丽，可知当初她的芽儿，浸透着奋斗的泪泉，洒遍了牺牲的血雨。平坦的达到是不会留下印迹的，唯有迎风而步，蹋雨而行，才会于泥泞有所见证。可道是：血泪染娇艳，泥泞著永恒。</w:t>
      </w:r>
      <w:r>
        <w:rPr>
          <w:lang w:eastAsia="zh-CN"/>
        </w:rPr>
        <w:br/>
      </w:r>
    </w:p>
    <w:p w:rsidR="001B1F19" w14:textId="27C3F48A">
      <w:pPr>
        <w:rPr>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当我们站在训练场上的一刻，我们不仅仅是为了检验自己的意志，更肩负着一种责任。少年强则国强。体力强，便能浩气吞山河;心志强，方可四两搏千斤。</w:t>
      </w:r>
      <w:r>
        <w:rPr>
          <w:lang w:eastAsia="zh-CN"/>
        </w:rPr>
        <w:br/>
      </w:r>
      <w:r>
        <w:rPr>
          <w:lang w:eastAsia="zh-CN"/>
        </w:rPr>
        <w:t>　　再坚持一秒，也许胜利就在前方!再努力一次，也许成功便会降临!加油吧，同学们!奋进吧，战友们!</w:t>
      </w:r>
      <w:r>
        <w:rPr>
          <w:lang w:eastAsia="zh-CN"/>
        </w:rPr>
        <w:br/>
      </w:r>
      <w:r>
        <w:rPr>
          <w:lang w:eastAsia="zh-CN"/>
        </w:rPr>
        <w:t xml:space="preserve">    关于大学军训心得 篇8 </w:t>
      </w:r>
      <w:r>
        <w:rPr>
          <w:lang w:eastAsia="zh-CN"/>
        </w:rPr>
        <w:br/>
      </w:r>
      <w:r>
        <w:rPr>
          <w:lang w:eastAsia="zh-CN"/>
        </w:rPr>
        <w:t>　　那次，我们要从军训基地回家时，我的泪水再一次莫名奇怪的流了下来……</w:t>
      </w:r>
      <w:r>
        <w:rPr>
          <w:lang w:eastAsia="zh-CN"/>
        </w:rPr>
        <w:br/>
      </w:r>
      <w:r>
        <w:rPr>
          <w:lang w:eastAsia="zh-CN"/>
        </w:rPr>
        <w:t>　　离军训还剩一天时，我就有些激动不安了，想象着去军训时的样子，可是一到那里，看着那里的床和洗漱台，我都快要哭了，因为那里的洗漱池个个都生了锈，床也是一样，上面都是蟑螂、臭虫、蜘蛛、蚊子，让人一看了就恶心，就更没有睡意了，因为是军训，所以我们每一个宿舍都贴了一张作息时间表：早上6：00起床，6：05做早操，6：45收操，7：00吃饭，7：30训练，等等等等，当然每天还只有不到一个小时的休息时间，所以刚刚过了不到三天，在第二天晚上，我抱着临走时给我灌得水瓶，用被子蒙住头哭了起来，哭着哭着就睡着了，梦里梦见了我和妈妈还有爸爸一起在玩大富翁7，玩得很高兴，就当我正要使用红卡的时候，我突然醒了，当然，是被我们寝室的人吵醒的，想接着再做我的美梦时，已经睡不着了只好起床和她们一起聊天，趁着聊天的这会儿时间，我们都在醒盹儿。说了十多分钟的话，差不多5：40了，我们全都一骨碌爬起来，拿好洗漱的东西去洗漱池，这是我又想到妈妈对我说的一句话：洗漱完毕后，要把毛巾放在架子上，把牙刷和牙缸放在化妆台上哦!一想，鼻子一酸，眼泪就又在眼眶里打转儿了……</w:t>
      </w:r>
      <w:r>
        <w:rPr>
          <w:lang w:eastAsia="zh-CN"/>
        </w:rPr>
        <w:br/>
      </w:r>
    </w:p>
    <w:p w:rsidR="001B1F19" w14:textId="27C3F48A">
      <w:pPr>
        <w:rPr>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又过了一天，我们该回家了，当指导员年优秀营员、优秀宿舍和优秀班级的时候，我听到优秀营员里有我的时候，我非常欣喜，因为我做到了我想做的事。可是就在上车以后，我的眼泪又流了下来，因为恐怕我以后再也见不到我们的教官了，在车上的十多分钟(车子还没有起程)，我看了看，我们班的女生有小声哭泣的、有泣不成声的。还有的哭着说想要下车去找教官，可是老师不同意，就这样，车子在我们的抽噎和哭泣声中慢慢的开动了，当走出基地的时候，我们看到了教官，这是有的女生哭泣声更大了，好似雷电，一声比一声响，我们班的声音甚至赛过了汽车的笛声，就连我们的教官敬礼时都摸了摸眼泪，这时，我旁边的同学已经是泣不成声了，我问她：你有没有因为没有得到优秀营员而伤心呢?她擦了擦眼泪镇静的回答说：不会的，因为我已经努力争取了，什么事情不需要一次就成功，更多的是失败，但在失败中，只要你努力了，才是最好的!</w:t>
      </w:r>
      <w:r>
        <w:rPr>
          <w:lang w:eastAsia="zh-CN"/>
        </w:rPr>
        <w:br/>
      </w:r>
      <w:r>
        <w:rPr>
          <w:lang w:eastAsia="zh-CN"/>
        </w:rPr>
        <w:t>　　以后再做一些困难的事情时，不要因为失败而半途而废，要相信有失败才会有成功，因为暴风雨过后，总会出现美丽的彩虹!</w:t>
      </w:r>
      <w:r>
        <w:rPr>
          <w:lang w:eastAsia="zh-CN"/>
        </w:rPr>
        <w:br/>
      </w:r>
      <w:r>
        <w:rPr>
          <w:lang w:eastAsia="zh-CN"/>
        </w:rPr>
        <w:t>　　在这次军训中，我懂得了什么是成功与失败，由此，在军训中，不要因为孤独和苦累而流下无助的泪水!</w:t>
      </w:r>
      <w:r>
        <w:rPr>
          <w:lang w:eastAsia="zh-CN"/>
        </w:rPr>
        <w:br/>
      </w:r>
      <w:r>
        <w:rPr>
          <w:lang w:eastAsia="zh-CN"/>
        </w:rPr>
        <w:t xml:space="preserve">    关于大学军训心得 篇9 </w:t>
      </w:r>
      <w:r>
        <w:rPr>
          <w:lang w:eastAsia="zh-CN"/>
        </w:rPr>
        <w:br/>
      </w:r>
      <w:r>
        <w:rPr>
          <w:lang w:eastAsia="zh-CN"/>
        </w:rPr>
        <w:t>　　今天是军训的第三天，我们痛并快乐着，在炎炎夏日下接受着一项项超越自我的挑战。</w:t>
      </w:r>
      <w:r>
        <w:rPr>
          <w:lang w:eastAsia="zh-CN"/>
        </w:rPr>
        <w:br/>
      </w:r>
    </w:p>
    <w:p w:rsidR="001B1F19" w14:textId="27C3F48A">
      <w:pPr>
        <w:rPr>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军训是大学生活的起点，也是我们新生活的开始，高三一年我们憧憬的生活就这么悄然而至。没有想象中那么轻松与自由，没有期待中的美好与幸福，伴随着我们的只有全身的疲惫与精神上的高度紧张。仿佛回到了忙碌又紧张的高三生活。不过军训中的我们能学到更多东西，不仅仅是书本上的知识。</w:t>
      </w:r>
      <w:r>
        <w:rPr>
          <w:lang w:eastAsia="zh-CN"/>
        </w:rPr>
        <w:br/>
      </w:r>
      <w:r>
        <w:rPr>
          <w:lang w:eastAsia="zh-CN"/>
        </w:rPr>
        <w:t>　　军训中的三天，让我学到了坚持的重要性，只要坚持，没什么事情做不到。比如站军姿时的我们，双腿被压得很疼，眼泪都流了出来，但依旧坚持了下来，使我比以前更加有毅力去克服困难，解决问题。军训中的三天，让我学会了团结与协作，只有与队友团结一致，才能达到整齐划一的效果，给人视觉上的冲击。军训中的三天，让我学会了忍耐，忍耐困难，忍耐疼痛，忍耐以前所有的不规矩。</w:t>
      </w:r>
      <w:r>
        <w:rPr>
          <w:lang w:eastAsia="zh-CN"/>
        </w:rPr>
        <w:br/>
      </w:r>
      <w:r>
        <w:rPr>
          <w:lang w:eastAsia="zh-CN"/>
        </w:rPr>
        <w:t>　　军训作为大学中的第一堂课，让我们明白了许多。高三再见，大学你好!</w:t>
      </w:r>
      <w:r>
        <w:rPr>
          <w:lang w:eastAsia="zh-CN"/>
        </w:rPr>
        <w:br/>
      </w:r>
      <w:r>
        <w:rPr>
          <w:lang w:eastAsia="zh-CN"/>
        </w:rPr>
        <w:t xml:space="preserve">    关于大学军训心得 篇10 </w:t>
      </w:r>
      <w:r>
        <w:rPr>
          <w:lang w:eastAsia="zh-CN"/>
        </w:rPr>
        <w:br/>
      </w:r>
    </w:p>
    <w:p w:rsidR="001B1F19" w14:textId="27C3F48A">
      <w:pPr>
        <w:rPr>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灿烂明媚的阳光，照在每个人的脸上。军训开始的时间不长，它却给予我们甚多。那整齐有序的步伐，那昂首挺胸的气魄，那嘹亮恢弘的口号，无一不在展示我们训练的成果。是的，军训教会我们的恐怕不只是那稍息立正的军事训练，更多的让我们接受了一次意志的沐浴，一次精神的洗礼。它教会我们什么是坚强的意志。那笔直的腰身，挺起的胸膛，昂扬的士气，告诉我那是军人的飒爽英姿；那骄阳下伫立的身影，那汗水中神采奕奕的双眼，那支撑着沉重身躯却依旧丝毫不动的双腿，让我为之震撼，为之感动。他们有着铁铸的信念，钢旱的意志，他们这群政治而不乏潇洒，严肃而不乏幽默的教官们，他们铁的纪律带到我们面前，教会我们什么是军人的风范，什么是钢铁般坚强的意志。它教会我们什么是团结的力量。那创造中的和谐摩擦出美丽的火花</w:t>
      </w:r>
      <w:r>
        <w:rPr>
          <w:lang w:eastAsia="zh-CN"/>
        </w:rPr>
        <w:br/>
      </w:r>
      <w:r>
        <w:rPr>
          <w:lang w:eastAsia="zh-CN"/>
        </w:rPr>
        <w:t>　　统一而整洁的军装，豪迈而整齐的步伐，伴着那嘹亮的口号，一排排，一列列，是那样的赏心悦目，振奋着我们每一个人的精神。</w:t>
      </w:r>
      <w:r>
        <w:rPr>
          <w:lang w:eastAsia="zh-CN"/>
        </w:rPr>
        <w:br/>
      </w:r>
      <w:r>
        <w:rPr>
          <w:lang w:eastAsia="zh-CN"/>
        </w:rPr>
        <w:t xml:space="preserve">    关于大学军训心得 篇11 </w:t>
      </w:r>
      <w:r>
        <w:rPr>
          <w:lang w:eastAsia="zh-CN"/>
        </w:rPr>
        <w:br/>
      </w:r>
      <w:r>
        <w:rPr>
          <w:lang w:eastAsia="zh-CN"/>
        </w:rPr>
        <w:t>　　转眼间，我的大学生活已经悄悄流走了8天，而进入大学的军训也已经进行了6天。回想这6天的生活，心中的滋味难以言说，有辛酸、有满足、有劳累，也有快乐。</w:t>
      </w:r>
      <w:r>
        <w:rPr>
          <w:lang w:eastAsia="zh-CN"/>
        </w:rPr>
        <w:br/>
      </w:r>
      <w:r>
        <w:rPr>
          <w:lang w:eastAsia="zh-CN"/>
        </w:rPr>
        <w:t>　　还记得军训开始的那天，当教官踏着整齐的步伐跑进操场时，我的内心是多么痛苦啊，经历了高考的历练，进入了大学，然而传说中人间天堂般的大学生活竟然以这样的方式开始。</w:t>
      </w:r>
      <w:r>
        <w:rPr>
          <w:lang w:eastAsia="zh-CN"/>
        </w:rPr>
        <w:br/>
      </w:r>
      <w:r>
        <w:rPr>
          <w:lang w:eastAsia="zh-CN"/>
        </w:rPr>
        <w:t>　　最初的两天，这种内心的痛苦又真真切切的转移到了身体上：站军姿时一动不动的站几十分钟;踢正步时要使劲让自己的脚去亲吻大地;喊口号时要用自己的力气去嘶声竭力。一天下来，腰酸背疼，回到宿舍只想躺倒在床上。第二天早晨虽有万般疲倦，还是奔向操场。</w:t>
      </w:r>
      <w:r>
        <w:rPr>
          <w:lang w:eastAsia="zh-CN"/>
        </w:rPr>
        <w:br/>
      </w:r>
      <w:r>
        <w:rPr>
          <w:lang w:eastAsia="zh-CN"/>
        </w:rPr>
        <w:t>　　但渐渐的，军训却让我体会到无数的快乐：当齐步走整齐的排面得到教官的表扬的时候;当跑步时整齐的立定赢得了阵阵的掌声的时候;每一次的坚持，每一点的进步，都会让我内心涌起一股细细的欢喜，一丝微微的自豪。</w:t>
      </w:r>
      <w:r>
        <w:rPr>
          <w:lang w:eastAsia="zh-CN"/>
        </w:rPr>
        <w:br/>
      </w:r>
    </w:p>
    <w:p w:rsidR="001B1F19" w14:textId="27C3F48A">
      <w:pPr>
        <w:rPr>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军训辛苦是不变的真理，然而有什么可怕的呢?我们正值青春少年，“红日初开，其道大光;河出伏流，一泻。”我们应该，或是必须拥有无畏的勇气和无限的毅力去战胜未来将会遇到的困难。军训，正是为我们提供了磨练这些品质的一个机会。</w:t>
      </w:r>
      <w:r>
        <w:rPr>
          <w:lang w:eastAsia="zh-CN"/>
        </w:rPr>
        <w:br/>
      </w:r>
      <w:r>
        <w:rPr>
          <w:lang w:eastAsia="zh-CN"/>
        </w:rPr>
        <w:t xml:space="preserve">    关于大学军训心得 篇12 </w:t>
      </w:r>
      <w:r>
        <w:rPr>
          <w:lang w:eastAsia="zh-CN"/>
        </w:rPr>
        <w:br/>
      </w:r>
      <w:r>
        <w:rPr>
          <w:lang w:eastAsia="zh-CN"/>
        </w:rPr>
        <w:t>　　20__年_月_日_天</w:t>
      </w:r>
      <w:r>
        <w:rPr>
          <w:lang w:eastAsia="zh-CN"/>
        </w:rPr>
        <w:br/>
      </w:r>
      <w:r>
        <w:rPr>
          <w:lang w:eastAsia="zh-CN"/>
        </w:rPr>
        <w:t>　　七天，像一张张重叠着的复印纸，同一个挥洒汗水的绿茵场，同样整齐而嘹亮的号子声，同样起伏着的日出与日落，见证着一日日的辛苦与甜蜜。</w:t>
      </w:r>
      <w:r>
        <w:rPr>
          <w:lang w:eastAsia="zh-CN"/>
        </w:rPr>
        <w:br/>
      </w:r>
      <w:r>
        <w:rPr>
          <w:lang w:eastAsia="zh-CN"/>
        </w:rPr>
        <w:t>　　懵懵懂懂的第一天，好奇的注视着同班的同学与威严的教官，心中如打鼓般忐忑着，忐忑着都说军训枯燥无味而又艰辛，却又心中满溢着好奇，禁不住希望快点开始，暗自加油道：“苦也好，甜也罢，权当一当体验罢”。</w:t>
      </w:r>
      <w:r>
        <w:rPr>
          <w:lang w:eastAsia="zh-CN"/>
        </w:rPr>
        <w:br/>
      </w:r>
    </w:p>
    <w:p w:rsidR="001B1F19" w14:textId="27C3F48A">
      <w:pPr>
        <w:rPr>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当憧憬变成感悟，才真切的体验到做为一名军人该有的飒爽英姿。尤记得，灼灼烈日的下午，挺直了身躯站在军训场上，耳畔仍旧回荡着教官熟悉的声音：两脚并拢，双脚分开约60度，双手紧贴裤缝，两肩向后张，小腹微收，目视前方，身体向前倾。抬头望天，澄清的天空之上，云彩掩映了痕迹，唯有炙热的太阳把数道金光射向我们，汗水顺着发际汩汩的淌下，就算滴进眼中也只是紧眨着双眼，不曾动过一下。从脚底传来的烧灼感一寸寸侵噬着我，唯有心中暗想：我是军人!我要坚持!日复一日的训练，肩膀酸软，腰际疼痛，可真正结束后才欣慰自己没有言说放弃，没有为军训生活留下遗憾。那样的姿势一遍遍的被我温习，挺起胸膛，只觉得一股浩然正气在胸中激荡。如果青春是首动人的歌，那这军姿就是其中最铿锵的旋律，为军训奏响高潮!</w:t>
      </w:r>
      <w:r>
        <w:rPr>
          <w:lang w:eastAsia="zh-CN"/>
        </w:rPr>
        <w:br/>
      </w:r>
      <w:r>
        <w:rPr>
          <w:lang w:eastAsia="zh-CN"/>
        </w:rPr>
        <w:t>　　看着QQ空间相片上同学们欢笑的场景，忆起军训时的种.种，潘教官的谈笑风生与他离开时同学们的不舍，继任杨教官对我们宽容细致与他跳《小苹果》时的喜悦之情一一浮现在我的面前。短短七天，我们苦过、累过、笑过，绿茵地上，由低沉到嘹亮的军歌;跑步声中，由纷乱到整齐的节奏;艳阳天下，由白皙到晒黑的皮肤痛并快乐着呵!军训了，才感受到同学深厚的情谊，两个闪烁的一等奖是我们收获的硕果与团结的象征。</w:t>
      </w:r>
      <w:r>
        <w:rPr>
          <w:lang w:eastAsia="zh-CN"/>
        </w:rPr>
        <w:br/>
      </w:r>
      <w:r>
        <w:rPr>
          <w:lang w:eastAsia="zh-CN"/>
        </w:rPr>
        <w:t>　　军训，注定是泪水与汗水的交织，它磨炼着我们的意志，重塑着我们的体格。由内到外的新生因子在体内迸发着“只有经历过地狱般的磨炼，才能有征服天堂的力量;只有流过血的手指，才能弹出人世间最美的绝唱!”在军训这场无声的战役中，我们熬过了痛苦，熬过了心酸，奏响了青春的最强音!</w:t>
      </w:r>
      <w:r>
        <w:rPr>
          <w:lang w:eastAsia="zh-CN"/>
        </w:rPr>
        <w:br/>
      </w:r>
      <w:r>
        <w:rPr>
          <w:lang w:eastAsia="zh-CN"/>
        </w:rPr>
        <w:t xml:space="preserve">    关于大学军训心得 篇13 </w:t>
      </w:r>
      <w:r>
        <w:rPr>
          <w:lang w:eastAsia="zh-CN"/>
        </w:rPr>
        <w:br/>
      </w:r>
    </w:p>
    <w:p w:rsidR="001B1F19" w14:textId="27C3F48A">
      <w:pPr>
        <w:rPr>
          <w:lang w:eastAsia="zh-CN"/>
        </w:rPr>
      </w:pPr>
      <w:r>
        <w:rPr>
          <w:lang w:eastAsia="zh-CN"/>
        </w:rPr>
        <w:t>　　加军训之前，总觉得军训的每一个小时都是度日如年，等待着教官最后的5分钟倒数时，时间更是被拉长了好几倍。但是当军训结束的消息从主席台传来的时候，过去漫长的时间一下子就显得很短，过去对时间的执着、军训中要保持的要求、和队友之间的友情……这些在军训中得到的东西充满了我们的内心，但是当教官要离开的时候，我们心中却只剩下了对教官的不舍，原本每个人复杂的心都在这一刻得到了统一。</w:t>
      </w:r>
      <w:r>
        <w:rPr>
          <w:lang w:eastAsia="zh-CN"/>
        </w:rPr>
        <w:br/>
      </w:r>
      <w:r>
        <w:rPr>
          <w:lang w:eastAsia="zh-CN"/>
        </w:rPr>
        <w:t>　　军训，非常的辛苦，尤其是在大学的军训，这种的疲劳只有在亲自体会过后才会明白。尤其是在暑假的三个月之后，这场军训简直就像是要将我们三个月累积下来的“懒骨头”全部拆散再重装一样!但这样的严格训练确实有效果，这十几天里，我也察觉到自己身体的变化。比起刚开学的时候，我们现在变得更加的勤快、更加的带着大学生该有的青春气息。</w:t>
      </w:r>
      <w:r>
        <w:rPr>
          <w:lang w:eastAsia="zh-CN"/>
        </w:rPr>
        <w:br/>
      </w:r>
      <w:r>
        <w:rPr>
          <w:lang w:eastAsia="zh-CN"/>
        </w:rPr>
        <w:t>　　还记的在军训的寝室检查中，因为我们的不重视，让我们第一次检查的分数非常的不好看，被子乱，鞋袜乱，连公共卫生区都没人打扫……我们为此被教官狠狠的加训了一番。为了带着要“一雪前耻”的心情，我们发动全寝的同学对宿舍的每一个角落，每一个死角，都仔细、严谨的彻底排查。那次的大扫除真的记忆犹新，所有的同学都为了能给自己争一口气，拿出了自己的看家本事。当教官踩上光亮如镜的地板来检查我们的寝室的时候，他在挑不出什么毛病，只能将手中的优给了我们。</w:t>
      </w:r>
      <w:r>
        <w:rPr>
          <w:lang w:eastAsia="zh-CN"/>
        </w:rPr>
        <w:br/>
      </w:r>
      <w:r>
        <w:rPr>
          <w:lang w:eastAsia="zh-CN"/>
        </w:rPr>
        <w:t>　　从差转优，这样大反差的体会让我们也体会到了在努力之后所收获的乐趣，大学的乐趣，也在军训中慢慢的展现给我们。</w:t>
      </w:r>
      <w:r>
        <w:rPr>
          <w:lang w:eastAsia="zh-CN"/>
        </w:rPr>
        <w:br/>
      </w:r>
      <w:r>
        <w:rPr>
          <w:lang w:eastAsia="zh-CN"/>
        </w:rPr>
        <w:br/>
      </w:r>
      <w:r>
        <w:rPr>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https://d.book118.com/637034045050006046</w:t>
        </w:r>
      </w:hyperlink>
    </w:p>
    <w:p w:rsidR="001B1F19">
      <w:pPr>
        <w:rPr>
          <w:lang w:eastAsia="zh-CN"/>
        </w:rPr>
      </w:pPr>
    </w:p>
    <w:sectPr>
      <w:type w:val="nextPage"/>
      <w:pgSz w:w="11906" w:h="16838"/>
      <w:pgMar w:top="1440" w:right="1800" w:bottom="1440" w:left="1800" w:header="851" w:footer="992" w:gutter="0"/>
      <w:pgNumType w:start="1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 w:val="009376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37034045050006046"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6</cp:revision>
  <dcterms:created xsi:type="dcterms:W3CDTF">2024-01-11T00:28:00Z</dcterms:created>
  <dcterms:modified xsi:type="dcterms:W3CDTF">2024-02-08T13:34:00Z</dcterms:modified>
</cp:coreProperties>
</file>