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保险培训心得及感悟（33篇）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人生的一个转折点都是一个新的起跑线，无论处在哪一个起跑线上，我们都要相信自己，努力奔跑，勇往直前。我走出校园，踏入社会，走进了国寿这个大家庭，是我人生的一个新的起跑线，在这个起跑线上我将怎样去做呢，我犹豫、徘徊、不断的思考着。</w:t>
      </w:r>
      <w:r>
        <w:rPr>
          <w:lang w:eastAsia="zh-CN"/>
        </w:rPr>
        <w:br/>
      </w:r>
      <w:r>
        <w:rPr>
          <w:lang w:eastAsia="zh-CN"/>
        </w:rPr>
        <w:t>　　20__年新员工岗前培训班是针对我们刚毕业的大学生在踏入工作岗位前的一次重要的岗前培训，正是这次培训唤醒了沉睡中的我，面对自己的人生如何选择，如何定位，如何更快的融入国寿这个大家庭等等，我开始感觉到有了方向，心里也有了想法，对人生充满了自信和喜悦。总之，岗前培训给了我一次人生定位的机会，赋予了我很深的意义，对于我的未来、我开始相信自己。</w:t>
      </w:r>
      <w:r>
        <w:rPr>
          <w:lang w:eastAsia="zh-CN"/>
        </w:rPr>
        <w:br/>
      </w:r>
    </w:p>
    <w:p w:rsidR="001B1F19" w14:textId="0AE8485B">
      <w:pPr>
        <w:pStyle w:val="Heading1"/>
        <w:jc w:val="center"/>
        <w:rPr>
          <w:rFonts w:hint="eastAsia"/>
          <w:lang w:eastAsia="zh-CN"/>
        </w:rPr>
      </w:pPr>
      <w:r>
        <w:rPr>
          <w:sz w:val="44"/>
          <w:lang w:eastAsia="zh-CN"/>
        </w:rPr>
        <w:t>保险培训心得及感悟（33篇）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人生的一个转折点都是一个新的起跑线，无论处在哪一个起跑线上，我们都要相信自己，努力奔跑，勇往直前。我走出校园，踏入社会，走进了国寿这个大家庭，是我人生的一个新的起跑线，在这个起跑线上我将怎样去做呢，我犹豫、徘徊、不断的思考着。</w:t>
      </w:r>
      <w:r>
        <w:rPr>
          <w:lang w:eastAsia="zh-CN"/>
        </w:rPr>
        <w:br/>
      </w:r>
      <w:r>
        <w:rPr>
          <w:lang w:eastAsia="zh-CN"/>
        </w:rPr>
        <w:t>　　20__年新员工岗前培训班是针对我们刚毕业的大学生在踏入工作岗位前的一次重要的岗前培训，正是这次培训唤醒了沉睡中的我，面对自己的人生如何选择，如何定位，如何更快的融入国寿这个大家庭等等，我开始感觉到有了方向，心里也有了想法，对人生充满了自信和喜悦。总之，岗前培训给了我一次人生定位的机会，赋予了我很深的意义，对于我的未来、我开始相信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如果说岗前培训是对我思想理念的提升的话，那么实习的过程则是对我实践经验的积累。进入个险部实习对于我来说，是一个由陌生变成熟悉，由悲观变成乐观，由怀疑自己变成相信自己的过程，在这个过程中，公司的企业文化、使命都时刻在影响着我。人生不如意之事常有八九，同样，我轮岗实习的过程中也不例外，有时会碰到不如意的事，也有困难打击的时候，而每当在这个时候，我都会想起“相信自己”这首歌，这样我都会让每一次挫折成为我成长的机会。实习的.这段时间里，我听到每个人谈论的几乎都是些积极的事，我看到了几乎每个人都把自己的事情当作事业在经营，同时我也悟到了些做人做事的道理！</w:t>
      </w:r>
      <w:r>
        <w:rPr>
          <w:lang w:eastAsia="zh-CN"/>
        </w:rPr>
        <w:br/>
      </w:r>
      <w:r>
        <w:rPr>
          <w:lang w:eastAsia="zh-CN"/>
        </w:rPr>
        <w:t>　　最后，我想说，有成就时不要骄傲，遇到困难挫折时，要对自己说，相信自己，当这一切过去，我们将是第一！</w:t>
      </w:r>
      <w:r>
        <w:rPr>
          <w:lang w:eastAsia="zh-CN"/>
        </w:rPr>
        <w:br/>
      </w:r>
      <w:r>
        <w:rPr>
          <w:lang w:eastAsia="zh-CN"/>
        </w:rPr>
        <w:t>　　转眼间培训班的课程已经结束，经过十余天的学习，我想我们每一位学员都有着很大的不同的的收获。对于我个人，我认为这次培训班举办的非常有意义，非常有必要，因为它不仅让我充实了更多的理论知识，更让我开阔了视野，解放了思想，打动了内心。无论是从以前的工作岗位到现在的工作中，从听课到交谈，还是从所听到所闻，每时每刻、每一堂课，都让我有所感悟和感动，更是有着许多不可言语表达的收获。加之与来自不同县市区、不同工作岗位的学员们聚集一堂，相互交流借鉴工作经验、思路方法，较全面的提高了自己的理论水平和工作能力。因此我想自己在以后的工作中要想有好的发展，必须改进自己，并做到以下几个方面：</w:t>
      </w:r>
      <w:r>
        <w:rPr>
          <w:lang w:eastAsia="zh-CN"/>
        </w:rPr>
        <w:br/>
      </w:r>
      <w:r>
        <w:rPr>
          <w:lang w:eastAsia="zh-CN"/>
        </w:rPr>
        <w:t>　　一、尽快完成自身角色转换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知识改变命运，学习成就未来，通过这十天的培训，我学到了很多知识，在开班仪式中文老师就讲到从学生过渡到公司员工，以前在学校学到的东西跟我们现在工作中豪无关联，这就需要我们自己转变角色，也是这次培训的目标。虽然我不像其他学员是刚离开大学校园踏上工作岗位，但新的工作环境、生活习惯、角色要求都发生了很大变化，心中难免也有些惶恐不安。虽然十余天的培训已经使我在生活习惯和思维方式等方面得到很大的改善，但在很多方面仍需加强锻炼，比如多与同事沟通交流、遇到问题虚心向前辈请教、摒弃眼高手低等等。英雄各有见，何必问出处，进入新的环境，必须忘记在之前的工作岗位中取得的成绩，一切重头开始，只有保持放空平和的心态，给自己正确的定位，才能使自己在最短的时间内进入自己的角色，融入到公司的和谐氛围中，成为一名合格的公司员工。</w:t>
      </w:r>
      <w:r>
        <w:rPr>
          <w:lang w:eastAsia="zh-CN"/>
        </w:rPr>
        <w:br/>
      </w:r>
      <w:r>
        <w:rPr>
          <w:lang w:eastAsia="zh-CN"/>
        </w:rPr>
        <w:t>　　二、尽职尽责，有认真的工作态度</w:t>
      </w:r>
      <w:r>
        <w:rPr>
          <w:lang w:eastAsia="zh-CN"/>
        </w:rPr>
        <w:br/>
      </w:r>
      <w:r>
        <w:rPr>
          <w:lang w:eastAsia="zh-CN"/>
        </w:rPr>
        <w:t>　　一个积极乐观的工作态度，做到爱岗敬业，具有强烈的责任感和事业心，是我们每位学员处，及时耐心回答客户疑问，从而把适合的产品推荐给合适的目标客户。一般在保险营销中，客户最关注的是购买的产品是否能保本保息，其收益是否确实比定期高，保险期限要多长，是否可以提前支取，存到多久提前支取不会亏损，保险到期支取是否手续麻烦等。如能针对客户所关注的每一个关键点逐项攻破，保险的营销将达到事半功倍的效果。要是对初次购买保险的客户，也可以建议其部分购买，做一个尝试对比定期的收益。这样也会增加客户对营销人员和该产品的信任程度。</w:t>
      </w:r>
      <w:r>
        <w:rPr>
          <w:lang w:eastAsia="zh-CN"/>
        </w:rPr>
        <w:br/>
      </w:r>
      <w:r>
        <w:rPr>
          <w:lang w:eastAsia="zh-CN"/>
        </w:rPr>
        <w:t>　　三、尽量站在客户的角度去营销</w:t>
      </w:r>
      <w:r>
        <w:rPr>
          <w:lang w:eastAsia="zh-CN"/>
        </w:rPr>
        <w:br/>
      </w:r>
      <w:r>
        <w:rPr>
          <w:lang w:eastAsia="zh-CN"/>
        </w:rPr>
        <w:t>　　不要夸大其词，要用事实说话，用自己的情绪去感染客户，增强客户对自己的信任，才能达到说服的效果，这样做也使得销售的成功率会大大增高。</w:t>
      </w:r>
      <w:r>
        <w:rPr>
          <w:lang w:eastAsia="zh-CN"/>
        </w:rPr>
        <w:br/>
      </w:r>
      <w:r>
        <w:rPr>
          <w:lang w:eastAsia="zh-CN"/>
        </w:rPr>
        <w:t>　　四、保持积极的工作心态。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作为银行从业人员，我们每天都要与不同的客户群打交道，因此一些细节性的东西，往往会影响到与客户的交流，甚至会导致客户降低对我行业已建立起来的忠诚度，对于客户的拒绝应当用积极的心态去看待，切记不要因此而影响到自己销售的积极性，并对客户拒绝的原因加以分析，以便今后纠正改进。</w:t>
      </w:r>
      <w:r>
        <w:rPr>
          <w:lang w:eastAsia="zh-CN"/>
        </w:rPr>
        <w:br/>
      </w:r>
      <w:r>
        <w:rPr>
          <w:lang w:eastAsia="zh-CN"/>
        </w:rPr>
        <w:t>　　以上即为我在培训中所学到的，在日后的工作中我将会学以致用，使我网点的保险业务拥有质的飞跃！</w:t>
      </w:r>
      <w:r>
        <w:rPr>
          <w:lang w:eastAsia="zh-CN"/>
        </w:rPr>
        <w:br/>
      </w:r>
      <w:r>
        <w:rPr>
          <w:lang w:eastAsia="zh-CN"/>
        </w:rPr>
        <w:t xml:space="preserve">    保险培训心得及感悟 篇13 </w:t>
      </w:r>
      <w:r>
        <w:rPr>
          <w:lang w:eastAsia="zh-CN"/>
        </w:rPr>
        <w:br/>
      </w:r>
      <w:r>
        <w:rPr>
          <w:lang w:eastAsia="zh-CN"/>
        </w:rPr>
        <w:t>　　想到自己第一次踏出学校并走上国寿这块神奇的土地情景。记得那时自己是第二次来到厦门就直奔到中国人寿集美支公司面试时，当时的老总韩步全就开门进山的告诉我，所谓的组训就是组织训练。我似懂非懂的点点头表示认同。总的感觉我所要或者将要从事的职业挺神圣，还不错，并且和自己所学的专业也对口，一天工作7个小时，周末不用上班就觉的天底下哪有这般好事，刚踏出学校就交了好运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真正踏入组训这个神圣的职业可以说是经历了一波三折。我经历了无知、懵懂、恐惧、徘徊、模仿、愤怒、期待，到期盼想拥有自己独立的空间，独立的思想，独立的做法，独立运作运作团队，一次完整的组训培训，但这一切似乎都遥遥无期，曾经一度我思考我想逃离这块土地。但这一切都在7月7日彻底地改变了，我从原属于集美支公司其中的一个职场的海沧支公司调回了集美支公司。开始了一步一步地实践着一直在我脑海里遨游的想法和一直渴望一次系统的组训培训的机会，这一切顷刻在集美支公司实现了。11月29日从重庆回来后，我时刻怀着一颗感恩的心在做事和做人，特别我要感谢的是集美支公司的二位老总徐游泳、柳顺峰，两位领导为我争取到这次难得培训机会。可以说这个培训机会在我的心里期盼很久了、很久了。因为我的学历只有大专和同龄人相比可以说没有一丝优势，本不敢有太大的奢望。可以说学历一直是我心理的一块痛。但这一切随着培训机会的到来变得不是那么重要啊!当接到副总经理柳顺峰的通知时我居然激动的说不出话来，我将这个消息告诉身边的同事时他们居然很不解的看着我。有什么好高兴的?蹦出一句话来“如果可以不去我才不想去呢?才不去受那份苦呢?”我非常的不解，真应证了那句话“有人毕生所追求的、却是他人于生俱来的。”道出了命运的不公。</w:t>
      </w:r>
      <w:r>
        <w:rPr>
          <w:lang w:eastAsia="zh-CN"/>
        </w:rPr>
        <w:br/>
      </w:r>
      <w:r>
        <w:rPr>
          <w:lang w:eastAsia="zh-CN"/>
        </w:rPr>
        <w:t>　　通过这次组训岗前班培训的洗礼犹如在我身上装上了一副经过全新打造的盔甲和一把无往不胜的力刃。在此期间学到了一流组训所应具备的风范、学习能力、演讲能力、组织能力、沟通能力、管理能力、企划能力、分析能力、问题诊断能力，这些能力为我开展工作打开了方便之门，犹如增添了羽翼让我可以实现飞翔的梦想，使我的人生增色不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重庆海兰云天有感悟、也有感动。身边发生的.每一件是看是那么不合理又是那么的自然，从不情愿、不乐意、不配合、不解困惑、抵触情绪、到无条件服从，配合班导师的每一个细微的动作我们大家经历了一番新的洗礼。我们确实地实践那句耳熟能详的话语“合理的训练，不合理的磨练”今天我们可以无愧的说：“我们一切都做到了，我们是总公司第二期组训岗前班的成员。”</w:t>
      </w:r>
      <w:r>
        <w:rPr>
          <w:lang w:eastAsia="zh-CN"/>
        </w:rPr>
        <w:br/>
      </w:r>
      <w:r>
        <w:rPr>
          <w:lang w:eastAsia="zh-CN"/>
        </w:rPr>
        <w:t>　　在29天的日子里也分不清楚是感悟多还是感动多，感悟总是夹杂的感动，感动夹杂感悟。</w:t>
      </w:r>
      <w:r>
        <w:rPr>
          <w:lang w:eastAsia="zh-CN"/>
        </w:rPr>
        <w:br/>
      </w:r>
      <w:r>
        <w:rPr>
          <w:lang w:eastAsia="zh-CN"/>
        </w:rPr>
        <w:t>　　感悟知识的奇妙、感悟语言的魅力、感悟人性的美好、感悟岁月的离别的无情。</w:t>
      </w:r>
      <w:r>
        <w:rPr>
          <w:lang w:eastAsia="zh-CN"/>
        </w:rPr>
        <w:br/>
      </w:r>
      <w:r>
        <w:rPr>
          <w:lang w:eastAsia="zh-CN"/>
        </w:rPr>
        <w:t>　　感动团队协作的快乐、感动沟通的畅快、感动游玩的乐趣。</w:t>
      </w:r>
      <w:r>
        <w:rPr>
          <w:lang w:eastAsia="zh-CN"/>
        </w:rPr>
        <w:br/>
      </w:r>
      <w:r>
        <w:rPr>
          <w:lang w:eastAsia="zh-CN"/>
        </w:rPr>
        <w:t>　　无论是感悟还是感动都将为我未来的学习和工作插上飞翔的翅膀,他将为我未来的学习和工作提供了方向和提升的明确目标。</w:t>
      </w:r>
      <w:r>
        <w:rPr>
          <w:lang w:eastAsia="zh-CN"/>
        </w:rPr>
        <w:br/>
      </w:r>
      <w:r>
        <w:rPr>
          <w:lang w:eastAsia="zh-CN"/>
        </w:rPr>
        <w:t>　　通过本次的学习有几点主要的体会如下：</w:t>
      </w:r>
      <w:r>
        <w:rPr>
          <w:lang w:eastAsia="zh-CN"/>
        </w:rPr>
        <w:br/>
      </w:r>
      <w:r>
        <w:rPr>
          <w:lang w:eastAsia="zh-CN"/>
        </w:rPr>
        <w:t>　　(1)产品说明会的创新</w:t>
      </w:r>
      <w:r>
        <w:rPr>
          <w:lang w:eastAsia="zh-CN"/>
        </w:rPr>
        <w:br/>
      </w:r>
      <w:r>
        <w:rPr>
          <w:lang w:eastAsia="zh-CN"/>
        </w:rPr>
        <w:t>　　在学习的过程中明显的感觉到我们的公司的产说会的流程过于单调和简单缺乏创新。</w:t>
      </w:r>
      <w:r>
        <w:rPr>
          <w:lang w:eastAsia="zh-CN"/>
        </w:rPr>
        <w:br/>
      </w:r>
      <w:r>
        <w:rPr>
          <w:lang w:eastAsia="zh-CN"/>
        </w:rPr>
        <w:t>　　营销员每每感觉我们公司有“挂羊头买狗肉”的嫌疑导致营销员在邀约客户的过程中心理有障碍，不敢放开去做。</w:t>
      </w:r>
      <w:r>
        <w:rPr>
          <w:lang w:eastAsia="zh-CN"/>
        </w:rPr>
        <w:br/>
      </w:r>
      <w:r>
        <w:rPr>
          <w:lang w:eastAsia="zh-CN"/>
        </w:rPr>
        <w:t>　　客户来公司听产说会每每感觉叫他们听产说会无非是让他们买保险，长期下来兴趣黯然。</w:t>
      </w:r>
      <w:r>
        <w:rPr>
          <w:lang w:eastAsia="zh-CN"/>
        </w:rPr>
        <w:br/>
      </w:r>
      <w:r>
        <w:rPr>
          <w:lang w:eastAsia="zh-CN"/>
        </w:rPr>
        <w:t>　　重庆在这产说会这方面明显比我们公司有创意体现在以下几点：</w:t>
      </w:r>
      <w:r>
        <w:rPr>
          <w:lang w:eastAsia="zh-CN"/>
        </w:rPr>
        <w:br/>
      </w:r>
      <w:r>
        <w:rPr>
          <w:lang w:eastAsia="zh-CN"/>
        </w:rPr>
        <w:t>　　1、赋予一系列单证更多的附加的含义内容。</w:t>
      </w:r>
      <w:r>
        <w:rPr>
          <w:lang w:eastAsia="zh-CN"/>
        </w:rPr>
        <w:br/>
      </w:r>
      <w:r>
        <w:rPr>
          <w:lang w:eastAsia="zh-CN"/>
        </w:rPr>
        <w:t>　　比如：赋予投保单为心愿卡。</w:t>
      </w:r>
      <w:r>
        <w:rPr>
          <w:lang w:eastAsia="zh-CN"/>
        </w:rPr>
        <w:br/>
      </w:r>
      <w:r>
        <w:rPr>
          <w:lang w:eastAsia="zh-CN"/>
        </w:rPr>
        <w:t>　　2、增加一丝产说会的娱乐性质。比如：观赏性、趣味性。</w:t>
      </w:r>
      <w:r>
        <w:rPr>
          <w:lang w:eastAsia="zh-CN"/>
        </w:rPr>
        <w:br/>
      </w:r>
      <w:r>
        <w:rPr>
          <w:lang w:eastAsia="zh-CN"/>
        </w:rPr>
        <w:t>　　3、产说会的流程更加充实提供客户互相认识的平台。</w:t>
      </w:r>
      <w:r>
        <w:rPr>
          <w:lang w:eastAsia="zh-CN"/>
        </w:rPr>
        <w:br/>
      </w:r>
      <w:r>
        <w:rPr>
          <w:lang w:eastAsia="zh-CN"/>
        </w:rPr>
        <w:t>　　比如：介绍嘉宾基本资料姓名、职位、从事的行业、公司名称。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4、产说会的流程更加简凑切实为客户着想，提供他们所需要的养分。</w:t>
      </w:r>
      <w:r>
        <w:rPr>
          <w:lang w:eastAsia="zh-CN"/>
        </w:rPr>
        <w:br/>
      </w:r>
      <w:r>
        <w:rPr>
          <w:lang w:eastAsia="zh-CN"/>
        </w:rPr>
        <w:t>　　例如：针对客户的不同层次在产说会流程中增加一个环节，比方针对企业的领导层这类高端客户可以增加讲授跟企业与人生紧密关联的专题，让客户真切感到中国人寿不仅仅是要卖保险，它不仅可以给客户带来保障并且可以给客户带去一系列附加的资讯和知识。</w:t>
      </w:r>
      <w:r>
        <w:rPr>
          <w:lang w:eastAsia="zh-CN"/>
        </w:rPr>
        <w:br/>
      </w:r>
      <w:r>
        <w:rPr>
          <w:lang w:eastAsia="zh-CN"/>
        </w:rPr>
        <w:t>　　5、拓展与社会团体的接触面，善用社会资源为中国人寿搭建人脉资源。</w:t>
      </w:r>
      <w:r>
        <w:rPr>
          <w:lang w:eastAsia="zh-CN"/>
        </w:rPr>
        <w:br/>
      </w:r>
      <w:r>
        <w:rPr>
          <w:lang w:eastAsia="zh-CN"/>
        </w:rPr>
        <w:t>　　(2)企划案的创新</w:t>
      </w:r>
      <w:r>
        <w:rPr>
          <w:lang w:eastAsia="zh-CN"/>
        </w:rPr>
        <w:br/>
      </w:r>
      <w:r>
        <w:rPr>
          <w:lang w:eastAsia="zh-CN"/>
        </w:rPr>
        <w:t>　　1、设立企划岗，树立大市场营销观念。</w:t>
      </w:r>
      <w:r>
        <w:rPr>
          <w:lang w:eastAsia="zh-CN"/>
        </w:rPr>
        <w:br/>
      </w:r>
      <w:r>
        <w:rPr>
          <w:lang w:eastAsia="zh-CN"/>
        </w:rPr>
        <w:t>　　2、提高企划力，时时关注市场动态和资讯以及企划行业的发展方向及时创新企划方法和内容。</w:t>
      </w:r>
      <w:r>
        <w:rPr>
          <w:lang w:eastAsia="zh-CN"/>
        </w:rPr>
        <w:br/>
      </w:r>
      <w:r>
        <w:rPr>
          <w:lang w:eastAsia="zh-CN"/>
        </w:rPr>
        <w:t>　　3、由注重物质奖励慢慢过度到物质与精神并重方面的奖励。</w:t>
      </w:r>
      <w:r>
        <w:rPr>
          <w:lang w:eastAsia="zh-CN"/>
        </w:rPr>
        <w:br/>
      </w:r>
      <w:r>
        <w:rPr>
          <w:lang w:eastAsia="zh-CN"/>
        </w:rPr>
        <w:t>　　4、注重企业文化以及团队精神的等无形资产的企划。</w:t>
      </w:r>
      <w:r>
        <w:rPr>
          <w:lang w:eastAsia="zh-CN"/>
        </w:rPr>
        <w:br/>
      </w:r>
      <w:r>
        <w:rPr>
          <w:lang w:eastAsia="zh-CN"/>
        </w:rPr>
        <w:t>　　(3)注意常态会议的经营</w:t>
      </w:r>
      <w:r>
        <w:rPr>
          <w:lang w:eastAsia="zh-CN"/>
        </w:rPr>
        <w:br/>
      </w:r>
      <w:r>
        <w:rPr>
          <w:lang w:eastAsia="zh-CN"/>
        </w:rPr>
        <w:t>　　1、每月例行产说会和创说会。</w:t>
      </w:r>
      <w:r>
        <w:rPr>
          <w:lang w:eastAsia="zh-CN"/>
        </w:rPr>
        <w:br/>
      </w:r>
      <w:r>
        <w:rPr>
          <w:lang w:eastAsia="zh-CN"/>
        </w:rPr>
        <w:t>　　2、组训例会要变成解决问题和沟通信息的桥梁以及优势互补的会议。而不是敷衍了是，浪费时间和精力、无聊的会议。以及注重对年轻组训在核保和理赔方面的培训让他们真正成为一支铁的正规军。</w:t>
      </w:r>
      <w:r>
        <w:rPr>
          <w:lang w:eastAsia="zh-CN"/>
        </w:rPr>
        <w:br/>
      </w:r>
      <w:r>
        <w:rPr>
          <w:lang w:eastAsia="zh-CN"/>
        </w:rPr>
        <w:t>　　(4)培训管理部门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1、设立培训管理岗，加快资讯的收集及资讯应用能力和课程的开发应用及推广。</w:t>
      </w:r>
      <w:r>
        <w:rPr>
          <w:lang w:eastAsia="zh-CN"/>
        </w:rPr>
        <w:br/>
      </w:r>
      <w:r>
        <w:rPr>
          <w:lang w:eastAsia="zh-CN"/>
        </w:rPr>
        <w:t>　　2、 加大各支公司组训负责人的培养力度。提高组训负责人的管理能力、市场开拓能力、以及市场企划力为公司储备一线的经营管理人才。</w:t>
      </w:r>
      <w:r>
        <w:rPr>
          <w:lang w:eastAsia="zh-CN"/>
        </w:rPr>
        <w:br/>
      </w:r>
      <w:r>
        <w:rPr>
          <w:lang w:eastAsia="zh-CN"/>
        </w:rPr>
        <w:t>　　通过本次培训收获良多，非常感谢分支两级公司的关心和厚爱，是你们的英明决策为我们年轻组训插上飞翔的翅膀和腾飞的梦想。</w:t>
      </w:r>
      <w:r>
        <w:rPr>
          <w:lang w:eastAsia="zh-CN"/>
        </w:rPr>
        <w:br/>
      </w:r>
      <w:r>
        <w:rPr>
          <w:lang w:eastAsia="zh-CN"/>
        </w:rPr>
        <w:t xml:space="preserve">    保险培训心得及感悟 篇14 </w:t>
      </w:r>
      <w:r>
        <w:rPr>
          <w:lang w:eastAsia="zh-CN"/>
        </w:rPr>
        <w:br/>
      </w:r>
      <w:r>
        <w:rPr>
          <w:lang w:eastAsia="zh-CN"/>
        </w:rPr>
        <w:t>　　首先我要感谢各级领导给我提供了这次难得的学习机会，在短短的三天时间里我开阔了眼界，学到了如何做好本职工作，提升服务水平的系统的业务知识。当然，这只是总行给我提供了一把掌握世界金融新领域经营的钥匙，今后我仍要进一步地学习、深造、提高。下面我从以下几个方面进行汇报：</w:t>
      </w:r>
      <w:r>
        <w:rPr>
          <w:lang w:eastAsia="zh-CN"/>
        </w:rPr>
        <w:br/>
      </w:r>
      <w:r>
        <w:rPr>
          <w:lang w:eastAsia="zh-CN"/>
        </w:rPr>
        <w:t>　　一、全球一流的培训机构给我们授课</w:t>
      </w:r>
      <w:r>
        <w:rPr>
          <w:lang w:eastAsia="zh-CN"/>
        </w:rPr>
        <w:br/>
      </w:r>
      <w:r>
        <w:rPr>
          <w:lang w:eastAsia="zh-CN"/>
        </w:rPr>
        <w:t>　　这次培训班是由我们来自全国银行各分行的39名学员组成的，讲师是从_____金融管理学院请来的曾志尧教授。培训时间虽短，但曾老师利用自身得天独厚的全球化资源和专业知识优势，向我们灵活多样地讲述了“全球教育”和“全球企业”的新概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这次培训的主题是“心服务”计划。“心服务”就是用心为我们的客户提供真诚的，发自内心的服务。通过学习，我知道只有热心对待每位客户，才能获得信任并能进一步让客户将心中的需求完全说出;我们必须细心观察与体会，才能深入了解客户的真正需求;针对客户的需求，我们要积极主动热情并有效的用心执行。我深信，唯有发自内心的服务意愿，才能提供客户满意的服务。我们要以真心服务，让客户觉得安心舒适，我们要营造美好的服务气氛，让客户体验到愉悦的服务，进一步让客户认同并喜欢到浦发银行接受我们的服务。</w:t>
      </w:r>
      <w:r>
        <w:rPr>
          <w:lang w:eastAsia="zh-CN"/>
        </w:rPr>
        <w:br/>
      </w:r>
      <w:r>
        <w:rPr>
          <w:lang w:eastAsia="zh-CN"/>
        </w:rPr>
        <w:t>　　经营产品品牌，你可以用75%的时间、金钱和精力来影响顾客而只用25%应对剩下的一切。而对银行而言，经营我们的服务品牌必须用至少50%的时间、金钱来影响自己的员工。优先权正好相反，产品品牌以顾客为先。而服务品牌以自身员工为先，要想使品牌服务有效，必须教会员工亲历他们服务的品牌，因为对客户而言，代表品牌的人就是品牌。如果员工表现不当，品牌与顾客之间的关系就会崩溃。</w:t>
      </w:r>
      <w:r>
        <w:rPr>
          <w:lang w:eastAsia="zh-CN"/>
        </w:rPr>
        <w:br/>
      </w:r>
      <w:r>
        <w:rPr>
          <w:lang w:eastAsia="zh-CN"/>
        </w:rPr>
        <w:t>　　下面的这个故事是老师在讲课中给我们讲的一个案例，同是服务行业，他们的做法好比一面镜子，也许会启发我们的思路：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于先生因公出差泰国，曾下榻东方饭店，第一次入住时良好的饭店环境和服务给他留下了深刻印象。而第二次入住时的几个细节，更使他对饭店的好感迅速升级。这天早晨，他刚走出房门准备用餐，楼层服务生恭敬的问道：“于先生是要用早餐吗?”于先生很奇怪，反问：“你怎么知道我姓于?”服务生说：“我们饭店规定，晚上要背熟所有客人的姓名。”这令于先生大吃一惊，因为往返世界各地，入住无数酒店，这种情况还是第一次碰到。于先生高兴地乘电梯来到餐厅，刚出电梯，餐厅服务生就说：“于先生，里面请。”于先生更加疑惑：“你知道我姓于?”服务生答“上面电话刚刚下来，说您已经下楼了。”如此高的效率让于先生再次大吃一惊。于先生刚进餐厅，服务小姐微笑着问：“于先生还要老位子吗?”于先生的惊讶再次升级，心想“尽管我不是第一次在这里吃饭，但最近的一次也是一年前了，难道这里的服务小姐记忆力那么好?”看到于先生惊讶的目光，服务小姐主动解释说：“我刚刚查过记录，您在去年6月8日在靠近第二个窗口的位子上用过早餐。”于先生听后兴奋地说：“老位子!老位子!”服务小姐接着问：“老菜单?一个三明治，一杯咖啡，一个鸡蛋?”现在于先生已经不再惊讶了：“老菜单，就要老菜单!”这一次早餐给于先生留下了终生难忘的印象。</w:t>
      </w:r>
      <w:r>
        <w:rPr>
          <w:lang w:eastAsia="zh-CN"/>
        </w:rPr>
        <w:br/>
      </w:r>
      <w:r>
        <w:rPr>
          <w:lang w:eastAsia="zh-CN"/>
        </w:rPr>
        <w:t>　　后来由于业务调整，于先生3年没有去泰国。生日这天，他突然收到一封东方饭店发来的贺卡，里面还附了一封短信：“亲爱的于先生，您已经3年没有光顾东方饭店了，我们全体人员非常想念您，希望还能再次见到您。今天是您的生日，祝您生日愉快。”于先生当时非常感动，发誓如果再去泰国，一定住在东方饭店，而且要说服所有去泰国的朋友也像他一样选择东方。一封贴着六元邮票的信，就这样买到了顾客的一颗心——这就是客户关系管理的魔力。</w:t>
      </w:r>
      <w:r>
        <w:rPr>
          <w:lang w:eastAsia="zh-CN"/>
        </w:rPr>
        <w:br/>
      </w:r>
      <w:r>
        <w:rPr>
          <w:lang w:eastAsia="zh-CN"/>
        </w:rPr>
        <w:t>　　我们在日常的服务中也应该用心服务，注意细节，发挥团队协作精神，巩固老客户，从而发展新客户。市场营销学告诉我们，争取一个新客户的成本是留住一个老客户的5倍，在利润贡献方面，老客户更是新客户的16倍。那么留住老客户就是提高利润，增强我们在市场中的竞争力。</w:t>
      </w:r>
      <w:r>
        <w:rPr>
          <w:lang w:eastAsia="zh-CN"/>
        </w:rPr>
        <w:br/>
      </w:r>
      <w:r>
        <w:rPr>
          <w:lang w:eastAsia="zh-CN"/>
        </w:rPr>
        <w:t>　　二、学习的灵活多样性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们这次学习，老师采取互动的方式，我们共分5个小组，老师借鉴先进银行实施服务品质的案例与学员们研讨。并进行分组讨论，学员们针对服务礼仪与无缝交接服务流程实况演练，并进行声音肢体语言的练习和多媒体课件与教学。</w:t>
      </w:r>
      <w:r>
        <w:rPr>
          <w:lang w:eastAsia="zh-CN"/>
        </w:rPr>
        <w:br/>
      </w:r>
      <w:r>
        <w:rPr>
          <w:lang w:eastAsia="zh-CN"/>
        </w:rPr>
        <w:t>　　礼仪迎宾接待演练中，我感到：1、五步距离主动上前(即客户走进营业厅时距客户五步的距离时就要主动问候，不要等客户走近时才问候，那样会吓客户一跳);2、保持亲切的微笑;3、双眼平视客户的眼睛;4、身体微微向前倾约30度，点头示意表示对客户的欢迎等等都非常适用。</w:t>
      </w:r>
      <w:r>
        <w:rPr>
          <w:lang w:eastAsia="zh-CN"/>
        </w:rPr>
        <w:br/>
      </w:r>
      <w:r>
        <w:rPr>
          <w:lang w:eastAsia="zh-CN"/>
        </w:rPr>
        <w:t>　　无缝交接，指的是为客户的服务达到一种非常顺畅的连接，要发挥团队精神，在无缝服务中不论是大堂经理还是理财经理还是每位柜员都至关重要。从大堂经理迎接客户探明客户的来意，到将一般客户疏导到自助银行或是高柜区或低柜区，将识别的优质客户推荐给理财经理，都需整体的配合。</w:t>
      </w:r>
      <w:r>
        <w:rPr>
          <w:lang w:eastAsia="zh-CN"/>
        </w:rPr>
        <w:br/>
      </w:r>
      <w:r>
        <w:rPr>
          <w:lang w:eastAsia="zh-CN"/>
        </w:rPr>
        <w:t>　　三、投诉是我们每位员工都会遇到的最烦心的问题。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处理投诉中，我们要注意：一是建立良好的心态。当客户向你表达对银行的任何抱怨与不满时，你就是代表浦发银行负责处理客户的情绪。我们常见的错误心态是：这又不是我引起的，或者这不是我们银行的错，为什么要我处理?因此，就对客户的抱怨与不满，进行一连串的解释、反问与推托，反而使客户情绪不断积累、抱怨越滚越大。当遇到客户对我们的服务不满时，尽管不是因为我们自身的错误，也应该主动向客户表达歉意，此时的道歉是针对客户产生的“愤怒、生气”的情绪而表示歉意。并不意味着我们承认事情本身的错误。适当的致歉可以立即缓和客户的情绪，有助于客户后续的处理。另外一点是我们在柜面服务中经常遇到的：客户的需求与我们的制度发生冲突时，客户产生的不满情绪。这时，我们在客户面前不要急于先搬出银行的制度，可以心平气和地帮客户想想变通问题的办法，同时委婉的告知客户我们的风险点，展现出我们处理事情的热忱与诚意。</w:t>
      </w:r>
      <w:r>
        <w:rPr>
          <w:lang w:eastAsia="zh-CN"/>
        </w:rPr>
        <w:br/>
      </w:r>
      <w:r>
        <w:rPr>
          <w:lang w:eastAsia="zh-CN"/>
        </w:rPr>
        <w:t>　　通过这种形象化的训练，使我认识大堂经理工作的重要性，它是提高零售银行业核心竞争的关键之一，更是大堂经理、客户与柜员之间的纽带，大堂经理专业素养的完善，对于创建一流的行业服务至关重要。</w:t>
      </w:r>
      <w:r>
        <w:rPr>
          <w:lang w:eastAsia="zh-CN"/>
        </w:rPr>
        <w:br/>
      </w:r>
      <w:r>
        <w:rPr>
          <w:lang w:eastAsia="zh-CN"/>
        </w:rPr>
        <w:t>　　四、参加培训的体会</w:t>
      </w:r>
      <w:r>
        <w:rPr>
          <w:lang w:eastAsia="zh-CN"/>
        </w:rPr>
        <w:br/>
      </w:r>
      <w:r>
        <w:rPr>
          <w:lang w:eastAsia="zh-CN"/>
        </w:rPr>
        <w:t>　　这次培训中的现场演练，给我留下了深刻的印象，它把整个日常服务中的柜员、大堂经理、理财经理及客户贯穿起来，教给我们应该分工不分家，相互配合，真正创出浦发银行一流的服务品牌。</w:t>
      </w:r>
      <w:r>
        <w:rPr>
          <w:lang w:eastAsia="zh-CN"/>
        </w:rPr>
        <w:br/>
      </w:r>
      <w:r>
        <w:rPr>
          <w:lang w:eastAsia="zh-CN"/>
        </w:rPr>
        <w:t>　　浦发银行尽管比其他许多金融机构成立的时间短，但它具有先进的管理理念和经营理念，它值得我为之付出青春和热情。我既然成为这个金融机构中的一员，就应该立足岗位，做好本职工作。在现有的岗位上，不断提升自己的业务水平和服务水平，不断提高自己的专业素养，按照浦发银行“心服务”计划的要求，塑造自己的形象，规范自己的仪态、行为举止，提高自己的服务质量，从自我做起，为有效提高银行整体服务的竞争力而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保险培训心得及感悟 篇15 </w:t>
      </w:r>
      <w:r>
        <w:rPr>
          <w:lang w:eastAsia="zh-CN"/>
        </w:rPr>
        <w:br/>
      </w:r>
      <w:r>
        <w:rPr>
          <w:lang w:eastAsia="zh-CN"/>
        </w:rPr>
        <w:t>　　在6月2日和5日，我参加公司组织的内部讲师培训课程。能够参加这次培训对于我来说是一种机会和提升，通过本次培训，使我受益匪浅。</w:t>
      </w:r>
      <w:r>
        <w:rPr>
          <w:lang w:eastAsia="zh-CN"/>
        </w:rPr>
        <w:br/>
      </w:r>
      <w:r>
        <w:rPr>
          <w:lang w:eastAsia="zh-CN"/>
        </w:rPr>
        <w:t>　　在没有参加培训前，感觉作为讲师只要口头表达清楚，不要怯场，其他要求并不多，但经过2天的培训，我才真正意识到“台上一分钟，台下十年功”的含义，任何一名讲师授课时的滔滔不绝，绘声绘色，都是在幕后做了大量的准备工作，也是博览群书，增强内涵，积累经验的结果。</w:t>
      </w:r>
      <w:r>
        <w:rPr>
          <w:lang w:eastAsia="zh-CN"/>
        </w:rPr>
        <w:br/>
      </w:r>
      <w:r>
        <w:rPr>
          <w:lang w:eastAsia="zh-CN"/>
        </w:rPr>
        <w:t>　　通过培训使我认识到只有找出自己的缺点和不足，敢于面对和挑战它，才能有所进步和提高。比如，在第一天培训中，当我知道要向自己的组队作1分钟自我介绍时，心想没什么问题，但是自己介绍时还是有点紧张。整个一分钟介绍中，只说了三四十秒，自己都感觉到讲得有点匆忙凌乱，也感觉一分钟是如此之长。在第二天老师安排每个小组根据课程名称写提纲并上台解说时，基本上我可以自如的表达自己的想法，怯场心理好很多了，但因为准备不够，在时间把控方面还是差强人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这次培训让我更好地理解培训讲师定位及成人培训特点。在以前的工作中，我也多次担任内训讲师，主要是给刚参加工作的大学毕业生和技校毕业生培训。当时自己感觉培训效果还可以，现在想来缺少了给自己定位、未作参训人员特点分析，拿到培训课题就埋头进行材料组织与课件制作，没有明确的培训目的，培训的内容缺少针对性与实用性。这对于必须与实际工作紧密联系较多的培训来说，效果就会大受影响。以前讲授的内容主要是建筑智能化各系统的技术，自认为内容专业性很强，必定平淡枯燥，学员听培训时容易想睡觉、注意力不集中，培训时基本上都是按照ppt朗读。通过这次培训后，我也会在培训过程中加入一些互动游戏和视频素材，使培训过程生动活泼，让学员更形象深刻地掌握学习内容。</w:t>
      </w:r>
      <w:r>
        <w:rPr>
          <w:lang w:eastAsia="zh-CN"/>
        </w:rPr>
        <w:br/>
      </w:r>
      <w:r>
        <w:rPr>
          <w:lang w:eastAsia="zh-CN"/>
        </w:rPr>
        <w:t>　　这次培训让我认识到讲师应有的职业风范。这是一个重新了解自己、认识自己的过程，每个人都有自己特定的语言习惯和肢体习惯，作为一个培训师来说，职业形象在传达着你的职业态度。有了符合讲师风范的职业形象，还要学会通过语言运用技巧、手势运用技巧、走动来控制培训气氛，调动参训人员的积极性。同时，我也认识到，在日常生活中，应该要多读书，增加自身知识面，注意形体和举止；应该多询问和采纳别人的意见，包括学员的意见，正所谓教学相长，只有广纳良言才能使自己的授课更加生动、更容易被接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这次培训还使我初步掌握课程教材开发编写的技巧，比如：没有比黑色更安全的颜色；标题不超过三级；大标题不少于50号；小标题不少于40号；内容不少于25号；每页7（行数）每行13（行字）；视频和声音的链接法等等。经过两天的培训，我系统地学习了培训讲师定位及成人培训特点、职业风范、授课呈现技术、培训现场掌控技巧、课程开发编导法等一系列培训技能，提升了自己的培训能力，也学到了不少知识。在以后的工作中，我一定抓好机会不断锻炼和体会，使自己能灵活运用学到的东西，不断提高授课水平。</w:t>
      </w:r>
      <w:r>
        <w:rPr>
          <w:lang w:eastAsia="zh-CN"/>
        </w:rPr>
        <w:br/>
      </w:r>
      <w:r>
        <w:rPr>
          <w:lang w:eastAsia="zh-CN"/>
        </w:rPr>
        <w:t>　　培训是教的过程，也是学的过程，对于培训讲师来说，应该先学好，之后才能教好；对于企业而言，组织和培养一支内部的讲师团队很重要，因为现代企业的核心竞争力离不开人，要在激烈竞争的市场中能占有一席之地，就必须有团结奋斗、能征善战的团队，只有通过全方位的系统培训来不断适应市场的变化，企业才能继续成长壮大。篇二：教师培训心得体会篇教师培训心得体会篇</w:t>
      </w:r>
      <w:r>
        <w:rPr>
          <w:lang w:eastAsia="zh-CN"/>
        </w:rPr>
        <w:br/>
      </w:r>
      <w:r>
        <w:rPr>
          <w:lang w:eastAsia="zh-CN"/>
        </w:rPr>
        <w:t>　　我有幸成为县骨干教师培训班的一员，这也给我提供了这个再学习、再提高的机会。这次培训内容丰富，形式多样，有集中培训、分学科培训、有学员间的互动交流，专家进行讲座。专家的教育教学理念、人格魅力和治学精神深深地印在我的心中。他们所讲内容深刻独到、旁征博引、通俗易懂、生动有趣、发人深省。在此之前，我也曾出去培训过几次，但每次都是以听教师的课堂教学为主，所看到的都是经过了层层包装的课堂实况。这次听了他们各具特色的前沿讲座，虽然我不能做到照单全收，但他们先进的教育理念、独到的教学思想、全新的管理体制，对我今后的教育教学工作无不起着引领和导向作用。这次培训之后，更增添了我努力使自己成为科研型教师的信心，给了我们强烈的感染和深刻的理论引领。下面是我在培训中的几点心得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通过培训，让我深刻地认识到必须更新观念。随着知识经济时代的到来，信息技术在教育领域广泛运用，“教书匠”式的教师已经不适应时代的需要了，这就要求教师既不能脱离教学实际又要为解决教学中的问题而进行的研究即不是在书斋进行的研究而是在教学活动中的研究。必须具有现代教育观念，并将其运用于教育工作实践，不断思考、摸索，朝着教育家的方向努力。以教师为本的`观念应当转为以学生为本，自觉让出主角地位，让学生成为主角，充分相信学生，积极评价学生。</w:t>
      </w:r>
      <w:r>
        <w:rPr>
          <w:lang w:eastAsia="zh-CN"/>
        </w:rPr>
        <w:br/>
      </w:r>
      <w:r>
        <w:rPr>
          <w:lang w:eastAsia="zh-CN"/>
        </w:rPr>
        <w:t>　　通过此次培训，我在教学观上有了一定的转变，不能为了教书而教书，叶圣陶先生说过：教是为了最终达到不需要教，为了达成这个目标，教学不光是简单的传授知识，要重在教学生掌握方法，学会学习，不能只让学生“学到什么”还让学生“学会学习”，学生掌握了方法，终身受用，可以自己获取知识，除了学习，还要注重启迪学生的智慧，给学生充分的空间、时间，发挥出他们的想象力和创造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通过培训，让我深刻地认识到作为一名教师，要坚持不断地学习，积极进行知识的更新。随着我国经济的高速发展，教育现代化工程的不断推进，当前以多媒体与网络技术为核心的现代教育技术的迅速兴起，正猛烈地冲击着各学科的教学。在网络理论下知识突破了原有书本的限制，不再以点的形式出现，而是以流的形式传递，使教学观念，教学主体，教学方法，教学过程和教学形式都发生根本改变。传统的“以教师为中心，靠二支粉笔一张嘴”的教学模式，已不能适应新课程“主动、探究、合作”学习方式，传统观念下的“师者传道、授业、解惑”“闻道有先后”的观点，也将被基于新课程教学提出来的“教育要为学生的终身发展奠定基础，让学生学会做人，学会求知，学会合作，学会实践，学会创新”的理念所取代。教师应与时俱进，适应时代的发展，做好自己的角色定位，充分利用网络环境，激发学生的求知欲，提高学生的实践能力，培养学生的创新精神，促进教与学的改革深化。学习，教学相长、共同进步。</w:t>
      </w:r>
      <w:r>
        <w:rPr>
          <w:lang w:eastAsia="zh-CN"/>
        </w:rPr>
        <w:br/>
      </w:r>
      <w:r>
        <w:rPr>
          <w:lang w:eastAsia="zh-CN"/>
        </w:rPr>
        <w:t>　　通过此次培训，我在教学观上有了一定的转变，不能为了教书而教书，叶圣陶先生说过：教是为了最终达到不需要教，为了达成这个目标，教学不光是简单的传授知识，要重在教学生掌握方法，学会学习，不能只让学生“学到什么”还让学生“学会学习”，学生掌握了方法，终身受用，可以自己获取知识，除了学习，还要注重启迪学生的智慧，给学生充分的空间、时间，发挥出他们的想象力和创造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通过培训，让我深刻地认识到作为一名教师，要坚持不断地学习，积极进行知识的更新。随着我国经济的高速发展，教育现代化工程的不断推进，当前以多媒体与网络技术为核心的现代教育技术的迅速兴起，正猛烈地冲击着各学科的教学。在网络理论下知识突破了原有书本的限制，不再以点的形式出现，而是以流的形式传递，使教学观念，教学主体，教学方法，教学过程和教学形式都发生根本改变。传统的“以教师为中心，靠二支粉笔一张嘴”的教学模式，已不能适应新课程“主动、探究、合作”学习方式，传统观念下的“师者传道、授业、解惑”“闻道有先后”的观点，也将被基于新课程教学提出来的“教育要为学生的终身发展奠定基础，让学生学会做人，学会求知，学会合作，学会实践，学会创新”的理念所取代。教师应与时俱进，适应时代的发展，做好自己的角色定位，充分利用网络环境，激发学生的求知欲，提高学生的实践能力，培养学生的创新精神，促进教与学的改革深化。通过培训，让我能以更宽阔的视野去看待我们的教育工作，让我学到了更多提自身素质和教育教学水平的方法和捷径。“爱”是教育永恒的主题，我们知道了怎样更好地去爱我们的学生，怎样让我们的学生在更好的环境下健康的成长。作为一名骨干教师，我们要以扎实的作风潜心实践，坚持不懈;要以自觉的精神对待学习，不必急功近利，心浮气躁;要以务实的心态思考问题，力求兼收并蓄，博采众长;要以独特的眼光大胆创新，做到不拘一格，匠心独运;要不断完善自己多元而合理的知识结构，保持积极而健康的心理品质，逐步形成巧借外力的综合素养，让自己的工作、生活与学习始终处于一种研究的状态，让自己的生命处于不断探索与追求的过程之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通过培训，让我深刻地认识到必须积极加强课程改革，做课程改革的实践者。课程改革现在虽然还处于探索阶段，许多未知的领域需广大教师去进行认真摸索和总结。经过这培训，认识到每一位教师都应积极参与到课程改革中去，不做旁观者，而应去推动它朝正确方向发展，做一个课改的积极实施者。身为老师，要把握新课改的动态、要了解新理念的内涵、要掌握学生的认知发展规律。在今后的日子里，我将不断地学习理论知识，用理论指导教学实践，研究和探索教育、教学规律，把科研和教学结合起来，做一个专家型、学者型的教师，使自己具有所教学知识方面的前瞻性。这样，才能培养出新时期“发现型、发明型、创造型、创新型”的学生。为了我们的教育，为了我们的学生，也为了我们自己，我会时时处处都要注重自己的师德修养和人格塑造，并加强自己的理论素养和专业技能的学习和提高，具有较强的教育科研意识和能力，有目的地总结教育经验，反思教学实践，一切从实际出发，切实担负起教师应尽的责任和义务，在工作中起到骨干教师的带头作用。</w:t>
      </w:r>
      <w:r>
        <w:rPr>
          <w:lang w:eastAsia="zh-CN"/>
        </w:rPr>
        <w:br/>
      </w:r>
      <w:r>
        <w:rPr>
          <w:lang w:eastAsia="zh-CN"/>
        </w:rPr>
        <w:t>　　今后我会将在这里学到的新知识尽快地内化为自己的东西，运用于教育教学过程中去，结合我校的实际情况，及时地为学校的建设和发展出谋划策，努力学习同行们的学习态度，求知精神，协作能力，加强平时的学习、充电。他山之石，可以攻玉，我一定将学到的知识运用于教育教学实践中去，让培训的硕果在职教事业的发展中大放光彩。这次培训内容丰富，水平高，充溢着对新课程理念的深刻阐释，充满了教育智慧，使我们开阔了眼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今后的日子里，我将不断地学习理论知识，用理论指导教学实践，研究和探索教育、教学规律，把科研和教学结合起来，做一个专家型、学者型的教师，使自己具有所教学知识方面的前瞻性。这样，才能培养出新时期“发现型、发明型、创造型、创新型”的学生。为了我们的教育，为了我们的学生，也为了我们自己，我会时时处处都要注重自己的师德修养和人格塑造，并加强自己的理论素养和专业技能的学习和提高，具有较强的教育科研意识和能力，有目的地总结教育经验，反思教学实践，一切从实际出发，切实担负起教师应尽的责任和义务，在工作中起到骨干教师的带头作用。</w:t>
      </w:r>
      <w:r>
        <w:rPr>
          <w:lang w:eastAsia="zh-CN"/>
        </w:rPr>
        <w:br/>
      </w:r>
      <w:r>
        <w:rPr>
          <w:lang w:eastAsia="zh-CN"/>
        </w:rPr>
        <w:t xml:space="preserve">    保险培训心得及感悟 篇16 </w:t>
      </w:r>
      <w:r>
        <w:rPr>
          <w:lang w:eastAsia="zh-CN"/>
        </w:rPr>
        <w:br/>
      </w:r>
      <w:r>
        <w:rPr>
          <w:lang w:eastAsia="zh-CN"/>
        </w:rPr>
        <w:t>　　我非常荣幸参加了公司组织的20__年后备管理干部培训班，首先要感谢公司给了我这次培训的机会，作为人保公司的一员，我十分珍惜这次培训的机会，因为它不仅是我职业生涯的加油站，更是人生道路上实现服务公司、自我价值的重要一课。</w:t>
      </w:r>
      <w:r>
        <w:rPr>
          <w:lang w:eastAsia="zh-CN"/>
        </w:rPr>
        <w:br/>
      </w:r>
      <w:r>
        <w:rPr>
          <w:lang w:eastAsia="zh-CN"/>
        </w:rPr>
        <w:t>　　公司对这次培训非常重视，体现了“重视人才、培养人才”的战略方针，我们都很珍惜这次机会，大家都为培训做了充足的准备。每个学员都积极参与和投入到培训中，时而聚精会神、时而点头微笑、时而眉头紧缩、时而振笔疾书、时而陷入沉思……在市公司人事处和综合部的周到安排下，培训组织工作严谨有序，两天同吃同住的生活给了大伙儿碰撞和讨论的氛围和机会，给了我们每位兄弟姐妹增进情义的空间，真正实现了此次培训“增进团结、增长才干”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参加此次培训的同志都是人保--分公司的精英、人才，都是在各自岗位上的佼佼者，回顾这两天的课程，培训的目标和思路非常明确：一是如何带领好一支团队?二是如何提高自身领导的艺术、才能、管理的方法?三是作为职业人如何性格修炼、角色转换。这也是我们在日常的管理工作中和未来的岗位上最需要学习最需要掌握最需要提高的知识，是我们日后在工作道路上的助跑器、启发器或者说是催化剂，而在跑到终点前，更重要的是我们脚下的每一步，更需要的是我们每一天的努力、学习和积累。</w:t>
      </w:r>
      <w:r>
        <w:rPr>
          <w:lang w:eastAsia="zh-CN"/>
        </w:rPr>
        <w:br/>
      </w:r>
      <w:r>
        <w:rPr>
          <w:lang w:eastAsia="zh-CN"/>
        </w:rPr>
        <w:t>　　在过去一年的工作中，金融风暴施虐，经济环境不景气、保险市场政策管制越来越严格、承保条件逐步收紧这都给业务发展带来了很大的阻力，也给公司员工带来了很大的压力，在这样的环境和压力下，我们基层管理者如何带领班组营造激情而稳定团队，实现利润指标、降低费用水平，如何为公司保持发展势头而贡献力量?课程里，老师通过启发了我们对几个问题的深思，从而让我对上述的现状有了不同的认识和理解：</w:t>
      </w:r>
      <w:r>
        <w:rPr>
          <w:lang w:eastAsia="zh-CN"/>
        </w:rPr>
        <w:br/>
      </w:r>
      <w:r>
        <w:rPr>
          <w:lang w:eastAsia="zh-CN"/>
        </w:rPr>
        <w:t>　　第一、在管理岗位上，“责任”第一位的、其次才是“权力”，在越高的岗位上，压力越大，我们应该学会换位思考，就会更好地理解上司和公司的政策;中层干部对公司而言是承上启下的中流砥柱，我们需要对下级负责更需要对上级领导负责，这样才能提高经营绩效和降低经营风险。</w:t>
      </w:r>
      <w:r>
        <w:rPr>
          <w:lang w:eastAsia="zh-CN"/>
        </w:rPr>
        <w:br/>
      </w:r>
      <w:r>
        <w:rPr>
          <w:lang w:eastAsia="zh-CN"/>
        </w:rPr>
        <w:t>　　第二、做正确的事情，然后正确地做事情。工作中我们做我们必须做的，而不是有选择性地挑喜欢做的，一个成熟心态职业经理人，必须具有较高的情商，具有较高的处理工作中的矛盾和冲突的能力，这样班组的管理才不会偏离方向，才能与公司的策略保持一致。</w:t>
      </w:r>
      <w:r>
        <w:rPr>
          <w:lang w:eastAsia="zh-CN"/>
        </w:rPr>
        <w:br/>
      </w:r>
      <w:r>
        <w:rPr>
          <w:lang w:eastAsia="zh-CN"/>
        </w:rPr>
        <w:t>　　第三、前途是光明的，满怀信心、坚持不懈就必定会迎来美好的明天。从--进出口的数据显示，我们的经济正逐步走出低迷走向复苏，我相信20__年将是丰收的一年，也是整个保险行业竞争激烈的一年，信心、决心将是我们到达成功彼岸的双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日常的工作中，我不断总结班组经验和教训、不断自我学习和提高，这两天的培训我一直在思考和领悟一个问题：公司对于中层干部的核心能力的定义是什么?我们又如何才能做一名称职的职业经理人?我相信两点是我们作为职业经理人需要不断提高的必备素质：</w:t>
      </w:r>
      <w:r>
        <w:rPr>
          <w:lang w:eastAsia="zh-CN"/>
        </w:rPr>
        <w:br/>
      </w:r>
      <w:r>
        <w:rPr>
          <w:lang w:eastAsia="zh-CN"/>
        </w:rPr>
        <w:t>　　一是学习能力。学习能力形成了团队和个人的核心竞争力，在工作和学习中我们需要保持空杯心态、谦虚不自满，这样才能容纳更多的知识和思想，开阔更高更远的视野和心胸，我的团队和班组也将会越来越强大。</w:t>
      </w:r>
      <w:r>
        <w:rPr>
          <w:lang w:eastAsia="zh-CN"/>
        </w:rPr>
        <w:br/>
      </w:r>
      <w:r>
        <w:rPr>
          <w:lang w:eastAsia="zh-CN"/>
        </w:rPr>
        <w:t>　　二是要有责任心、服务心、感恩之心。我们是一家服务型的企业，对客户、对员工、对上司，对身边的人和事都需要责任心、服务心、感恩之心，甚至对于我们的竞争对手，我们都需要怀有感恩之心，行业竞争和竞争对手是企业动力之一，我可以取精华去糟粕，不断提升我们的团队和自我，感恩对手为我们追求卓越提供了压力也营造了动力。</w:t>
      </w:r>
      <w:r>
        <w:rPr>
          <w:lang w:eastAsia="zh-CN"/>
        </w:rPr>
        <w:br/>
      </w:r>
      <w:r>
        <w:rPr>
          <w:lang w:eastAsia="zh-CN"/>
        </w:rPr>
        <w:t xml:space="preserve">    保险培训心得及感悟 篇17 </w:t>
      </w:r>
      <w:r>
        <w:rPr>
          <w:lang w:eastAsia="zh-CN"/>
        </w:rPr>
        <w:br/>
      </w:r>
      <w:r>
        <w:rPr>
          <w:lang w:eastAsia="zh-CN"/>
        </w:rPr>
        <w:t>　　一、培训单位及岗位简介</w:t>
      </w:r>
      <w:r>
        <w:rPr>
          <w:lang w:eastAsia="zh-CN"/>
        </w:rPr>
        <w:br/>
      </w:r>
      <w:r>
        <w:rPr>
          <w:lang w:eastAsia="zh-CN"/>
        </w:rPr>
        <w:t>　　(一)培训单位的简介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保险股份有限公司是经同意、批准，于20__年__月由保险集团股份有限公司发起设立的、目前中国内地的非寿险公司，注册资本111.418亿元。其前身是19__年10月20日经委员会批准成立的保险公司。公司主要经营财产保险、意外伤害保险和短期健康保险业务，在大型商业风险、政府采购、行业统保等集中型业务以及车辆保险、家财险等分散型业务领域处于绝对地位。</w:t>
      </w:r>
      <w:r>
        <w:rPr>
          <w:lang w:eastAsia="zh-CN"/>
        </w:rPr>
        <w:br/>
      </w:r>
      <w:r>
        <w:rPr>
          <w:lang w:eastAsia="zh-CN"/>
        </w:rPr>
        <w:t>　　__公司服务部是人保财险分公司下属的营销机构，虽然成立时间较晚，但营销服务部以4s店为业务依托，现已成为保定市区销售额的营业部。营销服务部有员工15人，上级公司下派员工6人。主要的部门有财务部，出单部，理赔部，营销部，综合部。</w:t>
      </w:r>
      <w:r>
        <w:rPr>
          <w:lang w:eastAsia="zh-CN"/>
        </w:rPr>
        <w:br/>
      </w:r>
      <w:r>
        <w:rPr>
          <w:lang w:eastAsia="zh-CN"/>
        </w:rPr>
        <w:t>　　(二)培训岗位的简介</w:t>
      </w:r>
      <w:r>
        <w:rPr>
          <w:lang w:eastAsia="zh-CN"/>
        </w:rPr>
        <w:br/>
      </w:r>
      <w:r>
        <w:rPr>
          <w:lang w:eastAsia="zh-CN"/>
        </w:rPr>
        <w:t>　　我的培训目的是在八周的培训时间里，充分了解财产保险公司基层公司的工作内容和工作流程，熟悉保险公司的工作环境，掌握保险公司工作的相关技能，为今后踏上保险工作岗位做好准备。因此我在培训时间里在公司的各个岗位进行了轮岗培训。财务部负责根据公司有关制度，协助财务经理完善本公司的会计核算体系，正确、及时地进行会计业务综合、汇总工作，做好费用、税收的核算和控制，保费收入和理赔支出的账务管理，及时交纳税款等相关工作。出单部负责接待投保客户，制作保单，同时为客户提供保单查询，退保等服务。理赔部负责收集出现客户资料，查勘损失，核定计算赔偿金额。综合部负责公司文件传达，档案管理，后勤工作。营销部负责营销展业，管理续保工作。</w:t>
      </w:r>
      <w:r>
        <w:rPr>
          <w:lang w:eastAsia="zh-CN"/>
        </w:rPr>
        <w:br/>
      </w:r>
      <w:r>
        <w:rPr>
          <w:lang w:eastAsia="zh-CN"/>
        </w:rPr>
        <w:t>　　二、培训内容及过程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的培训工作是从出单部开始的。首先学习的内容就是保单录入，即通过专业的电子投保系统将被保险人和投保车辆的具体信息录入到车险信息库中并生成投保单证。这是一项同时需要准确与速度的工作，由于车险工作量大，每日投保续保的客户很多，保单信息录入要尽量的快减少客户等候时间，并且所录入的信息要保证准确以免无法通过核保造成时间和精力的浪费。在学习的过程中，我发现，车险系统的操作，掌握信息输入的各种技巧，有关车型的信息包括车型、吨位、载人数量、车架号和发动机号等如何快速准确录入，并且不发生冲突是一个难点。我利用中午休息的时间反复的练习，牢记日常的工作中常用的信息的代码。比如投保、车辆与被保险人关系、承保条款、车型、车牌照颜色、车身颜色这些信息相应的阿拉伯数字或英文代码表示。在可以独立录入保单之后，我开始正式作为一名出单员到柜面工作。随着工作的进行，我逐渐感到我需要学习的还有好多，例如各种保险的投保条件，投保金额的确定标准，各种保险的费率浮动规定等，这些知识虽然在课堂上学习过，但是一下子运用到实践中，特别是向客户解释这些条款时，还是感觉到以前对这些知识掌握的不够透彻，这让我深刻的体会到了理论与实践的差距。在出单部得第二个任务是保管、发放、整理保单，了解保单保管规定。保单领取的时间和数量以及领用人必须用专门的记录本记录，并随时和上级公司的保单发放部门核对数量。整理保单的工作需要极大的耐心，每个保单的保单号被保险人姓名都要登记在目录中，作废保单要加盖作废章，每50份保单制成册，每100份装入一个档案盒，最后还要认真填制档案盒封面。如果保单出现遗失，必须严格按照管理规定：空白保单，或发票发生遗失，代理机构必须自发现之日起24小时内向委托公司报告，并提供书面说明。48小时内应与委托公司共同通过公众媒体公告此单证无效，由空白保单，发票遗失所产生的后果和法律责任由遗失单证的责任方承担。了解过这些严格的规定之后，我在工作中不敢有一丝大意，在其他同事的指导之下，我掌握了保单管理的工作，不但保证了“零差错”还不断提高了工作效率，在新工作单位给大家留下了一个好印象。在单位领导和同事的鼓励帮助之下，我还用休息时间学习了传真机打印机等办公工具的使用，人保财险内部办公系统的使用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完成了在出单部的培训，我还了解了一些理赔部的工作。首先我跟随公司负责定损的师傅了解了出险车辆定损的工作流程。在接到公司调度公司的调度后，定损人员根据指令到4s店查看出险车辆的损失情况，与4s店人员商定修理方案，对损坏的零件进行拍照，然后将4s店的修理报价和人保财险理赔系统的价格相比较，最终确定损失金额。接下来我开始学习理算工作，这个工作和课堂中学习的知识联系的比较紧密。这个工作的关键是检查相关理赔单证是否齐全，事故情况与查勘描述是否相符即是否有造假骗保的嫌疑，损失是否属于保险责任。如果核对无误，即可运用车险理赔系统自动生成应赔付的金额。在这之后，还要对自动生成的金额进行，特殊情况还要进行调整。对于免赔金额比较高的，拒赔的案件，理赔人员还要电话通知被保险人，在公司与被保险人对赔偿无异议之后，通知财务部门支付赔偿款。以前我认为保险公司只有营销人员和出单人员需要与客户打交道，理赔部门属于“幕后工作”的部门。但是这次培训的经历_了我原来的想法，理赔人员与客户的沟通是十分重要的。在单证收集环节，由于被保险人对保险理赔程序不甚了解，可能把保险公司对理赔单证收集的要求当作是故意刁难消费者的行为，产生反感的情绪。还有些被保险人在得知被拒赔后对理赔人员恶言相向，不理会理赔人员的合理解释。想要成为一名合格的理赔人员不但要有过硬的专业知识，还要有极大的耐心和忍耐力，只有这样才能化解客户的不良情绪，取得他们的理解和配合，从而保证保险公司工作的顺利进行。</w:t>
      </w:r>
      <w:r>
        <w:rPr>
          <w:lang w:eastAsia="zh-CN"/>
        </w:rPr>
        <w:br/>
      </w:r>
      <w:r>
        <w:rPr>
          <w:lang w:eastAsia="zh-CN"/>
        </w:rPr>
        <w:t>　　在营销部门，我主要了解了车险销售的代理人制度，通过对营销员代理人合同书的学习，我加深了原来学习过的代理人和被代理人的权利和义务规定，另外对担保人的相关规定有了更直观深入的了解。在4s店与公司的代理人进行交流的过程中，我还了解到了代理人的收入状况和代理人规模，客户关心的主要问题等等。在人保财险电话车险宣传活动中，我和公司同事走上街头，向路人分发宣传单，宣传公司车险优惠政策并解答大家对电销车险的疑问。</w:t>
      </w:r>
      <w:r>
        <w:rPr>
          <w:lang w:eastAsia="zh-CN"/>
        </w:rPr>
        <w:br/>
      </w:r>
      <w:r>
        <w:rPr>
          <w:lang w:eastAsia="zh-CN"/>
        </w:rPr>
        <w:t>　　最后在财务部门我学习了保险公司营业部财务工作的主要内容，帮助财务人员粘贴原始单证，装订记账凭证。了解了账的样式和记录内容。在休息时间，我还在财务部老师的指导下学习了人保财险会计制度和财务报表的相关知识。</w:t>
      </w:r>
      <w:r>
        <w:rPr>
          <w:lang w:eastAsia="zh-CN"/>
        </w:rPr>
        <w:br/>
      </w:r>
      <w:r>
        <w:rPr>
          <w:lang w:eastAsia="zh-CN"/>
        </w:rPr>
        <w:t>　　三、培训收获与体会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短短两个月的培训让我有机会将真正的将保险理论知识运用在实际的工作中，让我了解了亲身实践的重要性。有将所学的知识运用到工作实践中可以将理论变得生动解决实际的问题，并且在实践中，我不断的思考，从而使实践可以反过来提高我的理论认识。</w:t>
      </w:r>
      <w:r>
        <w:rPr>
          <w:lang w:eastAsia="zh-CN"/>
        </w:rPr>
        <w:br/>
      </w:r>
      <w:r>
        <w:rPr>
          <w:lang w:eastAsia="zh-CN"/>
        </w:rPr>
        <w:t>　　我在这次培训中，我还在工作中锻炼提高了自己与他人交流沟通的能力。在学校的接触的大多是同学和老师，但是在工作中，我需要和各行各业的客户交流，也需要和领导、同事建立良好的关系。我认识到与他人交流需要时常站在对方的角度，为他们着想，在这个基础上，恰当的选择合适的说话方式和交流方式，还要有很强的应变能力。在这方面我感觉我的能力还有很大的提升空间，今后我会更努力为自己创造锻炼自己的机会，提高沟通能力，更好的表达自己的想法。</w:t>
      </w:r>
      <w:r>
        <w:rPr>
          <w:lang w:eastAsia="zh-CN"/>
        </w:rPr>
        <w:br/>
      </w:r>
      <w:r>
        <w:rPr>
          <w:lang w:eastAsia="zh-CN"/>
        </w:rPr>
        <w:t>　　在培训中我深刻的感受到了保险公司的工作环境和氛围，公司领导和同事对待工作积极热情的态度给我留下了深刻的印象。保险公司是一个充满激情的地方，虽然工作辛苦，但是他们从不放松对自己的要求。我深深的体会到无论是专业知识上还是工作态度上，和他们相比，我还有很大的差距。我会更加努力，争取早日成为一名优秀的保险工作人员。</w:t>
      </w:r>
      <w:r>
        <w:rPr>
          <w:lang w:eastAsia="zh-CN"/>
        </w:rPr>
        <w:br/>
      </w:r>
      <w:r>
        <w:rPr>
          <w:lang w:eastAsia="zh-CN"/>
        </w:rPr>
        <w:t xml:space="preserve">    保险培训心得及感悟 篇18 </w:t>
      </w:r>
      <w:r>
        <w:rPr>
          <w:lang w:eastAsia="zh-CN"/>
        </w:rPr>
        <w:br/>
      </w:r>
      <w:r>
        <w:rPr>
          <w:lang w:eastAsia="zh-CN"/>
        </w:rPr>
        <w:t>　　首先，非常感谢吴总这两天以来对我们的培训和教诲。尤其，对于我这些刚踏出校门的学生而言，您的指导如同慈父一般让我倍感亲切。要知道，我正站在人生的分岔路的，不知自己何去何从，适合什么，也不知道如何选择职业和道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与此同时，我也深深感受到吴总是用心良苦。因为我注意到您在讲“众杰日产公司”的经营方针和企业目标时，您是自豪的同时也对我们报以了多种期望！</w:t>
      </w:r>
      <w:r>
        <w:rPr>
          <w:lang w:eastAsia="zh-CN"/>
        </w:rPr>
        <w:br/>
      </w:r>
      <w:r>
        <w:rPr>
          <w:lang w:eastAsia="zh-CN"/>
        </w:rPr>
        <w:t>　　的确，思维决定意识，意识决定价值观，价值观决定行为。我们给自己定的起跑线以及自己面对这条跑道的态度，是很大程度上决定了我们以后能跑多远，能跑出多好的成绩的。而您正是正式把我们带到“众杰日产公司”这条跑道上的教练员。</w:t>
      </w:r>
      <w:r>
        <w:rPr>
          <w:lang w:eastAsia="zh-CN"/>
        </w:rPr>
        <w:br/>
      </w:r>
      <w:r>
        <w:rPr>
          <w:lang w:eastAsia="zh-CN"/>
        </w:rPr>
        <w:t>　　这两天您给我们讲述了公司的成长历程和企业精神，教导我们如何认清自己和更好地规划自己的职业生涯，以及以后开展工作后比较实用的技巧等，这些对我来说真是受益匪浅。我把这一切简单理解成归宿感、自我定位、调整状态和用正确、高效率的方法做事。</w:t>
      </w:r>
      <w:r>
        <w:rPr>
          <w:lang w:eastAsia="zh-CN"/>
        </w:rPr>
        <w:br/>
      </w:r>
      <w:r>
        <w:rPr>
          <w:lang w:eastAsia="zh-CN"/>
        </w:rPr>
        <w:t>　　首先，我们必须了解公司、认可公司、爱上公司，然后把众杰日产看作是自己未来的职业归宿，有了这种家的感觉，我们才会以积极、主动的心态做得更多、更多！优秀的公司会培养出优秀的员工，使员工能力得到提升；优秀的员工会促使公司发展的越来越好。大家将会是同发展，同进步的。</w:t>
      </w:r>
      <w:r>
        <w:rPr>
          <w:lang w:eastAsia="zh-CN"/>
        </w:rPr>
        <w:br/>
      </w:r>
      <w:r>
        <w:rPr>
          <w:lang w:eastAsia="zh-CN"/>
        </w:rPr>
        <w:t>　　第二，是自我定位。这既是给自己的职业人生定位，也是给自己在众杰日产的定位。职业规划的课题让我思考了很多，对于我的真实感受和想法，我想真诚而直白地说出来，希望您能给我一些指导，但不希望您会因此对我存在偏见。</w:t>
      </w:r>
      <w:r>
        <w:rPr>
          <w:lang w:eastAsia="zh-CN"/>
        </w:rPr>
        <w:br/>
      </w:r>
    </w:p>
    <w:p w:rsidR="001B1F19" w14:textId="27C3F48A">
      <w:pPr>
        <w:rPr>
          <w:rFonts w:hint="eastAsia"/>
          <w:lang w:eastAsia="zh-CN"/>
        </w:rPr>
      </w:pPr>
      <w:r>
        <w:rPr>
          <w:lang w:eastAsia="zh-CN"/>
        </w:rPr>
        <w:t>　　根据我的性格、爱好、优劣势等分析，我是倾向于艺术型和事业型。而我也认可这个结果。我是电子应用技术专业的，但我喜欢文学，喜欢艺术，团日活动的组织者、文艺晚会的主持人、校园广播员、演讲比赛的口才锻炼等无不证明着这个结果。在到众杰日产前，我给自己的定位是室内设计行业，我可以先做行政工作，在校两年来担任团总支副书记的锻炼让我拥有一定的管理和组织能力，同时我可以慢慢学习软件和前辈的经验，或者去进修，这样还有一个可以调整自己的机会，我可以是行政人员，可以是设计师，可以是销售人员。但前提是，我要进入室内设计这个行业。</w:t>
      </w:r>
      <w:r>
        <w:rPr>
          <w:lang w:eastAsia="zh-CN"/>
        </w:rPr>
        <w:br/>
      </w:r>
      <w:r>
        <w:rPr>
          <w:lang w:eastAsia="zh-CN"/>
        </w:rPr>
        <w:t>　　在我还没找到工作前，因为亲友介绍，我到了众杰面试，没多久我被告知录取了。您知道，很多时候，在家人压力和自己梦想面前，很多人都会败诉的。不是说我放弃了自己的梦想，也不是说我对众杰日产抱着先试试的态度。我当然也权衡过，首先我从来没读过室内设计，我也是不知道我是否合适这个行业。我还在大专的最后半年实习期，我想过趁这个时候去进修去读室内设计的，但是，这几年家里发生了一些事，欠了一笔债款，爸爸和妈妈也老了，他们也累了，作为子女我不能太自私，我应该出来工作和他们一起承担一切的。我告诉自己，只要心中不放弃梦想就可以了。</w:t>
      </w:r>
      <w:r>
        <w:rPr>
          <w:lang w:eastAsia="zh-CN"/>
        </w:rPr>
        <w:br/>
      </w:r>
      <w:r>
        <w:rPr>
          <w:lang w:eastAsia="zh-CN"/>
        </w:rPr>
        <w:t>　　另外，我对自己的能力也有一定的了解，我是校园广播员，也有较好的沟通协调能力，所以我也是根据自己的情况应聘了客服监察员，随后被调到保险管家做续保专员。</w:t>
      </w:r>
      <w:r>
        <w:rPr>
          <w:lang w:eastAsia="zh-CN"/>
        </w:rPr>
        <w:br/>
      </w:r>
      <w:r>
        <w:rPr>
          <w:lang w:eastAsia="zh-CN"/>
        </w:rPr>
        <w:t>　　我相信，无论自己在什么行业，在什么职位上，只要自己是以认真积极的态度面对，都是可以实现自己的价值的。只有调整好自己就可以了。这也是我说的第三项：调整状态。</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https://d.book118.com/638032037011006035</w:t>
        </w:r>
      </w:hyperlink>
    </w:p>
    <w:p w:rsidR="001B1F19">
      <w:pPr>
        <w:rPr>
          <w:rFonts w:hint="eastAsia"/>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8032037011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