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《你在为谁工作》读书心得体会（31篇）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《你在为谁工作》读书心得体会（通用31篇）</w:t>
      </w:r>
      <w:r>
        <w:rPr>
          <w:lang w:eastAsia="zh-CN"/>
        </w:rPr>
        <w:br/>
      </w:r>
      <w:r>
        <w:rPr>
          <w:lang w:eastAsia="zh-CN"/>
        </w:rPr>
        <w:t xml:space="preserve">    《你在为谁工作》读书心得体会 篇1 </w:t>
      </w:r>
      <w:r>
        <w:rPr>
          <w:lang w:eastAsia="zh-CN"/>
        </w:rPr>
        <w:br/>
      </w:r>
      <w:r>
        <w:rPr>
          <w:lang w:eastAsia="zh-CN"/>
        </w:rPr>
        <w:t>　　《你在为谁读书》这本书它主要讲的是一个原本学习成绩差的学生杨略，使他感觉校园是监狱，生活仿佛那样平静。可这时，他收到了一位叫倪甫清的人的信，他看后有很大的启发，为此他猜测那人是谁，就当他收了十封信后，真相大白，原来倪甫清就是他的父亲，而现在他已成了老师的得意门生，学习成绩也上升得一发而不可收拾。</w:t>
      </w:r>
      <w:r>
        <w:rPr>
          <w:lang w:eastAsia="zh-CN"/>
        </w:rPr>
        <w:br/>
      </w:r>
      <w:r>
        <w:rPr>
          <w:lang w:eastAsia="zh-CN"/>
        </w:rPr>
        <w:t>　　“你在为谁读书”，这一句话恐怕只能在家长训斥小孩这样的局域中被发现。其实，这句话是对每一个人来说是耳熟能详的——每一个人都在无时不刻地学习，在上课，自然的，“你在为谁读书”从理论上说是应该被每一个人都当成镜子来自我对照的。</w:t>
      </w:r>
      <w:r>
        <w:rPr>
          <w:lang w:eastAsia="zh-CN"/>
        </w:rPr>
        <w:br/>
      </w:r>
    </w:p>
    <w:p w:rsidR="001B1F19" w14:textId="0AE8485B">
      <w:pPr>
        <w:pStyle w:val="Heading1"/>
        <w:jc w:val="center"/>
        <w:rPr>
          <w:rFonts w:hint="eastAsia"/>
          <w:lang w:eastAsia="zh-CN"/>
        </w:rPr>
      </w:pPr>
      <w:r>
        <w:rPr>
          <w:sz w:val="44"/>
          <w:lang w:eastAsia="zh-CN"/>
        </w:rPr>
        <w:t>《你在为谁工作》读书心得体会（31篇）</w:t>
      </w:r>
    </w:p>
    <w:p w:rsidR="001B1F19"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《你在为谁工作》读书心得体会（通用31篇）</w:t>
      </w:r>
      <w:r>
        <w:rPr>
          <w:lang w:eastAsia="zh-CN"/>
        </w:rPr>
        <w:br/>
      </w:r>
      <w:r>
        <w:rPr>
          <w:lang w:eastAsia="zh-CN"/>
        </w:rPr>
        <w:t xml:space="preserve">    《你在为谁工作》读书心得体会 篇1 </w:t>
      </w:r>
      <w:r>
        <w:rPr>
          <w:lang w:eastAsia="zh-CN"/>
        </w:rPr>
        <w:br/>
      </w:r>
      <w:r>
        <w:rPr>
          <w:lang w:eastAsia="zh-CN"/>
        </w:rPr>
        <w:t>　　《你在为谁读书》这本书它主要讲的是一个原本学习成绩差的学生杨略，使他感觉校园是监狱，生活仿佛那样平静。可这时，他收到了一位叫倪甫清的人的信，他看后有很大的启发，为此他猜测那人是谁，就当他收了十封信后，真相大白，原来倪甫清就是他的父亲，而现在他已成了老师的得意门生，学习成绩也上升得一发而不可收拾。</w:t>
      </w:r>
      <w:r>
        <w:rPr>
          <w:lang w:eastAsia="zh-CN"/>
        </w:rPr>
        <w:br/>
      </w:r>
      <w:r>
        <w:rPr>
          <w:lang w:eastAsia="zh-CN"/>
        </w:rPr>
        <w:t>　　“你在为谁读书”，这一句话恐怕只能在家长训斥小孩这样的局域中被发现。其实，这句话是对每一个人来说是耳熟能详的——每一个人都在无时不刻地学习，在上课，自然的，“你在为谁读书”从理论上说是应该被每一个人都当成镜子来自我对照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你也许得这样问自己：“你在为谁读书”？这个问题有点傻兮兮的——这只限于那些还没意识到这个问题的重要性的人们。我问我自己，就是这样问，从以前来说的话，我是为了提高自己成绩，‘应付’父母而做的决定。但是，现在我想想，提高成绩，意味着长大有份好工作；有份好工作，意味着赚钱；赚钱，意味着提高自己的生活水平，综观上述几条“我为他人读书之证词”，意味着我归根结底还是为了自己读书，为了自己将来有美好而幸福的生活而作的铺垫。读书，对我们来说是一份哭苦差事，但是这样“先苦后甜”，总会比“先甜后苦”这样在学习生涯后过着“衣食无着，家徒四壁”的苦津津、干巴巴的日子而好上几百倍吧！</w:t>
      </w:r>
      <w:r>
        <w:rPr>
          <w:lang w:eastAsia="zh-CN"/>
        </w:rPr>
        <w:br/>
      </w:r>
      <w:r>
        <w:rPr>
          <w:lang w:eastAsia="zh-CN"/>
        </w:rPr>
        <w:t>　　就象文中“倪甫清的信”一样，它化身为了我们向往将来美好生活的动力，是一股极其强烈的动力，它充斥着我们战胜眼前的困苦，挑战目前的挫折，爱上学习，激励着我们这些“对苦难‘怨天尤人’”的学子们。因为在茫茫未知的命运之路上，我们完全不知晓将来的生活会变得怎样。但是，可以肯定的是，如果不读书，或者说是不知道为谁在读书，茫然地过着“浑浑噩噩”的学习生活，那么，将来一定也是度着浑浑噩噩、天天作着深谋远虑的打算的压抑生活。</w:t>
      </w:r>
      <w:r>
        <w:rPr>
          <w:lang w:eastAsia="zh-CN"/>
        </w:rPr>
        <w:br/>
      </w:r>
      <w:r>
        <w:rPr>
          <w:lang w:eastAsia="zh-CN"/>
        </w:rPr>
        <w:t>　　但是，我在为谁读书，这个标题，也着实地给自己一次反省自己，一对一地对比自己、纠正自己的机会。即使你会觉得，读书是自己的事，费用反正是父母来花费，将来也不会找不到饭碗，那么，既然你一意孤行，我也不好说什么了。但那些认识到“我在为谁读书”的学生们，将来一定比上你的好几倍，多余的废话我就打住吧。</w:t>
      </w:r>
      <w:r>
        <w:rPr>
          <w:lang w:eastAsia="zh-CN"/>
        </w:rPr>
        <w:br/>
      </w:r>
      <w:r>
        <w:rPr>
          <w:lang w:eastAsia="zh-CN"/>
        </w:rPr>
        <w:t>　　好了，读后感的笔墨就停在此处了吧，所以，如果再向自己问一句“你在为谁读书”，你一定已经想好了答案吧！</w:t>
      </w:r>
      <w:r>
        <w:rPr>
          <w:lang w:eastAsia="zh-CN"/>
        </w:rPr>
        <w:br/>
      </w:r>
      <w:r>
        <w:rPr>
          <w:lang w:eastAsia="zh-CN"/>
        </w:rPr>
        <w:t xml:space="preserve">    《你在为谁工作》读书心得体会 篇2 </w:t>
      </w:r>
      <w:r>
        <w:rPr>
          <w:lang w:eastAsia="zh-CN"/>
        </w:rPr>
        <w:br/>
      </w:r>
      <w:r>
        <w:rPr>
          <w:lang w:eastAsia="zh-CN"/>
        </w:rPr>
        <w:t>　　古人云开卷有益，学习完《你在为谁工作》，我受益非浅。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本书提出了每一位员工需要自我反思的人生问题，并对这个问题进行了深刻细致的解答。它有助于员工解除困惑，调整心态，重燃工作激情，使人生从平庸走向杰出。如果每一位员工都能从内心深处承认并接受我们在为他人工作的同时，也在为自己工作这样一个朴素的理念，责任、忠诚、敬业将不再是空洞的口号。</w:t>
      </w:r>
      <w:r>
        <w:rPr>
          <w:lang w:eastAsia="zh-CN"/>
        </w:rPr>
        <w:br/>
      </w:r>
      <w:r>
        <w:rPr>
          <w:lang w:eastAsia="zh-CN"/>
        </w:rPr>
        <w:t>　　表面看来，我们在为企业、为老板工作。实际上，我们都是在为自己工作!只有抱着为自己工作的心态，弄清楚在为他人工作的同时，也是在为自己工作这个朴素的人生理念，才能心平气和地将手中的事情做好，最终获得丰厚的物质报酬，赢得社会的尊重，实现了自己的人生价值。</w:t>
      </w:r>
      <w:r>
        <w:rPr>
          <w:lang w:eastAsia="zh-CN"/>
        </w:rPr>
        <w:br/>
      </w:r>
      <w:r>
        <w:rPr>
          <w:lang w:eastAsia="zh-CN"/>
        </w:rPr>
        <w:t>　　在工作中，不管做任何事，都应将心态回归到零：把自己放空，抱着学习的态度，将每一次任务都视为一个新的开始，一段新的体验，一扇通往成功的机会之门。千万不要视工作如鸡肋，食之无味，弃之可惜，结果做得心不甘情不愿，于公于私都没有裨益。</w:t>
      </w:r>
      <w:r>
        <w:rPr>
          <w:lang w:eastAsia="zh-CN"/>
        </w:rPr>
        <w:br/>
      </w:r>
      <w:r>
        <w:rPr>
          <w:lang w:eastAsia="zh-CN"/>
        </w:rPr>
        <w:t>　　作者告诉我们怎样将自我价值和社会价值同时得到实现，怎样在具体工作中和实际行动中体现。另外应该对所从事的工作充满兴趣和激情，踏实敬业，充满责任感。在工作中改掉坏习惯，时刻学习，终生学习，培养协作精神，提高工作效率。具体来说，我体会到以下几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第一、不管从事什么样的工作都要明白一点,那就是我们是在为自己工作。只有工作才能满足我们的各种需要,物质需要和精神需要都只能通过努力工作才能实现的;有工作的机会,才能让自己充分发挥能力,有展示自已的机会。我们所做的一切工作,都是为我们自已实现目标而做的。所以说要珍惜工作机会,不要这山望着那山高,到最后只能像书上所说的:今天工作不努力,明天努力找工作。</w:t>
      </w:r>
      <w:r>
        <w:rPr>
          <w:lang w:eastAsia="zh-CN"/>
        </w:rPr>
        <w:br/>
      </w:r>
      <w:r>
        <w:rPr>
          <w:lang w:eastAsia="zh-CN"/>
        </w:rPr>
        <w:t>　　第二、认真工作才能让你不断的去思考、去学习、去总结经验,这是比物质更丰富的财富。人生本来就是一个积累过程,知识和经验积累得越多,才能战胜工作和生活中更多的困难,才不会在困难面前低头,才会有越挫越勇的气势,才能离实现目标更近。因为在工作中我们会发现很多机会,通过努力实践,才能更好的把握机会,实现理想。</w:t>
      </w:r>
      <w:r>
        <w:rPr>
          <w:lang w:eastAsia="zh-CN"/>
        </w:rPr>
        <w:br/>
      </w:r>
      <w:r>
        <w:rPr>
          <w:lang w:eastAsia="zh-CN"/>
        </w:rPr>
        <w:t>　　第三、对工作要充满热情,把工作当成一个使命来完成。工作不仅仅是为了赚钱, 我们工作更多的是为了实现一种价值。如果对工作没有热情,那就失去了前进的动力和信心,不仅不进步,还很有可能倒退,最后被社会所淘汰。</w:t>
      </w:r>
      <w:r>
        <w:rPr>
          <w:lang w:eastAsia="zh-CN"/>
        </w:rPr>
        <w:br/>
      </w:r>
      <w:r>
        <w:rPr>
          <w:lang w:eastAsia="zh-CN"/>
        </w:rPr>
        <w:t>　　第四、对待工作应该像对待自己的生命一样,做到一丝不苟、尽心尽职。在工作中,要积极主动,不能死板,要有创造性的工作和学习。对待工作要像对待善恶一样,不以善小而不为,不以恶小而为之。不能认为迟到几分钟无所谓,就拖延时间;不能因为几张复印纸无关紧要,就随便浪费事无大小,这也是一种责任和义务。竭力做好每一件事情,将会让我们活得更加有意义。</w:t>
      </w:r>
      <w:r>
        <w:rPr>
          <w:lang w:eastAsia="zh-CN"/>
        </w:rPr>
        <w:br/>
      </w:r>
      <w:r>
        <w:rPr>
          <w:lang w:eastAsia="zh-CN"/>
        </w:rPr>
        <w:t>　　本书的风格特点是通俗易懂，用很多的实例为我们讲述了在为谁工作，如杰克的故事，三个石匠的故事，戈尔康达钻石矿的故事，事例鲜明生动，饱含着简单而永恒的哲理，给我留下极深的印象。书中的许多智慧对我们的生活以及处理所有问题，都据有指导意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读过钻石就在你家后院，我决定一定不能因为自己的疏忽而错过了隐藏在工作中的钻石，所以我要认真对待每一件工作，动脑筋去分析，去挖掘，即是锻炼自己，也是寻找钻石。读过缺少机会是浮躁之人的借口，我开始试着把每一件工作都看成一个机会，并且尽力去抓住它。读过心中常存责任感，我明白了责任感与责任是不同的东西，前者更为可贵。读过激情是工作的灵魂，我感慨，激情同样也是生活的灵魂啊。还有哈佛大学的校训时刻准备着等等。书本的每一页书都闪烁着智慧的光芒。</w:t>
      </w:r>
      <w:r>
        <w:rPr>
          <w:lang w:eastAsia="zh-CN"/>
        </w:rPr>
        <w:br/>
      </w:r>
      <w:r>
        <w:rPr>
          <w:lang w:eastAsia="zh-CN"/>
        </w:rPr>
        <w:t>　　努力工作吧，因为那是为你自己。成就自己的同时，也成就了他人。</w:t>
      </w:r>
      <w:r>
        <w:rPr>
          <w:lang w:eastAsia="zh-CN"/>
        </w:rPr>
        <w:br/>
      </w:r>
      <w:r>
        <w:rPr>
          <w:lang w:eastAsia="zh-CN"/>
        </w:rPr>
        <w:t xml:space="preserve">    《你在为谁工作》读书心得体会 篇3 </w:t>
      </w:r>
      <w:r>
        <w:rPr>
          <w:lang w:eastAsia="zh-CN"/>
        </w:rPr>
        <w:br/>
      </w:r>
      <w:r>
        <w:rPr>
          <w:lang w:eastAsia="zh-CN"/>
        </w:rPr>
        <w:t>　　在茶余饭后，我仔细阅读了《你在为谁工作》这本书。看了这本书后有一种豁然开朗的感觉，以往的困惑一扫而光，它让我燃起工作的激情，仿佛自己受到了一次心灵的洗礼，一次质的精神飞跃。</w:t>
      </w:r>
      <w:r>
        <w:rPr>
          <w:lang w:eastAsia="zh-CN"/>
        </w:rPr>
        <w:br/>
      </w:r>
      <w:r>
        <w:rPr>
          <w:lang w:eastAsia="zh-CN"/>
        </w:rPr>
        <w:t>　　一本好书可以激励一个人从失败走向成功，从灰心气馁走向发奋图强。《你在为谁工作》就是这样一本好书。书中提到过这样一句话：“在工作中，不管做任何事，都应将心态回归到零，把自己放空，抱着学习的态度，将每一次任务都视为一个新的开始，一段新的体验，一扇通往成功的机会之门。千万不要视工作如鸡肋，食之无味，弃之可惜，结果做的心不甘情不愿，于公于私都没有裨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书中用一个个浅显的故事向我们阐述了人生中的大哲学。它让我们不由的一遍又一遍的反思，我们的工作态度正确吗？它让我们不由地想改变，改变自己的工作方式，重新树立自己的工作观；它让我们不由地要去展望未来的每一天，让我们在工作中看到乐趣与希望，这就是这本书最大的魅力所在。通过阅读，我觉得我们应该活在当下，干好每一份细微不起眼的工作，只要这样，我们才能不断提升自己，发展自己。</w:t>
      </w:r>
      <w:r>
        <w:rPr>
          <w:lang w:eastAsia="zh-CN"/>
        </w:rPr>
        <w:br/>
      </w:r>
      <w:r>
        <w:rPr>
          <w:lang w:eastAsia="zh-CN"/>
        </w:rPr>
        <w:t>　　首先，我们要树立正确的工作态度。我们在工作中常常会听到这样活着那样抱怨的话语。然而作者告诉我们“在工作中，不管做任何事情，都应将心态回归到零，把自己放空，抱着学习的态度，将每一次任务都视为一个新的开始，一段新的体验，一扇通往成功的机会之门。”每个人都会有不同的工作轨迹，盲目攀比只会造成少数人的牢骚满腹，长此以往，便会形成得过且过的心态。这样不仅影响他人工作，更影响自身能力的提升。在工作中，只有我们树立积极的工作心态，才会勤勉认真地做好每一件事情。态度就是竞争力，积极的工作态度始终会是你脱颖而出的砝码。</w:t>
      </w:r>
      <w:r>
        <w:rPr>
          <w:lang w:eastAsia="zh-CN"/>
        </w:rPr>
        <w:br/>
      </w:r>
      <w:r>
        <w:rPr>
          <w:lang w:eastAsia="zh-CN"/>
        </w:rPr>
        <w:t>　　其次，要学会体验工作的乐趣，干好每一件小事。“不积跬步，无以至千里；不积小流，无以成江海。”大事都是由众多小事积累而成的，我们要学会从小事中寻找工作乐趣，干好每件小事。忽略小事或者不愿意做小事的人是不会成就大事的，因为没有量的积累就永远也不会达到质的飞跃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工作中，永远不要抱怨，不要让那些负面情绪占据内心，只有心中充满阳光，我们的生活才会一片灿烂。最后，摘抄书中一段话与大家共勉。我们每个人手头上平凡的工作就是一座宝贵的钻石矿，只要好好挖掘，全力以赴、尽职尽责地做好目前所做的工作，早晚有一天我们会找到属于自己的钻石。</w:t>
      </w:r>
      <w:r>
        <w:rPr>
          <w:lang w:eastAsia="zh-CN"/>
        </w:rPr>
        <w:br/>
      </w:r>
      <w:r>
        <w:rPr>
          <w:lang w:eastAsia="zh-CN"/>
        </w:rPr>
        <w:t>　　身为公司的员工，我很感恩公司能给我这样一个磨砺的机会。责任、忠诚、敬业不再是那虚拟的口号，我的努力工作带给我足够的尊严和实现自我的满足感。我真切体味到了工作的乐趣，想去成为一名优秀的员工，成为社会需要的人。与同事的合作培养了我的人格，与人的沟通训练了我的品性。从某种意义上来说，工作见证了我的成长。</w:t>
      </w:r>
      <w:r>
        <w:rPr>
          <w:lang w:eastAsia="zh-CN"/>
        </w:rPr>
        <w:br/>
      </w:r>
      <w:r>
        <w:rPr>
          <w:lang w:eastAsia="zh-CN"/>
        </w:rPr>
        <w:t>　　要真正理解工作的意义，只有真正明白你在为谁工作，你就会对工作拥有一辈子的热情，你才能成就最好的自己。我们都是自己人生的工程师，走的每一步，都是在为自己积累。还等什么，赶快行动，在这条路上，拉好责任的手，投入工作，对自己负责，为自己工作。胸怀责任，认真工作才是真正的睿智。</w:t>
      </w:r>
      <w:r>
        <w:rPr>
          <w:lang w:eastAsia="zh-CN"/>
        </w:rPr>
        <w:br/>
      </w:r>
      <w:r>
        <w:rPr>
          <w:lang w:eastAsia="zh-CN"/>
        </w:rPr>
        <w:t xml:space="preserve">    《你在为谁工作》读书心得体会 篇4 </w:t>
      </w:r>
      <w:r>
        <w:rPr>
          <w:lang w:eastAsia="zh-CN"/>
        </w:rPr>
        <w:br/>
      </w:r>
      <w:r>
        <w:rPr>
          <w:lang w:eastAsia="zh-CN"/>
        </w:rPr>
        <w:t>　　你在为谁工作，自己天天都在工作却很少去考虑这个问题，因此当我看到这本书的名字的时候心中为之一振，迫不及待的一口气读完了这本书，感受颇深，受益匪浅。其中感受最深的是以下几个方面的内容。</w:t>
      </w:r>
      <w:r>
        <w:rPr>
          <w:lang w:eastAsia="zh-CN"/>
        </w:rPr>
        <w:br/>
      </w:r>
      <w:r>
        <w:rPr>
          <w:lang w:eastAsia="zh-CN"/>
        </w:rPr>
        <w:t>　　一、要有良好的心态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读到书的第一部分所提及的三位敲石工人对自己对工作的态度，其中在第三位工人的身上，看不到丝毫抱怨和不耐烦的痕迹，相反，他是具有高度责任感和创造力的人，他充分享受着工作的乐趣和荣誉，同时，因为他们的努力工作，工作也带给了他们足够的尊严，和实现自我的满足感。他们不仅是最优秀的员工，也是社会最需要的人，而且在工作中真正体味到了生活乐趣、生命的乐趣。在我的工作中很多时候缺少的就是这种心态，因此在今后的工作中要努力调整心态，不仅为拥有一个工作机会而心怀感激，更要懂得珍惜自己的工作机会，用高度的责任感，充分享受工作的乐趣，为生命的尊严和人生的幸福而努力工作。</w:t>
      </w:r>
      <w:r>
        <w:rPr>
          <w:lang w:eastAsia="zh-CN"/>
        </w:rPr>
        <w:br/>
      </w:r>
      <w:r>
        <w:rPr>
          <w:lang w:eastAsia="zh-CN"/>
        </w:rPr>
        <w:t>　　二、对工作心存感激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生而为人，要有一颗感恩的心，感恩不但是美德，而且是一个人之所以为人的基本条件。我们要感恩父母对我们的养育，要感恩师长对我们的教导，要感恩国家对我们的培养，要感恩大家对我们的帮助。每一份工作或每一个工作环境都无法尽善尽美，但每一份工作中都有许多宝贵的经验和资源，如失败的沮丧、自我成长的喜悦、温馨的工作伙伴、值得感谢的家长等等，这些都是工作成功必须学习的感受和必须具备的财富。如果你能每天怀着感恩的心情去工作，在工作中始终牢记“拥有一份工作，就要懂得感恩”的道理，你一定会收获很多。一种感恩的心态可以改变一个人的一生。当我们清楚地意识到无任何权利要求别人时，就会对周围的点滴关怀或任何工作机遇都怀抱强烈的感恩之情。因为要竭力回报这个美好的世界，我们会竭力做好手中的工作，努力与周围的人快乐相处。书中讲到，有位父亲在儿子踏入社会前，告诫儿子三句话：“遇到一位好老板，要忠心为他工作；假如第一份工作就有很好的薪水，那算你的运气好，要努力工作以感恩惜福；万一薪水不理想，就要懂得在工作中磨练自己的技艺。”深深感受到这位父亲是多么的睿智，我们也应把这句话牢牢地记在心里，始终秉持这个原则做事。即使起初位居他人之下，也不要计较。在工作中不管做任何事，都要把自己的心态回归到零：把自己放空，抱着学习的态度，将每一次都视为一个新的开始，是一次新的经验，不要计较一时的待遇得失。一旦做好心理建设，拥有健康的心态之后，不论做任何事都能心甘情愿、全力以赴，当机会来临时才能及时把握住。对工作心怀感恩的心情基于一种深刻的认识：工作为你展示了广阔的发展空间，工作为你提供了施展才华的平台，你对工作为你所带来的一切，都要心存感激，并力图通过努力工作以回报社会来表达自己的感激之情。感恩既是一种良好的心态，又是一种奉献精神，当你以一种感恩图报的心情工作时，你会工作得更愉快，你会工作得更出色。真正的感恩应该是真诚的、发自内心的感激，感恩是自然的情感流露，是不求回报的。时常怀有感恩的心情，你会变得更谦和、可敬且高尚。每天都用几分钟时间，为自己能有幸拥有眼前的这份工作而感恩，为自己能进这样一个工作环境而感恩。所有的事情都是相对的，不论你遭遇多么恶劣的情况，都要心怀感激之情。对于个人来说，感恩是富裕的人生。它是一种深刻的感受，能够增强个人的魅力，开启神奇的力量之门，发掘出无穷的智能。感恩也像其他受人欢迎的特质一样，是一种习惯和态度。拥有了感恩的心就会拥有平和、宁静的心态，把注意力全部集中在光明的事情上，工作时的心情自然是愉快而积极的，带着一种从容坦然、喜悦的感恩心情工作，工作的结果也将大不相同。</w:t>
      </w:r>
      <w:r>
        <w:rPr>
          <w:lang w:eastAsia="zh-CN"/>
        </w:rPr>
        <w:br/>
      </w:r>
      <w:r>
        <w:rPr>
          <w:lang w:eastAsia="zh-CN"/>
        </w:rPr>
        <w:t>　　三、心中长存责任感</w:t>
      </w:r>
      <w:r>
        <w:rPr>
          <w:lang w:eastAsia="zh-CN"/>
        </w:rPr>
        <w:br/>
      </w:r>
      <w:r>
        <w:rPr>
          <w:lang w:eastAsia="zh-CN"/>
        </w:rPr>
        <w:t>　　一个人不论从事何种职业，都应该心中常存责任感，敬重自己的工作，在工作中表现出忠于职守、尽心尽责的精神，这才是真正的敬业。每个人都肩负着责任，对工作、对家庭、对亲人、对朋友，我们都有一定的责任，正因为存在这样或那样的责任，才能对自己的行为有所约束。既然选择了，那就得真诚、就得负责。作为一名教师，敬业并不是说天天按时上下班，上好每一堂课就叫敬业，而是要给每一名学生将来的发展打下良好的基础。</w:t>
      </w:r>
      <w:r>
        <w:rPr>
          <w:lang w:eastAsia="zh-CN"/>
        </w:rPr>
        <w:br/>
      </w:r>
      <w:r>
        <w:rPr>
          <w:lang w:eastAsia="zh-CN"/>
        </w:rPr>
        <w:t>　　四、工作中无小事</w:t>
      </w:r>
      <w:r>
        <w:rPr>
          <w:lang w:eastAsia="zh-CN"/>
        </w:rPr>
        <w:br/>
      </w:r>
      <w:r>
        <w:rPr>
          <w:lang w:eastAsia="zh-CN"/>
        </w:rPr>
        <w:t>　　把每一件简单的事做好就是不简单，把每一件平凡的事做好就是不平凡。作为普通人，在大量的日子里，很显然都在做一些小事，怕只怕小事也做不好，小事也做不到位。在工作中我们应该注重每一个细节，尽量把工作做得完美。大事与小事并没有明显的界限，做好了每一件小事也就成就了大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正确看待工作的意义，珍惜工作的机会，体会工作的乐趣，在工作中得到满足和实现，进而达到体验人生的意义，才能树立正确的工作态度，才能焕发工作的热情，从而在内在上具有持之以恒的工作动力。要认真工作，无论做什么工作，要严谨求实，以学习的态度、勤奋的精神努力做到最好。要爱岗敬业。应该积小流而成江海，从平凡处着手，从一点一滴做起，把自己的岗位、自己平凡的工作视为学习培育提高的场所，由重视到珍惜，由珍惜到爱，做到敬业爱岗，专心贯注，乐此不疲。把工作的环节视为机会，视工作为事业。不要抱怨没有机会，在工作中充满着机会，问题是怎么对待。脚踏实地的耕耘者在平凡的工作环节上创造了机会，抓住了机会，实现了自己的梦想。要立足本职。经验来源于积累，成功在于厚积。这就需要安心在相对稳定的岗位上努力工作，坚定不移地奋斗。要团结合作，发扬团队精神。</w:t>
      </w:r>
      <w:r>
        <w:rPr>
          <w:lang w:eastAsia="zh-CN"/>
        </w:rPr>
        <w:br/>
      </w:r>
      <w:r>
        <w:rPr>
          <w:lang w:eastAsia="zh-CN"/>
        </w:rPr>
        <w:t xml:space="preserve">    《你在为谁工作》读书心得体会 篇5 </w:t>
      </w:r>
      <w:r>
        <w:rPr>
          <w:lang w:eastAsia="zh-CN"/>
        </w:rPr>
        <w:br/>
      </w:r>
      <w:r>
        <w:rPr>
          <w:lang w:eastAsia="zh-CN"/>
        </w:rPr>
        <w:t>　　“为他人工作的同时，也是在为自己工作”这是一个朴素的人生理念，能让你子心平气和中获得丰厚报酬，赢得社会尊重，实现人生价值。是的，全书从一个个耳熟能详的故事开始。智慧就蕴含在这些故事里。</w:t>
      </w:r>
      <w:r>
        <w:rPr>
          <w:lang w:eastAsia="zh-CN"/>
        </w:rPr>
        <w:br/>
      </w:r>
      <w:r>
        <w:rPr>
          <w:lang w:eastAsia="zh-CN"/>
        </w:rPr>
        <w:t>　　第一章为什么要努力工作</w:t>
      </w:r>
      <w:r>
        <w:rPr>
          <w:lang w:eastAsia="zh-CN"/>
        </w:rPr>
        <w:br/>
      </w:r>
      <w:r>
        <w:rPr>
          <w:lang w:eastAsia="zh-CN"/>
        </w:rPr>
        <w:t>　　工作，确实是为了养家糊口，当然需要有一定的薪水作为工作的报酬。然而，如果只把眼光放到薪水上，你就会被薪水攫住双脚，就会失去薪水背后的成长机会，最终失去的将是更高的薪水。作为教师，现在所从事的工作，就是自己生命的投影。它的美与丑、可爱与可憎，全操纵在自己手中。一个天性乐观，对工作充满热忱的人，总会认为自己的工作是一项神圣的天职，并怀着深切的兴趣。鉴于此，我们就要有高度的责任感，为学生负责，为学校负责，为社会负责，更是为自己负责。为实现自己的人生价值而工作。这一切都由你的工作心态决定着，珍惜现在的工作就是珍惜你自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第二章你珍惜目前工作机会了吗</w:t>
      </w:r>
      <w:r>
        <w:rPr>
          <w:lang w:eastAsia="zh-CN"/>
        </w:rPr>
        <w:br/>
      </w:r>
      <w:r>
        <w:rPr>
          <w:lang w:eastAsia="zh-CN"/>
        </w:rPr>
        <w:t>　　工作是铸就和施展才能的平台，由此，对工作敬业，对学生们负责才是最有意义的人生。看看自己脚下的土地吧!“钻石就在你家的后院”，为什么要跋涉千山万水呢?脚踏实地的做好现在的工作，就一定有很大的收获。今天，全国上下大搞课改，这就是我们的机会，更是一个普通教师的机会。只要你能确定一个目标，不心存旁骛，那“食之无肉，弃之有味”传统教学只能会在你前进的道路上设置障碍。还是勤勤恳恳的工按照新课改的要求去做，感激这份工作，感激这个机会吧!在课改中你做得比别人更迅速、更正确、更专注、更完美，你就能发现机遇，重新洗牌后的你会更加出色。</w:t>
      </w:r>
      <w:r>
        <w:rPr>
          <w:lang w:eastAsia="zh-CN"/>
        </w:rPr>
        <w:br/>
      </w:r>
      <w:r>
        <w:rPr>
          <w:lang w:eastAsia="zh-CN"/>
        </w:rPr>
        <w:t>　　第三章敬业，最完美的工作态度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前国足主教练米卢说：态度决定一切。是的，对工作的态度是他志向的体现。在当前社会里，态度就是竞争力，在竞争智慧和能力的同时，更在竞争态度。在学校里，教师有了端正的教学态度，才能更好的为学生服务，才能取得良好的工作业绩。一个人的工作态度折射着人生态度，而人生态度决定一个人一生的成就。在普通的工作上，把每一件简单的事做好就是不简单，把每一件平凡的事做好就是不平凡。一个人在工作中不管做任何事，都应将自己的心态回归到零，把自己放空，抱着学习的态度将每一次任务视为一次机会，要从心理上认识到没有任何一件事小到可以抛弃，没有任何一个细节细到可以忽略。要在教学中体会到工作所带给你的乐趣，培养自己良好的职业素养，主动思考，主动工作，忠诚于自己的职业，在全身投入中找到工作的快乐。</w:t>
      </w:r>
      <w:r>
        <w:rPr>
          <w:lang w:eastAsia="zh-CN"/>
        </w:rPr>
        <w:br/>
      </w:r>
      <w:r>
        <w:rPr>
          <w:lang w:eastAsia="zh-CN"/>
        </w:rPr>
        <w:t>　　第四章绝不拖延，立即行动</w:t>
      </w:r>
      <w:r>
        <w:rPr>
          <w:lang w:eastAsia="zh-CN"/>
        </w:rPr>
        <w:br/>
      </w:r>
      <w:r>
        <w:rPr>
          <w:lang w:eastAsia="zh-CN"/>
        </w:rPr>
        <w:t>　　教师，作为一种特殊的员工，一种特殊的职业。课堂上我们经常要求学生“今天的事情今天做”“养成良好的学习习惯”“不要为自己找不好好学习的借口”等等。那么，我们的老师呢?把该做的本职工作落实到位，就能不断提高个人的工作质量。离开本职工作，只能是奢谈、空谈。遇到问题与困难要主动找方法，想措施解决，而不能推诿，更不能找借口回避。只有这样，才能围绕学校整体工作目标，干好自己本职工作。我们更要充分认识到，领导的决策是站在整体和长远利益上的，作为教师不要在个人立场上找借口，拖延工作，努力做好自己应该做的事，把关系到学校发展的要事放在首位。勇于挑战课改，何况它并不是“不可能完成”的工作。</w:t>
      </w:r>
      <w:r>
        <w:rPr>
          <w:lang w:eastAsia="zh-CN"/>
        </w:rPr>
        <w:br/>
      </w:r>
      <w:r>
        <w:rPr>
          <w:lang w:eastAsia="zh-CN"/>
        </w:rPr>
        <w:t>　　第五章从优秀到卓越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激情，是工作的灵魂，是不断鞭策和激励我们前进的动力。学生的学习需要高度的热情。我们在点燃学生的学习热情的同时，要点燃自己的工作热情。用热情激起学生生命的浪花，让自己在激情中尝试生命的满足。这样就会在工作中造就能力，也在工作中施展能力，循环往复，螺旋式上升。体会自我提高、自我实现的乐趣和满足，让对工作的爱驻立心间。同时，在工作中形成一个“赶、帮、超”的氛围，发挥团队精神，大家心往一处想，劲往一处使，共同把工作做好，决不能对工作敷衍了事，也不能安于现状，而要不断地积极进取。从工作中发现乐趣和惊喜，在工作的激情中创造属于自己的奇迹。最终实现自己心中的梦想，拓宽自我发展的道路。</w:t>
      </w:r>
      <w:r>
        <w:rPr>
          <w:lang w:eastAsia="zh-CN"/>
        </w:rPr>
        <w:br/>
      </w:r>
      <w:r>
        <w:rPr>
          <w:lang w:eastAsia="zh-CN"/>
        </w:rPr>
        <w:t>　　总之，为党的教育事业工作，是一种态度、是一种境界、是一种方法。我们要把自己的工作融入办好人民满意的教育的崇高精神之中。</w:t>
      </w:r>
      <w:r>
        <w:rPr>
          <w:lang w:eastAsia="zh-CN"/>
        </w:rPr>
        <w:br/>
      </w:r>
      <w:r>
        <w:rPr>
          <w:lang w:eastAsia="zh-CN"/>
        </w:rPr>
        <w:t xml:space="preserve">    《你在为谁工作》读书心得体会 篇6 </w:t>
      </w:r>
      <w:r>
        <w:rPr>
          <w:lang w:eastAsia="zh-CN"/>
        </w:rPr>
        <w:br/>
      </w:r>
      <w:r>
        <w:rPr>
          <w:lang w:eastAsia="zh-CN"/>
        </w:rPr>
        <w:t>　　《你在为谁工作》这本书讲述了我们为何要努力工作和如何去努力工作，通过多个真实的社会写照，成功人士对待工作的态度，让我们知道在任何人在任何岗位，只要通过自己的不断努力都是可以成功的。</w:t>
      </w:r>
      <w:r>
        <w:rPr>
          <w:lang w:eastAsia="zh-CN"/>
        </w:rPr>
        <w:br/>
      </w:r>
      <w:r>
        <w:rPr>
          <w:lang w:eastAsia="zh-CN"/>
        </w:rPr>
        <w:t>　　再读《你在为谁工作》这本书使我收益很多，它重燃了我的工作激情，让我改掉了拖延的恶习，任何事情一想到就马上去做，绝不拖延，使工作效率有了很大的提高，同时也不会觉得那么累了，它更使我明白了在为他人工作的同时，其实就是为自己而工作，为自己的理想，为自己的将来，为自己的成功而奋斗。现在如有人问我，我在为谁工作？我会毫不犹豫地回答：我在为自己工作！因此，以后不管领导在不在，不管检查不检查，都要努力做好自己的本职工作。领导给自己分配什么工作，自己就要去做什么工作，哪里需要就去哪里不计个人得失。在工作过程中，我有足够的责任心，爱心和奉献精神。工作中不假装不做作，不做样子给他人看，不要去管别人说什么，自己认定目标，朝着目标，朝着自己的奋斗目标前进，努力实现自己的目标。既然为了自己工作，就要努力，实干，干出个样子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一、珍惜工作机会</w:t>
      </w:r>
      <w:r>
        <w:rPr>
          <w:lang w:eastAsia="zh-CN"/>
        </w:rPr>
        <w:br/>
      </w:r>
      <w:r>
        <w:rPr>
          <w:lang w:eastAsia="zh-CN"/>
        </w:rPr>
        <w:t>　　工作，从表面上看，只是简单的为了生存，为了提高生活质量。但细细地想想，正如书中所说的：“工作更是一个积累自己能力、施展自己才能的舞台，我们的应变力，我们的决断力，我们的适应力以及我们的协调能力都将在这样的一个舞台上得到展示。因此对于一个人来说，如果不工作就不可能拥有完整的人生。”我知道，我的这份工作来之不易，自己一定要以积极的态度去做好每一件事。要有一颗积极向上的心，无论做什么事都要用心去做，对工作要有高度的责任感和忠诚感，珍惜自己的工作岗位。</w:t>
      </w:r>
      <w:r>
        <w:rPr>
          <w:lang w:eastAsia="zh-CN"/>
        </w:rPr>
        <w:br/>
      </w:r>
      <w:r>
        <w:rPr>
          <w:lang w:eastAsia="zh-CN"/>
        </w:rPr>
        <w:t>　　二、积极的工作态度</w:t>
      </w:r>
      <w:r>
        <w:rPr>
          <w:lang w:eastAsia="zh-CN"/>
        </w:rPr>
        <w:br/>
      </w:r>
      <w:r>
        <w:rPr>
          <w:lang w:eastAsia="zh-CN"/>
        </w:rPr>
        <w:t>　　态度是内心的一种潜在意志，是个人能力、意愿、想法、价值观等在工作中所体现出来的外在表现。在工作中我们会看到形形色色的人，有积极进取的，有得过且过的，也有牢骚满腹的。每个人都有自己的工作态度，一个人的态度直接决定了他的行为，决定了他对工作是尽心尽力还是敷衍了事，是安于现状还是积极进取。态度越积极，决心越大，对工作的投入也就越多。同样，积极的工作态度也是我们脱颖而出的重要砝码。所以说，工作是一块基石，当我们为了自己的成长而努力工作的时候，我们就已在起跑线上赢了别人，迈出了成功的第一步。但在现实生活中，很多人很计较自己报酬的多少，其实，报酬只是工作的一种回报方式。我们应该看到工作教会了我们什么，锻炼了我们什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这些才是无形的财富，比那有限的薪水要宝贵得多。记住：每天多做一点能使你从竞争中脱颖而出。你只有在工作中锻炼自己的能力，使自己不断提高，加薪升职的事才能落到你的头上，让人觉得你总是一个幸运儿，什么好事都让你逮着了。正如书的封面上的那句话“在工作中，不管做任何事，都应将心态回归于零，把自己放空，抱着学习的态度，把每一次都视为一个新的开始，一段新的体验，一扇通往成功的机会之门。千万不要视工作如鸡肋，食之无味，弃之可惜，结果做得心不甘情不愿，与公与私都没有裨益”一个人在工作时，如果能以精进不息的精神，如火的热忱，充分发挥自己的特长，那么即使是做最平凡的工作，也能成为最卓越的人。我们在工作中的巨大奖励，不只是财富的积累和地位的提升，更多的是由激情带来的精神上的满足。</w:t>
      </w:r>
      <w:r>
        <w:rPr>
          <w:lang w:eastAsia="zh-CN"/>
        </w:rPr>
        <w:br/>
      </w:r>
      <w:r>
        <w:rPr>
          <w:lang w:eastAsia="zh-CN"/>
        </w:rPr>
        <w:t>　　让我们大家都能从内心深处认可并接受“我们在为他人工作的同时，也是在为自己工作”。在工作中不找任何借口，端正自己的工作态度，长存责任心，点燃工作的激情，因为——我们都在为自己工作！</w:t>
      </w:r>
      <w:r>
        <w:rPr>
          <w:lang w:eastAsia="zh-CN"/>
        </w:rPr>
        <w:br/>
      </w:r>
      <w:r>
        <w:rPr>
          <w:lang w:eastAsia="zh-CN"/>
        </w:rPr>
        <w:t xml:space="preserve">    《你在为谁工作》读书心得体会 篇7 </w:t>
      </w:r>
      <w:r>
        <w:rPr>
          <w:lang w:eastAsia="zh-CN"/>
        </w:rPr>
        <w:br/>
      </w:r>
      <w:r>
        <w:rPr>
          <w:lang w:eastAsia="zh-CN"/>
        </w:rPr>
        <w:t>　　《你在为谁读书》这本书它主要讲的是一个原本学习成绩差的学生杨略，使他感觉校园是监狱，生活仿佛那样平静。可这时，他收到了一位叫倪甫清的人的信，他看后有很大的启发，为此他猜测那人是谁，就当他收了十封信后，真相大白，原来倪甫清就是他的父亲，而现在他已成了老师的得意门生，学习成绩也上升得一发而不可收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你在为谁读书”，这一句话恐怕只能在家长训斥小孩这样的局域中被发现。其实，这句话是对每一个人来说是耳熟能详的——每一个人都在无时不刻地学习，在上课，自然的，“你在为谁读书”从理论上说是应该被每一个人都当成镜子来自我对照的。</w:t>
      </w:r>
      <w:r>
        <w:rPr>
          <w:lang w:eastAsia="zh-CN"/>
        </w:rPr>
        <w:br/>
      </w:r>
      <w:r>
        <w:rPr>
          <w:lang w:eastAsia="zh-CN"/>
        </w:rPr>
        <w:t>　　你也许得这样问自己：“你在为谁读书”？这个问题有点傻兮兮的——这只限于那些还没意识到这个问题的重要性的人们。我问我自己，就是这样问，从以前来说的话，我是为了提高自己成绩，‘应付’父母而做的决定。但是，现在我想想，提高成绩，意味着长大有份好工作；有份好工作，意味着赚钱；赚钱，意味着提高自己的生活水平，综观上述几条“我为他人读书之证词”，意味着我归根结底还是为了自己读书，为了自己将来有美好而幸福的生活而作的铺垫。读书，对我们来说是一份哭苦差事，但是这样“先苦后甜”，总会比“先甜后苦”这样在20年学习生涯后过着“衣食无着，家徒四壁”的苦津津、干巴巴的日子而好上几百倍吧！</w:t>
      </w:r>
      <w:r>
        <w:rPr>
          <w:lang w:eastAsia="zh-CN"/>
        </w:rPr>
        <w:br/>
      </w:r>
      <w:r>
        <w:rPr>
          <w:lang w:eastAsia="zh-CN"/>
        </w:rPr>
        <w:t>　　就象文中“倪甫清的信”一样，它化身为了我们向往将来美好生活的动力，是一股极其强烈的动力，它充斥着我们战胜眼前的困苦，挑战目前的挫折，爱上学习，激励着我们这些“对苦难‘怨天尤人’”的学子们。因为在茫茫未知的命运之路上，我们完全不知晓将来的生活会变得怎样。但是，可以肯定的是，如果不读书，或者说是不知道为谁在读书，茫然地过着“浑浑噩噩”的学习生活，那么，将来一定也是度着浑浑噩噩、天天作着深谋远虑的打算的压抑生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但是，我在为谁读书，这个标题，也着实地给自己一次反省自己，一对一地对比自己、纠正自己的机会。即使你会觉得，读书是自己的事，费用反正是父母来花费，将来也不会找不到饭碗，那么，既然你一意孤行，我也不好说什么了。但那些认识到“我在为谁读书”的学生们，将来一定比上你的好几倍，多余的废话我就打住吧。</w:t>
      </w:r>
      <w:r>
        <w:rPr>
          <w:lang w:eastAsia="zh-CN"/>
        </w:rPr>
        <w:br/>
      </w:r>
      <w:r>
        <w:rPr>
          <w:lang w:eastAsia="zh-CN"/>
        </w:rPr>
        <w:t xml:space="preserve">    《你在为谁工作》读书心得体会 篇8 </w:t>
      </w:r>
      <w:r>
        <w:rPr>
          <w:lang w:eastAsia="zh-CN"/>
        </w:rPr>
        <w:br/>
      </w:r>
      <w:r>
        <w:rPr>
          <w:lang w:eastAsia="zh-CN"/>
        </w:rPr>
        <w:t>　　在看过《你为谁工作》这本书后，心中泛起不一样的感觉，这本书不仅仅激起了我蓬勃的斗志，而且让我能更加简单、愉快的去应对工作。</w:t>
      </w:r>
      <w:r>
        <w:rPr>
          <w:lang w:eastAsia="zh-CN"/>
        </w:rPr>
        <w:br/>
      </w:r>
      <w:r>
        <w:rPr>
          <w:lang w:eastAsia="zh-CN"/>
        </w:rPr>
        <w:t>　　书中提到的老木匠抱着为老板工作的态度去建了一幢“豆腐渣”楼房，当他知道那是老板送给他的退休礼物时，他有苦难言，后悔莫及。这个故事告诉了咱们，“只为别人工作”这种观念不仅仅是对他人的敷衍，更是对自我的不负职责。每个人都是自我命运的播种者，认识到咱们是为自我工作，也就意味着自我激励、自我负责。一个人能认识到自我激励、自我负责，才能掌握住自我的命运，否则只能一事无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在生活中是这样，在工作中更是如此。与其说老木匠是在为老板建造楼房，不如说他是在为自我建造随时可能坍塌的空中楼阁。书中给我留下最深印象的是这么两句话：“工作是一个施展自我才能的舞台，咱们寒窗苦读来的知识，咱们的应变力、咱们的决断力、咱们的适应力以及咱们的协调潜质都将在这样的一个舞台上得到展示。除了工作没有哪项活动能带给如此高度的充实自我、表达自我的机会，以及如此强的个人使命感和一种活着的理由。工作的质量往往决定生活的质量”。</w:t>
      </w:r>
      <w:r>
        <w:rPr>
          <w:lang w:eastAsia="zh-CN"/>
        </w:rPr>
        <w:br/>
      </w:r>
      <w:r>
        <w:rPr>
          <w:lang w:eastAsia="zh-CN"/>
        </w:rPr>
        <w:t>　　在工作中，一个人的心态是很重要的，如果持续平衡的话，那么情绪就会愉快，自然不管做什么事情都会得心应手。是用心的还是消极的，是上进的还是无所谓的，直接影响工作的好坏。工作是一个人施展自我才能的好舞台，无论做什么工作，既然在做了，为什么不做好它呢?只要脚踏实地沉下心来做，总有收获。这是不变的真理!</w:t>
      </w:r>
      <w:r>
        <w:rPr>
          <w:lang w:eastAsia="zh-CN"/>
        </w:rPr>
        <w:br/>
      </w:r>
      <w:r>
        <w:rPr>
          <w:lang w:eastAsia="zh-CN"/>
        </w:rPr>
        <w:t>　　咱们不能停留在安逸的环境里，不思进取，甚至是做一天和尚撞一天钟，工作环境很令人不满意也不好消极怠工，否则这只会把咱们推到淘汰的边缘、甚至出局。看了这本书以后咱们就能更加的明确是在为谁工作了，不是别人而是自我，我在为我自我而实实在在的工作。在为自我以后的前途作一个铺垫啊。但是忙忙碌碌的生活好像让咱们忘了这一点，忘了是在为自我工作，忘了梦想是需要勤勤恳恳的工作作为代价的，而常常让咱们深陷于计较工资、福利之中。让咱们从此刻起认识到是为自我工作，开始一个用心完美的人生吧。</w:t>
      </w:r>
      <w:r>
        <w:rPr>
          <w:lang w:eastAsia="zh-CN"/>
        </w:rPr>
        <w:br/>
      </w:r>
      <w:r>
        <w:rPr>
          <w:lang w:eastAsia="zh-CN"/>
        </w:rPr>
        <w:t>　　咱们应对自我的梦想、应对自我的工作时，会遇到很多的问题与疑虑，但只要咱们勇敢的应对，拿出咱们的胆识，就不会错过机会，也就不会有遗憾。不好再在行动之前进行猜疑，在猜疑的过程中可能被别人抢占了机会。用行动不是用害怕和猜疑，才能为自我的成功奠定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突破自我、超越自我、坚信自我，勇于向不可能完成的事情发起挑战，经常进行换位思考问题，改变自我的思想，正因一个人的思想决定一个人的命运，只有付出了才能得到回报。在工作中要激发的激情，改掉自身的一些坏习惯，不断追求更高的自我定位，做一个有进取心的人。我坚信这天的成就是昨日的积累，明天的成功则是赖于这天的发奋。好，此刻就让咱们重拾工作的激情，为了咱们完美的未来而发奋工作吧!</w:t>
      </w:r>
      <w:r>
        <w:rPr>
          <w:lang w:eastAsia="zh-CN"/>
        </w:rPr>
        <w:br/>
      </w:r>
      <w:r>
        <w:rPr>
          <w:lang w:eastAsia="zh-CN"/>
        </w:rPr>
        <w:t xml:space="preserve">    《你在为谁工作》读书心得体会 篇9 </w:t>
      </w:r>
      <w:r>
        <w:rPr>
          <w:lang w:eastAsia="zh-CN"/>
        </w:rPr>
        <w:br/>
      </w:r>
      <w:r>
        <w:rPr>
          <w:lang w:eastAsia="zh-CN"/>
        </w:rPr>
        <w:t>　　《你在为谁工作》这一书，主要阐述了我们为何要发奋工作和如何去发奋工作，透过多个真实的社会写照，成功人士对待工作的态度，让我们知道任何人在任何岗位，只要透过自己的不断发奋都是能够成功。</w:t>
      </w:r>
      <w:r>
        <w:rPr>
          <w:lang w:eastAsia="zh-CN"/>
        </w:rPr>
        <w:br/>
      </w:r>
      <w:r>
        <w:rPr>
          <w:lang w:eastAsia="zh-CN"/>
        </w:rPr>
        <w:t>　　这些书之因此畅销并非偶然，而是当今社会的需要，在日益竞争的市场背景下，任何企业都需要那些诚信、敬业的员工!目前关于诚信、敬业的话题已经成为社会热点，不论是工作多年的老员工还是刚刚走上工作岗位的新职员;不论是单位的领导，还是普通一员，如能详读深解，定会受益终生的。该书之评介所言：本书提出了每位员工需要自我反思的一个人生问题，并对这个问题进行了深刻细致的解答。它有助于解除困惑，调整心态，重燃工作激情，使人生从平庸走向杰出。如果每一位员工都能从内心深处承认并理解“我们在为他人工作的同时，也在为自己工作”这样一个朴素的理念，职责、忠诚、敬业将不再是空洞的口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试问自己，我在为谁工作―――我在为自己工作。其一：这天工作不发奋，明天发奋找工作。我觉得这句话说的很有道理，在竞争激烈的这天，工作机会来之不易，不珍惜工作机会，不发奋工作而只知道抱怨的人，总是排在被遗忘的角落，不管他们的学历是否很高，潜质是否能够满足基本的工作要求，只能如此而已。其二：只有在热爱自己工作的状况下，才能把工作做到最好。一个人在工作时，如果能以精进不息的精神，火焰般的热忱，充分发挥自己的特长，那么即使是做最平凡的工作，也能成为最精巧的工人;如果以冷淡的态度去做哪怕是最高尚的工作，也但是是个平庸的工匠。</w:t>
      </w:r>
      <w:r>
        <w:rPr>
          <w:lang w:eastAsia="zh-CN"/>
        </w:rPr>
        <w:br/>
      </w:r>
      <w:r>
        <w:rPr>
          <w:lang w:eastAsia="zh-CN"/>
        </w:rPr>
        <w:t>　　对于一个私企单位，老板们常常要解雇那些不发奋工作的员工，同时也吸收新的员工进来，那些无法胜任、不忠诚敬业的人，都将被弃于就业大门外，惟独拥有必须潜质、技能并且发奋工作的人，才会被留下。这天工作不发奋，明天必定要发奋去找工作，因此说珍惜你此刻的工作吧，即使是为了生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对于一个国企单位的员工，尤其担任电力行业这一特殊使命的员工，不管领导在不在，不管检查不检查，都要尽心做好自己的本职工作，领导分配什么，自己就要去做什么，哪里需要就去哪里，不好计较暂时的得失。在工作过程中，不但要有足够的职责心、爱心和奉献精神，还务必要有不怕苦不怕累的顽强精神，时刻做好吃苦耐劳的准备。工作中不好故意做样貌给他人看，不好管别人在说什么，自己认定目标，锁定目标，向着自己的奋斗目标前进，发奋实现自己的目标。做好自己的工作，最起码是对得起自己的那份工资，对得起自己的良心，既然为了自己工作，就要发奋，实干，干出个样貌来!超拽网名</w:t>
      </w:r>
      <w:r>
        <w:rPr>
          <w:lang w:eastAsia="zh-CN"/>
        </w:rPr>
        <w:br/>
      </w:r>
      <w:r>
        <w:rPr>
          <w:lang w:eastAsia="zh-CN"/>
        </w:rPr>
        <w:t>　　约翰?洛克菲勒曾说过，工作是一个施展自己才能的舞台。现今的社会，许多的年轻人都追求高薪，许多人看不起自己的岗位，所有的一线劳动都是“没有文化”的职业，这样的看法，就会将所有的工作者推向深渊。《你在为谁工作》书中告诫我们要在日复一日的工作中找到自己的机会，我们不能因目光局限在狭小的范围内，而是应当看到机遇本身的真正价值。我此刻的工作都是一次一次的重复地做着一些事情，有时候使我自己都感觉乏味，同时也曾有过放下的念头，总认为这样的工作是不是无止境?当我们开始推诿职责，当我们丧失工作激情，当我们对工作产生怨恨的时候，我们需要暂时停下手中的工作，静静反思一下这个简单而又包含着深刻人生好处的问题：“你在为谁工作?”</w:t>
      </w:r>
      <w:r>
        <w:rPr>
          <w:lang w:eastAsia="zh-CN"/>
        </w:rPr>
        <w:br/>
      </w:r>
      <w:r>
        <w:rPr>
          <w:lang w:eastAsia="zh-CN"/>
        </w:rPr>
        <w:t>　　读了《你在为谁工作》之后，我想我就应在今后的工作中多去思考一下，从工作中学到了什么?得到了什么?对待工作的态度还有存在哪些欠缺?从而更加发奋的在工作中不找任何借口，点燃自己的工作热情，用心发挥团队精神，从工作中发现乐趣和惊喜，在工作的激情中创造属于自己的奇迹吧!敢于主动承认并理解“我们在为他人工作的同时，也在为自己工作”这一个朴素的人生理念。</w:t>
      </w:r>
      <w:r>
        <w:rPr>
          <w:lang w:eastAsia="zh-CN"/>
        </w:rPr>
        <w:br/>
      </w:r>
      <w:r>
        <w:rPr>
          <w:lang w:eastAsia="zh-CN"/>
        </w:rPr>
        <w:t xml:space="preserve">    《你在为谁工作》读书心得体会 篇10 </w:t>
      </w:r>
      <w:r>
        <w:rPr>
          <w:lang w:eastAsia="zh-CN"/>
        </w:rPr>
        <w:br/>
      </w:r>
      <w:r>
        <w:rPr>
          <w:lang w:eastAsia="zh-CN"/>
        </w:rPr>
        <w:t>　　学习是21世纪最热的话题，学习力代表生产力，但是真正做到的朋友真的很少，没有行动是现在社会青年一贯通病。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上次在回家火车上看环球时报的时候，上面推荐了一本书《简单的力量》，我觉得非常好，回来就在网上搜寻，结果发现了好几本书，都非常好，一口气买了10几本书，有给自己员工看的，有自己看的，4月27号那天在微博上，郑重宣布，2个月读四本书，学习后写读后感，今天读完第一本——《你在为谁工作》和大家分享下。</w:t>
      </w:r>
      <w:r>
        <w:rPr>
          <w:lang w:eastAsia="zh-CN"/>
        </w:rPr>
        <w:br/>
      </w:r>
      <w:r>
        <w:rPr>
          <w:lang w:eastAsia="zh-CN"/>
        </w:rPr>
        <w:t>　　这本书，我想起了5年前，我还在一个餐饮公司工作，看到一本书《致加西亚的一封信》，我想我不应该在那里碌碌无为的工作，自己要去做自己的事情，寻找实现梦想的工作。一个月后我辞职了，从常州来到杭州，开始了自己探索之路。</w:t>
      </w:r>
      <w:r>
        <w:rPr>
          <w:lang w:eastAsia="zh-CN"/>
        </w:rPr>
        <w:br/>
      </w:r>
      <w:r>
        <w:rPr>
          <w:lang w:eastAsia="zh-CN"/>
        </w:rPr>
        <w:t>　　自从做上广告业务以来，我才觉得自己开始了自己的路程，不管多远，也要走下去，因为自己有一个目标，不成功，就不能放弃。</w:t>
      </w:r>
      <w:r>
        <w:rPr>
          <w:lang w:eastAsia="zh-CN"/>
        </w:rPr>
        <w:br/>
      </w:r>
      <w:r>
        <w:rPr>
          <w:lang w:eastAsia="zh-CN"/>
        </w:rPr>
        <w:t>　　看完这边《你在为谁工作》，我惊奇的发现，自己4年的奋斗历程完全符合本书的精神，本书所讲的内容，为自己工作的人才不会迷茫，工作本身就是生活的一部分。</w:t>
      </w:r>
      <w:r>
        <w:rPr>
          <w:lang w:eastAsia="zh-CN"/>
        </w:rPr>
        <w:br/>
      </w:r>
      <w:r>
        <w:rPr>
          <w:lang w:eastAsia="zh-CN"/>
        </w:rPr>
        <w:t>　　我从一个没有什么经验的青年小伙子，做到今天的位置，不是别人给的，是自己争取，靠不断地积累学习，才有了今天，在这过程中有很多人给予了无私的帮助和关爱，公司领导的信任，员工的配合，等等，都是人生的一笔财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本书开篇就阐述了，你工作不是为老板在做，而是你生活的一部分，是人都需要工作的，如果你工作不努力，你的生活也不会如意。今天工作不努力，明天努力找工作。是对工作态度真是的写照。不要抱怨工作的本身，如果你优秀了就会得到你想要的高薪或者职位，机会永远是给有准备人的恩赐，不是平白无辜降临，本书中有一个经典的例子，钻石就在你后院，主人公寻找一生，客死他乡，还是没有找到，他的后人却无意间发现自己后院小河里，就是一座砖石矿。</w:t>
      </w:r>
      <w:r>
        <w:rPr>
          <w:lang w:eastAsia="zh-CN"/>
        </w:rPr>
        <w:br/>
      </w:r>
      <w:r>
        <w:rPr>
          <w:lang w:eastAsia="zh-CN"/>
        </w:rPr>
        <w:t>　　只是主人公没有发现。如果你没有认真对待你的工作，你就不会发现你价值在哪里？两个以上的目标等于没有目标，如果同时追逐两个目标，终究是一场空，做事情做到极致，才会获得丰厚报酬，目标完成才会有成就。工作的激情，不是单单靠兴趣，而是要负有责任和使命，否则你不会保持持久的激情，兴趣可以培养，责任使命不能去推卸，只有完成使命，才会成就事业。完成使命需要一个良好的习惯，习惯的培养靠大量的行为，大量行动才会形成行为，行为养成习惯，习惯成就品质。</w:t>
      </w:r>
      <w:r>
        <w:rPr>
          <w:lang w:eastAsia="zh-CN"/>
        </w:rPr>
        <w:br/>
      </w:r>
      <w:r>
        <w:rPr>
          <w:lang w:eastAsia="zh-CN"/>
        </w:rPr>
        <w:t>　　如果你还没有调整好心态，还在愁眉苦脸的想我要做什么，我建议你去看看这本书，他会告诉你，你的方向在哪里？我想我们不应该太平庸，我们要不断地学习，学以致用，不断地去实践检验自己，把自己知道的，做到。我想，没有一个是低薪的人，因为工作真的太容易了，只需要你改变一点一点就可以了，我们不应该是社会底层的人们，应该是社会的精英。</w:t>
      </w:r>
      <w:r>
        <w:rPr>
          <w:lang w:eastAsia="zh-CN"/>
        </w:rPr>
        <w:br/>
      </w:r>
      <w:r>
        <w:rPr>
          <w:lang w:eastAsia="zh-CN"/>
        </w:rPr>
        <w:t>　　再次感谢这本书给带来的收获，我想，我以后再也不会迷茫，没有比现在更清醒的，做正确的事情，坚持去做，让每个人实现自己的梦想，帮助别人成长，一起获得成功。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xml:space="preserve">    《你在为谁工作》读书心得体会 篇11 </w:t>
      </w:r>
      <w:r>
        <w:rPr>
          <w:lang w:eastAsia="zh-CN"/>
        </w:rPr>
        <w:br/>
      </w:r>
      <w:r>
        <w:rPr>
          <w:lang w:eastAsia="zh-CN"/>
        </w:rPr>
        <w:t>　　“工作是一个施展自己能力的舞台。我们寒窗苦读来的知识，我们的应变力，我们的决断力，我们的适应力以及我们的协调能力都将在这样的一个舞台上得到展示。除了工作，没有哪项活动能提供如此高度的充实感、表达自我的机会、个人使命感以及一种活着的理由。”——摘抄</w:t>
      </w:r>
      <w:r>
        <w:rPr>
          <w:lang w:eastAsia="zh-CN"/>
        </w:rPr>
        <w:br/>
      </w:r>
      <w:r>
        <w:rPr>
          <w:lang w:eastAsia="zh-CN"/>
        </w:rPr>
        <w:t>　　很喜欢这句，我们学习了那么久，就是为了把学到的知识用到应该用到的地方。如果能把“心态回归到零，把自己放空，抱着学习的态度，将每个任务都视为一个新的开始，一段新的体验，一扇通往成功的机会之门”这样的态度倾注在工作中，再简单、困难的工作都不会出现轻视和放弃的念头，没有了杂念，才能集中精力搞好学习，做好工作。</w:t>
      </w:r>
      <w:r>
        <w:rPr>
          <w:lang w:eastAsia="zh-CN"/>
        </w:rPr>
        <w:br/>
      </w:r>
      <w:r>
        <w:rPr>
          <w:lang w:eastAsia="zh-CN"/>
        </w:rPr>
        <w:t>　　“工作的质量往往决定生活的质量。”——摘抄</w:t>
      </w:r>
      <w:r>
        <w:rPr>
          <w:lang w:eastAsia="zh-CN"/>
        </w:rPr>
        <w:br/>
      </w:r>
      <w:r>
        <w:rPr>
          <w:lang w:eastAsia="zh-CN"/>
        </w:rPr>
        <w:t>　　一个人在工作中的时间占了生命中的一大部分，如果工作上感觉不舒服，心情不愉快，那么他将在不愉快中渡过生命中的一大部分，他的生活肯定也会因为工作的原因过得不愉快。给工作注入热情，在工作中享受到乐趣，享受着工作带来的尊严和实现自我的满足感，才能更好的工作，更好实现自己的价值，创造自己幸福生活。</w:t>
      </w:r>
      <w:r>
        <w:rPr>
          <w:lang w:eastAsia="zh-CN"/>
        </w:rPr>
        <w:br/>
      </w:r>
      <w:r>
        <w:rPr>
          <w:lang w:eastAsia="zh-CN"/>
        </w:rPr>
        <w:t>　　“成功的秘密在于，当机遇来临的时候，你已经做好了把握住它的准备。”—摘抄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和书上这句话说的一样，哈佛校训之一：“时刻准备着，当机会来临时你就会成功”也阐述着同样的道理。工作中，我们也要时刻准备着，努力着，机会只留给那些有准备的人，尽力的做好每一件事，相信“把每一件简单的事做好就是不简单，把每一件平凡的事做好就是不平凡”。</w:t>
      </w:r>
      <w:r>
        <w:rPr>
          <w:lang w:eastAsia="zh-CN"/>
        </w:rPr>
        <w:br/>
      </w:r>
      <w:r>
        <w:rPr>
          <w:lang w:eastAsia="zh-CN"/>
        </w:rPr>
        <w:t>　　最后就忍不住想起《士兵突击》中许三多那搞笑而有点意思的话“活着就是要做有意义的事，做有意义的事就是好好的活着。”既然要活着就要工作，那做有意义的事就是努力工作，把所有的事情都做到最好，把职业当作生命的信仰，要为生命的意义工作！</w:t>
      </w:r>
      <w:r>
        <w:rPr>
          <w:lang w:eastAsia="zh-CN"/>
        </w:rPr>
        <w:br/>
      </w:r>
      <w:r>
        <w:rPr>
          <w:lang w:eastAsia="zh-CN"/>
        </w:rPr>
        <w:t xml:space="preserve">    《你在为谁工作》读书心得体会 篇12 </w:t>
      </w:r>
      <w:r>
        <w:rPr>
          <w:lang w:eastAsia="zh-CN"/>
        </w:rPr>
        <w:br/>
      </w:r>
      <w:r>
        <w:rPr>
          <w:lang w:eastAsia="zh-CN"/>
        </w:rPr>
        <w:t>　　这些天，我读了《你在为谁工作》这本书，封面上的一段话给我很大的感悟：“在工作中，不管做任何事，都有应该把心态回归到零，把自己放空，抱着学习的态度，将每个任务都视为一个新的开始，一段新的体验，一扇通往成功的机会之门，千万不能视工作如鸡肋，食这无味，弃之可惜，结果做得心不甘、情不愿，于公于私都没有裨益。”</w:t>
      </w:r>
      <w:r>
        <w:rPr>
          <w:lang w:eastAsia="zh-CN"/>
        </w:rPr>
        <w:br/>
      </w:r>
      <w:r>
        <w:rPr>
          <w:lang w:eastAsia="zh-CN"/>
        </w:rPr>
        <w:t>　　很多人会问：工作是什么？工作是社会安排的任务，工作是社会赋予的使命，那么没有机会工作或不能从工作中享受到乐趣的人就不能完整地享受到生命的乐趣。我们每个人都需要工作，而且需要努力的工作。人的一生很短暂，我们需要有一个目标，目标的实现离不开勤奋工作。在我认为，当你实现人生目标的同时，也就是体现自我价值的时候。要想实现人生目标，并不是一帆风顺的。能不能让自我价值得已实现，取决于对工作的态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我觉得我们要怀着一颗感恩的心去工作，这一点我深有体会。在一本书上见过这样一个故事：曾经有个愤世嫉俗、心中无法平静的人，求见作家海伦舒克曼，向她请教如何解除令人不快的念头。海伦只回答：“从今天起，请你每天写下一件令你感激的事。”刚开始这个人得思索很久，才能想出今天有什么好感激的事，但随着时间的推移，他逐渐对大自然的美好产生了感激，进而他发现，有许多人和事值得他感谢。</w:t>
      </w:r>
      <w:r>
        <w:rPr>
          <w:lang w:eastAsia="zh-CN"/>
        </w:rPr>
        <w:br/>
      </w:r>
      <w:r>
        <w:rPr>
          <w:lang w:eastAsia="zh-CN"/>
        </w:rPr>
        <w:t>　　到了后来，他看见这世界上一切都是赐予，一切都是光明，他的胸怀无限开阔，从此他的愤恨也消失无踪。所以说，我们应该怀有感恩的心去工作。虽然有时候工作中会遇到这样那样的不如意，但是我们还是应该恪守职责，忠诚于自己的工作，忠诚于自己的事业，与其浪费宝贵的时间去分析和抨击别人，去指责别人，还不如多思考如何能尽善尽美的干好自身工作，并从中获得经验和乐趣，这才是最重要的。</w:t>
      </w:r>
      <w:r>
        <w:rPr>
          <w:lang w:eastAsia="zh-CN"/>
        </w:rPr>
        <w:br/>
      </w:r>
      <w:r>
        <w:rPr>
          <w:lang w:eastAsia="zh-CN"/>
        </w:rPr>
        <w:t>　　我们今天站在哪个位置并不重要，但下一步迈向哪里却很关键。正如胚芽通过力量的积蓄最终钻出地面一样，竹子需要在地下长四年长到地上然后每年快于一年。在这个浮躁的时代，我们需要用热情去重燃工作的激情，再来一次触动心底的反思，让我们每个人都能够从内心深处承认并接受：我们在为他人工作的同时，也在为自己工作。</w:t>
      </w:r>
      <w:r>
        <w:rPr>
          <w:lang w:eastAsia="zh-CN"/>
        </w:rPr>
        <w:br/>
      </w:r>
      <w:r>
        <w:rPr>
          <w:lang w:eastAsia="zh-CN"/>
        </w:rPr>
        <w:t xml:space="preserve">    《你在为谁工作》读书心得体会 篇13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《你在为谁工作》一书分析了绝大多数员工的一种工作心态，对我们广大员工正确认识自己工作的目的，培养良好的工作激情都有很大的帮助，当然上帝也只是拯救那些自救的人。</w:t>
      </w:r>
      <w:r>
        <w:rPr>
          <w:lang w:eastAsia="zh-CN"/>
        </w:rPr>
        <w:br/>
      </w:r>
      <w:r>
        <w:rPr>
          <w:lang w:eastAsia="zh-CN"/>
        </w:rPr>
        <w:t>　　《你在为谁工作》一书一方面是从思想上帮助我们分析，分析我们工作是为了谁，另一方面是告诉我们如何进行工作。</w:t>
      </w:r>
      <w:r>
        <w:rPr>
          <w:lang w:eastAsia="zh-CN"/>
        </w:rPr>
        <w:br/>
      </w:r>
      <w:r>
        <w:rPr>
          <w:lang w:eastAsia="zh-CN"/>
        </w:rPr>
        <w:t>　　你在为谁工作？相信大部分人都会说我在为某个公司工作，当再问你是为了什么工作时，相信又有大部分人会说，我为了挣钱、我为了买房、我为了买车、我为了……。其实这个问题从表面上来看，我们是为某个公司工作，但实际上我们都是在为自己工作，比如说你想要的车、你想要的房等等，这都是你想要得到的，那么要想得到你要的，你就要为之工作、为之努力，天上不会掉馅饼。或许我们平时很少去这样思考，我们只看到了为谁工作的表象，甚至把为谁工作的表象和我们为了什么工作独立了起来，而《你在为谁工作》一书对我们的工作目的进行了详细的分析、阐述，对我们本身在思想上是一种启发，为我们端正工作态度打下坚实的基础。</w:t>
      </w:r>
      <w:r>
        <w:rPr>
          <w:lang w:eastAsia="zh-CN"/>
        </w:rPr>
        <w:br/>
      </w:r>
      <w:r>
        <w:rPr>
          <w:lang w:eastAsia="zh-CN"/>
        </w:rPr>
        <w:t>　　工作是为了自己，但前提是把工作做好，我们只有尽心尽责的把工作做好了，我们的目的才会实现，我们才能真正做到为自己工作。同样道理，我们只能实现了公司的利益，个人利益才能得到体现，公司是一个舞台，而我们每个员工就是舞台上的演员，没有了舞台，演员就没有了用“舞”之地。</w:t>
      </w:r>
      <w:r>
        <w:rPr>
          <w:lang w:eastAsia="zh-CN"/>
        </w:rPr>
        <w:br/>
      </w:r>
      <w:r>
        <w:rPr>
          <w:lang w:eastAsia="zh-CN"/>
        </w:rPr>
        <w:t>　　我们不仅要明白是为谁工作，还要明白如何工作。只明白了为谁工作，而不去实施，那么等于空谈。《你在为谁工作》一书不仅告诉我们是为了谁工作，还告诉了我们要如何工作。我们究竟应该如何工作呢？概括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1、态度就是竞争力。有学者认为态度决定一切，说的也是这个道理，这个态度我认为一是对待工作的态度，二是对待公司的态度，对待公司的态度我认为主要是忠诚度，一个人为一个公司工作就要忠于这个公司，也是个人能否发展的基本条件，当我觉得公司的发展与我的个人志向不相同时，我可以选择离开，但在公司工作一天就要忠于公司一天，这也是职业道理。可以试想一下，一个整天说公司不好的员工会有什么样的结果。</w:t>
      </w:r>
      <w:r>
        <w:rPr>
          <w:lang w:eastAsia="zh-CN"/>
        </w:rPr>
        <w:br/>
      </w:r>
      <w:r>
        <w:rPr>
          <w:lang w:eastAsia="zh-CN"/>
        </w:rPr>
        <w:t>　　2、工作要有责任感。这不是简单的一句话就可以做到的，要从工作中的点滴做起，真正做到对公司负责，对你所做的工作负责，其实也是对我们自己负责。就好比你对你老婆说我要对你负责，但不是说完就完事了，关键看行动。</w:t>
      </w:r>
      <w:r>
        <w:rPr>
          <w:lang w:eastAsia="zh-CN"/>
        </w:rPr>
        <w:br/>
      </w:r>
      <w:r>
        <w:rPr>
          <w:lang w:eastAsia="zh-CN"/>
        </w:rPr>
        <w:t>　　3、培养我们的成就感。一个人要有成就感，没有成就感的人是一个麻木不仁的人，我们不只在工作中要有成就感，在日常生活中，在做每一件事情中都要有成就感，我们只有具备了成就感，我们才能在工作、在生活中找到我们的价值。</w:t>
      </w:r>
      <w:r>
        <w:rPr>
          <w:lang w:eastAsia="zh-CN"/>
        </w:rPr>
        <w:br/>
      </w:r>
      <w:r>
        <w:rPr>
          <w:lang w:eastAsia="zh-CN"/>
        </w:rPr>
        <w:t>　　4、积极主动：积极主动指我们在工作中不是机械的去执行，而是在执行的过程中进一步发挥我们的才智，使工作向前推进。在工作中有些事不必领导亲自安排，我们应该积极的主动去完成，如果每一件事都要让领导去想到，那要我们还做什么？积极主动其实应该是工作态度中的一方面，但它更是工作中的一种方法。</w:t>
      </w:r>
      <w:r>
        <w:rPr>
          <w:lang w:eastAsia="zh-CN"/>
        </w:rPr>
        <w:br/>
      </w:r>
    </w:p>
    <w:p w:rsidR="001B1F19" w14:textId="27C3F48A">
      <w:pPr>
        <w:rPr>
          <w:rFonts w:hint="eastAsia"/>
          <w:lang w:eastAsia="zh-CN"/>
        </w:rPr>
      </w:pPr>
      <w:r>
        <w:rPr>
          <w:lang w:eastAsia="zh-CN"/>
        </w:rPr>
        <w:t>　　5、不给自己找借口。当你遇到一件事情时，不要首先就想到有什么困难，而是去努力想办法解决问题，即使到了最后真的没有解决问题，你一样可以从这件事情当中学习到很多东西，如果遇到问题时首先就想到是如何的困难，那么你将什么也做不成，如果每一件事情都没有任何难度，那我们成功也太容易了一些。（建议阅读《没有任何借口》这本书，是关于美国西点军校200年来最重要的行为准则）</w:t>
      </w:r>
      <w:r>
        <w:rPr>
          <w:lang w:eastAsia="zh-CN"/>
        </w:rPr>
        <w:br/>
      </w:r>
      <w:r>
        <w:rPr>
          <w:lang w:eastAsia="zh-CN"/>
        </w:rPr>
        <w:t>　　6、工作分清轻重缓急。这是一种简单的工作方法，聪明的人都这么做。</w:t>
      </w:r>
      <w:r>
        <w:rPr>
          <w:lang w:eastAsia="zh-CN"/>
        </w:rPr>
        <w:br/>
      </w:r>
      <w:r>
        <w:rPr>
          <w:lang w:eastAsia="zh-CN"/>
        </w:rPr>
        <w:t>　　7、比别人多做一点点。在工作中多做一点点，少计较一点点，这是智慧的人的选择，只有先舍才能后得，这就是简单的舍、得道理。</w:t>
      </w:r>
      <w:r>
        <w:rPr>
          <w:lang w:eastAsia="zh-CN"/>
        </w:rPr>
        <w:br/>
      </w:r>
      <w:r>
        <w:rPr>
          <w:lang w:eastAsia="zh-CN"/>
        </w:rPr>
        <w:t>　　8、点燃你工作的激情：工作不可能每天都是一个新花样，毕竟会有重复的事情，会有让人枯燥的时候，那么我们如何才能一直保持我们工作的激情呢？其实很简单，只要我们明白了我们是在为谁工作，我们就会有激情，只要我们有了成就感、责任感，我们就会有工作的动力。</w:t>
      </w:r>
      <w:r>
        <w:rPr>
          <w:lang w:eastAsia="zh-CN"/>
        </w:rPr>
        <w:br/>
      </w:r>
      <w:r>
        <w:rPr>
          <w:lang w:eastAsia="zh-CN"/>
        </w:rPr>
        <w:t>　　9、勇于挑战看似不能完成的工作。其实这就是要求我们要有信心，不仅是在工作中有信心，在生活中的做任何事情都需要我们有自信。</w:t>
      </w:r>
      <w:r>
        <w:rPr>
          <w:lang w:eastAsia="zh-CN"/>
        </w:rPr>
        <w:br/>
      </w:r>
      <w:r>
        <w:rPr>
          <w:lang w:eastAsia="zh-CN"/>
        </w:rPr>
        <w:t>　　10、活到老学到老。学习是我们人区别与动物的本质，只有一个不断学习的人才能进取，只有不断学习，我们才能提高，当我们的学习停滞了，那我们就会被赶超、被淘汰。记住：我们永远不是最好的。</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https://d.book118.com/638123002020006036</w:t>
        </w:r>
      </w:hyperlink>
    </w:p>
    <w:p w:rsidR="001B1F19">
      <w:pPr>
        <w:rPr>
          <w:rFonts w:hint="eastAsia"/>
          <w:lang w:eastAsia="zh-CN"/>
        </w:rPr>
      </w:pPr>
    </w:p>
    <w:sectPr>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38123002020006036"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