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2024双11促销活动策划方案（32篇）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2024双11促销活动策划方案（通用32篇）</w:t>
      </w:r>
      <w:r>
        <w:rPr>
          <w:lang w:eastAsia="zh-CN"/>
        </w:rPr>
        <w:br/>
      </w:r>
      <w:r>
        <w:rPr>
          <w:lang w:eastAsia="zh-CN"/>
        </w:rPr>
        <w:t xml:space="preserve">    2024双11促销活动策划方案 篇1 </w:t>
      </w:r>
      <w:r>
        <w:rPr>
          <w:lang w:eastAsia="zh-CN"/>
        </w:rPr>
        <w:br/>
      </w:r>
      <w:r>
        <w:rPr>
          <w:lang w:eastAsia="zh-CN"/>
        </w:rPr>
        <w:t>　　一、活动背景：</w:t>
      </w:r>
      <w:r>
        <w:rPr>
          <w:lang w:eastAsia="zh-CN"/>
        </w:rPr>
        <w:br/>
      </w:r>
      <w:r>
        <w:rPr>
          <w:lang w:eastAsia="zh-CN"/>
        </w:rPr>
        <w:t>　　“双11”购物嘉年华已经成为中国乃至世界上最具影响力的消费节日之一。而每一个商家，每一个消费者，才是这个阶段的真正主角。20__，我们将邀请更多品牌和有实力的商家参与，以您独特的方式引领一场品质购物的狂欢！</w:t>
      </w:r>
      <w:r>
        <w:rPr>
          <w:lang w:eastAsia="zh-CN"/>
        </w:rPr>
        <w:br/>
      </w:r>
      <w:r>
        <w:rPr>
          <w:lang w:eastAsia="zh-CN"/>
        </w:rPr>
        <w:t>　　20__“双11”，大力发展地方电子商务，发展新的增长点，促进我市特色优势产业发展。在提供更多就业机会的同时开展业务。</w:t>
      </w:r>
      <w:r>
        <w:rPr>
          <w:lang w:eastAsia="zh-CN"/>
        </w:rPr>
        <w:br/>
      </w:r>
      <w:r>
        <w:rPr>
          <w:lang w:eastAsia="zh-CN"/>
        </w:rPr>
        <w:t>　　20__“万中商城”与小九WiFi新时尚。</w:t>
      </w:r>
      <w:r>
        <w:rPr>
          <w:lang w:eastAsia="zh-CN"/>
        </w:rPr>
        <w:br/>
      </w:r>
      <w:r>
        <w:rPr>
          <w:lang w:eastAsia="zh-CN"/>
        </w:rPr>
        <w:t>　　二、活动的目的：</w:t>
      </w:r>
      <w:r>
        <w:rPr>
          <w:lang w:eastAsia="zh-CN"/>
        </w:rPr>
        <w:br/>
      </w:r>
      <w:r>
        <w:rPr>
          <w:lang w:eastAsia="zh-CN"/>
        </w:rPr>
        <w:t>　　“双十一张掖本地购物嘉年华”将于11月11日“双十一”举行。嘉年华将展示“超级优惠”、“实特价”、“免费送货”等活动，吸引人们的注意力，深化电子商务理念，促进张掖电子商务的快速发展。</w:t>
      </w:r>
      <w:r>
        <w:rPr>
          <w:lang w:eastAsia="zh-CN"/>
        </w:rPr>
        <w:br/>
      </w:r>
      <w:r>
        <w:rPr>
          <w:lang w:eastAsia="zh-CN"/>
        </w:rPr>
        <w:t>　　三、积极分子：</w:t>
      </w:r>
      <w:r>
        <w:rPr>
          <w:lang w:eastAsia="zh-CN"/>
        </w:rPr>
        <w:br/>
      </w:r>
      <w:r>
        <w:rPr>
          <w:lang w:eastAsia="zh-CN"/>
        </w:rPr>
        <w:t>　　主办单位：张掖市商务局、张掖市人力资源和社会保障局</w:t>
      </w:r>
      <w:r>
        <w:rPr>
          <w:lang w:eastAsia="zh-CN"/>
        </w:rPr>
        <w:br/>
      </w:r>
      <w:r>
        <w:rPr>
          <w:lang w:eastAsia="zh-CN"/>
        </w:rPr>
        <w:t>　　主办单位：张掖市张掖瑞景科技有限公司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协办单位：赣州电视台、赣州电台、张掖圈、百度张掖吧、沙漠户外、号角户外等。</w:t>
      </w:r>
      <w:r>
        <w:rPr>
          <w:lang w:eastAsia="zh-CN"/>
        </w:rPr>
        <w:br/>
      </w:r>
      <w:r>
        <w:rPr>
          <w:lang w:eastAsia="zh-CN"/>
        </w:rPr>
        <w:t>　　四、活动时间：</w:t>
      </w:r>
      <w:r>
        <w:rPr>
          <w:lang w:eastAsia="zh-CN"/>
        </w:rPr>
        <w:br/>
      </w:r>
      <w:r>
        <w:rPr>
          <w:lang w:eastAsia="zh-CN"/>
        </w:rPr>
        <w:t>　　20__年11月11日开业</w:t>
      </w:r>
      <w:r>
        <w:rPr>
          <w:lang w:eastAsia="zh-CN"/>
        </w:rPr>
        <w:br/>
      </w:r>
      <w:r>
        <w:rPr>
          <w:lang w:eastAsia="zh-CN"/>
        </w:rPr>
        <w:t>　　五、地点：</w:t>
      </w:r>
      <w:r>
        <w:rPr>
          <w:lang w:eastAsia="zh-CN"/>
        </w:rPr>
        <w:br/>
      </w:r>
      <w:r>
        <w:rPr>
          <w:lang w:eastAsia="zh-CN"/>
        </w:rPr>
        <w:t>　　张掖中心广场</w:t>
      </w:r>
      <w:r>
        <w:rPr>
          <w:lang w:eastAsia="zh-CN"/>
        </w:rPr>
        <w:br/>
      </w:r>
      <w:r>
        <w:rPr>
          <w:lang w:eastAsia="zh-CN"/>
        </w:rPr>
        <w:t>　　六、参与者：</w:t>
      </w:r>
      <w:r>
        <w:rPr>
          <w:lang w:eastAsia="zh-CN"/>
        </w:rPr>
        <w:br/>
      </w:r>
      <w:r>
        <w:rPr>
          <w:lang w:eastAsia="zh-CN"/>
        </w:rPr>
        <w:t>　　工作</w:t>
      </w:r>
      <w:r>
        <w:rPr>
          <w:lang w:eastAsia="zh-CN"/>
        </w:rPr>
        <w:br/>
      </w:r>
      <w:r>
        <w:rPr>
          <w:lang w:eastAsia="zh-CN"/>
        </w:rPr>
        <w:t>　　七、活动：</w:t>
      </w:r>
      <w:r>
        <w:rPr>
          <w:lang w:eastAsia="zh-CN"/>
        </w:rPr>
        <w:br/>
      </w:r>
      <w:r>
        <w:rPr>
          <w:lang w:eastAsia="zh-CN"/>
        </w:rPr>
        <w:t>　　宣传发布会</w:t>
      </w:r>
      <w:r>
        <w:rPr>
          <w:lang w:eastAsia="zh-CN"/>
        </w:rPr>
        <w:br/>
      </w:r>
      <w:r>
        <w:rPr>
          <w:lang w:eastAsia="zh-CN"/>
        </w:rPr>
        <w:t>　　免费电子商务创业培训课程；后续服务。</w:t>
      </w:r>
      <w:r>
        <w:rPr>
          <w:lang w:eastAsia="zh-CN"/>
        </w:rPr>
        <w:br/>
      </w:r>
      <w:r>
        <w:rPr>
          <w:lang w:eastAsia="zh-CN"/>
        </w:rPr>
        <w:t xml:space="preserve">    2024双11促销活动策划方案 篇2 </w:t>
      </w:r>
      <w:r>
        <w:rPr>
          <w:lang w:eastAsia="zh-CN"/>
        </w:rPr>
        <w:br/>
      </w:r>
      <w:r>
        <w:rPr>
          <w:lang w:eastAsia="zh-CN"/>
        </w:rPr>
        <w:t>　　一、活动背景：</w:t>
      </w:r>
      <w:r>
        <w:rPr>
          <w:lang w:eastAsia="zh-CN"/>
        </w:rPr>
        <w:br/>
      </w:r>
      <w:r>
        <w:rPr>
          <w:lang w:eastAsia="zh-CN"/>
        </w:rPr>
        <w:t>　　“双11”购物狂欢节，已经成为中国，乃至世界范围内最具影响力的消费节日之一。而每一位商家，每一位消费者，才是这个舞台的真正主角。20__，我们将邀请更多品牌和实力商家共同参与，以您的独特方式，导演一场品质购物的狂欢盛典！</w:t>
      </w:r>
      <w:r>
        <w:rPr>
          <w:lang w:eastAsia="zh-CN"/>
        </w:rPr>
        <w:br/>
      </w:r>
      <w:r>
        <w:rPr>
          <w:lang w:eastAsia="zh-CN"/>
        </w:rPr>
        <w:t>　　20__年的“双11”，大力发展本土电子商务，发展的新增长点，促进我市特色优势产业发展。提供更多就业岗位的同时开业。</w:t>
      </w:r>
      <w:r>
        <w:rPr>
          <w:lang w:eastAsia="zh-CN"/>
        </w:rPr>
        <w:br/>
      </w:r>
      <w:r>
        <w:rPr>
          <w:lang w:eastAsia="zh-CN"/>
        </w:rPr>
        <w:t>　　20__“万众商城”及小九城市WiFi新时尚。</w:t>
      </w:r>
      <w:r>
        <w:rPr>
          <w:lang w:eastAsia="zh-CN"/>
        </w:rPr>
        <w:br/>
      </w:r>
      <w:r>
        <w:rPr>
          <w:lang w:eastAsia="zh-CN"/>
        </w:rPr>
        <w:t>　　二、活动目的：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在11月11日举行“双十一张掖本土购物狂欢节”，狂欢节将打出“超优惠”、“真特价”、“免费送”等活动来引人关注，将电子商务理念深入人心，推动张掖电子商务的飞速发展。</w:t>
      </w:r>
      <w:r>
        <w:rPr>
          <w:lang w:eastAsia="zh-CN"/>
        </w:rPr>
        <w:br/>
      </w:r>
      <w:r>
        <w:rPr>
          <w:lang w:eastAsia="zh-CN"/>
        </w:rPr>
        <w:t>　　三、活动方：</w:t>
      </w:r>
      <w:r>
        <w:rPr>
          <w:lang w:eastAsia="zh-CN"/>
        </w:rPr>
        <w:br/>
      </w:r>
      <w:r>
        <w:rPr>
          <w:lang w:eastAsia="zh-CN"/>
        </w:rPr>
        <w:t>　　主办方：</w:t>
      </w:r>
      <w:r>
        <w:rPr>
          <w:lang w:eastAsia="zh-CN"/>
        </w:rPr>
        <w:br/>
      </w:r>
      <w:r>
        <w:rPr>
          <w:lang w:eastAsia="zh-CN"/>
        </w:rPr>
        <w:t>　　承办方：</w:t>
      </w:r>
      <w:r>
        <w:rPr>
          <w:lang w:eastAsia="zh-CN"/>
        </w:rPr>
        <w:br/>
      </w:r>
      <w:r>
        <w:rPr>
          <w:lang w:eastAsia="zh-CN"/>
        </w:rPr>
        <w:t>　　协办方：</w:t>
      </w:r>
      <w:r>
        <w:rPr>
          <w:lang w:eastAsia="zh-CN"/>
        </w:rPr>
        <w:br/>
      </w:r>
      <w:r>
        <w:rPr>
          <w:lang w:eastAsia="zh-CN"/>
        </w:rPr>
        <w:t>　　四、活动时间：</w:t>
      </w:r>
      <w:r>
        <w:rPr>
          <w:lang w:eastAsia="zh-CN"/>
        </w:rPr>
        <w:br/>
      </w:r>
      <w:r>
        <w:rPr>
          <w:lang w:eastAsia="zh-CN"/>
        </w:rPr>
        <w:t>　　20__年11月11日开幕</w:t>
      </w:r>
      <w:r>
        <w:rPr>
          <w:lang w:eastAsia="zh-CN"/>
        </w:rPr>
        <w:br/>
      </w:r>
      <w:r>
        <w:rPr>
          <w:lang w:eastAsia="zh-CN"/>
        </w:rPr>
        <w:t>　　五、活动地点：</w:t>
      </w:r>
      <w:r>
        <w:rPr>
          <w:lang w:eastAsia="zh-CN"/>
        </w:rPr>
        <w:br/>
      </w:r>
      <w:r>
        <w:rPr>
          <w:lang w:eastAsia="zh-CN"/>
        </w:rPr>
        <w:t>　　张掖市中心广场</w:t>
      </w:r>
      <w:r>
        <w:rPr>
          <w:lang w:eastAsia="zh-CN"/>
        </w:rPr>
        <w:br/>
      </w:r>
      <w:r>
        <w:rPr>
          <w:lang w:eastAsia="zh-CN"/>
        </w:rPr>
        <w:t>　　六、参会单位：</w:t>
      </w:r>
      <w:r>
        <w:rPr>
          <w:lang w:eastAsia="zh-CN"/>
        </w:rPr>
        <w:br/>
      </w:r>
      <w:r>
        <w:rPr>
          <w:lang w:eastAsia="zh-CN"/>
        </w:rPr>
        <w:t>　　</w:t>
      </w:r>
      <w:r>
        <w:rPr>
          <w:lang w:eastAsia="zh-CN"/>
        </w:rPr>
        <w:br/>
      </w:r>
      <w:r>
        <w:rPr>
          <w:lang w:eastAsia="zh-CN"/>
        </w:rPr>
        <w:t>　　七、活动造势：</w:t>
      </w:r>
      <w:r>
        <w:rPr>
          <w:lang w:eastAsia="zh-CN"/>
        </w:rPr>
        <w:br/>
      </w:r>
      <w:r>
        <w:rPr>
          <w:lang w:eastAsia="zh-CN"/>
        </w:rPr>
        <w:t>　　宣传造势新闻发布会</w:t>
      </w:r>
      <w:r>
        <w:rPr>
          <w:lang w:eastAsia="zh-CN"/>
        </w:rPr>
        <w:br/>
      </w:r>
      <w:r>
        <w:rPr>
          <w:lang w:eastAsia="zh-CN"/>
        </w:rPr>
        <w:t>　　免费开设电子商务创业培训班；后续服务。</w:t>
      </w:r>
      <w:r>
        <w:rPr>
          <w:lang w:eastAsia="zh-CN"/>
        </w:rPr>
        <w:br/>
      </w:r>
      <w:r>
        <w:rPr>
          <w:lang w:eastAsia="zh-CN"/>
        </w:rPr>
        <w:t>　　八、活动流程：</w:t>
      </w:r>
      <w:r>
        <w:rPr>
          <w:lang w:eastAsia="zh-CN"/>
        </w:rPr>
        <w:br/>
      </w:r>
      <w:r>
        <w:rPr>
          <w:lang w:eastAsia="zh-CN"/>
        </w:rPr>
        <w:t>　　1、准备流程</w:t>
      </w:r>
      <w:r>
        <w:rPr>
          <w:lang w:eastAsia="zh-CN"/>
        </w:rPr>
        <w:br/>
      </w:r>
      <w:r>
        <w:rPr>
          <w:lang w:eastAsia="zh-CN"/>
        </w:rPr>
        <w:t>　　活动展示平台：张掖万众商城、小九智慧城市WIFI、微网址</w:t>
      </w:r>
      <w:r>
        <w:rPr>
          <w:lang w:eastAsia="zh-CN"/>
        </w:rPr>
        <w:br/>
      </w:r>
      <w:r>
        <w:rPr>
          <w:lang w:eastAsia="zh-CN"/>
        </w:rPr>
        <w:t>　　商家报名时间：20__年10月27日08:30:00-20__年11月1日18:00:00</w:t>
      </w:r>
      <w:r>
        <w:rPr>
          <w:lang w:eastAsia="zh-CN"/>
        </w:rPr>
        <w:br/>
      </w:r>
      <w:r>
        <w:rPr>
          <w:lang w:eastAsia="zh-CN"/>
        </w:rPr>
        <w:t>　　商家审核时间：20__年11月02日08:30:00-20__年11月6日18:00:00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活动启动时间：20__年11月11日00:00:00-20__年11月11日23:59:59</w:t>
      </w:r>
      <w:r>
        <w:rPr>
          <w:lang w:eastAsia="zh-CN"/>
        </w:rPr>
        <w:br/>
      </w:r>
      <w:r>
        <w:rPr>
          <w:lang w:eastAsia="zh-CN"/>
        </w:rPr>
        <w:t>　　2、“双11”启动流程</w:t>
      </w:r>
      <w:r>
        <w:rPr>
          <w:lang w:eastAsia="zh-CN"/>
        </w:rPr>
        <w:br/>
      </w:r>
      <w:r>
        <w:rPr>
          <w:lang w:eastAsia="zh-CN"/>
        </w:rPr>
        <w:t>　　20__年11月11日09:30主持人致开场白</w:t>
      </w:r>
      <w:r>
        <w:rPr>
          <w:lang w:eastAsia="zh-CN"/>
        </w:rPr>
        <w:br/>
      </w:r>
      <w:r>
        <w:rPr>
          <w:lang w:eastAsia="zh-CN"/>
        </w:rPr>
        <w:t>　　20__年11月11日09:40各局领导及活动方讲话致辞</w:t>
      </w:r>
      <w:r>
        <w:rPr>
          <w:lang w:eastAsia="zh-CN"/>
        </w:rPr>
        <w:br/>
      </w:r>
      <w:r>
        <w:rPr>
          <w:lang w:eastAsia="zh-CN"/>
        </w:rPr>
        <w:t>　　20__年11月11日10:30狂欢节启动仪式</w:t>
      </w:r>
      <w:r>
        <w:rPr>
          <w:lang w:eastAsia="zh-CN"/>
        </w:rPr>
        <w:br/>
      </w:r>
      <w:r>
        <w:rPr>
          <w:lang w:eastAsia="zh-CN"/>
        </w:rPr>
        <w:t>　　20__年11月11日10:40狂欢节正式开始</w:t>
      </w:r>
      <w:r>
        <w:rPr>
          <w:lang w:eastAsia="zh-CN"/>
        </w:rPr>
        <w:br/>
      </w:r>
      <w:r>
        <w:rPr>
          <w:lang w:eastAsia="zh-CN"/>
        </w:rPr>
        <w:t>　　九、活动内容：</w:t>
      </w:r>
      <w:r>
        <w:rPr>
          <w:lang w:eastAsia="zh-CN"/>
        </w:rPr>
        <w:br/>
      </w:r>
      <w:r>
        <w:rPr>
          <w:lang w:eastAsia="zh-CN"/>
        </w:rPr>
        <w:t>　　1、你来我就送。万众商城102到不敢想。</w:t>
      </w:r>
      <w:r>
        <w:rPr>
          <w:lang w:eastAsia="zh-CN"/>
        </w:rPr>
        <w:br/>
      </w:r>
      <w:r>
        <w:rPr>
          <w:lang w:eastAsia="zh-CN"/>
        </w:rPr>
        <w:t>　　2、参展商家准备</w:t>
      </w:r>
      <w:r>
        <w:rPr>
          <w:lang w:eastAsia="zh-CN"/>
        </w:rPr>
        <w:br/>
      </w:r>
      <w:r>
        <w:rPr>
          <w:lang w:eastAsia="zh-CN"/>
        </w:rPr>
        <w:t>　　报名选拔审核后，择时召开商家大会。</w:t>
      </w:r>
      <w:r>
        <w:rPr>
          <w:lang w:eastAsia="zh-CN"/>
        </w:rPr>
        <w:br/>
      </w:r>
      <w:r>
        <w:rPr>
          <w:lang w:eastAsia="zh-CN"/>
        </w:rPr>
        <w:t>　　商家大会内容：商家工作准备、折扣敲定、抵金券商议。</w:t>
      </w:r>
      <w:r>
        <w:rPr>
          <w:lang w:eastAsia="zh-CN"/>
        </w:rPr>
        <w:br/>
      </w:r>
      <w:r>
        <w:rPr>
          <w:lang w:eastAsia="zh-CN"/>
        </w:rPr>
        <w:t>　　商家大会时间：待定</w:t>
      </w:r>
      <w:r>
        <w:rPr>
          <w:lang w:eastAsia="zh-CN"/>
        </w:rPr>
        <w:br/>
      </w:r>
      <w:r>
        <w:rPr>
          <w:lang w:eastAsia="zh-CN"/>
        </w:rPr>
        <w:t>　　3、商家展位划分</w:t>
      </w:r>
      <w:r>
        <w:rPr>
          <w:lang w:eastAsia="zh-CN"/>
        </w:rPr>
        <w:br/>
      </w:r>
      <w:r>
        <w:rPr>
          <w:lang w:eastAsia="zh-CN"/>
        </w:rPr>
        <w:t>　　按商家产品分类划分展示区域</w:t>
      </w:r>
      <w:r>
        <w:rPr>
          <w:lang w:eastAsia="zh-CN"/>
        </w:rPr>
        <w:br/>
      </w:r>
      <w:r>
        <w:rPr>
          <w:lang w:eastAsia="zh-CN"/>
        </w:rPr>
        <w:t>　　4、工作人员筹备</w:t>
      </w:r>
      <w:r>
        <w:rPr>
          <w:lang w:eastAsia="zh-CN"/>
        </w:rPr>
        <w:br/>
      </w:r>
      <w:r>
        <w:rPr>
          <w:lang w:eastAsia="zh-CN"/>
        </w:rPr>
        <w:t>　　5、硬件准备</w:t>
      </w:r>
      <w:r>
        <w:rPr>
          <w:lang w:eastAsia="zh-CN"/>
        </w:rPr>
        <w:br/>
      </w:r>
      <w:r>
        <w:rPr>
          <w:lang w:eastAsia="zh-CN"/>
        </w:rPr>
        <w:t>　　活动场地、LED大屏、LED移动屏音响设备、礼炮、启动仪式道具红包印制、抵金券印制拱门、拱门条幅_展架、商家展位</w:t>
      </w:r>
      <w:r>
        <w:rPr>
          <w:lang w:eastAsia="zh-CN"/>
        </w:rPr>
        <w:br/>
      </w:r>
      <w:r>
        <w:rPr>
          <w:lang w:eastAsia="zh-CN"/>
        </w:rPr>
        <w:t>　　十、安保准备：</w:t>
      </w:r>
      <w:r>
        <w:rPr>
          <w:lang w:eastAsia="zh-CN"/>
        </w:rPr>
        <w:br/>
      </w:r>
      <w:r>
        <w:rPr>
          <w:lang w:eastAsia="zh-CN"/>
        </w:rPr>
        <w:t>　　（略）</w:t>
      </w:r>
      <w:r>
        <w:rPr>
          <w:lang w:eastAsia="zh-CN"/>
        </w:rPr>
        <w:br/>
      </w:r>
      <w:r>
        <w:rPr>
          <w:lang w:eastAsia="zh-CN"/>
        </w:rPr>
        <w:t xml:space="preserve">    2024双11促销活动策划方案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背景：</w:t>
      </w:r>
      <w:r>
        <w:rPr>
          <w:lang w:eastAsia="zh-CN"/>
        </w:rPr>
        <w:br/>
      </w:r>
      <w:r>
        <w:rPr>
          <w:lang w:eastAsia="zh-CN"/>
        </w:rPr>
        <w:t>　　的产品是定位于注重生活质量和时尚品味注重健康饮食的消费者市场。</w:t>
      </w:r>
      <w:r>
        <w:rPr>
          <w:lang w:eastAsia="zh-CN"/>
        </w:rPr>
        <w:br/>
      </w:r>
      <w:r>
        <w:rPr>
          <w:lang w:eastAsia="zh-CN"/>
        </w:rPr>
        <w:t>　　目的：</w:t>
      </w:r>
      <w:r>
        <w:rPr>
          <w:lang w:eastAsia="zh-CN"/>
        </w:rPr>
        <w:br/>
      </w:r>
      <w:r>
        <w:rPr>
          <w:lang w:eastAsia="zh-CN"/>
        </w:rPr>
        <w:t>　　由于_在湖南市场已有一定地位，为了提高在湖南市场的占有率与消费者心目中的知名度与美誉度、回馈社会、回馈老顾客提升企业品牌形象，特作此次__市场中秋节促销活动策划。</w:t>
      </w:r>
      <w:r>
        <w:rPr>
          <w:lang w:eastAsia="zh-CN"/>
        </w:rPr>
        <w:br/>
      </w:r>
      <w:r>
        <w:rPr>
          <w:lang w:eastAsia="zh-CN"/>
        </w:rPr>
        <w:t>　　一、活动主题</w:t>
      </w:r>
      <w:r>
        <w:rPr>
          <w:lang w:eastAsia="zh-CN"/>
        </w:rPr>
        <w:br/>
      </w:r>
      <w:r>
        <w:rPr>
          <w:lang w:eastAsia="zh-CN"/>
        </w:rPr>
        <w:t>　　“情系?爱在”</w:t>
      </w:r>
      <w:r>
        <w:rPr>
          <w:lang w:eastAsia="zh-CN"/>
        </w:rPr>
        <w:br/>
      </w:r>
      <w:r>
        <w:rPr>
          <w:lang w:eastAsia="zh-CN"/>
        </w:rPr>
        <w:t>　　二、活动目标</w:t>
      </w:r>
      <w:r>
        <w:rPr>
          <w:lang w:eastAsia="zh-CN"/>
        </w:rPr>
        <w:br/>
      </w:r>
      <w:r>
        <w:rPr>
          <w:lang w:eastAsia="zh-CN"/>
        </w:rPr>
        <w:t>　　1、通过此活动增加糕点销售利润，并增加其销售额。</w:t>
      </w:r>
      <w:r>
        <w:rPr>
          <w:lang w:eastAsia="zh-CN"/>
        </w:rPr>
        <w:br/>
      </w:r>
      <w:r>
        <w:rPr>
          <w:lang w:eastAsia="zh-CN"/>
        </w:rPr>
        <w:t>　　2、通过活动感染客户，提升企业形象。</w:t>
      </w:r>
      <w:r>
        <w:rPr>
          <w:lang w:eastAsia="zh-CN"/>
        </w:rPr>
        <w:br/>
      </w:r>
      <w:r>
        <w:rPr>
          <w:lang w:eastAsia="zh-CN"/>
        </w:rPr>
        <w:t>　　3、为顾客提供实惠，吸引更多的顾客群。</w:t>
      </w:r>
      <w:r>
        <w:rPr>
          <w:lang w:eastAsia="zh-CN"/>
        </w:rPr>
        <w:br/>
      </w:r>
      <w:r>
        <w:rPr>
          <w:lang w:eastAsia="zh-CN"/>
        </w:rPr>
        <w:t>　　4、为顾客传达情感。</w:t>
      </w:r>
      <w:r>
        <w:rPr>
          <w:lang w:eastAsia="zh-CN"/>
        </w:rPr>
        <w:br/>
      </w:r>
      <w:r>
        <w:rPr>
          <w:lang w:eastAsia="zh-CN"/>
        </w:rPr>
        <w:t>　　5、增加企业竞争手段，做出差异。</w:t>
      </w:r>
      <w:r>
        <w:rPr>
          <w:lang w:eastAsia="zh-CN"/>
        </w:rPr>
        <w:br/>
      </w:r>
      <w:r>
        <w:rPr>
          <w:lang w:eastAsia="zh-CN"/>
        </w:rPr>
        <w:t>　　三、时间地点</w:t>
      </w:r>
      <w:r>
        <w:rPr>
          <w:lang w:eastAsia="zh-CN"/>
        </w:rPr>
        <w:br/>
      </w:r>
      <w:r>
        <w:rPr>
          <w:lang w:eastAsia="zh-CN"/>
        </w:rPr>
        <w:t>　　时间：20__年9月25日--20__年10月2日</w:t>
      </w:r>
      <w:r>
        <w:rPr>
          <w:lang w:eastAsia="zh-CN"/>
        </w:rPr>
        <w:br/>
      </w:r>
      <w:r>
        <w:rPr>
          <w:lang w:eastAsia="zh-CN"/>
        </w:rPr>
        <w:t>　　地点：步行街、黄兴广场、五一广场、烈士公园、各大小区等人流量密集的地点.</w:t>
      </w:r>
      <w:r>
        <w:rPr>
          <w:lang w:eastAsia="zh-CN"/>
        </w:rPr>
        <w:br/>
      </w:r>
      <w:r>
        <w:rPr>
          <w:lang w:eastAsia="zh-CN"/>
        </w:rPr>
        <w:t>　　四、选择对象</w:t>
      </w:r>
      <w:r>
        <w:rPr>
          <w:lang w:eastAsia="zh-CN"/>
        </w:rPr>
        <w:br/>
      </w:r>
      <w:r>
        <w:rPr>
          <w:lang w:eastAsia="zh-CN"/>
        </w:rPr>
        <w:t>　　1、本土企业和事业单位，节日福利以团购为主，主要购买月饼、礼盒、礼篮及购物卡。送礼以品牌做工精致、包装精美为主。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2、追求时尚和潮流的年轻人，家庭自我消费，以购买散装，口感较好的蛋糕面包为主。</w:t>
      </w:r>
      <w:r>
        <w:rPr>
          <w:lang w:eastAsia="zh-CN"/>
        </w:rPr>
        <w:br/>
      </w:r>
      <w:r>
        <w:rPr>
          <w:lang w:eastAsia="zh-CN"/>
        </w:rPr>
        <w:t>　　3、处于恋爱中情侣，情侣互赠，送给双方父母或亲朋好友。</w:t>
      </w:r>
      <w:r>
        <w:rPr>
          <w:lang w:eastAsia="zh-CN"/>
        </w:rPr>
        <w:br/>
      </w:r>
      <w:r>
        <w:rPr>
          <w:lang w:eastAsia="zh-CN"/>
        </w:rPr>
        <w:t>　　五、活动方式</w:t>
      </w:r>
      <w:r>
        <w:rPr>
          <w:lang w:eastAsia="zh-CN"/>
        </w:rPr>
        <w:br/>
      </w:r>
      <w:r>
        <w:rPr>
          <w:lang w:eastAsia="zh-CN"/>
        </w:rPr>
        <w:t>　　1、“双节献爱心?西饼义卖”</w:t>
      </w:r>
      <w:r>
        <w:rPr>
          <w:lang w:eastAsia="zh-CN"/>
        </w:rPr>
        <w:br/>
      </w:r>
      <w:r>
        <w:rPr>
          <w:lang w:eastAsia="zh-CN"/>
        </w:rPr>
        <w:t>　　活动时间：20__年9月25日——10月2日</w:t>
      </w:r>
      <w:r>
        <w:rPr>
          <w:lang w:eastAsia="zh-CN"/>
        </w:rPr>
        <w:br/>
      </w:r>
      <w:r>
        <w:rPr>
          <w:lang w:eastAsia="zh-CN"/>
        </w:rPr>
        <w:t>　　活动内容：“买一盒西饼?献一元爱心”活动现场进行西饼义卖活动。中秋节前后每天拿出一定的件数，所卖款项将捐赠给希望工程。</w:t>
      </w:r>
      <w:r>
        <w:rPr>
          <w:lang w:eastAsia="zh-CN"/>
        </w:rPr>
        <w:br/>
      </w:r>
      <w:r>
        <w:rPr>
          <w:lang w:eastAsia="zh-CN"/>
        </w:rPr>
        <w:t>　　2、“中秋节商品打折促销”</w:t>
      </w:r>
      <w:r>
        <w:rPr>
          <w:lang w:eastAsia="zh-CN"/>
        </w:rPr>
        <w:br/>
      </w:r>
      <w:r>
        <w:rPr>
          <w:lang w:eastAsia="zh-CN"/>
        </w:rPr>
        <w:t>　　(1)抢购：活动时间20__年9月25日——10月2日</w:t>
      </w:r>
      <w:r>
        <w:rPr>
          <w:lang w:eastAsia="zh-CN"/>
        </w:rPr>
        <w:br/>
      </w:r>
      <w:r>
        <w:rPr>
          <w:lang w:eastAsia="zh-CN"/>
        </w:rPr>
        <w:t>　　(2)活动内容：每天定时部分食品买二送一抢购，每次抢购时间限定一个小时。</w:t>
      </w:r>
      <w:r>
        <w:rPr>
          <w:lang w:eastAsia="zh-CN"/>
        </w:rPr>
        <w:br/>
      </w:r>
      <w:r>
        <w:rPr>
          <w:lang w:eastAsia="zh-CN"/>
        </w:rPr>
        <w:t>　　(3)打折促销：活动时间20__年9月25日——10月2日活动内容?“双节购物赠大礼欢乐假期全家乐”即食品全场8.88折起。</w:t>
      </w:r>
      <w:r>
        <w:rPr>
          <w:lang w:eastAsia="zh-CN"/>
        </w:rPr>
        <w:br/>
      </w:r>
      <w:r>
        <w:rPr>
          <w:lang w:eastAsia="zh-CN"/>
        </w:rPr>
        <w:t>　　六、活动安排</w:t>
      </w:r>
      <w:r>
        <w:rPr>
          <w:lang w:eastAsia="zh-CN"/>
        </w:rPr>
        <w:br/>
      </w:r>
      <w:r>
        <w:rPr>
          <w:lang w:eastAsia="zh-CN"/>
        </w:rPr>
        <w:t>　　由于此次活动涉及众多部门，事先对各个部门进行了动员协调会，进行了详尽的分工，分工明确，责任到人。企划部负责整个活动的行程和跟踪。确定活动范围、人员安排、活动时间地点选择、对外宣传、海报的设计、人员的培训、管理、商场堆头布置、海报粘贴、活动现场管理等。储运部负责检查库存，确保及时补货，销售部负责维持好现场秩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七、广告配合</w:t>
      </w:r>
      <w:r>
        <w:rPr>
          <w:lang w:eastAsia="zh-CN"/>
        </w:rPr>
        <w:br/>
      </w:r>
      <w:r>
        <w:rPr>
          <w:lang w:eastAsia="zh-CN"/>
        </w:rPr>
        <w:t>　　1、报纸广告：提前在当地报纸进行促销活动广告宣传让消费者知道_正在开展大型促销活动。</w:t>
      </w:r>
      <w:r>
        <w:rPr>
          <w:lang w:eastAsia="zh-CN"/>
        </w:rPr>
        <w:br/>
      </w:r>
      <w:r>
        <w:rPr>
          <w:lang w:eastAsia="zh-CN"/>
        </w:rPr>
        <w:t>　　2、宣传车：提前3天租用2-3辆宣传车，装上“大型促销活动”喷绘，在主要人口密集的地方进行游街宣传，届时配上大喇叭进行广告造势宣传。</w:t>
      </w:r>
      <w:r>
        <w:rPr>
          <w:lang w:eastAsia="zh-CN"/>
        </w:rPr>
        <w:br/>
      </w:r>
      <w:r>
        <w:rPr>
          <w:lang w:eastAsia="zh-CN"/>
        </w:rPr>
        <w:t>　　3、海报：在活动进行的前一个星期，将海报粘贴出去，以此让大家知道我们的这次促销活动</w:t>
      </w:r>
      <w:r>
        <w:rPr>
          <w:lang w:eastAsia="zh-CN"/>
        </w:rPr>
        <w:br/>
      </w:r>
      <w:r>
        <w:rPr>
          <w:lang w:eastAsia="zh-CN"/>
        </w:rPr>
        <w:t>　　4、传单：提前2天聘用学生大型超市门口、步行街、黄兴广场、五一广场、烈士公园主要居民小区门口、小区信箱进行散发传单。</w:t>
      </w:r>
      <w:r>
        <w:rPr>
          <w:lang w:eastAsia="zh-CN"/>
        </w:rPr>
        <w:br/>
      </w:r>
      <w:r>
        <w:rPr>
          <w:lang w:eastAsia="zh-CN"/>
        </w:rPr>
        <w:t>　　八费用预算</w:t>
      </w:r>
      <w:r>
        <w:rPr>
          <w:lang w:eastAsia="zh-CN"/>
        </w:rPr>
        <w:br/>
      </w:r>
      <w:r>
        <w:rPr>
          <w:lang w:eastAsia="zh-CN"/>
        </w:rPr>
        <w:t>　　项目</w:t>
      </w:r>
      <w:r>
        <w:rPr>
          <w:lang w:eastAsia="zh-CN"/>
        </w:rPr>
        <w:br/>
      </w:r>
      <w:r>
        <w:rPr>
          <w:lang w:eastAsia="zh-CN"/>
        </w:rPr>
        <w:t>　　单位(元)</w:t>
      </w:r>
      <w:r>
        <w:rPr>
          <w:lang w:eastAsia="zh-CN"/>
        </w:rPr>
        <w:br/>
      </w:r>
      <w:r>
        <w:rPr>
          <w:lang w:eastAsia="zh-CN"/>
        </w:rPr>
        <w:t xml:space="preserve">    2024双11促销活动策划方案 篇4 </w:t>
      </w:r>
      <w:r>
        <w:rPr>
          <w:lang w:eastAsia="zh-CN"/>
        </w:rPr>
        <w:br/>
      </w:r>
      <w:r>
        <w:rPr>
          <w:lang w:eastAsia="zh-CN"/>
        </w:rPr>
        <w:t>　　一、前言</w:t>
      </w:r>
      <w:r>
        <w:rPr>
          <w:lang w:eastAsia="zh-CN"/>
        </w:rPr>
        <w:br/>
      </w:r>
      <w:r>
        <w:rPr>
          <w:lang w:eastAsia="zh-CN"/>
        </w:rPr>
        <w:t>　　无限极（中国）有限公司（原南方李锦记有限公司）是李锦记健康产品集团成员，成立于1992年，是香港百年民族品牌“李锦记”旗下的全资子公司。无限极（中国）以弘扬中华</w:t>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以优秀养生文化，创造平衡、富足、和谐的健康人生为使命，坚持务实诚信、守法经营，业务持续发展。现已在全国范围内设立了33家分公司，25家服务中心，以及四千多家专卖店，取得了可喜的`经营成绩，得到了广大消费者和社会的认同，20__年国庆，公司欲在湖南市场举办一次促销活动，以提高公司在湖南市场的知名度与美誉。</w:t>
      </w:r>
      <w:r>
        <w:rPr>
          <w:lang w:eastAsia="zh-CN"/>
        </w:rPr>
        <w:br/>
      </w:r>
      <w:r>
        <w:rPr>
          <w:lang w:eastAsia="zh-CN"/>
        </w:rPr>
        <w:t>　　二、活动主题：</w:t>
      </w:r>
      <w:r>
        <w:rPr>
          <w:lang w:eastAsia="zh-CN"/>
        </w:rPr>
        <w:br/>
      </w:r>
      <w:r>
        <w:rPr>
          <w:lang w:eastAsia="zh-CN"/>
        </w:rPr>
        <w:t>　　无限极喜迎双节，“价”你到家，欢欢喜喜迎国庆</w:t>
      </w:r>
      <w:r>
        <w:rPr>
          <w:lang w:eastAsia="zh-CN"/>
        </w:rPr>
        <w:br/>
      </w:r>
      <w:r>
        <w:rPr>
          <w:lang w:eastAsia="zh-CN"/>
        </w:rPr>
        <w:t>　　活动目标：</w:t>
      </w:r>
      <w:r>
        <w:rPr>
          <w:lang w:eastAsia="zh-CN"/>
        </w:rPr>
        <w:br/>
      </w:r>
      <w:r>
        <w:rPr>
          <w:lang w:eastAsia="zh-CN"/>
        </w:rPr>
        <w:t>　　1提高知名度与美誉度：公司想利用20__年国庆促销活动来提高本公司产品在湖南消费者心目中的知名度与美誉度，提升市场人气。全方位展示商场的良好形象，树立消费者对商场品牌的信赖。</w:t>
      </w:r>
      <w:r>
        <w:rPr>
          <w:lang w:eastAsia="zh-CN"/>
        </w:rPr>
        <w:br/>
      </w:r>
      <w:r>
        <w:rPr>
          <w:lang w:eastAsia="zh-CN"/>
        </w:rPr>
        <w:t>　　2提升销量、提高市场份额：在推动商场发展的前提下，最大限度吸引消费者，抢夺市场销售份额，促进销量提升</w:t>
      </w:r>
      <w:r>
        <w:rPr>
          <w:lang w:eastAsia="zh-CN"/>
        </w:rPr>
        <w:br/>
      </w:r>
      <w:r>
        <w:rPr>
          <w:lang w:eastAsia="zh-CN"/>
        </w:rPr>
        <w:t>　　四、活动时间：</w:t>
      </w:r>
      <w:r>
        <w:rPr>
          <w:lang w:eastAsia="zh-CN"/>
        </w:rPr>
        <w:br/>
      </w:r>
      <w:r>
        <w:rPr>
          <w:lang w:eastAsia="zh-CN"/>
        </w:rPr>
        <w:t>　　我公司于20__年10月1日-20__年10月7日 在各大卖场进行促销</w:t>
      </w:r>
      <w:r>
        <w:rPr>
          <w:lang w:eastAsia="zh-CN"/>
        </w:rPr>
        <w:br/>
      </w:r>
      <w:r>
        <w:rPr>
          <w:lang w:eastAsia="zh-CN"/>
        </w:rPr>
        <w:t>　　五、对象选择：</w:t>
      </w:r>
      <w:r>
        <w:rPr>
          <w:lang w:eastAsia="zh-CN"/>
        </w:rPr>
        <w:br/>
      </w:r>
      <w:r>
        <w:rPr>
          <w:lang w:eastAsia="zh-CN"/>
        </w:rPr>
        <w:t>　　本公司个系列产品</w:t>
      </w:r>
      <w:r>
        <w:rPr>
          <w:lang w:eastAsia="zh-CN"/>
        </w:rPr>
        <w:br/>
      </w:r>
      <w:r>
        <w:rPr>
          <w:lang w:eastAsia="zh-CN"/>
        </w:rPr>
        <w:t>　　1无限极健康食品：无限极女仕口服液无限极润红胭口服液无限极儿童口服液，主要正对妇女和儿童</w:t>
      </w:r>
      <w:r>
        <w:rPr>
          <w:lang w:eastAsia="zh-CN"/>
        </w:rPr>
        <w:br/>
      </w:r>
      <w:r>
        <w:rPr>
          <w:lang w:eastAsia="zh-CN"/>
        </w:rPr>
        <w:t>　　2维雅护肤品：保湿洁面乳保湿活肤水等系列产品上班女性大学生</w:t>
      </w:r>
      <w:r>
        <w:rPr>
          <w:lang w:eastAsia="zh-CN"/>
        </w:rPr>
        <w:br/>
      </w:r>
      <w:r>
        <w:rPr>
          <w:lang w:eastAsia="zh-CN"/>
        </w:rPr>
        <w:t>　　3植雅个人护理系列产品广大消费人群</w:t>
      </w:r>
      <w:r>
        <w:rPr>
          <w:lang w:eastAsia="zh-CN"/>
        </w:rPr>
        <w:br/>
      </w:r>
      <w:r>
        <w:rPr>
          <w:lang w:eastAsia="zh-CN"/>
        </w:rPr>
        <w:t>　　4帮得佳家具用品家庭主妇及个人</w:t>
      </w:r>
      <w:r>
        <w:rPr>
          <w:lang w:eastAsia="zh-CN"/>
        </w:rPr>
        <w:br/>
      </w:r>
      <w:r>
        <w:rPr>
          <w:lang w:eastAsia="zh-CN"/>
        </w:rPr>
        <w:t>　　六、活动方式：</w:t>
      </w:r>
      <w:r>
        <w:rPr>
          <w:lang w:eastAsia="zh-CN"/>
        </w:rPr>
        <w:br/>
      </w:r>
      <w:r>
        <w:rPr>
          <w:lang w:eastAsia="zh-CN"/>
        </w:rPr>
        <w:t>　　1在各大卖场促销品5折优惠（指定商品除外）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a将新品促销价进行到底：凡双节活动期间购买我公司新品列产之客户，可享受折优惠</w:t>
      </w:r>
      <w:r>
        <w:rPr>
          <w:lang w:eastAsia="zh-CN"/>
        </w:rPr>
        <w:br/>
      </w:r>
      <w:r>
        <w:rPr>
          <w:lang w:eastAsia="zh-CN"/>
        </w:rPr>
        <w:t>　　b在活动之前一周，请学生派发资料</w:t>
      </w:r>
      <w:r>
        <w:rPr>
          <w:lang w:eastAsia="zh-CN"/>
        </w:rPr>
        <w:br/>
      </w:r>
      <w:r>
        <w:rPr>
          <w:lang w:eastAsia="zh-CN"/>
        </w:rPr>
        <w:t>　　c在活动前5天培训好本次活动的促销员培训及安排好工作 d在马路或者建材城拉些宣传横幅</w:t>
      </w:r>
      <w:r>
        <w:rPr>
          <w:lang w:eastAsia="zh-CN"/>
        </w:rPr>
        <w:br/>
      </w:r>
      <w:r>
        <w:rPr>
          <w:lang w:eastAsia="zh-CN"/>
        </w:rPr>
        <w:t>　　e全面做好店面卫生及饰品摆放工</w:t>
      </w:r>
      <w:r>
        <w:rPr>
          <w:lang w:eastAsia="zh-CN"/>
        </w:rPr>
        <w:br/>
      </w:r>
      <w:r>
        <w:rPr>
          <w:lang w:eastAsia="zh-CN"/>
        </w:rPr>
        <w:t>　　八、广告配合：</w:t>
      </w:r>
      <w:r>
        <w:rPr>
          <w:lang w:eastAsia="zh-CN"/>
        </w:rPr>
        <w:br/>
      </w:r>
      <w:r>
        <w:rPr>
          <w:lang w:eastAsia="zh-CN"/>
        </w:rPr>
        <w:t>　　湖南卫视投放广告</w:t>
      </w:r>
      <w:r>
        <w:rPr>
          <w:lang w:eastAsia="zh-CN"/>
        </w:rPr>
        <w:br/>
      </w:r>
      <w:r>
        <w:rPr>
          <w:lang w:eastAsia="zh-CN"/>
        </w:rPr>
        <w:t>　　公交车移动电视广告</w:t>
      </w:r>
      <w:r>
        <w:rPr>
          <w:lang w:eastAsia="zh-CN"/>
        </w:rPr>
        <w:br/>
      </w:r>
      <w:r>
        <w:rPr>
          <w:lang w:eastAsia="zh-CN"/>
        </w:rPr>
        <w:t>　　横幅宣传</w:t>
      </w:r>
      <w:r>
        <w:rPr>
          <w:lang w:eastAsia="zh-CN"/>
        </w:rPr>
        <w:br/>
      </w:r>
      <w:r>
        <w:rPr>
          <w:lang w:eastAsia="zh-CN"/>
        </w:rPr>
        <w:t>　　派发传单</w:t>
      </w:r>
      <w:r>
        <w:rPr>
          <w:lang w:eastAsia="zh-CN"/>
        </w:rPr>
        <w:br/>
      </w:r>
      <w:r>
        <w:rPr>
          <w:lang w:eastAsia="zh-CN"/>
        </w:rPr>
        <w:t>　　九、经费预算</w:t>
      </w:r>
      <w:r>
        <w:rPr>
          <w:lang w:eastAsia="zh-CN"/>
        </w:rPr>
        <w:br/>
      </w:r>
      <w:r>
        <w:rPr>
          <w:lang w:eastAsia="zh-CN"/>
        </w:rPr>
        <w:t>　　湖南卫视投放广告，每天投放一次，联播放3天5000元 公交车移动电视广告，在主要线路公交投放，联播5天</w:t>
      </w:r>
      <w:r>
        <w:rPr>
          <w:lang w:eastAsia="zh-CN"/>
        </w:rPr>
        <w:br/>
      </w:r>
      <w:r>
        <w:rPr>
          <w:lang w:eastAsia="zh-CN"/>
        </w:rPr>
        <w:t>　　横幅及传单5000</w:t>
      </w:r>
      <w:r>
        <w:rPr>
          <w:lang w:eastAsia="zh-CN"/>
        </w:rPr>
        <w:br/>
      </w:r>
      <w:r>
        <w:rPr>
          <w:lang w:eastAsia="zh-CN"/>
        </w:rPr>
        <w:t>　　人员经费</w:t>
      </w:r>
      <w:r>
        <w:rPr>
          <w:lang w:eastAsia="zh-CN"/>
        </w:rPr>
        <w:br/>
      </w:r>
      <w:r>
        <w:rPr>
          <w:lang w:eastAsia="zh-CN"/>
        </w:rPr>
        <w:t>　　共计：元</w:t>
      </w:r>
      <w:r>
        <w:rPr>
          <w:lang w:eastAsia="zh-CN"/>
        </w:rPr>
        <w:br/>
      </w:r>
      <w:r>
        <w:rPr>
          <w:lang w:eastAsia="zh-CN"/>
        </w:rPr>
        <w:t>　　十、意外防范</w:t>
      </w:r>
      <w:r>
        <w:rPr>
          <w:lang w:eastAsia="zh-CN"/>
        </w:rPr>
        <w:br/>
      </w:r>
      <w:r>
        <w:rPr>
          <w:lang w:eastAsia="zh-CN"/>
        </w:rPr>
        <w:t>　　1在活动前派人认真检查我商城内的安全措施，发现已陈旧或要报销的及时更换</w:t>
      </w:r>
      <w:r>
        <w:rPr>
          <w:lang w:eastAsia="zh-CN"/>
        </w:rPr>
        <w:br/>
      </w:r>
      <w:r>
        <w:rPr>
          <w:lang w:eastAsia="zh-CN"/>
        </w:rPr>
        <w:t>　　2安排员时刻保持安全通道的畅通</w:t>
      </w:r>
      <w:r>
        <w:rPr>
          <w:lang w:eastAsia="zh-CN"/>
        </w:rPr>
        <w:br/>
      </w:r>
      <w:r>
        <w:rPr>
          <w:lang w:eastAsia="zh-CN"/>
        </w:rPr>
        <w:t>　　3事先准备好一些常用的急救用品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2024双11促销活动策划方案 篇5 </w:t>
      </w:r>
      <w:r>
        <w:rPr>
          <w:lang w:eastAsia="zh-CN"/>
        </w:rPr>
        <w:br/>
      </w:r>
      <w:r>
        <w:rPr>
          <w:lang w:eastAsia="zh-CN"/>
        </w:rPr>
        <w:t>　　一， 活动主题</w:t>
      </w:r>
      <w:r>
        <w:rPr>
          <w:lang w:eastAsia="zh-CN"/>
        </w:rPr>
        <w:br/>
      </w:r>
      <w:r>
        <w:rPr>
          <w:lang w:eastAsia="zh-CN"/>
        </w:rPr>
        <w:t>　　温馨圣诞，“苹”安相伴</w:t>
      </w:r>
      <w:r>
        <w:rPr>
          <w:lang w:eastAsia="zh-CN"/>
        </w:rPr>
        <w:br/>
      </w:r>
      <w:r>
        <w:rPr>
          <w:lang w:eastAsia="zh-CN"/>
        </w:rPr>
        <w:t>　　二， 参加人员</w:t>
      </w:r>
      <w:r>
        <w:rPr>
          <w:lang w:eastAsia="zh-CN"/>
        </w:rPr>
        <w:br/>
      </w:r>
      <w:r>
        <w:rPr>
          <w:lang w:eastAsia="zh-CN"/>
        </w:rPr>
        <w:t>　　全体工作人员，进店参观的潜在客户</w:t>
      </w:r>
      <w:r>
        <w:rPr>
          <w:lang w:eastAsia="zh-CN"/>
        </w:rPr>
        <w:br/>
      </w:r>
      <w:r>
        <w:rPr>
          <w:lang w:eastAsia="zh-CN"/>
        </w:rPr>
        <w:t>　　三， 活动时间</w:t>
      </w:r>
      <w:r>
        <w:rPr>
          <w:lang w:eastAsia="zh-CN"/>
        </w:rPr>
        <w:br/>
      </w:r>
      <w:r>
        <w:rPr>
          <w:lang w:eastAsia="zh-CN"/>
        </w:rPr>
        <w:t>　　12月24日至12月26日</w:t>
      </w:r>
      <w:r>
        <w:rPr>
          <w:lang w:eastAsia="zh-CN"/>
        </w:rPr>
        <w:br/>
      </w:r>
      <w:r>
        <w:rPr>
          <w:lang w:eastAsia="zh-CN"/>
        </w:rPr>
        <w:t>　　前期准备</w:t>
      </w:r>
      <w:r>
        <w:rPr>
          <w:lang w:eastAsia="zh-CN"/>
        </w:rPr>
        <w:br/>
      </w:r>
      <w:r>
        <w:rPr>
          <w:lang w:eastAsia="zh-CN"/>
        </w:rPr>
        <w:t>　　1、 物资：苹果300个、包装袋300个</w:t>
      </w:r>
      <w:r>
        <w:rPr>
          <w:lang w:eastAsia="zh-CN"/>
        </w:rPr>
        <w:br/>
      </w:r>
      <w:r>
        <w:rPr>
          <w:lang w:eastAsia="zh-CN"/>
        </w:rPr>
        <w:t>　　（二）平安夜水果派发</w:t>
      </w:r>
      <w:r>
        <w:rPr>
          <w:lang w:eastAsia="zh-CN"/>
        </w:rPr>
        <w:br/>
      </w:r>
      <w:r>
        <w:rPr>
          <w:lang w:eastAsia="zh-CN"/>
        </w:rPr>
        <w:t>　　1、暂定12月23日下午由行政部将苹果送到各分店，店内工作人员将苹果装好包装盒，在工作人员的帮助下分装好水果。</w:t>
      </w:r>
      <w:r>
        <w:rPr>
          <w:lang w:eastAsia="zh-CN"/>
        </w:rPr>
        <w:br/>
      </w:r>
      <w:r>
        <w:rPr>
          <w:lang w:eastAsia="zh-CN"/>
        </w:rPr>
        <w:t>　　3、活动负责人员做好收支情况报告，并撰写活动开展情况总结。</w:t>
      </w:r>
      <w:r>
        <w:rPr>
          <w:lang w:eastAsia="zh-CN"/>
        </w:rPr>
        <w:br/>
      </w:r>
      <w:r>
        <w:rPr>
          <w:lang w:eastAsia="zh-CN"/>
        </w:rPr>
        <w:t>　　4、如平安夜当天个别员工的苹果没有送达，25日请负责派发的工作人员务必将苹果送至同学手中。</w:t>
      </w:r>
      <w:r>
        <w:rPr>
          <w:lang w:eastAsia="zh-CN"/>
        </w:rPr>
        <w:br/>
      </w:r>
      <w:r>
        <w:rPr>
          <w:lang w:eastAsia="zh-CN"/>
        </w:rPr>
        <w:t>　　四， 活动预算</w:t>
      </w:r>
      <w:r>
        <w:rPr>
          <w:lang w:eastAsia="zh-CN"/>
        </w:rPr>
        <w:br/>
      </w:r>
      <w:r>
        <w:rPr>
          <w:lang w:eastAsia="zh-CN"/>
        </w:rPr>
        <w:t>　　五， 后期工作</w:t>
      </w:r>
      <w:r>
        <w:rPr>
          <w:lang w:eastAsia="zh-CN"/>
        </w:rPr>
        <w:br/>
      </w:r>
      <w:r>
        <w:rPr>
          <w:lang w:eastAsia="zh-CN"/>
        </w:rPr>
        <w:t>　　将本次苹果派发活动进行一下汇总，整理财务；</w:t>
      </w:r>
      <w:r>
        <w:rPr>
          <w:lang w:eastAsia="zh-CN"/>
        </w:rPr>
        <w:br/>
      </w:r>
      <w:r>
        <w:rPr>
          <w:lang w:eastAsia="zh-CN"/>
        </w:rPr>
        <w:t>　　圣诞苹果宣传语：</w:t>
      </w:r>
      <w:r>
        <w:rPr>
          <w:lang w:eastAsia="zh-CN"/>
        </w:rPr>
        <w:br/>
      </w:r>
      <w:r>
        <w:rPr>
          <w:lang w:eastAsia="zh-CN"/>
        </w:rPr>
        <w:t>　　你是我的小呀小苹果，怎么爱你都不嫌多。</w:t>
      </w:r>
      <w:r>
        <w:rPr>
          <w:lang w:eastAsia="zh-CN"/>
        </w:rPr>
        <w:br/>
      </w:r>
      <w:r>
        <w:rPr>
          <w:lang w:eastAsia="zh-CN"/>
        </w:rPr>
        <w:t>　　把苹果装进礼盒，把亲爱的你放在心里。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让这颗与众不同的苹果在浪漫的平安夜，欢乐的圣诞节，带去我对你浓浓的爱意和深深地祝福。</w:t>
      </w:r>
      <w:r>
        <w:rPr>
          <w:lang w:eastAsia="zh-CN"/>
        </w:rPr>
        <w:br/>
      </w:r>
      <w:r>
        <w:rPr>
          <w:lang w:eastAsia="zh-CN"/>
        </w:rPr>
        <w:t>　　送女友，甜蜜蜜！送闺蜜，显心意！送朋友，够仗义！送亲人，不失礼！亲，爱TA就送TA最珍贵的礼物！</w:t>
      </w:r>
      <w:r>
        <w:rPr>
          <w:lang w:eastAsia="zh-CN"/>
        </w:rPr>
        <w:br/>
      </w:r>
      <w:r>
        <w:rPr>
          <w:lang w:eastAsia="zh-CN"/>
        </w:rPr>
        <w:t>　　本末良品，集高档时尚于一体。多种颜色任你选，多种款式任你挑，处处表达你满满的心意和尊贵的品味~</w:t>
      </w:r>
      <w:r>
        <w:rPr>
          <w:lang w:eastAsia="zh-CN"/>
        </w:rPr>
        <w:br/>
      </w:r>
      <w:r>
        <w:rPr>
          <w:lang w:eastAsia="zh-CN"/>
        </w:rPr>
        <w:t>　　亲，我们不生产苹果，我们只是心意的搬运工。</w:t>
      </w:r>
      <w:r>
        <w:rPr>
          <w:lang w:eastAsia="zh-CN"/>
        </w:rPr>
        <w:br/>
      </w:r>
      <w:r>
        <w:rPr>
          <w:lang w:eastAsia="zh-CN"/>
        </w:rPr>
        <w:t>　　9款心意已为您备好，</w:t>
      </w:r>
      <w:r>
        <w:rPr>
          <w:lang w:eastAsia="zh-CN"/>
        </w:rPr>
        <w:br/>
      </w:r>
      <w:r>
        <w:rPr>
          <w:lang w:eastAsia="zh-CN"/>
        </w:rPr>
        <w:t>　　4款纸质方盒[礼物]（绿野仙踪，粉色年华</w:t>
      </w:r>
      <w:r>
        <w:rPr>
          <w:lang w:eastAsia="zh-CN"/>
        </w:rPr>
        <w:br/>
      </w:r>
      <w:r>
        <w:rPr>
          <w:lang w:eastAsia="zh-CN"/>
        </w:rPr>
        <w:t>　　一生平安）</w:t>
      </w:r>
      <w:r>
        <w:rPr>
          <w:lang w:eastAsia="zh-CN"/>
        </w:rPr>
        <w:br/>
      </w:r>
      <w:r>
        <w:rPr>
          <w:lang w:eastAsia="zh-CN"/>
        </w:rPr>
        <w:t>　　3款纸装爱心（佳期如梦，海洋之心，燃情岁月）</w:t>
      </w:r>
      <w:r>
        <w:rPr>
          <w:lang w:eastAsia="zh-CN"/>
        </w:rPr>
        <w:br/>
      </w:r>
      <w:r>
        <w:rPr>
          <w:lang w:eastAsia="zh-CN"/>
        </w:rPr>
        <w:t>　　2款镭射闪光桃心（一生挚爱，星情物语）</w:t>
      </w:r>
      <w:r>
        <w:rPr>
          <w:lang w:eastAsia="zh-CN"/>
        </w:rPr>
        <w:br/>
      </w:r>
      <w:r>
        <w:rPr>
          <w:lang w:eastAsia="zh-CN"/>
        </w:rPr>
        <w:t>　　亲，还在等什么，快让这颗神奇的平安果为您的情缘锦上添花！</w:t>
      </w:r>
      <w:r>
        <w:rPr>
          <w:lang w:eastAsia="zh-CN"/>
        </w:rPr>
        <w:br/>
      </w:r>
      <w:r>
        <w:rPr>
          <w:lang w:eastAsia="zh-CN"/>
        </w:rPr>
        <w:t>　　一二三四五六七，款款苹果属于你~</w:t>
      </w:r>
      <w:r>
        <w:rPr>
          <w:lang w:eastAsia="zh-CN"/>
        </w:rPr>
        <w:br/>
      </w:r>
      <w:r>
        <w:rPr>
          <w:lang w:eastAsia="zh-CN"/>
        </w:rPr>
        <w:t>　　一二三四五六七，我们等的好着急~</w:t>
      </w:r>
      <w:r>
        <w:rPr>
          <w:lang w:eastAsia="zh-CN"/>
        </w:rPr>
        <w:br/>
      </w:r>
      <w:r>
        <w:rPr>
          <w:lang w:eastAsia="zh-CN"/>
        </w:rPr>
        <w:t>　　快快行动，把小苹果带给你心爱的TA吧~</w:t>
      </w:r>
      <w:r>
        <w:rPr>
          <w:lang w:eastAsia="zh-CN"/>
        </w:rPr>
        <w:br/>
      </w:r>
      <w:r>
        <w:rPr>
          <w:lang w:eastAsia="zh-CN"/>
        </w:rPr>
        <w:t>　　绿野仙踪是绿色苹果粉色年华是粉色的哪个才子佳人是灰色的一生平安是那个格子的1佳期如梦是粉色纸盒子1海洋之心是那个蓝色的燃情岁月是紫色的一生挚爱是镭射红1剩下是镭射粉，才子佳人，</w:t>
      </w:r>
      <w:r>
        <w:rPr>
          <w:lang w:eastAsia="zh-CN"/>
        </w:rPr>
        <w:br/>
      </w:r>
      <w:r>
        <w:rPr>
          <w:lang w:eastAsia="zh-CN"/>
        </w:rPr>
        <w:t xml:space="preserve">    2024双11促销活动策划方案 篇6 </w:t>
      </w:r>
      <w:r>
        <w:rPr>
          <w:lang w:eastAsia="zh-CN"/>
        </w:rPr>
        <w:br/>
      </w:r>
      <w:r>
        <w:rPr>
          <w:lang w:eastAsia="zh-CN"/>
        </w:rPr>
        <w:t>　　活动时间：20__年3月10日―15日</w:t>
      </w:r>
      <w:r>
        <w:rPr>
          <w:lang w:eastAsia="zh-CN"/>
        </w:rPr>
        <w:br/>
      </w:r>
      <w:r>
        <w:rPr>
          <w:lang w:eastAsia="zh-CN"/>
        </w:rPr>
        <w:t>　　活动主题：情系3.15爱心连万家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活动地点：购物广场业态、综合超市</w:t>
      </w:r>
      <w:r>
        <w:rPr>
          <w:lang w:eastAsia="zh-CN"/>
        </w:rPr>
        <w:br/>
      </w:r>
      <w:r>
        <w:rPr>
          <w:lang w:eastAsia="zh-CN"/>
        </w:rPr>
        <w:t>　　副题：关注3.15投诉有理更有礼</w:t>
      </w:r>
      <w:r>
        <w:rPr>
          <w:lang w:eastAsia="zh-CN"/>
        </w:rPr>
        <w:br/>
      </w:r>
      <w:r>
        <w:rPr>
          <w:lang w:eastAsia="zh-CN"/>
        </w:rPr>
        <w:t>　　活动内容：</w:t>
      </w:r>
      <w:r>
        <w:rPr>
          <w:lang w:eastAsia="zh-CN"/>
        </w:rPr>
        <w:br/>
      </w:r>
      <w:r>
        <w:rPr>
          <w:lang w:eastAsia="zh-CN"/>
        </w:rPr>
        <w:t>　　一、超市“五优”郑重承诺</w:t>
      </w:r>
      <w:r>
        <w:rPr>
          <w:lang w:eastAsia="zh-CN"/>
        </w:rPr>
        <w:br/>
      </w:r>
      <w:r>
        <w:rPr>
          <w:lang w:eastAsia="zh-CN"/>
        </w:rPr>
        <w:t>　　1、优雅的购物环境：布置各大卖场，营造热闹的卖场气氛和环境。</w:t>
      </w:r>
      <w:r>
        <w:rPr>
          <w:lang w:eastAsia="zh-CN"/>
        </w:rPr>
        <w:br/>
      </w:r>
      <w:r>
        <w:rPr>
          <w:lang w:eastAsia="zh-CN"/>
        </w:rPr>
        <w:t>　　2、优质的商品质量：活动期间，凡在卖场内找到过期商品以及存在质量问题的商品，均可获得小礼品一份。</w:t>
      </w:r>
      <w:r>
        <w:rPr>
          <w:lang w:eastAsia="zh-CN"/>
        </w:rPr>
        <w:br/>
      </w:r>
      <w:r>
        <w:rPr>
          <w:lang w:eastAsia="zh-CN"/>
        </w:rPr>
        <w:t>　　3、优异的服务品质：3.15当日，凡到超市购物的顾客均可到服务台领取一份“服务质量有奖调查活动”表，填好后交回，即可获得佳用“好口杯”一个。</w:t>
      </w:r>
      <w:r>
        <w:rPr>
          <w:lang w:eastAsia="zh-CN"/>
        </w:rPr>
        <w:br/>
      </w:r>
      <w:r>
        <w:rPr>
          <w:lang w:eastAsia="zh-CN"/>
        </w:rPr>
        <w:t>　　4、优价的特卖活动：活动期间，推出一批特卖商品(确保质量和品质)，超低价促销。</w:t>
      </w:r>
      <w:r>
        <w:rPr>
          <w:lang w:eastAsia="zh-CN"/>
        </w:rPr>
        <w:br/>
      </w:r>
      <w:r>
        <w:rPr>
          <w:lang w:eastAsia="zh-CN"/>
        </w:rPr>
        <w:t>　　5、优厚的促销内容：推出一批百货和小食品进行买3送1活动。</w:t>
      </w:r>
      <w:r>
        <w:rPr>
          <w:lang w:eastAsia="zh-CN"/>
        </w:rPr>
        <w:br/>
      </w:r>
      <w:r>
        <w:rPr>
          <w:lang w:eastAsia="zh-CN"/>
        </w:rPr>
        <w:t>　　二.、超市诚信――与您互动消费者权益日.</w:t>
      </w:r>
      <w:r>
        <w:rPr>
          <w:lang w:eastAsia="zh-CN"/>
        </w:rPr>
        <w:br/>
      </w:r>
      <w:r>
        <w:rPr>
          <w:lang w:eastAsia="zh-CN"/>
        </w:rPr>
        <w:t>　　1、消法咨询：3月15日上午，由市消费者协会在第一购物广场门前设立咨询台，向消费者宣传消费者权益保护法的有关条款，并现场接受和处理维权投诉。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2、请您监督：提前招募消费者代表50名，3月15日下午在第一购物广场门前举行授权仪式，聘请他们为佳用公司的监督员，负责佳用各超市的商品质量监督工作，定期给公司提出各种整改意见和建议，根据所提建议的采用价值高低，佳用为其提供价值20――100元不等的纪念品。</w:t>
      </w:r>
      <w:r>
        <w:rPr>
          <w:lang w:eastAsia="zh-CN"/>
        </w:rPr>
        <w:br/>
      </w:r>
      <w:r>
        <w:rPr>
          <w:lang w:eastAsia="zh-CN"/>
        </w:rPr>
        <w:t>　　三、真情回馈消费者</w:t>
      </w:r>
      <w:r>
        <w:rPr>
          <w:lang w:eastAsia="zh-CN"/>
        </w:rPr>
        <w:br/>
      </w:r>
      <w:r>
        <w:rPr>
          <w:lang w:eastAsia="zh-CN"/>
        </w:rPr>
        <w:t>　　1、您的新衣我的心意</w:t>
      </w:r>
      <w:r>
        <w:rPr>
          <w:lang w:eastAsia="zh-CN"/>
        </w:rPr>
        <w:br/>
      </w:r>
      <w:r>
        <w:rPr>
          <w:lang w:eastAsia="zh-CN"/>
        </w:rPr>
        <w:t>　　①“告别冬天”服饰特卖：凡一次性购买所有特价冬季休闲服装、西装、风衣、羽绒服、羊绒衫满80元均可获赠价值10元左右的手套一双或精美纱巾一条;满120元获赠价值30元左右的棉拖鞋一双或围巾一条;满160元获赠价值50元的保暖内衣一套。(多买多送，送完为止)</w:t>
      </w:r>
      <w:r>
        <w:rPr>
          <w:lang w:eastAsia="zh-CN"/>
        </w:rPr>
        <w:br/>
      </w:r>
      <w:r>
        <w:rPr>
          <w:lang w:eastAsia="zh-CN"/>
        </w:rPr>
        <w:t>　　②“走进春天”新品热卖：凡一次性购买各品牌新品春装、休闲服饰、鞋类满120元均可获赠价值10元的礼品一份;满180元获赠价值20元的礼品一份;满220元获赠价值30元的礼品一份。(多买多送，送完为止)③童装展示发布：在时代店组织儿童时装表演，进行精品童装秀，尽显童真童趣，促进销售。</w:t>
      </w:r>
      <w:r>
        <w:rPr>
          <w:lang w:eastAsia="zh-CN"/>
        </w:rPr>
        <w:br/>
      </w:r>
      <w:r>
        <w:rPr>
          <w:lang w:eastAsia="zh-CN"/>
        </w:rPr>
        <w:t>　　凡购买模特身上的童装，均可获赠精美风筝一只;购买别的童装也可获得精美礼品一份。(多买多送，送完为止)</w:t>
      </w:r>
      <w:r>
        <w:rPr>
          <w:lang w:eastAsia="zh-CN"/>
        </w:rPr>
        <w:br/>
      </w:r>
      <w:r>
        <w:rPr>
          <w:lang w:eastAsia="zh-CN"/>
        </w:rPr>
        <w:t>　　2、虎年有好味养好您的胃</w:t>
      </w:r>
      <w:r>
        <w:rPr>
          <w:lang w:eastAsia="zh-CN"/>
        </w:rPr>
        <w:br/>
      </w:r>
      <w:r>
        <w:rPr>
          <w:lang w:eastAsia="zh-CN"/>
        </w:rPr>
        <w:t>　　①食品区：一批休闲小食品惊爆价促销。②生鲜区：⑴凡一次性购买生鲜满20元均可获赠鲜鸡蛋3只。(多买多送)</w:t>
      </w:r>
      <w:r>
        <w:rPr>
          <w:lang w:eastAsia="zh-CN"/>
        </w:rPr>
        <w:br/>
      </w:r>
      <w:r>
        <w:rPr>
          <w:lang w:eastAsia="zh-CN"/>
        </w:rPr>
        <w:t>　　⑵限时特价水果1元1斤。(3.15当天早上9：00――10：00、下午3：00――4：00、晚上8：00――9：00;每人限买2斤)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四、特别企划：情涌柳北超市――购物淘金在柳北来柳北超市，获幸运之奖：3.15当天，在超市内不同的地方放置10套加盖佳用印章的电脑打印字(佳用诚信购物放心)，如能找齐一套，即可到服务台换取价值50元的奖品一份。(每人限找一套)活动配合：商品行政部安排促销活动细则采购中心组织产品及联系供应商品安排促销活动营运部实施活动计划企划中心制定方案及实施广告项目广告支持：</w:t>
      </w:r>
      <w:r>
        <w:rPr>
          <w:lang w:eastAsia="zh-CN"/>
        </w:rPr>
        <w:br/>
      </w:r>
      <w:r>
        <w:rPr>
          <w:lang w:eastAsia="zh-CN"/>
        </w:rPr>
        <w:t>　　1、广播电视报(1期)</w:t>
      </w:r>
      <w:r>
        <w:rPr>
          <w:lang w:eastAsia="zh-CN"/>
        </w:rPr>
        <w:br/>
      </w:r>
      <w:r>
        <w:rPr>
          <w:lang w:eastAsia="zh-CN"/>
        </w:rPr>
        <w:t>　　2、柳州日报、晚报中缝(3期提前2天发布)</w:t>
      </w:r>
      <w:r>
        <w:rPr>
          <w:lang w:eastAsia="zh-CN"/>
        </w:rPr>
        <w:br/>
      </w:r>
      <w:r>
        <w:rPr>
          <w:lang w:eastAsia="zh-CN"/>
        </w:rPr>
        <w:t>　　马上就是一年一度的“3.15”消费者权益保护日了，为了提高我们市区专卖店形象和品牌，以及知名度，提高销售量。并且在即将来临的淡季进行销售量的提升，特此以“3.15”为主题设立一种促销方案，具体如下：</w:t>
      </w:r>
      <w:r>
        <w:rPr>
          <w:lang w:eastAsia="zh-CN"/>
        </w:rPr>
        <w:br/>
      </w:r>
      <w:r>
        <w:rPr>
          <w:lang w:eastAsia="zh-CN"/>
        </w:rPr>
        <w:t>　　1：活动的时间：3.8-3.15，日期为一周。</w:t>
      </w:r>
      <w:r>
        <w:rPr>
          <w:lang w:eastAsia="zh-CN"/>
        </w:rPr>
        <w:br/>
      </w:r>
      <w:r>
        <w:rPr>
          <w:lang w:eastAsia="zh-CN"/>
        </w:rPr>
        <w:t>　　2：活动的地点：市区，县区的手机卖场</w:t>
      </w:r>
      <w:r>
        <w:rPr>
          <w:lang w:eastAsia="zh-CN"/>
        </w:rPr>
        <w:br/>
      </w:r>
      <w:r>
        <w:rPr>
          <w:lang w:eastAsia="zh-CN"/>
        </w:rPr>
        <w:t>　　3：准备工作：</w:t>
      </w:r>
      <w:r>
        <w:rPr>
          <w:lang w:eastAsia="zh-CN"/>
        </w:rPr>
        <w:br/>
      </w:r>
      <w:r>
        <w:rPr>
          <w:lang w:eastAsia="zh-CN"/>
        </w:rPr>
        <w:t>　　1)卖场内需准备好促销的机型，价格标签，促销机的功能介绍。</w:t>
      </w:r>
      <w:r>
        <w:rPr>
          <w:lang w:eastAsia="zh-CN"/>
        </w:rPr>
        <w:br/>
      </w:r>
      <w:r>
        <w:rPr>
          <w:lang w:eastAsia="zh-CN"/>
        </w:rPr>
        <w:t>　　2)详细了解各厂家是否有促销活动，这样可以借用厂家促销的机型做为亮点，可以有效的降低成本;</w:t>
      </w:r>
      <w:r>
        <w:rPr>
          <w:lang w:eastAsia="zh-CN"/>
        </w:rPr>
        <w:br/>
      </w:r>
      <w:r>
        <w:rPr>
          <w:lang w:eastAsia="zh-CN"/>
        </w:rPr>
        <w:t>　　3)营业员以及促销员的培训，对有针对性的机型进行特训，以增加活动期间的销量;</w:t>
      </w:r>
      <w:r>
        <w:rPr>
          <w:lang w:eastAsia="zh-CN"/>
        </w:rPr>
        <w:br/>
      </w:r>
      <w:r>
        <w:rPr>
          <w:lang w:eastAsia="zh-CN"/>
        </w:rPr>
        <w:t>　　4)宣传单页(a4)，促销dm单，店面外展版/喷绘(尺寸待定)，汽车促销宣传以及宣传词。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5)卖场内的布置：吊旗悬挂，气拱门的安放，气球的布置，以及促销服装的准备，货源的准备等。</w:t>
      </w:r>
      <w:r>
        <w:rPr>
          <w:lang w:eastAsia="zh-CN"/>
        </w:rPr>
        <w:br/>
      </w:r>
      <w:r>
        <w:rPr>
          <w:lang w:eastAsia="zh-CN"/>
        </w:rPr>
        <w:t>　　4：活动的内容：</w:t>
      </w:r>
      <w:r>
        <w:rPr>
          <w:lang w:eastAsia="zh-CN"/>
        </w:rPr>
        <w:br/>
      </w:r>
      <w:r>
        <w:rPr>
          <w:lang w:eastAsia="zh-CN"/>
        </w:rPr>
        <w:t>　　1)与卖场的老板协商，投入一部分资金进行礼品的购买：手机挂绳，屏保，环保袋等，以此吸引路过的行人，以此增加人气。</w:t>
      </w:r>
      <w:r>
        <w:rPr>
          <w:lang w:eastAsia="zh-CN"/>
        </w:rPr>
        <w:br/>
      </w:r>
      <w:r>
        <w:rPr>
          <w:lang w:eastAsia="zh-CN"/>
        </w:rPr>
        <w:t>　　2)找当地的文艺团体进行一些提高人气的演出以此提高人气不旺时的补救工作，如：锣鼓齐鸣，本土舞蹈等，并且可以吸引更多的路人来参加我们的活动，并为开场进行人员的聚拢。</w:t>
      </w:r>
      <w:r>
        <w:rPr>
          <w:lang w:eastAsia="zh-CN"/>
        </w:rPr>
        <w:br/>
      </w:r>
      <w:r>
        <w:rPr>
          <w:lang w:eastAsia="zh-CN"/>
        </w:rPr>
        <w:t>　　3)准备一些很简单的关于3.8/3.15的问题及游戏，使消费者看到获得奖品的希望，从而调动顾客参与积极性;</w:t>
      </w:r>
      <w:r>
        <w:rPr>
          <w:lang w:eastAsia="zh-CN"/>
        </w:rPr>
        <w:br/>
      </w:r>
      <w:r>
        <w:rPr>
          <w:lang w:eastAsia="zh-CN"/>
        </w:rPr>
        <w:t>　　4)针对消费者心理及习惯，设计一档简单好玩的游戏：请活动现场的各位有兴趣参加的顾客进行写短信比赛，编写“老婆，你辛苦了。”发送至指定号码。以最短时间编写者为胜，并设置其奖品;或者在现场设置捅气球看纸条，并获得奖品的形式来调动顾客的积极性。</w:t>
      </w:r>
      <w:r>
        <w:rPr>
          <w:lang w:eastAsia="zh-CN"/>
        </w:rPr>
        <w:br/>
      </w:r>
      <w:r>
        <w:rPr>
          <w:lang w:eastAsia="zh-CN"/>
        </w:rPr>
        <w:t>　　5)举行店内购机抽奖活动：购机在500元以上者(含500)即可参加抽奖，具体奖品待定。</w:t>
      </w:r>
      <w:r>
        <w:rPr>
          <w:lang w:eastAsia="zh-CN"/>
        </w:rPr>
        <w:br/>
      </w:r>
      <w:r>
        <w:rPr>
          <w:lang w:eastAsia="zh-CN"/>
        </w:rPr>
        <w:t>　　6)团购机型，比如购买宝捷讯系列手机超过6部的团体，赠送饮水机一台，等</w:t>
      </w:r>
      <w:r>
        <w:rPr>
          <w:lang w:eastAsia="zh-CN"/>
        </w:rPr>
        <w:br/>
      </w:r>
      <w:r>
        <w:rPr>
          <w:lang w:eastAsia="zh-CN"/>
        </w:rPr>
        <w:t>　　5：活动安排：</w:t>
      </w:r>
      <w:r>
        <w:rPr>
          <w:lang w:eastAsia="zh-CN"/>
        </w:rPr>
        <w:br/>
      </w:r>
      <w:r>
        <w:rPr>
          <w:lang w:eastAsia="zh-CN"/>
        </w:rPr>
        <w:t>　　1)鸣炮，民间文艺团体锣鼓齐鸣，开场舞蹈表演。</w:t>
      </w:r>
      <w:r>
        <w:rPr>
          <w:lang w:eastAsia="zh-CN"/>
        </w:rPr>
        <w:br/>
      </w:r>
      <w:r>
        <w:rPr>
          <w:lang w:eastAsia="zh-CN"/>
        </w:rPr>
        <w:t>　　2)司仪讲开场白并安排卖场经理致辞和讲话，活动开始。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3)由模特展示本次活动的促销机型(模特需要各个年龄段都有，以此显示手机的多样性)</w:t>
      </w:r>
      <w:r>
        <w:rPr>
          <w:lang w:eastAsia="zh-CN"/>
        </w:rPr>
        <w:br/>
      </w:r>
      <w:r>
        <w:rPr>
          <w:lang w:eastAsia="zh-CN"/>
        </w:rPr>
        <w:t>　　4)现场的互动节目，并现场进行颁奖(奖品：手机)让消费者稳定心态。</w:t>
      </w:r>
      <w:r>
        <w:rPr>
          <w:lang w:eastAsia="zh-CN"/>
        </w:rPr>
        <w:br/>
      </w:r>
      <w:r>
        <w:rPr>
          <w:lang w:eastAsia="zh-CN"/>
        </w:rPr>
        <w:t>　　5)文艺演出(略)</w:t>
      </w:r>
      <w:r>
        <w:rPr>
          <w:lang w:eastAsia="zh-CN"/>
        </w:rPr>
        <w:br/>
      </w:r>
      <w:r>
        <w:rPr>
          <w:lang w:eastAsia="zh-CN"/>
        </w:rPr>
        <w:t xml:space="preserve">    2024双11促销活动策划方案 篇7 </w:t>
      </w:r>
      <w:r>
        <w:rPr>
          <w:lang w:eastAsia="zh-CN"/>
        </w:rPr>
        <w:br/>
      </w:r>
      <w:r>
        <w:rPr>
          <w:lang w:eastAsia="zh-CN"/>
        </w:rPr>
        <w:t>　　活动主题：</w:t>
      </w:r>
      <w:r>
        <w:rPr>
          <w:lang w:eastAsia="zh-CN"/>
        </w:rPr>
        <w:br/>
      </w:r>
      <w:r>
        <w:rPr>
          <w:lang w:eastAsia="zh-CN"/>
        </w:rPr>
        <w:t>　　岁月无声--真爱永恒</w:t>
      </w:r>
      <w:r>
        <w:rPr>
          <w:lang w:eastAsia="zh-CN"/>
        </w:rPr>
        <w:br/>
      </w:r>
      <w:r>
        <w:rPr>
          <w:lang w:eastAsia="zh-CN"/>
        </w:rPr>
        <w:t>　　活动时间：</w:t>
      </w:r>
      <w:r>
        <w:rPr>
          <w:lang w:eastAsia="zh-CN"/>
        </w:rPr>
        <w:br/>
      </w:r>
      <w:r>
        <w:rPr>
          <w:lang w:eastAsia="zh-CN"/>
        </w:rPr>
        <w:t>　　20__年5月20日</w:t>
      </w:r>
      <w:r>
        <w:rPr>
          <w:lang w:eastAsia="zh-CN"/>
        </w:rPr>
        <w:br/>
      </w:r>
      <w:r>
        <w:rPr>
          <w:lang w:eastAsia="zh-CN"/>
        </w:rPr>
        <w:t>　　活动地点：</w:t>
      </w:r>
      <w:r>
        <w:rPr>
          <w:lang w:eastAsia="zh-CN"/>
        </w:rPr>
        <w:br/>
      </w:r>
      <w:r>
        <w:rPr>
          <w:lang w:eastAsia="zh-CN"/>
        </w:rPr>
        <w:t>　　店面及周边区域</w:t>
      </w:r>
      <w:r>
        <w:rPr>
          <w:lang w:eastAsia="zh-CN"/>
        </w:rPr>
        <w:br/>
      </w:r>
      <w:r>
        <w:rPr>
          <w:lang w:eastAsia="zh-CN"/>
        </w:rPr>
        <w:t>　　主题阐述：</w:t>
      </w:r>
      <w:r>
        <w:rPr>
          <w:lang w:eastAsia="zh-CN"/>
        </w:rPr>
        <w:br/>
      </w:r>
      <w:r>
        <w:rPr>
          <w:lang w:eastAsia="zh-CN"/>
        </w:rPr>
        <w:t>　　主题突出了珠宝店借网络情人节这一隆重主题，为顾客送去温馨浪漫的服务心愿。</w:t>
      </w:r>
      <w:r>
        <w:rPr>
          <w:lang w:eastAsia="zh-CN"/>
        </w:rPr>
        <w:br/>
      </w:r>
      <w:r>
        <w:rPr>
          <w:lang w:eastAsia="zh-CN"/>
        </w:rPr>
        <w:t>　　活动目的：</w:t>
      </w:r>
      <w:r>
        <w:rPr>
          <w:lang w:eastAsia="zh-CN"/>
        </w:rPr>
        <w:br/>
      </w:r>
      <w:r>
        <w:rPr>
          <w:lang w:eastAsia="zh-CN"/>
        </w:rPr>
        <w:t>　　以温馨、浪漫、狂欢及游戏类活动为主，配合网络情人节这一新潮主题。密切公司与新老业主、客户之间的关系，树立公司口碑，增强客户对于及公司的认同。树立网络情人节期间活动影响店面强劲品牌。通过本次活动，使公司形象和社会美誉度进一步提升。</w:t>
      </w:r>
      <w:r>
        <w:rPr>
          <w:lang w:eastAsia="zh-CN"/>
        </w:rPr>
        <w:br/>
      </w:r>
      <w:r>
        <w:rPr>
          <w:lang w:eastAsia="zh-CN"/>
        </w:rPr>
        <w:t>　　具体活动方案1：进门有喜</w:t>
      </w:r>
      <w:r>
        <w:rPr>
          <w:lang w:eastAsia="zh-CN"/>
        </w:rPr>
        <w:br/>
      </w:r>
      <w:r>
        <w:rPr>
          <w:lang w:eastAsia="zh-CN"/>
        </w:rPr>
        <w:t>　　凡活动当天前10名购物者，送价值688元的钻石戒指一枚;</w:t>
      </w:r>
      <w:r>
        <w:rPr>
          <w:lang w:eastAsia="zh-CN"/>
        </w:rPr>
        <w:br/>
      </w:r>
      <w:r>
        <w:rPr>
          <w:lang w:eastAsia="zh-CN"/>
        </w:rPr>
        <w:t>　　并于活动当天定时限量发售价格68元的彩金戒指100枚;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并送玫瑰花一枝。</w:t>
      </w:r>
      <w:r>
        <w:rPr>
          <w:lang w:eastAsia="zh-CN"/>
        </w:rPr>
        <w:br/>
      </w:r>
      <w:r>
        <w:rPr>
          <w:lang w:eastAsia="zh-CN"/>
        </w:rPr>
        <w:t>　　具体活动方案2：吸乒乓球表演赛</w:t>
      </w:r>
      <w:r>
        <w:rPr>
          <w:lang w:eastAsia="zh-CN"/>
        </w:rPr>
        <w:br/>
      </w:r>
      <w:r>
        <w:rPr>
          <w:lang w:eastAsia="zh-CN"/>
        </w:rPr>
        <w:t>　　主题：“吸引力”的秘密</w:t>
      </w:r>
      <w:r>
        <w:rPr>
          <w:lang w:eastAsia="zh-CN"/>
        </w:rPr>
        <w:br/>
      </w:r>
      <w:r>
        <w:rPr>
          <w:lang w:eastAsia="zh-CN"/>
        </w:rPr>
        <w:t>　　所获奖项：最具吸引力奖</w:t>
      </w:r>
      <w:r>
        <w:rPr>
          <w:lang w:eastAsia="zh-CN"/>
        </w:rPr>
        <w:br/>
      </w:r>
      <w:r>
        <w:rPr>
          <w:lang w:eastAsia="zh-CN"/>
        </w:rPr>
        <w:t>　　组织方式：随机从现场全体人员中抽取幸运情侣/家庭四组，每组选择一人负责用吸管将乒乓球从一处吸起放到另一处，一人负责拿着托盘或者小篮盛放吸起的乒乓球，时间三分钟，吸的最多情侣/家庭为胜者。本比赛分为两轮，每轮四组，获胜者均可获得最具吸引力奖，</w:t>
      </w:r>
      <w:r>
        <w:rPr>
          <w:lang w:eastAsia="zh-CN"/>
        </w:rPr>
        <w:br/>
      </w:r>
      <w:r>
        <w:rPr>
          <w:lang w:eastAsia="zh-CN"/>
        </w:rPr>
        <w:t>　　奖励机制：获奖者可得到由公司奖励的精美钻饰一件。</w:t>
      </w:r>
      <w:r>
        <w:rPr>
          <w:lang w:eastAsia="zh-CN"/>
        </w:rPr>
        <w:br/>
      </w:r>
      <w:r>
        <w:rPr>
          <w:lang w:eastAsia="zh-CN"/>
        </w:rPr>
        <w:t>　　具体活动方案3：女士盖上红盖头为男士打领带。</w:t>
      </w:r>
      <w:r>
        <w:rPr>
          <w:lang w:eastAsia="zh-CN"/>
        </w:rPr>
        <w:br/>
      </w:r>
      <w:r>
        <w:rPr>
          <w:lang w:eastAsia="zh-CN"/>
        </w:rPr>
        <w:t>　　主题：我们的爱如此默契</w:t>
      </w:r>
      <w:r>
        <w:rPr>
          <w:lang w:eastAsia="zh-CN"/>
        </w:rPr>
        <w:br/>
      </w:r>
      <w:r>
        <w:rPr>
          <w:lang w:eastAsia="zh-CN"/>
        </w:rPr>
        <w:t>　　所获奖项：最佳默契情人奖</w:t>
      </w:r>
      <w:r>
        <w:rPr>
          <w:lang w:eastAsia="zh-CN"/>
        </w:rPr>
        <w:br/>
      </w:r>
      <w:r>
        <w:rPr>
          <w:lang w:eastAsia="zh-CN"/>
        </w:rPr>
        <w:t>　　组织方式：随机抽取4对情侣或者夫妇，女士用红盖头盖住头部，蒙面为男士打领结，有偷看者算为违例，取消比赛资格速度最快、打的最好的为胜者。本比赛分为两轮，每轮四对，获胜者均可获得最佳默契情人奖。</w:t>
      </w:r>
      <w:r>
        <w:rPr>
          <w:lang w:eastAsia="zh-CN"/>
        </w:rPr>
        <w:br/>
      </w:r>
      <w:r>
        <w:rPr>
          <w:lang w:eastAsia="zh-CN"/>
        </w:rPr>
        <w:t>　　比赛监督：现场客户报名或者随机抽取</w:t>
      </w:r>
      <w:r>
        <w:rPr>
          <w:lang w:eastAsia="zh-CN"/>
        </w:rPr>
        <w:br/>
      </w:r>
      <w:r>
        <w:rPr>
          <w:lang w:eastAsia="zh-CN"/>
        </w:rPr>
        <w:t>　　奖励机制：获奖者可得到由公司奖励的精美钻饰一件。</w:t>
      </w:r>
      <w:r>
        <w:rPr>
          <w:lang w:eastAsia="zh-CN"/>
        </w:rPr>
        <w:br/>
      </w:r>
      <w:r>
        <w:rPr>
          <w:lang w:eastAsia="zh-CN"/>
        </w:rPr>
        <w:t xml:space="preserve">    2024双11促销活动策划方案 篇8 </w:t>
      </w:r>
      <w:r>
        <w:rPr>
          <w:lang w:eastAsia="zh-CN"/>
        </w:rPr>
        <w:br/>
      </w:r>
      <w:r>
        <w:rPr>
          <w:lang w:eastAsia="zh-CN"/>
        </w:rPr>
        <w:t>　　一：春节酒店的布置及装饰；</w:t>
      </w:r>
      <w:r>
        <w:rPr>
          <w:lang w:eastAsia="zh-CN"/>
        </w:rPr>
        <w:br/>
      </w:r>
      <w:r>
        <w:rPr>
          <w:lang w:eastAsia="zh-CN"/>
        </w:rPr>
        <w:t>　　1， 主景点布置：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大厅外：考虑到酒店大堂比较小，不能摆大气的装饰，今年准备在大厅外空地做一个三米高的'城堡及风车装饰（木工制作），在酒店大门处放一个春老人，增加春节气氛。（包括周边装饰一起费用预算1500元）。</w:t>
      </w:r>
      <w:r>
        <w:rPr>
          <w:lang w:eastAsia="zh-CN"/>
        </w:rPr>
        <w:br/>
      </w:r>
      <w:r>
        <w:rPr>
          <w:lang w:eastAsia="zh-CN"/>
        </w:rPr>
        <w:t>　　大堂：大堂准备摆两个景点：一是总台前做一个长城雪景图（木工制作， 费用预算1000元）；二是在客梯前空地做一个（用泡木雕， 费用预算500元）。</w:t>
      </w:r>
      <w:r>
        <w:rPr>
          <w:lang w:eastAsia="zh-CN"/>
        </w:rPr>
        <w:br/>
      </w:r>
      <w:r>
        <w:rPr>
          <w:lang w:eastAsia="zh-CN"/>
        </w:rPr>
        <w:t>　　二楼楼梯口：放一颗精美的春树。（ 费用预算200元）</w:t>
      </w:r>
      <w:r>
        <w:rPr>
          <w:lang w:eastAsia="zh-CN"/>
        </w:rPr>
        <w:br/>
      </w:r>
      <w:r>
        <w:rPr>
          <w:lang w:eastAsia="zh-CN"/>
        </w:rPr>
        <w:t>　　咖啡厅：以气球和装饰灯，喷绘为主体装饰物。（500元）</w:t>
      </w:r>
      <w:r>
        <w:rPr>
          <w:lang w:eastAsia="zh-CN"/>
        </w:rPr>
        <w:br/>
      </w:r>
      <w:r>
        <w:rPr>
          <w:lang w:eastAsia="zh-CN"/>
        </w:rPr>
        <w:t>　　大厅内外柱子：以灯和喷绘做主体装饰物（800元）</w:t>
      </w:r>
      <w:r>
        <w:rPr>
          <w:lang w:eastAsia="zh-CN"/>
        </w:rPr>
        <w:br/>
      </w:r>
      <w:r>
        <w:rPr>
          <w:lang w:eastAsia="zh-CN"/>
        </w:rPr>
        <w:t>　　2， 其他：</w:t>
      </w:r>
      <w:r>
        <w:rPr>
          <w:lang w:eastAsia="zh-CN"/>
        </w:rPr>
        <w:br/>
      </w:r>
      <w:r>
        <w:rPr>
          <w:lang w:eastAsia="zh-CN"/>
        </w:rPr>
        <w:t>　　四楼多功能厅晚会场地及走廊，三楼电梯口，二十一楼电梯口，二楼大厅及包房，客房走廊以及其他各营业区尽量用去年的存品，估计仍须采购物品9000元。</w:t>
      </w:r>
      <w:r>
        <w:rPr>
          <w:lang w:eastAsia="zh-CN"/>
        </w:rPr>
        <w:br/>
      </w:r>
      <w:r>
        <w:rPr>
          <w:lang w:eastAsia="zh-CN"/>
        </w:rPr>
        <w:t>　　3、礼品：主要是春节当晚在各营业区及晚会现场所发的礼品和在客房常客，商务客人所送的礼品，预计礼品费用1500元。</w:t>
      </w:r>
      <w:r>
        <w:rPr>
          <w:lang w:eastAsia="zh-CN"/>
        </w:rPr>
        <w:br/>
      </w:r>
      <w:r>
        <w:rPr>
          <w:lang w:eastAsia="zh-CN"/>
        </w:rPr>
        <w:t>　　以上共计预算费用15000元。</w:t>
      </w:r>
      <w:r>
        <w:rPr>
          <w:lang w:eastAsia="zh-CN"/>
        </w:rPr>
        <w:br/>
      </w:r>
      <w:r>
        <w:rPr>
          <w:lang w:eastAsia="zh-CN"/>
        </w:rPr>
        <w:t>　　二：春节主题活动安排：</w:t>
      </w:r>
      <w:r>
        <w:rPr>
          <w:lang w:eastAsia="zh-CN"/>
        </w:rPr>
        <w:br/>
      </w:r>
      <w:r>
        <w:rPr>
          <w:lang w:eastAsia="zh-CN"/>
        </w:rPr>
        <w:t>　　1、 平安夜，狂欢夜自助大餐</w:t>
      </w:r>
      <w:r>
        <w:rPr>
          <w:lang w:eastAsia="zh-CN"/>
        </w:rPr>
        <w:br/>
      </w:r>
      <w:r>
        <w:rPr>
          <w:lang w:eastAsia="zh-CN"/>
        </w:rPr>
        <w:t>　　时间：20__年12月28日、29日18：00——20：00</w:t>
      </w:r>
      <w:r>
        <w:rPr>
          <w:lang w:eastAsia="zh-CN"/>
        </w:rPr>
        <w:br/>
      </w:r>
      <w:r>
        <w:rPr>
          <w:lang w:eastAsia="zh-CN"/>
        </w:rPr>
        <w:t>　　地点：四楼多功能厅，二楼大厅</w:t>
      </w:r>
      <w:r>
        <w:rPr>
          <w:lang w:eastAsia="zh-CN"/>
        </w:rPr>
        <w:br/>
      </w:r>
      <w:r>
        <w:rPr>
          <w:lang w:eastAsia="zh-CN"/>
        </w:rPr>
        <w:t>　　规模：四楼260人/场，二楼160人/场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内容：大型自助餐，综合性文艺节目，大型抽奖活动。（奖品以赞助为主）</w:t>
      </w:r>
      <w:r>
        <w:rPr>
          <w:lang w:eastAsia="zh-CN"/>
        </w:rPr>
        <w:br/>
      </w:r>
      <w:r>
        <w:rPr>
          <w:lang w:eastAsia="zh-CN"/>
        </w:rPr>
        <w:t>　　气氛布置：热烈、明亮、欢快</w:t>
      </w:r>
      <w:r>
        <w:rPr>
          <w:lang w:eastAsia="zh-CN"/>
        </w:rPr>
        <w:br/>
      </w:r>
      <w:r>
        <w:rPr>
          <w:lang w:eastAsia="zh-CN"/>
        </w:rPr>
        <w:t>　　票价：比去年提高，今年以提高票价，控制人数为原则。</w:t>
      </w:r>
      <w:r>
        <w:rPr>
          <w:lang w:eastAsia="zh-CN"/>
        </w:rPr>
        <w:br/>
      </w:r>
      <w:r>
        <w:rPr>
          <w:lang w:eastAsia="zh-CN"/>
        </w:rPr>
        <w:t>　　二楼：——————元/张儿童票半价（无套票）</w:t>
      </w:r>
      <w:r>
        <w:rPr>
          <w:lang w:eastAsia="zh-CN"/>
        </w:rPr>
        <w:br/>
      </w:r>
      <w:r>
        <w:rPr>
          <w:lang w:eastAsia="zh-CN"/>
        </w:rPr>
        <w:t>　　四楼： ——————元/张儿童票半价</w:t>
      </w:r>
      <w:r>
        <w:rPr>
          <w:lang w:eastAsia="zh-CN"/>
        </w:rPr>
        <w:br/>
      </w:r>
      <w:r>
        <w:rPr>
          <w:lang w:eastAsia="zh-CN"/>
        </w:rPr>
        <w:t>　　套票：——————元/张（两大一小）</w:t>
      </w:r>
      <w:r>
        <w:rPr>
          <w:lang w:eastAsia="zh-CN"/>
        </w:rPr>
        <w:br/>
      </w:r>
      <w:r>
        <w:rPr>
          <w:lang w:eastAsia="zh-CN"/>
        </w:rPr>
        <w:t>　　节目安排：由娱乐部负责，中间穿插抽奖活动，市场营销部负责节目审核和总协调。动力部在二楼安装电视同步播放器，同时播放四楼晚会节目及抽奖活动，四楼抽奖对二楼同时有效。</w:t>
      </w:r>
      <w:r>
        <w:rPr>
          <w:lang w:eastAsia="zh-CN"/>
        </w:rPr>
        <w:br/>
      </w:r>
      <w:r>
        <w:rPr>
          <w:lang w:eastAsia="zh-CN"/>
        </w:rPr>
        <w:t>　　2、 烛光晚宴：</w:t>
      </w:r>
      <w:r>
        <w:rPr>
          <w:lang w:eastAsia="zh-CN"/>
        </w:rPr>
        <w:br/>
      </w:r>
      <w:r>
        <w:rPr>
          <w:lang w:eastAsia="zh-CN"/>
        </w:rPr>
        <w:t>　　时间：20__年12月28日、29日19：00——22：00</w:t>
      </w:r>
      <w:r>
        <w:rPr>
          <w:lang w:eastAsia="zh-CN"/>
        </w:rPr>
        <w:br/>
      </w:r>
      <w:r>
        <w:rPr>
          <w:lang w:eastAsia="zh-CN"/>
        </w:rPr>
        <w:t>　　地点：21楼旋转餐厅</w:t>
      </w:r>
      <w:r>
        <w:rPr>
          <w:lang w:eastAsia="zh-CN"/>
        </w:rPr>
        <w:br/>
      </w:r>
      <w:r>
        <w:rPr>
          <w:lang w:eastAsia="zh-CN"/>
        </w:rPr>
        <w:t>　　规模：80——100人</w:t>
      </w:r>
      <w:r>
        <w:rPr>
          <w:lang w:eastAsia="zh-CN"/>
        </w:rPr>
        <w:br/>
      </w:r>
      <w:r>
        <w:rPr>
          <w:lang w:eastAsia="zh-CN"/>
        </w:rPr>
        <w:t>　　内容：烛光晚宴、家庭套餐。适合家庭、情侣。</w:t>
      </w:r>
      <w:r>
        <w:rPr>
          <w:lang w:eastAsia="zh-CN"/>
        </w:rPr>
        <w:br/>
      </w:r>
      <w:r>
        <w:rPr>
          <w:lang w:eastAsia="zh-CN"/>
        </w:rPr>
        <w:t>　　气氛布置：全场烛光，放轻音乐，强调安静祥和，浪漫温馨气氛。</w:t>
      </w:r>
      <w:r>
        <w:rPr>
          <w:lang w:eastAsia="zh-CN"/>
        </w:rPr>
        <w:br/>
      </w:r>
      <w:r>
        <w:rPr>
          <w:lang w:eastAsia="zh-CN"/>
        </w:rPr>
        <w:t>　　票价：______元/张儿童票半价 _______元/张（两大一小）</w:t>
      </w:r>
      <w:r>
        <w:rPr>
          <w:lang w:eastAsia="zh-CN"/>
        </w:rPr>
        <w:br/>
      </w:r>
      <w:r>
        <w:rPr>
          <w:lang w:eastAsia="zh-CN"/>
        </w:rPr>
        <w:t>　　（以上演员及主持人费用由娱乐部另呈领导批示）</w:t>
      </w:r>
      <w:r>
        <w:rPr>
          <w:lang w:eastAsia="zh-CN"/>
        </w:rPr>
        <w:br/>
      </w:r>
      <w:r>
        <w:rPr>
          <w:lang w:eastAsia="zh-CN"/>
        </w:rPr>
        <w:t>　　三：KTV狂欢春晚晚场</w:t>
      </w:r>
      <w:r>
        <w:rPr>
          <w:lang w:eastAsia="zh-CN"/>
        </w:rPr>
        <w:br/>
      </w:r>
      <w:r>
        <w:rPr>
          <w:lang w:eastAsia="zh-CN"/>
        </w:rPr>
        <w:t>　　时间：20__年12月28日、29日19：00——24：00 24：00——凌晨7：00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地点：四楼歌舞厅</w:t>
      </w:r>
      <w:r>
        <w:rPr>
          <w:lang w:eastAsia="zh-CN"/>
        </w:rPr>
        <w:br/>
      </w:r>
      <w:r>
        <w:rPr>
          <w:lang w:eastAsia="zh-CN"/>
        </w:rPr>
        <w:t>　　规模：所有包房</w:t>
      </w:r>
      <w:r>
        <w:rPr>
          <w:lang w:eastAsia="zh-CN"/>
        </w:rPr>
        <w:br/>
      </w:r>
      <w:r>
        <w:rPr>
          <w:lang w:eastAsia="zh-CN"/>
        </w:rPr>
        <w:t>　　内容：1、包房价格上涨</w:t>
      </w:r>
      <w:r>
        <w:rPr>
          <w:lang w:eastAsia="zh-CN"/>
        </w:rPr>
        <w:br/>
      </w:r>
      <w:r>
        <w:rPr>
          <w:lang w:eastAsia="zh-CN"/>
        </w:rPr>
        <w:t>　　小包房：晚场580元/场（送啤酒4瓶，大果盘一份，大碟两份。清茶免费），晚晚场380元/场（清茶免费）。</w:t>
      </w:r>
      <w:r>
        <w:rPr>
          <w:lang w:eastAsia="zh-CN"/>
        </w:rPr>
        <w:br/>
      </w:r>
      <w:r>
        <w:rPr>
          <w:lang w:eastAsia="zh-CN"/>
        </w:rPr>
        <w:t>　　中包房：晚场1280元/场（送啤酒12瓶，大果盘二份，大碟八份，清茶免费），晚晚场580元/场（清茶免费）。</w:t>
      </w:r>
      <w:r>
        <w:rPr>
          <w:lang w:eastAsia="zh-CN"/>
        </w:rPr>
        <w:br/>
      </w:r>
      <w:r>
        <w:rPr>
          <w:lang w:eastAsia="zh-CN"/>
        </w:rPr>
        <w:t>　　大包房：晚场1580元/场（送啤酒24瓶，大果盘三份，大碟十二份，清茶免费）晚晚场880元/场（清茶免费）。</w:t>
      </w:r>
      <w:r>
        <w:rPr>
          <w:lang w:eastAsia="zh-CN"/>
        </w:rPr>
        <w:br/>
      </w:r>
      <w:r>
        <w:rPr>
          <w:lang w:eastAsia="zh-CN"/>
        </w:rPr>
        <w:t xml:space="preserve">    2024双11促销活动策划方案 篇9 </w:t>
      </w:r>
      <w:r>
        <w:rPr>
          <w:lang w:eastAsia="zh-CN"/>
        </w:rPr>
        <w:br/>
      </w:r>
      <w:r>
        <w:rPr>
          <w:lang w:eastAsia="zh-CN"/>
        </w:rPr>
        <w:t>　　一、活动背景</w:t>
      </w:r>
      <w:r>
        <w:rPr>
          <w:lang w:eastAsia="zh-CN"/>
        </w:rPr>
        <w:br/>
      </w:r>
      <w:r>
        <w:rPr>
          <w:lang w:eastAsia="zh-CN"/>
        </w:rPr>
        <w:t>　　母亲节是一个感恩母亲的节日，正与中国人的孝道情感相吻合，非常适合促销活动的开展，同时，五一促销的缩水，正好可以由母亲节促销活动做为后补。</w:t>
      </w:r>
      <w:r>
        <w:rPr>
          <w:lang w:eastAsia="zh-CN"/>
        </w:rPr>
        <w:br/>
      </w:r>
      <w:r>
        <w:rPr>
          <w:lang w:eastAsia="zh-CN"/>
        </w:rPr>
        <w:t>　　二、活动目的</w:t>
      </w:r>
      <w:r>
        <w:rPr>
          <w:lang w:eastAsia="zh-CN"/>
        </w:rPr>
        <w:br/>
      </w:r>
      <w:r>
        <w:rPr>
          <w:lang w:eastAsia="zh-CN"/>
        </w:rPr>
        <w:t>　　提高销量，塑造形象。</w:t>
      </w:r>
      <w:r>
        <w:rPr>
          <w:lang w:eastAsia="zh-CN"/>
        </w:rPr>
        <w:br/>
      </w:r>
      <w:r>
        <w:rPr>
          <w:lang w:eastAsia="zh-CN"/>
        </w:rPr>
        <w:t>　　三、活动策划</w:t>
      </w:r>
      <w:r>
        <w:rPr>
          <w:lang w:eastAsia="zh-CN"/>
        </w:rPr>
        <w:br/>
      </w:r>
      <w:r>
        <w:rPr>
          <w:lang w:eastAsia="zh-CN"/>
        </w:rPr>
        <w:t>　　加速母亲节的热烈气氛，传递母亲节感恩母亲的情结，提高人们对于母亲节的重视，同时薄利多销的方式来做十全母亲节蛋糕，提高销量及店形象。</w:t>
      </w:r>
      <w:r>
        <w:rPr>
          <w:lang w:eastAsia="zh-CN"/>
        </w:rPr>
        <w:br/>
      </w:r>
      <w:r>
        <w:rPr>
          <w:lang w:eastAsia="zh-CN"/>
        </w:rPr>
        <w:t>　　四、活动主题</w:t>
      </w:r>
      <w:r>
        <w:rPr>
          <w:lang w:eastAsia="zh-CN"/>
        </w:rPr>
        <w:br/>
      </w:r>
      <w:r>
        <w:rPr>
          <w:lang w:eastAsia="zh-CN"/>
        </w:rPr>
        <w:t>　　甜蜜母亲的心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五、活动内容</w:t>
      </w:r>
      <w:r>
        <w:rPr>
          <w:lang w:eastAsia="zh-CN"/>
        </w:rPr>
        <w:br/>
      </w:r>
      <w:r>
        <w:rPr>
          <w:lang w:eastAsia="zh-CN"/>
        </w:rPr>
        <w:t>　　1、价格(薄利多销)。千份十全甜蜜蛋糕，低价甜蜜母亲节，每份母亲节蛋糕以十元的价格销售，并送康乃馨一支。</w:t>
      </w:r>
      <w:r>
        <w:rPr>
          <w:lang w:eastAsia="zh-CN"/>
        </w:rPr>
        <w:br/>
      </w:r>
      <w:r>
        <w:rPr>
          <w:lang w:eastAsia="zh-CN"/>
        </w:rPr>
        <w:t>　　2、抽奖：凡是在母亲节期间在店内购物的客户都可以抽奖，奖品是__门票一张。</w:t>
      </w:r>
      <w:r>
        <w:rPr>
          <w:lang w:eastAsia="zh-CN"/>
        </w:rPr>
        <w:br/>
      </w:r>
      <w:r>
        <w:rPr>
          <w:lang w:eastAsia="zh-CN"/>
        </w:rPr>
        <w:t>　　3、制定母亲节套餐蛋糕，赠送全家福照片或红酒一瓶。</w:t>
      </w:r>
      <w:r>
        <w:rPr>
          <w:lang w:eastAsia="zh-CN"/>
        </w:rPr>
        <w:br/>
      </w:r>
      <w:r>
        <w:rPr>
          <w:lang w:eastAsia="zh-CN"/>
        </w:rPr>
        <w:t>　　六、活动宣传</w:t>
      </w:r>
      <w:r>
        <w:rPr>
          <w:lang w:eastAsia="zh-CN"/>
        </w:rPr>
        <w:br/>
      </w:r>
      <w:r>
        <w:rPr>
          <w:lang w:eastAsia="zh-CN"/>
        </w:rPr>
        <w:t>　　1、宣传单，DM单，在各大超市、商场、学校、白领聚集区发放。</w:t>
      </w:r>
      <w:r>
        <w:rPr>
          <w:lang w:eastAsia="zh-CN"/>
        </w:rPr>
        <w:br/>
      </w:r>
      <w:r>
        <w:rPr>
          <w:lang w:eastAsia="zh-CN"/>
        </w:rPr>
        <w:t>　　2、店内吊旗、彩条、展板宣传;店外海报。</w:t>
      </w:r>
      <w:r>
        <w:rPr>
          <w:lang w:eastAsia="zh-CN"/>
        </w:rPr>
        <w:br/>
      </w:r>
      <w:r>
        <w:rPr>
          <w:lang w:eastAsia="zh-CN"/>
        </w:rPr>
        <w:t>　　3、电台宣传。</w:t>
      </w:r>
      <w:r>
        <w:rPr>
          <w:lang w:eastAsia="zh-CN"/>
        </w:rPr>
        <w:br/>
      </w:r>
      <w:r>
        <w:rPr>
          <w:lang w:eastAsia="zh-CN"/>
        </w:rPr>
        <w:t>　　七、活动预算(略)</w:t>
      </w:r>
      <w:r>
        <w:rPr>
          <w:lang w:eastAsia="zh-CN"/>
        </w:rPr>
        <w:br/>
      </w:r>
      <w:r>
        <w:rPr>
          <w:lang w:eastAsia="zh-CN"/>
        </w:rPr>
        <w:t>　　八、活动执行</w:t>
      </w:r>
      <w:r>
        <w:rPr>
          <w:lang w:eastAsia="zh-CN"/>
        </w:rPr>
        <w:br/>
      </w:r>
      <w:r>
        <w:rPr>
          <w:lang w:eastAsia="zh-CN"/>
        </w:rPr>
        <w:t>　　1、促销礼品的准备要到位。</w:t>
      </w:r>
      <w:r>
        <w:rPr>
          <w:lang w:eastAsia="zh-CN"/>
        </w:rPr>
        <w:br/>
      </w:r>
      <w:r>
        <w:rPr>
          <w:lang w:eastAsia="zh-CN"/>
        </w:rPr>
        <w:t>　　2、促销人员到岗到位，确保蛋糕促销正常进行。</w:t>
      </w:r>
      <w:r>
        <w:rPr>
          <w:lang w:eastAsia="zh-CN"/>
        </w:rPr>
        <w:br/>
      </w:r>
      <w:r>
        <w:rPr>
          <w:lang w:eastAsia="zh-CN"/>
        </w:rPr>
        <w:t>　　3、前台接待人员要做好培训，引导解决客户制定蛋糕及促销活动的解答问题。</w:t>
      </w:r>
      <w:r>
        <w:rPr>
          <w:lang w:eastAsia="zh-CN"/>
        </w:rPr>
        <w:br/>
      </w:r>
      <w:r>
        <w:rPr>
          <w:lang w:eastAsia="zh-CN"/>
        </w:rPr>
        <w:t xml:space="preserve">    2024双11促销活动策划方案 篇10 </w:t>
      </w:r>
      <w:r>
        <w:rPr>
          <w:lang w:eastAsia="zh-CN"/>
        </w:rPr>
        <w:br/>
      </w:r>
      <w:r>
        <w:rPr>
          <w:lang w:eastAsia="zh-CN"/>
        </w:rPr>
        <w:t>　　一.活动背景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三月份正值春装上市的时节在零售市场掀起又一个销售高潮。同时正逢3.15消费者权益日社会大众的目光同时集中到销售行业特别是零售行业能否把握住这次宣传时机尤为关键。因此通过回馈顾客、树立良好的公益形象从而提升___的品牌和市场影响力。</w:t>
      </w:r>
      <w:r>
        <w:rPr>
          <w:lang w:eastAsia="zh-CN"/>
        </w:rPr>
        <w:br/>
      </w:r>
      <w:r>
        <w:rPr>
          <w:lang w:eastAsia="zh-CN"/>
        </w:rPr>
        <w:t>　　二.活动目的</w:t>
      </w:r>
      <w:r>
        <w:rPr>
          <w:lang w:eastAsia="zh-CN"/>
        </w:rPr>
        <w:br/>
      </w:r>
      <w:r>
        <w:rPr>
          <w:lang w:eastAsia="zh-CN"/>
        </w:rPr>
        <w:t>　　一通过活动吸引消费者提升商场客流量。</w:t>
      </w:r>
      <w:r>
        <w:rPr>
          <w:lang w:eastAsia="zh-CN"/>
        </w:rPr>
        <w:br/>
      </w:r>
      <w:r>
        <w:rPr>
          <w:lang w:eastAsia="zh-CN"/>
        </w:rPr>
        <w:t>　　二抢占商机配合商户冬装出清和促进春装上市提高销售额。</w:t>
      </w:r>
      <w:r>
        <w:rPr>
          <w:lang w:eastAsia="zh-CN"/>
        </w:rPr>
        <w:br/>
      </w:r>
      <w:r>
        <w:rPr>
          <w:lang w:eastAsia="zh-CN"/>
        </w:rPr>
        <w:t>　　三重点回馈会员消费者进一步培养其对___的美誉度和忠诚度四全面树立___品牌形象扩大市场影响力从而扩大市场份额。</w:t>
      </w:r>
      <w:r>
        <w:rPr>
          <w:lang w:eastAsia="zh-CN"/>
        </w:rPr>
        <w:br/>
      </w:r>
      <w:r>
        <w:rPr>
          <w:lang w:eastAsia="zh-CN"/>
        </w:rPr>
        <w:t>　　三.活动主题</w:t>
      </w:r>
      <w:r>
        <w:rPr>
          <w:lang w:eastAsia="zh-CN"/>
        </w:rPr>
        <w:br/>
      </w:r>
      <w:r>
        <w:rPr>
          <w:lang w:eastAsia="zh-CN"/>
        </w:rPr>
        <w:t>　　“妆点___感恩顾客情”</w:t>
      </w:r>
      <w:r>
        <w:rPr>
          <w:lang w:eastAsia="zh-CN"/>
        </w:rPr>
        <w:br/>
      </w:r>
      <w:r>
        <w:rPr>
          <w:lang w:eastAsia="zh-CN"/>
        </w:rPr>
        <w:t>　　四.活动时间</w:t>
      </w:r>
      <w:r>
        <w:rPr>
          <w:lang w:eastAsia="zh-CN"/>
        </w:rPr>
        <w:br/>
      </w:r>
      <w:r>
        <w:rPr>
          <w:lang w:eastAsia="zh-CN"/>
        </w:rPr>
        <w:t>　　03月11日——3月31日</w:t>
      </w:r>
      <w:r>
        <w:rPr>
          <w:lang w:eastAsia="zh-CN"/>
        </w:rPr>
        <w:br/>
      </w:r>
      <w:r>
        <w:rPr>
          <w:lang w:eastAsia="zh-CN"/>
        </w:rPr>
        <w:t>　　五.活动内容</w:t>
      </w:r>
      <w:r>
        <w:rPr>
          <w:lang w:eastAsia="zh-CN"/>
        </w:rPr>
        <w:br/>
      </w:r>
      <w:r>
        <w:rPr>
          <w:lang w:eastAsia="zh-CN"/>
        </w:rPr>
        <w:t>　　促销活动部分</w:t>
      </w:r>
      <w:r>
        <w:rPr>
          <w:lang w:eastAsia="zh-CN"/>
        </w:rPr>
        <w:br/>
      </w:r>
      <w:r>
        <w:rPr>
          <w:lang w:eastAsia="zh-CN"/>
        </w:rPr>
        <w:t>　　一感恩顾客情买200元直减100元1.凡20__.03.11——20__.03.31期间凡在___购物中心购物满200元现金、银联、会员卡即可获得直减优惠。直减金额分为以下几种多买多减翻倍买翻倍减依此类推2.1凡20__.03.11——20__.03.31期间在___购物中心消费实付100元以上现金银联卡会员卡的顾客持本人身份证或军官证凭当日消费凭证机打流水单到返卡点按发放规则领取感恩红利包内含50元___卡一张。</w:t>
      </w:r>
      <w:r>
        <w:rPr>
          <w:lang w:eastAsia="zh-CN"/>
        </w:rPr>
        <w:br/>
      </w:r>
      <w:r>
        <w:rPr>
          <w:lang w:eastAsia="zh-CN"/>
        </w:rPr>
        <w:t>　　2领卡地点___购物中心西门设返卡点4个每个返卡点3人电脑1台其中会员卡消费专区2个普通消费专区2个。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3该卡只限20__.04.01——20__.04.10晚2200之前消费逾期无效。</w:t>
      </w:r>
      <w:r>
        <w:rPr>
          <w:lang w:eastAsia="zh-CN"/>
        </w:rPr>
        <w:br/>
      </w:r>
      <w:r>
        <w:rPr>
          <w:lang w:eastAsia="zh-CN"/>
        </w:rPr>
        <w:t>　　3.结算方式略</w:t>
      </w:r>
      <w:r>
        <w:rPr>
          <w:lang w:eastAsia="zh-CN"/>
        </w:rPr>
        <w:br/>
      </w:r>
      <w:r>
        <w:rPr>
          <w:lang w:eastAsia="zh-CN"/>
        </w:rPr>
        <w:t>　　4.活动规则</w:t>
      </w:r>
      <w:r>
        <w:rPr>
          <w:lang w:eastAsia="zh-CN"/>
        </w:rPr>
        <w:br/>
      </w:r>
      <w:r>
        <w:rPr>
          <w:lang w:eastAsia="zh-CN"/>
        </w:rPr>
        <w:t>　　1单专柜内商品直减金额可累计不可跨专柜累计</w:t>
      </w:r>
      <w:r>
        <w:rPr>
          <w:lang w:eastAsia="zh-CN"/>
        </w:rPr>
        <w:br/>
      </w:r>
      <w:r>
        <w:rPr>
          <w:lang w:eastAsia="zh-CN"/>
        </w:rPr>
        <w:t>　　2买减活动可使用现金、银联卡、会员卡。普通会员卡等同现金使用金卡、银卡可参加活动但不再享受原有折扣___卡不参加此活动但可正常使用。</w:t>
      </w:r>
      <w:r>
        <w:rPr>
          <w:lang w:eastAsia="zh-CN"/>
        </w:rPr>
        <w:br/>
      </w:r>
      <w:r>
        <w:rPr>
          <w:lang w:eastAsia="zh-CN"/>
        </w:rPr>
        <w:t>　　3顾客领卡时需凭当日消费凭证多张消费凭证累计无效由派发人员在消费凭证机打流水单盖有“赠卡已领”字样章方可领取每人限领一张4所赠50元___卡必须在20__.04.01——20__.04.10晚2200之前消费逾期无效。</w:t>
      </w:r>
      <w:r>
        <w:rPr>
          <w:lang w:eastAsia="zh-CN"/>
        </w:rPr>
        <w:br/>
      </w:r>
      <w:r>
        <w:rPr>
          <w:lang w:eastAsia="zh-CN"/>
        </w:rPr>
        <w:t>　　5家具沃尔玛、苏宁、肯德基、和味拉面、屈臣氏、永和豆浆、仙踪林、渔满舱、御茗阁茶餐厅、尊品金海参、禹步健身房球馆、柯达冲印、浪漫经典、恒信通信、南山海景房、好心情、罗宝西饼店、网吧、儿童乐园及各美容院等独立项目不参与此活动。</w:t>
      </w:r>
      <w:r>
        <w:rPr>
          <w:lang w:eastAsia="zh-CN"/>
        </w:rPr>
        <w:br/>
      </w:r>
      <w:r>
        <w:rPr>
          <w:lang w:eastAsia="zh-CN"/>
        </w:rPr>
        <w:t>　　5.退换货原则1购买商品不足直减金额最低标准200元可直接在国家规定退换货期限内退货2原则上不予以退货可以换货如顾客执意退货所购商品视为不参加活动。其在专柜累计多件商品退货后不足直减金额最低标准200元的须按其商品原价补足差价已领取赠卡的顾客在退货后不足领取赠卡金额的需退回赠卡赠卡已消费的需补赠卡等额现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6.注意事项1各品类的专柜除上面5规定外的尽可能参加本活动参加买减金额可适当降低。</w:t>
      </w:r>
      <w:r>
        <w:rPr>
          <w:lang w:eastAsia="zh-CN"/>
        </w:rPr>
        <w:br/>
      </w:r>
      <w:r>
        <w:rPr>
          <w:lang w:eastAsia="zh-CN"/>
        </w:rPr>
        <w:t>　　3月10号进行全面检查价签大行动一次缺者责令两天内补充完毕3活动前三天禁止更换价签新上商品可以打签4保证商品的正品率及卖场商品饱满率5培训和检查导购员对买赠活动的倍数计算准确无误6活动期间专柜未经审批私自变价本商场给予该专柜10倍的惩罚。</w:t>
      </w:r>
      <w:r>
        <w:rPr>
          <w:lang w:eastAsia="zh-CN"/>
        </w:rPr>
        <w:br/>
      </w:r>
      <w:r>
        <w:rPr>
          <w:lang w:eastAsia="zh-CN"/>
        </w:rPr>
        <w:t>　　二感恩忠诚卡友专享1.活动时间20__.03.11——20__.03.312.活动内容凡20__.03.11——20__.03.31期间在___购物中心使用会员卡消费实付200元以上的顾客持本人身份证或军官证到西门返卡点会员卡专区领取干红葡萄酒1瓶价值68元每人凭当日单张消费凭证机打流水单限领一瓶。多张购物凭证累计无效。3.领酒地点西门返卡点会员卡专区4.领取规则1若顾客使用会员卡和现金、银联卡混合使用会员卡消费部分满100元以上允许参加本次领赠活动。</w:t>
      </w:r>
      <w:r>
        <w:rPr>
          <w:lang w:eastAsia="zh-CN"/>
        </w:rPr>
        <w:br/>
      </w:r>
      <w:r>
        <w:rPr>
          <w:lang w:eastAsia="zh-CN"/>
        </w:rPr>
        <w:t xml:space="preserve">    2024双11促销活动策划方案 篇11 </w:t>
      </w:r>
      <w:r>
        <w:rPr>
          <w:lang w:eastAsia="zh-CN"/>
        </w:rPr>
        <w:br/>
      </w:r>
      <w:r>
        <w:rPr>
          <w:lang w:eastAsia="zh-CN"/>
        </w:rPr>
        <w:t>　　活动主题：衡阳酒吧圣诞节活动方案</w:t>
      </w:r>
      <w:r>
        <w:rPr>
          <w:lang w:eastAsia="zh-CN"/>
        </w:rPr>
        <w:br/>
      </w:r>
      <w:r>
        <w:rPr>
          <w:lang w:eastAsia="zh-CN"/>
        </w:rPr>
        <w:t>　　活动目的：稳定已有客源拓展新的市场</w:t>
      </w:r>
      <w:r>
        <w:rPr>
          <w:lang w:eastAsia="zh-CN"/>
        </w:rPr>
        <w:br/>
      </w:r>
      <w:r>
        <w:rPr>
          <w:lang w:eastAsia="zh-CN"/>
        </w:rPr>
        <w:t>　　活动时间：20__年12月24日，25日</w:t>
      </w:r>
      <w:r>
        <w:rPr>
          <w:lang w:eastAsia="zh-CN"/>
        </w:rPr>
        <w:br/>
      </w:r>
      <w:r>
        <w:rPr>
          <w:lang w:eastAsia="zh-CN"/>
        </w:rPr>
        <w:t>　　活动口号：酒吧平安圣诞狂欢夜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活动背景：本公司酒吧自8月20日开业以来，经营状况一直不乐观，且管理层不断更换，公司人心浮动。在市场竞争异常激烈的今天，想要在衡阳娱乐市场生存壮大，一句话，创新，管理上要创新，营销上要创新，同时，在宣传上也要创新，而且重中之重就是在要宣传上进行创新，要进行品牌化、规模化的宣传，必须从主流和根本上彻底改变酒吧在衡阳人心中就是藏污纳诟的形象。</w:t>
      </w:r>
      <w:r>
        <w:rPr>
          <w:lang w:eastAsia="zh-CN"/>
        </w:rPr>
        <w:br/>
      </w:r>
      <w:r>
        <w:rPr>
          <w:lang w:eastAsia="zh-CN"/>
        </w:rPr>
        <w:t>　　1、主题文字</w:t>
      </w:r>
      <w:r>
        <w:rPr>
          <w:lang w:eastAsia="zh-CN"/>
        </w:rPr>
        <w:br/>
      </w:r>
      <w:r>
        <w:rPr>
          <w:lang w:eastAsia="zh-CN"/>
        </w:rPr>
        <w:t>　　A、快乐圣诞，酒吧!圣诞特惠活动已经拉开序幕!</w:t>
      </w:r>
      <w:r>
        <w:rPr>
          <w:lang w:eastAsia="zh-CN"/>
        </w:rPr>
        <w:br/>
      </w:r>
      <w:r>
        <w:rPr>
          <w:lang w:eastAsia="zh-CN"/>
        </w:rPr>
        <w:t>　　B、要圣诞礼物的，就赶快来酒吧!</w:t>
      </w:r>
      <w:r>
        <w:rPr>
          <w:lang w:eastAsia="zh-CN"/>
        </w:rPr>
        <w:br/>
      </w:r>
      <w:r>
        <w:rPr>
          <w:lang w:eastAsia="zh-CN"/>
        </w:rPr>
        <w:t>　　C、美丽酒吧，让你的圣诞更浪漫!</w:t>
      </w:r>
      <w:r>
        <w:rPr>
          <w:lang w:eastAsia="zh-CN"/>
        </w:rPr>
        <w:br/>
      </w:r>
      <w:r>
        <w:rPr>
          <w:lang w:eastAsia="zh-CN"/>
        </w:rPr>
        <w:t>　　D、即日起，预定圣诞节卡座、包房，均可当即获赠精美礼物一份。</w:t>
      </w:r>
      <w:r>
        <w:rPr>
          <w:lang w:eastAsia="zh-CN"/>
        </w:rPr>
        <w:br/>
      </w:r>
      <w:r>
        <w:rPr>
          <w:lang w:eastAsia="zh-CN"/>
        </w:rPr>
        <w:t>　　2.宣传媒体</w:t>
      </w:r>
      <w:r>
        <w:rPr>
          <w:lang w:eastAsia="zh-CN"/>
        </w:rPr>
        <w:br/>
      </w:r>
      <w:r>
        <w:rPr>
          <w:lang w:eastAsia="zh-CN"/>
        </w:rPr>
        <w:t>　　A、衡阳晚报、公司网站，</w:t>
      </w:r>
      <w:r>
        <w:rPr>
          <w:lang w:eastAsia="zh-CN"/>
        </w:rPr>
        <w:br/>
      </w:r>
      <w:r>
        <w:rPr>
          <w:lang w:eastAsia="zh-CN"/>
        </w:rPr>
        <w:t>　　B、店外大型海报、横幅，</w:t>
      </w:r>
      <w:r>
        <w:rPr>
          <w:lang w:eastAsia="zh-CN"/>
        </w:rPr>
        <w:br/>
      </w:r>
      <w:r>
        <w:rPr>
          <w:lang w:eastAsia="zh-CN"/>
        </w:rPr>
        <w:t>　　C、店内POP、MC宣传，</w:t>
      </w:r>
      <w:r>
        <w:rPr>
          <w:lang w:eastAsia="zh-CN"/>
        </w:rPr>
        <w:br/>
      </w:r>
      <w:r>
        <w:rPr>
          <w:lang w:eastAsia="zh-CN"/>
        </w:rPr>
        <w:t>　　D、短信平台、营销网点展架。</w:t>
      </w:r>
      <w:r>
        <w:rPr>
          <w:lang w:eastAsia="zh-CN"/>
        </w:rPr>
        <w:br/>
      </w:r>
      <w:r>
        <w:rPr>
          <w:lang w:eastAsia="zh-CN"/>
        </w:rPr>
        <w:t>　　3、活动装饰</w:t>
      </w:r>
      <w:r>
        <w:rPr>
          <w:lang w:eastAsia="zh-CN"/>
        </w:rPr>
        <w:br/>
      </w:r>
      <w:r>
        <w:rPr>
          <w:lang w:eastAsia="zh-CN"/>
        </w:rPr>
        <w:t>　　A、以“圣诞节”为主线，以增添装饰物为手段，突出节日的欢欣氛围。</w:t>
      </w:r>
      <w:r>
        <w:rPr>
          <w:lang w:eastAsia="zh-CN"/>
        </w:rPr>
        <w:br/>
      </w:r>
      <w:r>
        <w:rPr>
          <w:lang w:eastAsia="zh-CN"/>
        </w:rPr>
        <w:t>　　B、每个包间的门及各楼层的走道和台阶需标志“merryChristmas”、“圣诞快乐”。</w:t>
      </w:r>
      <w:r>
        <w:rPr>
          <w:lang w:eastAsia="zh-CN"/>
        </w:rPr>
        <w:br/>
      </w:r>
      <w:r>
        <w:rPr>
          <w:lang w:eastAsia="zh-CN"/>
        </w:rPr>
        <w:t>　　C、酒吧门口、走道、大厅装饰突出圣诞节日气氛。</w:t>
      </w:r>
      <w:r>
        <w:rPr>
          <w:lang w:eastAsia="zh-CN"/>
        </w:rPr>
        <w:br/>
      </w:r>
      <w:r>
        <w:rPr>
          <w:lang w:eastAsia="zh-CN"/>
        </w:rPr>
        <w:t>　　D、员工的服装可以不变，加以圣诞帽即可，但必须在服务质量上加强。</w:t>
      </w:r>
      <w:r>
        <w:rPr>
          <w:lang w:eastAsia="zh-CN"/>
        </w:rPr>
        <w:br/>
      </w:r>
      <w:r>
        <w:rPr>
          <w:lang w:eastAsia="zh-CN"/>
        </w:rPr>
        <w:t>　　E、大型圣诞树营造店外节日氛围。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F、安排圣诞老人随机进入包间，派送礼物。</w:t>
      </w:r>
      <w:r>
        <w:rPr>
          <w:lang w:eastAsia="zh-CN"/>
        </w:rPr>
        <w:br/>
      </w:r>
      <w:r>
        <w:rPr>
          <w:lang w:eastAsia="zh-CN"/>
        </w:rPr>
        <w:t>　　G、整体环境可播放圣诞歌曲，提高节日氛围，扩大企业知名度。</w:t>
      </w:r>
      <w:r>
        <w:rPr>
          <w:lang w:eastAsia="zh-CN"/>
        </w:rPr>
        <w:br/>
      </w:r>
      <w:r>
        <w:rPr>
          <w:lang w:eastAsia="zh-CN"/>
        </w:rPr>
        <w:t>　　4、活动筹备</w:t>
      </w:r>
      <w:r>
        <w:rPr>
          <w:lang w:eastAsia="zh-CN"/>
        </w:rPr>
        <w:br/>
      </w:r>
      <w:r>
        <w:rPr>
          <w:lang w:eastAsia="zh-CN"/>
        </w:rPr>
        <w:t>　　A、各类圣诞小礼物(现场发放客人)</w:t>
      </w:r>
      <w:r>
        <w:rPr>
          <w:lang w:eastAsia="zh-CN"/>
        </w:rPr>
        <w:br/>
      </w:r>
      <w:r>
        <w:rPr>
          <w:lang w:eastAsia="zh-CN"/>
        </w:rPr>
        <w:t>　　B、三位圣诞老人(安保人员)</w:t>
      </w:r>
      <w:r>
        <w:rPr>
          <w:lang w:eastAsia="zh-CN"/>
        </w:rPr>
        <w:br/>
      </w:r>
      <w:r>
        <w:rPr>
          <w:lang w:eastAsia="zh-CN"/>
        </w:rPr>
        <w:t>　　C、圣诞树(大、挂灯、店内外各一株)</w:t>
      </w:r>
      <w:r>
        <w:rPr>
          <w:lang w:eastAsia="zh-CN"/>
        </w:rPr>
        <w:br/>
      </w:r>
      <w:r>
        <w:rPr>
          <w:lang w:eastAsia="zh-CN"/>
        </w:rPr>
        <w:t>　　D、圣诞盒(可制作、标记“酒吧”印)</w:t>
      </w:r>
      <w:r>
        <w:rPr>
          <w:lang w:eastAsia="zh-CN"/>
        </w:rPr>
        <w:br/>
      </w:r>
      <w:r>
        <w:rPr>
          <w:lang w:eastAsia="zh-CN"/>
        </w:rPr>
        <w:t>　　E、圣诞帽(服务人员用)</w:t>
      </w:r>
      <w:r>
        <w:rPr>
          <w:lang w:eastAsia="zh-CN"/>
        </w:rPr>
        <w:br/>
      </w:r>
      <w:r>
        <w:rPr>
          <w:lang w:eastAsia="zh-CN"/>
        </w:rPr>
        <w:t>　　F、签名横幅、笔、便签(供客人签名)</w:t>
      </w:r>
      <w:r>
        <w:rPr>
          <w:lang w:eastAsia="zh-CN"/>
        </w:rPr>
        <w:br/>
      </w:r>
      <w:r>
        <w:rPr>
          <w:lang w:eastAsia="zh-CN"/>
        </w:rPr>
        <w:t>　　5、活动流程</w:t>
      </w:r>
      <w:r>
        <w:rPr>
          <w:lang w:eastAsia="zh-CN"/>
        </w:rPr>
        <w:br/>
      </w:r>
      <w:r>
        <w:rPr>
          <w:lang w:eastAsia="zh-CN"/>
        </w:rPr>
        <w:t>　　A、20日前完成所有市场宣传，完成所有活动所需物品的采购。</w:t>
      </w:r>
      <w:r>
        <w:rPr>
          <w:lang w:eastAsia="zh-CN"/>
        </w:rPr>
        <w:br/>
      </w:r>
      <w:r>
        <w:rPr>
          <w:lang w:eastAsia="zh-CN"/>
        </w:rPr>
        <w:t>　　B、23日前完成舞台节目的一切编排。</w:t>
      </w:r>
      <w:r>
        <w:rPr>
          <w:lang w:eastAsia="zh-CN"/>
        </w:rPr>
        <w:br/>
      </w:r>
      <w:r>
        <w:rPr>
          <w:lang w:eastAsia="zh-CN"/>
        </w:rPr>
        <w:t>　　6、活动费用</w:t>
      </w:r>
      <w:r>
        <w:rPr>
          <w:lang w:eastAsia="zh-CN"/>
        </w:rPr>
        <w:br/>
      </w:r>
      <w:r>
        <w:rPr>
          <w:lang w:eastAsia="zh-CN"/>
        </w:rPr>
        <w:t>　　7、活动宗旨</w:t>
      </w:r>
      <w:r>
        <w:rPr>
          <w:lang w:eastAsia="zh-CN"/>
        </w:rPr>
        <w:br/>
      </w:r>
      <w:r>
        <w:rPr>
          <w:lang w:eastAsia="zh-CN"/>
        </w:rPr>
        <w:t xml:space="preserve">    2024双11促销活动策划方案 篇12 </w:t>
      </w:r>
      <w:r>
        <w:rPr>
          <w:lang w:eastAsia="zh-CN"/>
        </w:rPr>
        <w:br/>
      </w:r>
      <w:r>
        <w:rPr>
          <w:lang w:eastAsia="zh-CN"/>
        </w:rPr>
        <w:t>　　一、活动目的</w:t>
      </w:r>
      <w:r>
        <w:rPr>
          <w:lang w:eastAsia="zh-CN"/>
        </w:rPr>
        <w:br/>
      </w:r>
      <w:r>
        <w:rPr>
          <w:lang w:eastAsia="zh-CN"/>
        </w:rPr>
        <w:t>　　借__这一良好商机，通过有计划的促销活动，吸引人流，提高全店的销售额，增强本超市的美誉度，在消费者心目中树立“平价实惠“的形象。</w:t>
      </w:r>
      <w:r>
        <w:rPr>
          <w:lang w:eastAsia="zh-CN"/>
        </w:rPr>
        <w:br/>
      </w:r>
      <w:r>
        <w:rPr>
          <w:lang w:eastAsia="zh-CN"/>
        </w:rPr>
        <w:t>　　二、时间段</w:t>
      </w:r>
      <w:r>
        <w:rPr>
          <w:lang w:eastAsia="zh-CN"/>
        </w:rPr>
        <w:br/>
      </w:r>
      <w:r>
        <w:rPr>
          <w:lang w:eastAsia="zh-CN"/>
        </w:rPr>
        <w:t>　　20__年_月_日——_月_日，总计一周时间。</w:t>
      </w:r>
      <w:r>
        <w:rPr>
          <w:lang w:eastAsia="zh-CN"/>
        </w:rPr>
        <w:br/>
      </w:r>
      <w:r>
        <w:rPr>
          <w:lang w:eastAsia="zh-CN"/>
        </w:rPr>
        <w:t>　　三、促销主题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“欢天喜地贺__，明礼守信待亲友”。</w:t>
      </w:r>
      <w:r>
        <w:rPr>
          <w:lang w:eastAsia="zh-CN"/>
        </w:rPr>
        <w:br/>
      </w:r>
      <w:r>
        <w:rPr>
          <w:lang w:eastAsia="zh-CN"/>
        </w:rPr>
        <w:t>　　四、详细方案</w:t>
      </w:r>
      <w:r>
        <w:rPr>
          <w:lang w:eastAsia="zh-CN"/>
        </w:rPr>
        <w:br/>
      </w:r>
      <w:r>
        <w:rPr>
          <w:lang w:eastAsia="zh-CN"/>
        </w:rPr>
        <w:t>　　(一)购物有“礼”</w:t>
      </w:r>
      <w:r>
        <w:rPr>
          <w:lang w:eastAsia="zh-CN"/>
        </w:rPr>
        <w:br/>
      </w:r>
      <w:r>
        <w:rPr>
          <w:lang w:eastAsia="zh-CN"/>
        </w:rPr>
        <w:t>　　主要内容：凡于_月_日__月_日在本超市购物，并且购物金额达200元的前10名顾客，凭购物小票至客服总台，免费领取5kg大米一袋。每张小票限领一袋，每日10袋送完即止。</w:t>
      </w:r>
      <w:r>
        <w:rPr>
          <w:lang w:eastAsia="zh-CN"/>
        </w:rPr>
        <w:br/>
      </w:r>
      <w:r>
        <w:rPr>
          <w:lang w:eastAsia="zh-CN"/>
        </w:rPr>
        <w:t>　　(二)执行要点</w:t>
      </w:r>
      <w:r>
        <w:rPr>
          <w:lang w:eastAsia="zh-CN"/>
        </w:rPr>
        <w:br/>
      </w:r>
      <w:r>
        <w:rPr>
          <w:lang w:eastAsia="zh-CN"/>
        </w:rPr>
        <w:t>　　1、不管采取何种宣传方式进行宣传，都须注明“每张小票限领一袋，每日10袋送完即止，”否则极易引起客诉。</w:t>
      </w:r>
      <w:r>
        <w:rPr>
          <w:lang w:eastAsia="zh-CN"/>
        </w:rPr>
        <w:br/>
      </w:r>
      <w:r>
        <w:rPr>
          <w:lang w:eastAsia="zh-CN"/>
        </w:rPr>
        <w:t>　　2、赠品发放处另设，要注意：耐心和礼貌。</w:t>
      </w:r>
      <w:r>
        <w:rPr>
          <w:lang w:eastAsia="zh-CN"/>
        </w:rPr>
        <w:br/>
      </w:r>
      <w:r>
        <w:rPr>
          <w:lang w:eastAsia="zh-CN"/>
        </w:rPr>
        <w:t>　　(三)喜从天降</w:t>
      </w:r>
      <w:r>
        <w:rPr>
          <w:lang w:eastAsia="zh-CN"/>
        </w:rPr>
        <w:br/>
      </w:r>
      <w:r>
        <w:rPr>
          <w:lang w:eastAsia="zh-CN"/>
        </w:rPr>
        <w:t>　　主要内容：凡于_月_日至_月_日，在本超市购物的顾客，都有机会免费获得所购商品。在此五天内，本超市将在每天的早、中、晚，不定时举办两次“喜从天降”活动。在活动开始时，当时每个收银台前的第一位顾客，即为参赛者，只要抽出的乒乓球上显示的是您所在的收银台号，那么您就是当次活动的幸运儿，就会体会到一份“喜从天降”的喜悦。</w:t>
      </w:r>
      <w:r>
        <w:rPr>
          <w:lang w:eastAsia="zh-CN"/>
        </w:rPr>
        <w:br/>
      </w:r>
      <w:r>
        <w:rPr>
          <w:lang w:eastAsia="zh-CN"/>
        </w:rPr>
        <w:t>　　(四)执行要点</w:t>
      </w:r>
      <w:r>
        <w:rPr>
          <w:lang w:eastAsia="zh-CN"/>
        </w:rPr>
        <w:br/>
      </w:r>
      <w:r>
        <w:rPr>
          <w:lang w:eastAsia="zh-CN"/>
        </w:rPr>
        <w:t>　　此活动所需道具为：</w:t>
      </w:r>
      <w:r>
        <w:rPr>
          <w:lang w:eastAsia="zh-CN"/>
        </w:rPr>
        <w:br/>
      </w:r>
      <w:r>
        <w:rPr>
          <w:lang w:eastAsia="zh-CN"/>
        </w:rPr>
        <w:t>　　1、乒乓球。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2、抽奖箱一个。(可用商品包装箱，但不要太大，箱子须密封，在箱顶上要开一小洞，大小以能刚刚伸进一只成人手，同时基本无缝隙为宜)</w:t>
      </w:r>
      <w:r>
        <w:rPr>
          <w:lang w:eastAsia="zh-CN"/>
        </w:rPr>
        <w:br/>
      </w:r>
      <w:r>
        <w:rPr>
          <w:lang w:eastAsia="zh-CN"/>
        </w:rPr>
        <w:t>　　3、电动小喇叭一个。</w:t>
      </w:r>
      <w:r>
        <w:rPr>
          <w:lang w:eastAsia="zh-CN"/>
        </w:rPr>
        <w:br/>
      </w:r>
      <w:r>
        <w:rPr>
          <w:lang w:eastAsia="zh-CN"/>
        </w:rPr>
        <w:t>　　在此活动开始时，有签单权(购物免费)的负责人需在场。</w:t>
      </w:r>
      <w:r>
        <w:rPr>
          <w:lang w:eastAsia="zh-CN"/>
        </w:rPr>
        <w:br/>
      </w:r>
      <w:r>
        <w:rPr>
          <w:lang w:eastAsia="zh-CN"/>
        </w:rPr>
        <w:t>　　此活动操作过程为：</w:t>
      </w:r>
      <w:r>
        <w:rPr>
          <w:lang w:eastAsia="zh-CN"/>
        </w:rPr>
        <w:br/>
      </w:r>
      <w:r>
        <w:rPr>
          <w:lang w:eastAsia="zh-CN"/>
        </w:rPr>
        <w:t>　　1、广播通知开始活动。</w:t>
      </w:r>
      <w:r>
        <w:rPr>
          <w:lang w:eastAsia="zh-CN"/>
        </w:rPr>
        <w:br/>
      </w:r>
      <w:r>
        <w:rPr>
          <w:lang w:eastAsia="zh-CN"/>
        </w:rPr>
        <w:t>　　2、所有收银员停止收银动作。</w:t>
      </w:r>
      <w:r>
        <w:rPr>
          <w:lang w:eastAsia="zh-CN"/>
        </w:rPr>
        <w:br/>
      </w:r>
      <w:r>
        <w:rPr>
          <w:lang w:eastAsia="zh-CN"/>
        </w:rPr>
        <w:t>　　3、主持人简单介绍游戏规则。</w:t>
      </w:r>
      <w:r>
        <w:rPr>
          <w:lang w:eastAsia="zh-CN"/>
        </w:rPr>
        <w:br/>
      </w:r>
      <w:r>
        <w:rPr>
          <w:lang w:eastAsia="zh-CN"/>
        </w:rPr>
        <w:t>　　4、邀请一名顾客协助抽奖。</w:t>
      </w:r>
      <w:r>
        <w:rPr>
          <w:lang w:eastAsia="zh-CN"/>
        </w:rPr>
        <w:br/>
      </w:r>
      <w:r>
        <w:rPr>
          <w:lang w:eastAsia="zh-CN"/>
        </w:rPr>
        <w:t>　　5、主持人宣布中奖收银台号后。</w:t>
      </w:r>
      <w:r>
        <w:rPr>
          <w:lang w:eastAsia="zh-CN"/>
        </w:rPr>
        <w:br/>
      </w:r>
      <w:r>
        <w:rPr>
          <w:lang w:eastAsia="zh-CN"/>
        </w:rPr>
        <w:t>　　6、主持人宣布中奖者所购商品金额后。</w:t>
      </w:r>
      <w:r>
        <w:rPr>
          <w:lang w:eastAsia="zh-CN"/>
        </w:rPr>
        <w:br/>
      </w:r>
      <w:r>
        <w:rPr>
          <w:lang w:eastAsia="zh-CN"/>
        </w:rPr>
        <w:t>　　7、中奖顾客发言。</w:t>
      </w:r>
      <w:r>
        <w:rPr>
          <w:lang w:eastAsia="zh-CN"/>
        </w:rPr>
        <w:br/>
      </w:r>
      <w:r>
        <w:rPr>
          <w:lang w:eastAsia="zh-CN"/>
        </w:rPr>
        <w:t>　　8、宣布活动结束。</w:t>
      </w:r>
      <w:r>
        <w:rPr>
          <w:lang w:eastAsia="zh-CN"/>
        </w:rPr>
        <w:br/>
      </w:r>
      <w:r>
        <w:rPr>
          <w:lang w:eastAsia="zh-CN"/>
        </w:rPr>
        <w:t>　　(五)我为特价狂</w:t>
      </w:r>
      <w:r>
        <w:rPr>
          <w:lang w:eastAsia="zh-CN"/>
        </w:rPr>
        <w:br/>
      </w:r>
      <w:r>
        <w:rPr>
          <w:lang w:eastAsia="zh-CN"/>
        </w:rPr>
        <w:t>　　(一)主要内容：</w:t>
      </w:r>
      <w:r>
        <w:rPr>
          <w:lang w:eastAsia="zh-CN"/>
        </w:rPr>
        <w:br/>
      </w:r>
      <w:r>
        <w:rPr>
          <w:lang w:eastAsia="zh-CN"/>
        </w:rPr>
        <w:t>　　为了回报广大本地人民对我超市一直以来的惠顾，本超市将在_月_日__月_日，推出为期7天的“我为特价狂”这一促销活动。届时将会有众多生鲜、食品、百货类的促销商品供您选购，我们将期待着您的再次光临。详情见传单或超市海报，本次活动为期7日，到期即恢复原价。</w:t>
      </w:r>
      <w:r>
        <w:rPr>
          <w:lang w:eastAsia="zh-CN"/>
        </w:rPr>
        <w:br/>
      </w:r>
      <w:r>
        <w:rPr>
          <w:lang w:eastAsia="zh-CN"/>
        </w:rPr>
        <w:t>　　(二)主要内容：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在这个辞旧迎新的时刻，有很多的梦想都希望能在今年实现。只要您20__年_月_日至_月_日在本超市购物，并且购物金额在50元以上，您就有资格参加此项活动。请持收银小票至客服总台换取抽奖券，并将抽奖券副联投至抽奖箱中。本超市将于_月_日晚上八点钟在超市门口公开抽奖。</w:t>
      </w:r>
      <w:r>
        <w:rPr>
          <w:lang w:eastAsia="zh-CN"/>
        </w:rPr>
        <w:br/>
      </w:r>
      <w:r>
        <w:rPr>
          <w:lang w:eastAsia="zh-CN"/>
        </w:rPr>
        <w:t>　　1、执行要点：</w:t>
      </w:r>
      <w:r>
        <w:rPr>
          <w:lang w:eastAsia="zh-CN"/>
        </w:rPr>
        <w:br/>
      </w:r>
      <w:r>
        <w:rPr>
          <w:lang w:eastAsia="zh-CN"/>
        </w:rPr>
        <w:t>　　提供一份此活动的抽奖方案供参考：</w:t>
      </w:r>
      <w:r>
        <w:rPr>
          <w:lang w:eastAsia="zh-CN"/>
        </w:rPr>
        <w:br/>
      </w:r>
      <w:r>
        <w:rPr>
          <w:lang w:eastAsia="zh-CN"/>
        </w:rPr>
        <w:t>　　一等奖微波炉一台(两名)。</w:t>
      </w:r>
      <w:r>
        <w:rPr>
          <w:lang w:eastAsia="zh-CN"/>
        </w:rPr>
        <w:br/>
      </w:r>
      <w:r>
        <w:rPr>
          <w:lang w:eastAsia="zh-CN"/>
        </w:rPr>
        <w:t>　　二等奖家用橱具一套(六名)。</w:t>
      </w:r>
      <w:r>
        <w:rPr>
          <w:lang w:eastAsia="zh-CN"/>
        </w:rPr>
        <w:br/>
      </w:r>
      <w:r>
        <w:rPr>
          <w:lang w:eastAsia="zh-CN"/>
        </w:rPr>
        <w:t>　　三等奖手套或者帽子一份(十名)。</w:t>
      </w:r>
      <w:r>
        <w:rPr>
          <w:lang w:eastAsia="zh-CN"/>
        </w:rPr>
        <w:br/>
      </w:r>
      <w:r>
        <w:rPr>
          <w:lang w:eastAsia="zh-CN"/>
        </w:rPr>
        <w:t>　　纪念奖纪念品100份。</w:t>
      </w:r>
      <w:r>
        <w:rPr>
          <w:lang w:eastAsia="zh-CN"/>
        </w:rPr>
        <w:br/>
      </w:r>
      <w:r>
        <w:rPr>
          <w:lang w:eastAsia="zh-CN"/>
        </w:rPr>
        <w:t>　　注：纪念品要求供应商提供。</w:t>
      </w:r>
      <w:r>
        <w:rPr>
          <w:lang w:eastAsia="zh-CN"/>
        </w:rPr>
        <w:br/>
      </w:r>
      <w:r>
        <w:rPr>
          <w:lang w:eastAsia="zh-CN"/>
        </w:rPr>
        <w:t>　　2、此活动需用道具：</w:t>
      </w:r>
      <w:r>
        <w:rPr>
          <w:lang w:eastAsia="zh-CN"/>
        </w:rPr>
        <w:br/>
      </w:r>
      <w:r>
        <w:rPr>
          <w:lang w:eastAsia="zh-CN"/>
        </w:rPr>
        <w:t>　　(1)抽奖箱一个。</w:t>
      </w:r>
      <w:r>
        <w:rPr>
          <w:lang w:eastAsia="zh-CN"/>
        </w:rPr>
        <w:br/>
      </w:r>
      <w:r>
        <w:rPr>
          <w:lang w:eastAsia="zh-CN"/>
        </w:rPr>
        <w:t>　　(2)抽奖券若干张，抽奖券须有正、副券，正、副券上须有相同号码。</w:t>
      </w:r>
      <w:r>
        <w:rPr>
          <w:lang w:eastAsia="zh-CN"/>
        </w:rPr>
        <w:br/>
      </w:r>
      <w:r>
        <w:rPr>
          <w:lang w:eastAsia="zh-CN"/>
        </w:rPr>
        <w:t>　　注意事项：</w:t>
      </w:r>
      <w:r>
        <w:rPr>
          <w:lang w:eastAsia="zh-CN"/>
        </w:rPr>
        <w:br/>
      </w:r>
      <w:r>
        <w:rPr>
          <w:lang w:eastAsia="zh-CN"/>
        </w:rPr>
        <w:t>　　(1)此活动期间，前台要做好登记，登记内容是顾客姓名、地址、性别、购物金额、奖券号码;以方便核对。</w:t>
      </w:r>
      <w:r>
        <w:rPr>
          <w:lang w:eastAsia="zh-CN"/>
        </w:rPr>
        <w:br/>
      </w:r>
      <w:r>
        <w:rPr>
          <w:lang w:eastAsia="zh-CN"/>
        </w:rPr>
        <w:t>　　(2)此活动具体方案要在超市入口显著位置以海报形式告知顾客。</w:t>
      </w:r>
      <w:r>
        <w:rPr>
          <w:lang w:eastAsia="zh-CN"/>
        </w:rPr>
        <w:br/>
      </w:r>
      <w:r>
        <w:rPr>
          <w:lang w:eastAsia="zh-CN"/>
        </w:rPr>
        <w:t>　　(3)如果超市入口附近方便的话，可将奖品的实物显著陈列出来;如果有困难，也将奖品的图片陈列出来。</w:t>
      </w:r>
      <w:r>
        <w:rPr>
          <w:lang w:eastAsia="zh-CN"/>
        </w:rPr>
        <w:br/>
      </w:r>
      <w:r>
        <w:rPr>
          <w:lang w:eastAsia="zh-CN"/>
        </w:rPr>
        <w:t>　　(4)在活动开始后，店内广播需以每半小时一次的频率将信息告知顾客。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(5)公开抽奖邀请公证处派人现场公证;并邀请现场顾客协助抽奖;最后中奖名单出来后，把中奖顾客(一等奖、二等奖)名单在本地电视台上公布，以提高今后类似活动的可信度。</w:t>
      </w:r>
      <w:r>
        <w:rPr>
          <w:lang w:eastAsia="zh-CN"/>
        </w:rPr>
        <w:br/>
      </w:r>
      <w:r>
        <w:rPr>
          <w:lang w:eastAsia="zh-CN"/>
        </w:rPr>
        <w:t xml:space="preserve">    2024双11促销活动策划方案 篇13 </w:t>
      </w:r>
      <w:r>
        <w:rPr>
          <w:lang w:eastAsia="zh-CN"/>
        </w:rPr>
        <w:br/>
      </w:r>
      <w:r>
        <w:rPr>
          <w:lang w:eastAsia="zh-CN"/>
        </w:rPr>
        <w:t>　　一、活动主题</w:t>
      </w:r>
      <w:r>
        <w:rPr>
          <w:lang w:eastAsia="zh-CN"/>
        </w:rPr>
        <w:br/>
      </w:r>
      <w:r>
        <w:rPr>
          <w:lang w:eastAsia="zh-CN"/>
        </w:rPr>
        <w:t>　　爱要马上行动，选款天翼手机送给妈。</w:t>
      </w:r>
      <w:r>
        <w:rPr>
          <w:lang w:eastAsia="zh-CN"/>
        </w:rPr>
        <w:br/>
      </w:r>
      <w:r>
        <w:rPr>
          <w:lang w:eastAsia="zh-CN"/>
        </w:rPr>
        <w:t>　　二、活动时间</w:t>
      </w:r>
      <w:r>
        <w:rPr>
          <w:lang w:eastAsia="zh-CN"/>
        </w:rPr>
        <w:br/>
      </w:r>
      <w:r>
        <w:rPr>
          <w:lang w:eastAsia="zh-CN"/>
        </w:rPr>
        <w:t>　　时间：5月_日—5月_日</w:t>
      </w:r>
      <w:r>
        <w:rPr>
          <w:lang w:eastAsia="zh-CN"/>
        </w:rPr>
        <w:br/>
      </w:r>
      <w:r>
        <w:rPr>
          <w:lang w:eastAsia="zh-CN"/>
        </w:rPr>
        <w:t>　　三、活动地点</w:t>
      </w:r>
      <w:r>
        <w:rPr>
          <w:lang w:eastAsia="zh-CN"/>
        </w:rPr>
        <w:br/>
      </w:r>
      <w:r>
        <w:rPr>
          <w:lang w:eastAsia="zh-CN"/>
        </w:rPr>
        <w:t>　　全市_个自营厅，其余厅店各县区自行组织</w:t>
      </w:r>
      <w:r>
        <w:rPr>
          <w:lang w:eastAsia="zh-CN"/>
        </w:rPr>
        <w:br/>
      </w:r>
      <w:r>
        <w:rPr>
          <w:lang w:eastAsia="zh-CN"/>
        </w:rPr>
        <w:t>　　四、 活动目的</w:t>
      </w:r>
      <w:r>
        <w:rPr>
          <w:lang w:eastAsia="zh-CN"/>
        </w:rPr>
        <w:br/>
      </w:r>
      <w:r>
        <w:rPr>
          <w:lang w:eastAsia="zh-CN"/>
        </w:rPr>
        <w:t>　　“5月_日组织了为期三天的《店面营销管理、炒店培训》课程，此次炒店活动旨在检验各厅店炒店组织及实施能力。 ”提升C网号卡及终端销量</w:t>
      </w:r>
      <w:r>
        <w:rPr>
          <w:lang w:eastAsia="zh-CN"/>
        </w:rPr>
        <w:br/>
      </w:r>
      <w:r>
        <w:rPr>
          <w:lang w:eastAsia="zh-CN"/>
        </w:rPr>
        <w:t>　　五、活动对象</w:t>
      </w:r>
      <w:r>
        <w:rPr>
          <w:lang w:eastAsia="zh-CN"/>
        </w:rPr>
        <w:br/>
      </w:r>
      <w:r>
        <w:rPr>
          <w:lang w:eastAsia="zh-CN"/>
        </w:rPr>
        <w:t>　　青年男女：买一部手机犒劳辛勤的母亲。</w:t>
      </w:r>
      <w:r>
        <w:rPr>
          <w:lang w:eastAsia="zh-CN"/>
        </w:rPr>
        <w:br/>
      </w:r>
      <w:r>
        <w:rPr>
          <w:lang w:eastAsia="zh-CN"/>
        </w:rPr>
        <w:t>　　三口之间：以小孩为突破口，由小孩对妈妈的爱引发丈夫对妻子的爱。 老夫老妻：子女不在身边，丈夫为妻子过母亲节。</w:t>
      </w:r>
      <w:r>
        <w:rPr>
          <w:lang w:eastAsia="zh-CN"/>
        </w:rPr>
        <w:br/>
      </w:r>
      <w:r>
        <w:rPr>
          <w:lang w:eastAsia="zh-CN"/>
        </w:rPr>
        <w:t>　　六、活动形式及内容</w:t>
      </w:r>
      <w:r>
        <w:rPr>
          <w:lang w:eastAsia="zh-CN"/>
        </w:rPr>
        <w:br/>
      </w:r>
      <w:r>
        <w:rPr>
          <w:lang w:eastAsia="zh-CN"/>
        </w:rPr>
        <w:t>　　促销机型：国母同品牌机型中兴青漾、华为B199/Mate2、苹果iphone系列终端</w:t>
      </w:r>
      <w:r>
        <w:rPr>
          <w:lang w:eastAsia="zh-CN"/>
        </w:rPr>
        <w:br/>
      </w:r>
      <w:r>
        <w:rPr>
          <w:lang w:eastAsia="zh-CN"/>
        </w:rPr>
        <w:t>　　活动一：送礼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进店有礼：5月_日—5月_日女性用户进店即送康乃馨一朵(门口公仔手捧鲜花引导用户，胸前有母亲节快乐字样)</w:t>
      </w:r>
      <w:r>
        <w:rPr>
          <w:lang w:eastAsia="zh-CN"/>
        </w:rPr>
        <w:br/>
      </w:r>
      <w:r>
        <w:rPr>
          <w:lang w:eastAsia="zh-CN"/>
        </w:rPr>
        <w:t>　　分享记忆送好礼：建立“母亲爱的告白”微信、易信群，进店用户扫描加入该群，分享一张与母亲的合影送上一段祝福，由专人随即抽取幸运留言用户，赠送超值礼品一份。</w:t>
      </w:r>
      <w:r>
        <w:rPr>
          <w:lang w:eastAsia="zh-CN"/>
        </w:rPr>
        <w:br/>
      </w:r>
      <w:r>
        <w:rPr>
          <w:lang w:eastAsia="zh-CN"/>
        </w:rPr>
        <w:t>　　活动二：厅内活动</w:t>
      </w:r>
      <w:r>
        <w:rPr>
          <w:lang w:eastAsia="zh-CN"/>
        </w:rPr>
        <w:br/>
      </w:r>
      <w:r>
        <w:rPr>
          <w:lang w:eastAsia="zh-CN"/>
        </w:rPr>
        <w:t>　　千里寄相思，准备明信片若干张，组织用户填写爱的寄语明信片，送上对母亲的祝愿，用户指定寄送时间，专人免费邮寄。爱的告白，免费5分钟的亲情电话，为母亲送上温馨祝福。</w:t>
      </w:r>
      <w:r>
        <w:rPr>
          <w:lang w:eastAsia="zh-CN"/>
        </w:rPr>
        <w:br/>
      </w:r>
      <w:r>
        <w:rPr>
          <w:lang w:eastAsia="zh-CN"/>
        </w:rPr>
        <w:t>　　活动三：厅外炒店</w:t>
      </w:r>
      <w:r>
        <w:rPr>
          <w:lang w:eastAsia="zh-CN"/>
        </w:rPr>
        <w:br/>
      </w:r>
      <w:r>
        <w:rPr>
          <w:lang w:eastAsia="zh-CN"/>
        </w:rPr>
        <w:t>　　组织人员若干，准备2—3篇“母亲”系列的诗歌朗诵。厅外红毯布置，组织用户，大胆说出爱的感言，用DV记录下这一时刻，将爱的瞬间封存。凡参与此活动环节的用户，购买手机享受全场9折优惠。</w:t>
      </w:r>
      <w:r>
        <w:rPr>
          <w:lang w:eastAsia="zh-CN"/>
        </w:rPr>
        <w:br/>
      </w:r>
      <w:r>
        <w:rPr>
          <w:lang w:eastAsia="zh-CN"/>
        </w:rPr>
        <w:t>　　七、前期准备</w:t>
      </w:r>
      <w:r>
        <w:rPr>
          <w:lang w:eastAsia="zh-CN"/>
        </w:rPr>
        <w:br/>
      </w:r>
      <w:r>
        <w:rPr>
          <w:lang w:eastAsia="zh-CN"/>
        </w:rPr>
        <w:t>　　物料：活动自制海报、康乃馨若干、明信片若干、DV一台。</w:t>
      </w:r>
      <w:r>
        <w:rPr>
          <w:lang w:eastAsia="zh-CN"/>
        </w:rPr>
        <w:br/>
      </w:r>
      <w:r>
        <w:rPr>
          <w:lang w:eastAsia="zh-CN"/>
        </w:rPr>
        <w:t>　　八、活动执行</w:t>
      </w:r>
      <w:r>
        <w:rPr>
          <w:lang w:eastAsia="zh-CN"/>
        </w:rPr>
        <w:br/>
      </w:r>
      <w:r>
        <w:rPr>
          <w:lang w:eastAsia="zh-CN"/>
        </w:rPr>
        <w:t>　　1、公放歌曲： 羽泉《 烛光里的妈妈》 /周杰伦 《听妈妈的话》/ 甄妮《鲁冰花》/汪峰《母亲》</w:t>
      </w:r>
      <w:r>
        <w:rPr>
          <w:lang w:eastAsia="zh-CN"/>
        </w:rPr>
        <w:br/>
      </w:r>
      <w:r>
        <w:rPr>
          <w:lang w:eastAsia="zh-CN"/>
        </w:rPr>
        <w:t>　　2、营销气氛：当女性顾客(__岁以上)进入店内时，要面带微笑进行问候：母亲节快乐!</w:t>
      </w:r>
      <w:r>
        <w:rPr>
          <w:lang w:eastAsia="zh-CN"/>
        </w:rPr>
        <w:br/>
      </w:r>
      <w:r>
        <w:rPr>
          <w:lang w:eastAsia="zh-CN"/>
        </w:rPr>
        <w:t xml:space="preserve">    2024双11促销活动策划方案 篇14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一、经营者不敬业：</w:t>
      </w:r>
      <w:r>
        <w:rPr>
          <w:lang w:eastAsia="zh-CN"/>
        </w:rPr>
        <w:br/>
      </w:r>
      <w:r>
        <w:rPr>
          <w:lang w:eastAsia="zh-CN"/>
        </w:rPr>
        <w:t>　　1、股份制投资、只想早收益、意见不统一、相互推脱、怕担风险、谁都去管理、谁都管不好。</w:t>
      </w:r>
      <w:r>
        <w:rPr>
          <w:lang w:eastAsia="zh-CN"/>
        </w:rPr>
        <w:br/>
      </w:r>
      <w:r>
        <w:rPr>
          <w:lang w:eastAsia="zh-CN"/>
        </w:rPr>
        <w:t>　　2、超级模仿秀、只模仿表面、不了解本质、没有创新只有死路一条。</w:t>
      </w:r>
      <w:r>
        <w:rPr>
          <w:lang w:eastAsia="zh-CN"/>
        </w:rPr>
        <w:br/>
      </w:r>
      <w:r>
        <w:rPr>
          <w:lang w:eastAsia="zh-CN"/>
        </w:rPr>
        <w:t>　　二、管理者不专业：</w:t>
      </w:r>
      <w:r>
        <w:rPr>
          <w:lang w:eastAsia="zh-CN"/>
        </w:rPr>
        <w:br/>
      </w:r>
      <w:r>
        <w:rPr>
          <w:lang w:eastAsia="zh-CN"/>
        </w:rPr>
        <w:t>　　1、没有给公司一个经营定位。</w:t>
      </w:r>
      <w:r>
        <w:rPr>
          <w:lang w:eastAsia="zh-CN"/>
        </w:rPr>
        <w:br/>
      </w:r>
      <w:r>
        <w:rPr>
          <w:lang w:eastAsia="zh-CN"/>
        </w:rPr>
        <w:t>　　2、没有给客户一个消费定位。</w:t>
      </w:r>
      <w:r>
        <w:rPr>
          <w:lang w:eastAsia="zh-CN"/>
        </w:rPr>
        <w:br/>
      </w:r>
      <w:r>
        <w:rPr>
          <w:lang w:eastAsia="zh-CN"/>
        </w:rPr>
        <w:t>　　3、没有完善的管理体系，缺少长远规划。</w:t>
      </w:r>
      <w:r>
        <w:rPr>
          <w:lang w:eastAsia="zh-CN"/>
        </w:rPr>
        <w:br/>
      </w:r>
      <w:r>
        <w:rPr>
          <w:lang w:eastAsia="zh-CN"/>
        </w:rPr>
        <w:t>　　4、没有创新体制、按经验套路做事。</w:t>
      </w:r>
      <w:r>
        <w:rPr>
          <w:lang w:eastAsia="zh-CN"/>
        </w:rPr>
        <w:br/>
      </w:r>
      <w:r>
        <w:rPr>
          <w:lang w:eastAsia="zh-CN"/>
        </w:rPr>
        <w:t>　　三、执行者不认真：</w:t>
      </w:r>
      <w:r>
        <w:rPr>
          <w:lang w:eastAsia="zh-CN"/>
        </w:rPr>
        <w:br/>
      </w:r>
      <w:r>
        <w:rPr>
          <w:lang w:eastAsia="zh-CN"/>
        </w:rPr>
        <w:t>　　1、对公司的经营理念没有足够的认识。</w:t>
      </w:r>
      <w:r>
        <w:rPr>
          <w:lang w:eastAsia="zh-CN"/>
        </w:rPr>
        <w:br/>
      </w:r>
      <w:r>
        <w:rPr>
          <w:lang w:eastAsia="zh-CN"/>
        </w:rPr>
        <w:t>　　2、对于公司的管理没有严格的.执行。</w:t>
      </w:r>
      <w:r>
        <w:rPr>
          <w:lang w:eastAsia="zh-CN"/>
        </w:rPr>
        <w:br/>
      </w:r>
      <w:r>
        <w:rPr>
          <w:lang w:eastAsia="zh-CN"/>
        </w:rPr>
        <w:t>　　3、借口太多、没有上进性。</w:t>
      </w:r>
      <w:r>
        <w:rPr>
          <w:lang w:eastAsia="zh-CN"/>
        </w:rPr>
        <w:br/>
      </w:r>
      <w:r>
        <w:rPr>
          <w:lang w:eastAsia="zh-CN"/>
        </w:rPr>
        <w:t>　　四、销售环节错误：</w:t>
      </w:r>
      <w:r>
        <w:rPr>
          <w:lang w:eastAsia="zh-CN"/>
        </w:rPr>
        <w:br/>
      </w:r>
      <w:r>
        <w:rPr>
          <w:lang w:eastAsia="zh-CN"/>
        </w:rPr>
        <w:t>　　1、服务员不了解销售环节。</w:t>
      </w:r>
      <w:r>
        <w:rPr>
          <w:lang w:eastAsia="zh-CN"/>
        </w:rPr>
        <w:br/>
      </w:r>
      <w:r>
        <w:rPr>
          <w:lang w:eastAsia="zh-CN"/>
        </w:rPr>
        <w:t>　　2、公司政策没有及时正确传达到客户大脑里。(宣传力度)</w:t>
      </w:r>
      <w:r>
        <w:rPr>
          <w:lang w:eastAsia="zh-CN"/>
        </w:rPr>
        <w:br/>
      </w:r>
      <w:r>
        <w:rPr>
          <w:lang w:eastAsia="zh-CN"/>
        </w:rPr>
        <w:t>　　3、执行过程方式错误。</w:t>
      </w:r>
      <w:r>
        <w:rPr>
          <w:lang w:eastAsia="zh-CN"/>
        </w:rPr>
        <w:br/>
      </w:r>
      <w:r>
        <w:rPr>
          <w:lang w:eastAsia="zh-CN"/>
        </w:rPr>
        <w:t>　　ktv几点细节</w:t>
      </w:r>
      <w:r>
        <w:rPr>
          <w:lang w:eastAsia="zh-CN"/>
        </w:rPr>
        <w:br/>
      </w:r>
      <w:r>
        <w:rPr>
          <w:lang w:eastAsia="zh-CN"/>
        </w:rPr>
        <w:t>　　1、广告牌的放法：</w:t>
      </w:r>
      <w:r>
        <w:rPr>
          <w:lang w:eastAsia="zh-CN"/>
        </w:rPr>
        <w:br/>
      </w:r>
      <w:r>
        <w:rPr>
          <w:lang w:eastAsia="zh-CN"/>
        </w:rPr>
        <w:t>　　定义：放在客人能停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留三十秒的位置，例如下车处，超市门口。切记不要放在客人路过不会停留的位置。</w:t>
      </w:r>
      <w:r>
        <w:rPr>
          <w:lang w:eastAsia="zh-CN"/>
        </w:rPr>
        <w:br/>
      </w:r>
      <w:r>
        <w:rPr>
          <w:lang w:eastAsia="zh-CN"/>
        </w:rPr>
        <w:t>　　广告画内容原则：用最简单的图文把你所做活动的内容传达到客人大脑思维里，记住客人不是艺术家。</w:t>
      </w:r>
      <w:r>
        <w:rPr>
          <w:lang w:eastAsia="zh-CN"/>
        </w:rPr>
        <w:br/>
      </w:r>
      <w:r>
        <w:rPr>
          <w:lang w:eastAsia="zh-CN"/>
        </w:rPr>
        <w:t>　　pop绘制原则：统一中追求变化，变化中追求统一。</w:t>
      </w:r>
      <w:r>
        <w:rPr>
          <w:lang w:eastAsia="zh-CN"/>
        </w:rPr>
        <w:br/>
      </w:r>
      <w:r>
        <w:rPr>
          <w:lang w:eastAsia="zh-CN"/>
        </w:rPr>
        <w:t>　　2、欢唱券发放原则;</w:t>
      </w:r>
      <w:r>
        <w:rPr>
          <w:lang w:eastAsia="zh-CN"/>
        </w:rPr>
        <w:br/>
      </w:r>
      <w:r>
        <w:rPr>
          <w:lang w:eastAsia="zh-CN"/>
        </w:rPr>
        <w:t>　　定义：要发放在你所定位的客户群体。切记：不要在大街上发放。</w:t>
      </w:r>
      <w:r>
        <w:rPr>
          <w:lang w:eastAsia="zh-CN"/>
        </w:rPr>
        <w:br/>
      </w:r>
      <w:r>
        <w:rPr>
          <w:lang w:eastAsia="zh-CN"/>
        </w:rPr>
        <w:t>　　客人心理：容易得到的东西不知道珍惜，付出代价获得的才知道珍惜。</w:t>
      </w:r>
      <w:r>
        <w:rPr>
          <w:lang w:eastAsia="zh-CN"/>
        </w:rPr>
        <w:br/>
      </w:r>
      <w:r>
        <w:rPr>
          <w:lang w:eastAsia="zh-CN"/>
        </w:rPr>
        <w:t>　　发放地点：cd店、中高档服装店、影院、麦当劳、公园情侣、高级西餐厅、学校、事业单位等。</w:t>
      </w:r>
      <w:r>
        <w:rPr>
          <w:lang w:eastAsia="zh-CN"/>
        </w:rPr>
        <w:br/>
      </w:r>
      <w:r>
        <w:rPr>
          <w:lang w:eastAsia="zh-CN"/>
        </w:rPr>
        <w:t>　　发放方法：可以与店方结合，制作一张海报，买____可免费送一张___ktv一小时免费欢唱卷。让客人感觉来之不易。并且给合作的店铺每月限量发行。</w:t>
      </w:r>
      <w:r>
        <w:rPr>
          <w:lang w:eastAsia="zh-CN"/>
        </w:rPr>
        <w:br/>
      </w:r>
      <w:r>
        <w:rPr>
          <w:lang w:eastAsia="zh-CN"/>
        </w:rPr>
        <w:t>　　3、活动为什么效果不好的原因</w:t>
      </w:r>
      <w:r>
        <w:rPr>
          <w:lang w:eastAsia="zh-CN"/>
        </w:rPr>
        <w:br/>
      </w:r>
      <w:r>
        <w:rPr>
          <w:lang w:eastAsia="zh-CN"/>
        </w:rPr>
        <w:t>　　定义：顾客不够了解/不了解活动内容或者活动定位不适合客人的消费心理。</w:t>
      </w:r>
      <w:r>
        <w:rPr>
          <w:lang w:eastAsia="zh-CN"/>
        </w:rPr>
        <w:br/>
      </w:r>
      <w:r>
        <w:rPr>
          <w:lang w:eastAsia="zh-CN"/>
        </w:rPr>
        <w:t>　　检讨：(1)我的活动适合我的客户群体吗，比例占50%以上吗。不然就调整。</w:t>
      </w:r>
      <w:r>
        <w:rPr>
          <w:lang w:eastAsia="zh-CN"/>
        </w:rPr>
        <w:br/>
      </w:r>
      <w:r>
        <w:rPr>
          <w:lang w:eastAsia="zh-CN"/>
        </w:rPr>
        <w:t>　　(2)我的活动是否是用正确有效的传播途径在传播。</w:t>
      </w:r>
      <w:r>
        <w:rPr>
          <w:lang w:eastAsia="zh-CN"/>
        </w:rPr>
        <w:br/>
      </w:r>
      <w:r>
        <w:rPr>
          <w:lang w:eastAsia="zh-CN"/>
        </w:rPr>
        <w:t>　　(3)服务员真的都了解活动内容吗?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方法：永远站在客户的角度去考虑问题，你才可以经营持久。但要把握一个度，不要过于损失公司的利益。</w:t>
      </w:r>
      <w:r>
        <w:rPr>
          <w:lang w:eastAsia="zh-CN"/>
        </w:rPr>
        <w:br/>
      </w:r>
      <w:r>
        <w:rPr>
          <w:lang w:eastAsia="zh-CN"/>
        </w:rPr>
        <w:t>　　4、ktv常见的漏洞</w:t>
      </w:r>
      <w:r>
        <w:rPr>
          <w:lang w:eastAsia="zh-CN"/>
        </w:rPr>
        <w:br/>
      </w:r>
      <w:r>
        <w:rPr>
          <w:lang w:eastAsia="zh-CN"/>
        </w:rPr>
        <w:t>　　a、采购、经理、会计拿供货商回扣。</w:t>
      </w:r>
      <w:r>
        <w:rPr>
          <w:lang w:eastAsia="zh-CN"/>
        </w:rPr>
        <w:br/>
      </w:r>
      <w:r>
        <w:rPr>
          <w:lang w:eastAsia="zh-CN"/>
        </w:rPr>
        <w:t>　　b、服务员与吧员勾结私卖/私送茶水/果盘。</w:t>
      </w:r>
      <w:r>
        <w:rPr>
          <w:lang w:eastAsia="zh-CN"/>
        </w:rPr>
        <w:br/>
      </w:r>
      <w:r>
        <w:rPr>
          <w:lang w:eastAsia="zh-CN"/>
        </w:rPr>
        <w:t>　　c、服务员兜里装着烟、口香糖卖给客人。</w:t>
      </w:r>
      <w:r>
        <w:rPr>
          <w:lang w:eastAsia="zh-CN"/>
        </w:rPr>
        <w:br/>
      </w:r>
      <w:r>
        <w:rPr>
          <w:lang w:eastAsia="zh-CN"/>
        </w:rPr>
        <w:t>　　d、保洁/服务员把客人剩下的食品、饮料带走或吃掉。</w:t>
      </w:r>
      <w:r>
        <w:rPr>
          <w:lang w:eastAsia="zh-CN"/>
        </w:rPr>
        <w:br/>
      </w:r>
      <w:r>
        <w:rPr>
          <w:lang w:eastAsia="zh-CN"/>
        </w:rPr>
        <w:t>　　e、下午/夜场前台收银为熟人延时。</w:t>
      </w:r>
      <w:r>
        <w:rPr>
          <w:lang w:eastAsia="zh-CN"/>
        </w:rPr>
        <w:br/>
      </w:r>
      <w:r>
        <w:rPr>
          <w:lang w:eastAsia="zh-CN"/>
        </w:rPr>
        <w:t>　　f、欢唱券、会员卡等管理不规范私扣或误发对象。</w:t>
      </w:r>
      <w:r>
        <w:rPr>
          <w:lang w:eastAsia="zh-CN"/>
        </w:rPr>
        <w:br/>
      </w:r>
      <w:r>
        <w:rPr>
          <w:lang w:eastAsia="zh-CN"/>
        </w:rPr>
        <w:t>　　g、服务员没有有效的传达公司活动讯息，造成客人流失。</w:t>
      </w:r>
      <w:r>
        <w:rPr>
          <w:lang w:eastAsia="zh-CN"/>
        </w:rPr>
        <w:br/>
      </w:r>
      <w:r>
        <w:rPr>
          <w:lang w:eastAsia="zh-CN"/>
        </w:rPr>
        <w:t>　　h、捡到客人物品不及时上缴，心存侥幸。</w:t>
      </w:r>
      <w:r>
        <w:rPr>
          <w:lang w:eastAsia="zh-CN"/>
        </w:rPr>
        <w:br/>
      </w:r>
      <w:r>
        <w:rPr>
          <w:lang w:eastAsia="zh-CN"/>
        </w:rPr>
        <w:t>　　i、把商家的促销品变卖或自己占有。</w:t>
      </w:r>
      <w:r>
        <w:rPr>
          <w:lang w:eastAsia="zh-CN"/>
        </w:rPr>
        <w:br/>
      </w:r>
      <w:r>
        <w:rPr>
          <w:lang w:eastAsia="zh-CN"/>
        </w:rPr>
        <w:t>　　j、客人自带酒水没能及时阻止。</w:t>
      </w:r>
      <w:r>
        <w:rPr>
          <w:lang w:eastAsia="zh-CN"/>
        </w:rPr>
        <w:br/>
      </w:r>
      <w:r>
        <w:rPr>
          <w:lang w:eastAsia="zh-CN"/>
        </w:rPr>
        <w:t>　　k、保安不查包，造成公司物品流失。</w:t>
      </w:r>
      <w:r>
        <w:rPr>
          <w:lang w:eastAsia="zh-CN"/>
        </w:rPr>
        <w:br/>
      </w:r>
      <w:r>
        <w:rPr>
          <w:lang w:eastAsia="zh-CN"/>
        </w:rPr>
        <w:t>　　l、值班人员偷公司无量物品。</w:t>
      </w:r>
      <w:r>
        <w:rPr>
          <w:lang w:eastAsia="zh-CN"/>
        </w:rPr>
        <w:br/>
      </w:r>
      <w:r>
        <w:rPr>
          <w:lang w:eastAsia="zh-CN"/>
        </w:rPr>
        <w:t>　　m、股东搞自己做酒水供应或索要进场物品不上缴。</w:t>
      </w:r>
      <w:r>
        <w:rPr>
          <w:lang w:eastAsia="zh-CN"/>
        </w:rPr>
        <w:br/>
      </w:r>
      <w:r>
        <w:rPr>
          <w:lang w:eastAsia="zh-CN"/>
        </w:rPr>
        <w:t>　　n、把商家抽奖物品具为己有。</w:t>
      </w:r>
      <w:r>
        <w:rPr>
          <w:lang w:eastAsia="zh-CN"/>
        </w:rPr>
        <w:br/>
      </w:r>
      <w:r>
        <w:rPr>
          <w:lang w:eastAsia="zh-CN"/>
        </w:rPr>
        <w:t xml:space="preserve">    2024双11促销活动策划方案 篇15 </w:t>
      </w:r>
      <w:r>
        <w:rPr>
          <w:lang w:eastAsia="zh-CN"/>
        </w:rPr>
        <w:br/>
      </w:r>
      <w:r>
        <w:rPr>
          <w:lang w:eastAsia="zh-CN"/>
        </w:rPr>
        <w:t>　　一：促销活动内容：</w:t>
      </w:r>
      <w:r>
        <w:rPr>
          <w:lang w:eastAsia="zh-CN"/>
        </w:rPr>
        <w:br/>
      </w:r>
      <w:r>
        <w:rPr>
          <w:lang w:eastAsia="zh-CN"/>
        </w:rPr>
        <w:t>　　1、主题：</w:t>
      </w:r>
      <w:r>
        <w:rPr>
          <w:lang w:eastAsia="zh-CN"/>
        </w:rPr>
        <w:br/>
      </w:r>
      <w:r>
        <w:rPr>
          <w:lang w:eastAsia="zh-CN"/>
        </w:rPr>
        <w:t>　　2、优惠：工程造价折（综合管理费不参与打折）活动期间每天享受家装团购惊喜价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3、礼品：活动期间交意向合同就送家居实用好礼（茶具、碗具、锅、枕芯）活动期间凡签单即送大礼（详见礼品赠送规定）</w:t>
      </w:r>
      <w:r>
        <w:rPr>
          <w:lang w:eastAsia="zh-CN"/>
        </w:rPr>
        <w:br/>
      </w:r>
      <w:r>
        <w:rPr>
          <w:lang w:eastAsia="zh-CN"/>
        </w:rPr>
        <w:t>　　二、活动具体内容</w:t>
      </w:r>
      <w:r>
        <w:rPr>
          <w:lang w:eastAsia="zh-CN"/>
        </w:rPr>
        <w:br/>
      </w:r>
      <w:r>
        <w:rPr>
          <w:lang w:eastAsia="zh-CN"/>
        </w:rPr>
        <w:t>　　名门装饰五大优惠措施，空前让利六千元</w:t>
      </w:r>
      <w:r>
        <w:rPr>
          <w:lang w:eastAsia="zh-CN"/>
        </w:rPr>
        <w:br/>
      </w:r>
      <w:r>
        <w:rPr>
          <w:lang w:eastAsia="zh-CN"/>
        </w:rPr>
        <w:t>　　一重礼：交定金20__抵3000元工程款，直接让利1000元</w:t>
      </w:r>
      <w:r>
        <w:rPr>
          <w:lang w:eastAsia="zh-CN"/>
        </w:rPr>
        <w:br/>
      </w:r>
      <w:r>
        <w:rPr>
          <w:lang w:eastAsia="zh-CN"/>
        </w:rPr>
        <w:t>　　二重礼：板材由福庆E1级升级为金福湘E0级，价值20__元</w:t>
      </w:r>
      <w:r>
        <w:rPr>
          <w:lang w:eastAsia="zh-CN"/>
        </w:rPr>
        <w:br/>
      </w:r>
      <w:r>
        <w:rPr>
          <w:lang w:eastAsia="zh-CN"/>
        </w:rPr>
        <w:t>　　三重礼：墙面漆由立邦美得丽升级为多乐士净味，价值1500元</w:t>
      </w:r>
      <w:r>
        <w:rPr>
          <w:lang w:eastAsia="zh-CN"/>
        </w:rPr>
        <w:br/>
      </w:r>
      <w:r>
        <w:rPr>
          <w:lang w:eastAsia="zh-CN"/>
        </w:rPr>
        <w:t>　　四重礼：工程款满5万，送全房开关插座，西门子、正泰品牌，价值1000元。</w:t>
      </w:r>
      <w:r>
        <w:rPr>
          <w:lang w:eastAsia="zh-CN"/>
        </w:rPr>
        <w:br/>
      </w:r>
      <w:r>
        <w:rPr>
          <w:lang w:eastAsia="zh-CN"/>
        </w:rPr>
        <w:t>　　五重礼：工程竣工后赠送家政一次，价值500元。</w:t>
      </w:r>
      <w:r>
        <w:rPr>
          <w:lang w:eastAsia="zh-CN"/>
        </w:rPr>
        <w:br/>
      </w:r>
      <w:r>
        <w:rPr>
          <w:lang w:eastAsia="zh-CN"/>
        </w:rPr>
        <w:t>　　名门装饰十大承诺保您装修无忧</w:t>
      </w:r>
      <w:r>
        <w:rPr>
          <w:lang w:eastAsia="zh-CN"/>
        </w:rPr>
        <w:br/>
      </w:r>
      <w:r>
        <w:rPr>
          <w:lang w:eastAsia="zh-CN"/>
        </w:rPr>
        <w:t>　　1、缴纳定金之后，全年（20__年）保价，绝对不会因为材料和人工价格的上涨而涨价。</w:t>
      </w:r>
      <w:r>
        <w:rPr>
          <w:lang w:eastAsia="zh-CN"/>
        </w:rPr>
        <w:br/>
      </w:r>
      <w:r>
        <w:rPr>
          <w:lang w:eastAsia="zh-CN"/>
        </w:rPr>
        <w:t>　　2、免费量房、免费出平面图、免费出预算、免费出施工图，不再另行收取设计费。</w:t>
      </w:r>
      <w:r>
        <w:rPr>
          <w:lang w:eastAsia="zh-CN"/>
        </w:rPr>
        <w:br/>
      </w:r>
      <w:r>
        <w:rPr>
          <w:lang w:eastAsia="zh-CN"/>
        </w:rPr>
        <w:t>　　3、精准预算，在不变更施工工艺与施工项目的前提下，结算工程款保证在预算价格的5%以内浮动，无预算超支之忧。</w:t>
      </w:r>
      <w:r>
        <w:rPr>
          <w:lang w:eastAsia="zh-CN"/>
        </w:rPr>
        <w:br/>
      </w:r>
      <w:r>
        <w:rPr>
          <w:lang w:eastAsia="zh-CN"/>
        </w:rPr>
        <w:t>　　4、工程不转包，装修工人由公司统一调配，工程由实施项目经理管理制，严禁分包或转包，务使工程“施工与设计相吻合”、“质量与标准相吻合”和“整体效果与客户心愿相吻合”。</w:t>
      </w:r>
      <w:r>
        <w:rPr>
          <w:lang w:eastAsia="zh-CN"/>
        </w:rPr>
        <w:br/>
      </w:r>
      <w:r>
        <w:rPr>
          <w:lang w:eastAsia="zh-CN"/>
        </w:rPr>
        <w:t>　　5、材料由公司集中采购，统一配送，严格杜绝假冒伪劣材料，凡属本公司所购的材料或商品一律符合国家环保标准，无环保隐患之忧。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6、阶段式付款，工程款分四步支付，按照进度验收付款，让业主牵着公司的鼻子走，放心装修——无“误上贼船”之忧。</w:t>
      </w:r>
      <w:r>
        <w:rPr>
          <w:lang w:eastAsia="zh-CN"/>
        </w:rPr>
        <w:br/>
      </w:r>
      <w:r>
        <w:rPr>
          <w:lang w:eastAsia="zh-CN"/>
        </w:rPr>
        <w:t>　　7、严格按照与业主签订的施工方案进行施工，确保施工与设计相吻合、整体效果与客户心愿相吻合。</w:t>
      </w:r>
      <w:r>
        <w:rPr>
          <w:lang w:eastAsia="zh-CN"/>
        </w:rPr>
        <w:br/>
      </w:r>
      <w:r>
        <w:rPr>
          <w:lang w:eastAsia="zh-CN"/>
        </w:rPr>
        <w:t>　　8、严格按照《江苏省装饰协会室内装修施工规范》施工，按照《江苏省装饰协会室内装修验收标准》验收。让质量与标准相吻合。</w:t>
      </w:r>
      <w:r>
        <w:rPr>
          <w:lang w:eastAsia="zh-CN"/>
        </w:rPr>
        <w:br/>
      </w:r>
      <w:r>
        <w:rPr>
          <w:lang w:eastAsia="zh-CN"/>
        </w:rPr>
        <w:t>　　9、水电五年保修，其余两年保修，终身维修，无售后服务之忧。</w:t>
      </w:r>
      <w:r>
        <w:rPr>
          <w:lang w:eastAsia="zh-CN"/>
        </w:rPr>
        <w:br/>
      </w:r>
      <w:r>
        <w:rPr>
          <w:lang w:eastAsia="zh-CN"/>
        </w:rPr>
        <w:t>　　10、活动期间缴纳定金客户，享受总经理关注工程，总经理直接关注工程进度与施工质量，每周巡检工地不少于1次。</w:t>
      </w:r>
      <w:r>
        <w:rPr>
          <w:lang w:eastAsia="zh-CN"/>
        </w:rPr>
        <w:br/>
      </w:r>
      <w:r>
        <w:rPr>
          <w:lang w:eastAsia="zh-CN"/>
        </w:rPr>
        <w:t>　　三、促销优惠方案：</w:t>
      </w:r>
      <w:r>
        <w:rPr>
          <w:lang w:eastAsia="zh-CN"/>
        </w:rPr>
        <w:br/>
      </w:r>
      <w:r>
        <w:rPr>
          <w:lang w:eastAsia="zh-CN"/>
        </w:rPr>
        <w:t>　　1）__品牌地砖__品牌地板6折起团购</w:t>
      </w:r>
      <w:r>
        <w:rPr>
          <w:lang w:eastAsia="zh-CN"/>
        </w:rPr>
        <w:br/>
      </w:r>
      <w:r>
        <w:rPr>
          <w:lang w:eastAsia="zh-CN"/>
        </w:rPr>
        <w:t>　　2）__品牌厨房__品牌卫浴7折起团购</w:t>
      </w:r>
      <w:r>
        <w:rPr>
          <w:lang w:eastAsia="zh-CN"/>
        </w:rPr>
        <w:br/>
      </w:r>
      <w:r>
        <w:rPr>
          <w:lang w:eastAsia="zh-CN"/>
        </w:rPr>
        <w:t>　　3）__品牌家具7折起团购</w:t>
      </w:r>
      <w:r>
        <w:rPr>
          <w:lang w:eastAsia="zh-CN"/>
        </w:rPr>
        <w:br/>
      </w:r>
      <w:r>
        <w:rPr>
          <w:lang w:eastAsia="zh-CN"/>
        </w:rPr>
        <w:t>　　4）装修团购85折起，每增加10户再降5个点，一直降到7折零利润装修</w:t>
      </w:r>
      <w:r>
        <w:rPr>
          <w:lang w:eastAsia="zh-CN"/>
        </w:rPr>
        <w:br/>
      </w:r>
      <w:r>
        <w:rPr>
          <w:lang w:eastAsia="zh-CN"/>
        </w:rPr>
        <w:t>　　5）来就送500元通兑券，在团购最大优惠基础上，由我家装公司再让您省下500元</w:t>
      </w:r>
      <w:r>
        <w:rPr>
          <w:lang w:eastAsia="zh-CN"/>
        </w:rPr>
        <w:br/>
      </w:r>
      <w:r>
        <w:rPr>
          <w:lang w:eastAsia="zh-CN"/>
        </w:rPr>
        <w:t>　　6）本次活动现场只报名不收取订金，客户报名后只需于我们活动截止日前到我公司签署设计协议即生效，真正无风险的完美家装之旅。</w:t>
      </w:r>
      <w:r>
        <w:rPr>
          <w:lang w:eastAsia="zh-CN"/>
        </w:rPr>
        <w:br/>
      </w:r>
      <w:r>
        <w:rPr>
          <w:lang w:eastAsia="zh-CN"/>
        </w:rPr>
        <w:t xml:space="preserve">    2024双11促销活动策划方案 篇16 </w:t>
      </w:r>
      <w:r>
        <w:rPr>
          <w:lang w:eastAsia="zh-CN"/>
        </w:rPr>
        <w:br/>
      </w:r>
      <w:r>
        <w:rPr>
          <w:lang w:eastAsia="zh-CN"/>
        </w:rPr>
        <w:t>　　活动背景：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某某，位于湖南东部湘江之滨，距省会长沙50公里，总面积11262平方公里，总人口372万，其中城区面积60平方公里，城区人口75.9万，下辖4县一市。据统计：某某年某某市生产总值394.1亿元，人均国民生产总值达到10800元，人均可支配收入8986元，居民生活水平在不断提高。由于某某有着非常优越的地理位置和工业基础比较发达，某某已成为全国对外开放的重要城市和重要出口商品基地，旅游业逐步发展成为某某的重要产业，近年来随着房地产业的扩张，某某的商品房交易也日趋火爆，某某年7月天然气将进入某某，房地产市场的火爆和天然气的入株必然会为厨卫产品带来全新的发展机遇和市场空间。某品牌是湖南当地的厨电品牌，在某某灶具市场占有67%的市场份额。为把握商机，占领市场，积极开辟新的销售渠道，某品牌利用自身的地缘优势，针对房产市场专门组织了一系列的小区促销活动。</w:t>
      </w:r>
      <w:r>
        <w:rPr>
          <w:lang w:eastAsia="zh-CN"/>
        </w:rPr>
        <w:br/>
      </w:r>
      <w:r>
        <w:rPr>
          <w:lang w:eastAsia="zh-CN"/>
        </w:rPr>
        <w:t>　　一、 活动目的</w:t>
      </w:r>
      <w:r>
        <w:rPr>
          <w:lang w:eastAsia="zh-CN"/>
        </w:rPr>
        <w:br/>
      </w:r>
      <w:r>
        <w:rPr>
          <w:lang w:eastAsia="zh-CN"/>
        </w:rPr>
        <w:t>　　提高某品牌知名度及市场占有率，拓展新的销售渠道以扩大销量。</w:t>
      </w:r>
      <w:r>
        <w:rPr>
          <w:lang w:eastAsia="zh-CN"/>
        </w:rPr>
        <w:br/>
      </w:r>
      <w:r>
        <w:rPr>
          <w:lang w:eastAsia="zh-CN"/>
        </w:rPr>
        <w:t>　　二、 活动主题：购某品牌家厨，创造美好新生活。</w:t>
      </w:r>
      <w:r>
        <w:rPr>
          <w:lang w:eastAsia="zh-CN"/>
        </w:rPr>
        <w:br/>
      </w:r>
      <w:r>
        <w:rPr>
          <w:lang w:eastAsia="zh-CN"/>
        </w:rPr>
        <w:t>　　三、 活动前期准备：</w:t>
      </w:r>
      <w:r>
        <w:rPr>
          <w:lang w:eastAsia="zh-CN"/>
        </w:rPr>
        <w:br/>
      </w:r>
      <w:r>
        <w:rPr>
          <w:lang w:eastAsia="zh-CN"/>
        </w:rPr>
        <w:t>　　A、宣传品制作。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①条幅：保证每个小区悬挂3条，可挂在小区外墙、路边树干及小区内主干道上。内容可为：某品牌家厨义务维修服务点；某品牌创造舒适健康新生活；新生活，新家厨——某品牌家厨，条幅作为现场的促销广告，内容为某品牌企业标准色，蓝底白字，以吸引消费者注意，形成强烈的视觉冲击力。</w:t>
      </w:r>
      <w:r>
        <w:rPr>
          <w:lang w:eastAsia="zh-CN"/>
        </w:rPr>
        <w:br/>
      </w:r>
      <w:r>
        <w:rPr>
          <w:lang w:eastAsia="zh-CN"/>
        </w:rPr>
        <w:t>　　②海报：张贴于小区宣传栏或小区门口、外墙、现场咨询台或产品上，以引起消费者注意，达到宣传的目的。</w:t>
      </w:r>
      <w:r>
        <w:rPr>
          <w:lang w:eastAsia="zh-CN"/>
        </w:rPr>
        <w:br/>
      </w:r>
      <w:r>
        <w:rPr>
          <w:lang w:eastAsia="zh-CN"/>
        </w:rPr>
        <w:t>　　③某展架：内容主要是产品形象及企业形象 Logo以及促销活动内容及服务内容等。</w:t>
      </w:r>
      <w:r>
        <w:rPr>
          <w:lang w:eastAsia="zh-CN"/>
        </w:rPr>
        <w:br/>
      </w:r>
      <w:r>
        <w:rPr>
          <w:lang w:eastAsia="zh-CN"/>
        </w:rPr>
        <w:t>　　④DM宣传单页：由导购员或临时导购员在小区门口，人流量大的过道交叉路口，主要干道及小区活动现场向消费者散发大量的宣传品、DM宣传单页，向消费者传递信息应直接，完整，因此DM宣传单页包括公司简介及公司理念等，适当印上产品型号、尺寸及简介。另增加售后服务承诺及售后服务联系电话，免除消费者后顾之忧。</w:t>
      </w:r>
      <w:r>
        <w:rPr>
          <w:lang w:eastAsia="zh-CN"/>
        </w:rPr>
        <w:br/>
      </w:r>
      <w:r>
        <w:rPr>
          <w:lang w:eastAsia="zh-CN"/>
        </w:rPr>
        <w:t>　　⑤楼层贴：制作楼层贴张贴于各个小区的每层楼道内，颜色为某品牌企业标准色，如蓝色和白色，蓝底白字或白底蓝字，内容主要以公益性质宣传语为主：如某品牌集团与您共创全国文明城市；争做文明某某人；某品牌集团祝您身体健康，步步高升等。</w:t>
      </w:r>
      <w:r>
        <w:rPr>
          <w:lang w:eastAsia="zh-CN"/>
        </w:rPr>
        <w:br/>
      </w:r>
      <w:r>
        <w:rPr>
          <w:lang w:eastAsia="zh-CN"/>
        </w:rPr>
        <w:t>　　⑥帐篷：帐篷统一印刷企业CI形象，并于小区直销活动开始前运送至小区活动现场，增加企业和产品知名度，提升品牌形象。</w:t>
      </w:r>
      <w:r>
        <w:rPr>
          <w:lang w:eastAsia="zh-CN"/>
        </w:rPr>
        <w:br/>
      </w:r>
      <w:r>
        <w:rPr>
          <w:lang w:eastAsia="zh-CN"/>
        </w:rPr>
        <w:t>　　⑦售后服务联络卡：增加厂家与消费者的感情，提高企业的美誉度，引起消费者信赖。</w:t>
      </w:r>
      <w:r>
        <w:rPr>
          <w:lang w:eastAsia="zh-CN"/>
        </w:rPr>
        <w:br/>
      </w:r>
      <w:r>
        <w:rPr>
          <w:lang w:eastAsia="zh-CN"/>
        </w:rPr>
        <w:t>　　B、小区选择：</w:t>
      </w:r>
      <w:r>
        <w:rPr>
          <w:lang w:eastAsia="zh-CN"/>
        </w:rPr>
        <w:br/>
      </w:r>
    </w:p>
    <w:p w:rsidR="001B1F19" w14:textId="27C3F48A">
      <w:pPr>
        <w:rPr>
          <w:rFonts w:hint="eastAsia"/>
          <w:lang w:eastAsia="zh-CN"/>
        </w:rPr>
      </w:pPr>
      <w:r>
        <w:rPr>
          <w:lang w:eastAsia="zh-CN"/>
        </w:rPr>
        <w:t>　　①首先对小区的总体情况做调查，了解小区的开发商背景及住宅楼的开发规模，并且对业主的.背景进行分析，围绕目标消费者进行信息收集，确定合作伙伴。</w:t>
      </w:r>
      <w:r>
        <w:rPr>
          <w:lang w:eastAsia="zh-CN"/>
        </w:rPr>
        <w:br/>
      </w:r>
      <w:r>
        <w:rPr>
          <w:lang w:eastAsia="zh-CN"/>
        </w:rPr>
        <w:t>　　②了解希望合作小区的管理制度并与物业人员沟通，了解对方对小区活动的看法，探讨合作模式，以便更好的开展小区活动，避免不必要的麻烦。</w:t>
      </w:r>
      <w:r>
        <w:rPr>
          <w:lang w:eastAsia="zh-CN"/>
        </w:rPr>
        <w:br/>
      </w:r>
      <w:r>
        <w:rPr>
          <w:lang w:eastAsia="zh-CN"/>
        </w:rPr>
        <w:t>　　③在与房地产开发商签定合作协议，以开发商品牌和某品牌共同活动的方式进行，以提高各自销量。如：“湘银、某品牌与您携手共创美好新生活。”</w:t>
      </w:r>
      <w:r>
        <w:rPr>
          <w:lang w:eastAsia="zh-CN"/>
        </w:rPr>
        <w:br/>
      </w:r>
      <w:r>
        <w:rPr>
          <w:lang w:eastAsia="zh-CN"/>
        </w:rPr>
        <w:t>　　C、直销活动宣传方式。</w:t>
      </w:r>
      <w:r>
        <w:rPr>
          <w:lang w:eastAsia="zh-CN"/>
        </w:rPr>
        <w:br/>
      </w:r>
      <w:r>
        <w:rPr>
          <w:lang w:eastAsia="zh-CN"/>
        </w:rPr>
        <w:t>　　①在进入小区直销活动前，组织人员进入小区内以地毯式发放宣传单页，做到家家户户均看得到某品牌的宣传单页。</w:t>
      </w:r>
      <w:r>
        <w:rPr>
          <w:lang w:eastAsia="zh-CN"/>
        </w:rPr>
        <w:br/>
      </w:r>
      <w:r>
        <w:rPr>
          <w:lang w:eastAsia="zh-CN"/>
        </w:rPr>
        <w:t>　　②在各小区楼道内贴上楼层贴，提高影响力，悬挂横幅于各小区内，增强品牌知品度，扩大影响。</w:t>
      </w:r>
      <w:r>
        <w:rPr>
          <w:lang w:eastAsia="zh-CN"/>
        </w:rPr>
        <w:br/>
      </w:r>
      <w:r>
        <w:rPr>
          <w:lang w:eastAsia="zh-CN"/>
        </w:rPr>
        <w:t>　　③在现场摆点直销时，不仅发放DM宣传单页，另可附加奉送一系列小礼品扩大宣传的影响力。</w:t>
      </w:r>
      <w:r>
        <w:rPr>
          <w:lang w:eastAsia="zh-CN"/>
        </w:rPr>
        <w:br/>
      </w:r>
      <w:r>
        <w:rPr>
          <w:lang w:eastAsia="zh-CN"/>
        </w:rPr>
        <w:t>　　④在小区现场销售过程中，可发动现场的消费者参与，以引起其他消费者对某品牌产品和促销活动的注意，利用他们之间的信任和喜欢“凑热闹”的心理来宣传活动，以拉动销售。</w:t>
      </w:r>
      <w:r>
        <w:rPr>
          <w:lang w:eastAsia="zh-CN"/>
        </w:rPr>
        <w:br/>
      </w:r>
      <w:r>
        <w:rPr>
          <w:lang w:eastAsia="zh-CN"/>
        </w:rPr>
        <w:t>　　⑤利用房地产开发商展览大厅，放置某品牌DM宣传单页或联合促销广告单页。</w:t>
      </w:r>
      <w:r>
        <w:rPr>
          <w:lang w:eastAsia="zh-CN"/>
        </w:rPr>
        <w:br/>
      </w:r>
      <w:r>
        <w:rPr>
          <w:lang w:eastAsia="zh-CN"/>
        </w:rPr>
        <w:t>　　⑥借助售楼小姐进行推介，如购房一套，赠送某品牌优惠券某某元或凭某品牌的DM宣传单页可享受某折优惠，或免费清洗一次。</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https://d.book118.com/645301110034011102</w:t>
        </w:r>
      </w:hyperlink>
    </w:p>
    <w:p w:rsidR="001B1F19">
      <w:pPr>
        <w:rPr>
          <w:rFonts w:hint="eastAsia"/>
          <w:lang w:eastAsia="zh-CN"/>
        </w:rPr>
      </w:pPr>
    </w:p>
    <w:sectPr>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45301110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