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行政文员个人工作自我总结（32篇）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行政文员个人工作自我总结（精选32篇）</w:t>
      </w:r>
      <w:r>
        <w:rPr>
          <w:lang w:eastAsia="zh-CN"/>
        </w:rPr>
        <w:br/>
      </w:r>
      <w:r>
        <w:rPr>
          <w:lang w:eastAsia="zh-CN"/>
        </w:rPr>
        <w:t xml:space="preserve">    行政文员个人工作自我总结 篇1 </w:t>
      </w:r>
      <w:r>
        <w:rPr>
          <w:lang w:eastAsia="zh-CN"/>
        </w:rPr>
        <w:br/>
      </w:r>
      <w:r>
        <w:rPr>
          <w:lang w:eastAsia="zh-CN"/>
        </w:rPr>
        <w:t>　　最长的莫过于时间，因为它永远无穷尽，最短的也莫过于时间，因为我们所有的计划都来不及完成，把每一个黎明，都当做一个开始，把每一个黄昏，都当做一个小结，只有努力才能创造奇迹。</w:t>
      </w:r>
      <w:r>
        <w:rPr>
          <w:lang w:eastAsia="zh-CN"/>
        </w:rPr>
        <w:br/>
      </w:r>
      <w:r>
        <w:rPr>
          <w:lang w:eastAsia="zh-CN"/>
        </w:rPr>
        <w:t>　　东流逝水，叶落纷纭，荏苒的时间就这样静静地，缓缓地消失了，一年，一岁。蓦然间，20__带着希望和憧憬扑面而来，不容拒绝。20__，在这逝去的时光里，很荣幸能与各位领导和同事共同进步，在大家的关爱和帮助中，我从一个大错不犯、小错不断，没有社会经验的大学生，到能诚心做事，沉着应对中外宾客的行政人员，对于我来说，这是很大的进步。</w:t>
      </w:r>
      <w:r>
        <w:rPr>
          <w:lang w:eastAsia="zh-CN"/>
        </w:rPr>
        <w:br/>
      </w:r>
      <w:r>
        <w:rPr>
          <w:lang w:eastAsia="zh-CN"/>
        </w:rPr>
        <w:t>　　自进入公司以来，我心中最大的感受便是要做一名合格的行政人员不难，但要做一名优秀的行政人员就不那么简单了。我认为：作为一名行政人员，要想出色的完成工作任务，除具备相关的工作素质外，必须端正工作态度，摆正自己的位置。</w:t>
      </w:r>
      <w:r>
        <w:rPr>
          <w:lang w:eastAsia="zh-CN"/>
        </w:rPr>
        <w:br/>
      </w:r>
      <w:r>
        <w:rPr>
          <w:lang w:eastAsia="zh-CN"/>
        </w:rPr>
        <w:t>　　一、思想道德建设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进入公司以前，我是报社的一名记者，也曾在多家媒体实习过。才到公司的时候，有几位公司的领导对我说，我现在的工作性质和以前不一样了，要静得下心来才能进步。我不以为然，觉得事情没有那么严重，刚开始投入工作时，从一名无冕之王到一名默默耕耘的行政人员，我感受到心里的那份失落，那时的我并没有想到调整情绪，而是任由这份失落的情绪影响我，直到我犯了个错误，才让我醒悟。记得才到公司几天，公司领导要求我向高级总裁研修四班讲解公司的发展情况，因为工作态度问题，我对领导交代的任务不够重视，没有很好的做准备，致使公司领导临时换人。虽然对公司工作影响不大，但也给我上了深深地一课：如果小事你都不能做好，那么你还能做好什么事情呢?也就是从那时开始，我调整状态，转变观念，不再轻视行政工作。当意见、建议来临时，现在的我不再不悦，不再拒绝，而是以更高的标准来要求自己，努力告诫自己：换个角度静心仔细想想如何能做。</w:t>
      </w:r>
      <w:r>
        <w:rPr>
          <w:lang w:eastAsia="zh-CN"/>
        </w:rPr>
        <w:br/>
      </w:r>
      <w:r>
        <w:rPr>
          <w:lang w:eastAsia="zh-CN"/>
        </w:rPr>
        <w:t>　　二、素质能力提升</w:t>
      </w:r>
      <w:r>
        <w:rPr>
          <w:lang w:eastAsia="zh-CN"/>
        </w:rPr>
        <w:br/>
      </w:r>
      <w:r>
        <w:rPr>
          <w:lang w:eastAsia="zh-CN"/>
        </w:rPr>
        <w:t>　　在工作中，我认真投入，认真学习。我觉得公司的每位领导和老员工都是我的师长，我能学，要学的东西还很多。就拿我们部门来说，孙主任处理公司各部门间人际关系的方式和方法，办公室赵助理对待事务认真细致的态度，还有和我一样还是新员工的晁莉，她依然具备我要学习的素质--认真，积极，不断学习的态度三人行，必有我师，我会秉持这样的态度，不断提升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学习中我认真听取经验，仔细记录，并在活动后的空余时间认真思考推敲，有目的的在工作中进行一些尝试。在空余时间，我会阅读公司为员工订阅的杂志、报刊，在网上查询相关业务资料，学习《劳动法》、《社会保险法》等相关法律法规，丰富自己的知识，提升业务能力。</w:t>
      </w:r>
      <w:r>
        <w:rPr>
          <w:lang w:eastAsia="zh-CN"/>
        </w:rPr>
        <w:br/>
      </w:r>
      <w:r>
        <w:rPr>
          <w:lang w:eastAsia="zh-CN"/>
        </w:rPr>
        <w:t>　　三、20__年工作纲要</w:t>
      </w:r>
      <w:r>
        <w:rPr>
          <w:lang w:eastAsia="zh-CN"/>
        </w:rPr>
        <w:br/>
      </w:r>
      <w:r>
        <w:rPr>
          <w:lang w:eastAsia="zh-CN"/>
        </w:rPr>
        <w:t>　　回顾这半年的工作，虽然我没有把每件事都做到最好，但也都付出了努力。</w:t>
      </w:r>
      <w:r>
        <w:rPr>
          <w:lang w:eastAsia="zh-CN"/>
        </w:rPr>
        <w:br/>
      </w:r>
      <w:r>
        <w:rPr>
          <w:lang w:eastAsia="zh-CN"/>
        </w:rPr>
        <w:t>　　(1)公司视窗--网站管理</w:t>
      </w:r>
      <w:r>
        <w:rPr>
          <w:lang w:eastAsia="zh-CN"/>
        </w:rPr>
        <w:br/>
      </w:r>
      <w:r>
        <w:rPr>
          <w:lang w:eastAsia="zh-CN"/>
        </w:rPr>
        <w:t>　　才到公司的第三天，主任带着我到公司网站制作合作方--天度网络科技有限公司进行学习和培训。在简单的学习培训后，我开始接管公司网站的后台管理工作。每个月，我都按时提醒各分子公司上报每月记事，经过编辑整理后，把收集到的信息层层上报，在领导批阅准许上传后，上传到公司网站，把公司最新动态展示出来;同时，采写集团公司的活动简讯，获奖信息，招聘信息等，进行整理后，依照公司规定上传到网站。</w:t>
      </w:r>
      <w:r>
        <w:rPr>
          <w:lang w:eastAsia="zh-CN"/>
        </w:rPr>
        <w:br/>
      </w:r>
      <w:r>
        <w:rPr>
          <w:lang w:eastAsia="zh-CN"/>
        </w:rPr>
        <w:t>　　(2)公司门面--视频制作</w:t>
      </w:r>
      <w:r>
        <w:rPr>
          <w:lang w:eastAsia="zh-CN"/>
        </w:rPr>
        <w:br/>
      </w:r>
      <w:r>
        <w:rPr>
          <w:lang w:eastAsia="zh-CN"/>
        </w:rPr>
        <w:t>　　在进到公司不久后，我便接到新的工作任务--制作公司企业文化宣传视频和云南大学高级总裁研修四班到公司参观的欢迎屏幕。随后，只要公司组织和举办了活动，我都收集相关视频及图像资料进行编辑整理，合成形式多样的视频，经领导同意后下放到一楼大厅电视荧屏上，丰富一楼大厅视频内容。</w:t>
      </w:r>
      <w:r>
        <w:rPr>
          <w:lang w:eastAsia="zh-CN"/>
        </w:rPr>
        <w:br/>
      </w:r>
      <w:r>
        <w:rPr>
          <w:lang w:eastAsia="zh-CN"/>
        </w:rPr>
        <w:t>　　(3)公司环境--走廊布局设置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11月，行政部门调整工作，我接到新的任务--负责收集走廊设计资料和效果图。在接到任务后，我积极主动和设计师联系，及时向公司领导反馈设计信息，根据公司布局、各领导及设计师意见，及时调整布局方案，并收录了一些中外名人名言，待领导批示后，走廊设计工作将按要求完成。</w:t>
      </w:r>
      <w:r>
        <w:rPr>
          <w:lang w:eastAsia="zh-CN"/>
        </w:rPr>
        <w:br/>
      </w:r>
      <w:r>
        <w:rPr>
          <w:lang w:eastAsia="zh-CN"/>
        </w:rPr>
        <w:t>　　(4)公司文档--档案整理</w:t>
      </w:r>
      <w:r>
        <w:rPr>
          <w:lang w:eastAsia="zh-CN"/>
        </w:rPr>
        <w:br/>
      </w:r>
      <w:r>
        <w:rPr>
          <w:lang w:eastAsia="zh-CN"/>
        </w:rPr>
        <w:t>　　档案工作是办公室工作的重要部分，在收集公司前身的相关资料时，协助完成档案移交和整理工作;</w:t>
      </w:r>
      <w:r>
        <w:rPr>
          <w:lang w:eastAsia="zh-CN"/>
        </w:rPr>
        <w:br/>
      </w:r>
      <w:r>
        <w:rPr>
          <w:lang w:eastAsia="zh-CN"/>
        </w:rPr>
        <w:t>　　(5)公司内务：在这半年时间里，我除了完成领导安排的工作外，还负责一些办公室的常规工作，如：购买、发放电话卡，发放报纸、杂志;在部门的其他同事有事或者不能完成工作任务时，我便临时接管，确保办公室工作有序进行。如：文件管理(收发文管理)，油卡充值，电话费充值，食堂管理，购买鲜花，办公用品管理等事务。</w:t>
      </w:r>
      <w:r>
        <w:rPr>
          <w:lang w:eastAsia="zh-CN"/>
        </w:rPr>
        <w:br/>
      </w:r>
      <w:r>
        <w:rPr>
          <w:lang w:eastAsia="zh-CN"/>
        </w:rPr>
        <w:t>　　4、新的征程</w:t>
      </w:r>
      <w:r>
        <w:rPr>
          <w:lang w:eastAsia="zh-CN"/>
        </w:rPr>
        <w:br/>
      </w:r>
      <w:r>
        <w:rPr>
          <w:lang w:eastAsia="zh-CN"/>
        </w:rPr>
        <w:t>　　有句成语是：只要功夫深，铁杵磨成针。是的，我是一个很粗心的人，对于行政工作又缺少经验，难免会在工作中出现考虑不周显得毛毛糙糙不甚妥当的情况。很荣幸在每次我犯错的时候，部门领导和同事都会提醒我，帮助我更好地完成工作任务。也正因为这</w:t>
      </w:r>
      <w:r>
        <w:rPr>
          <w:lang w:eastAsia="zh-CN"/>
        </w:rPr>
        <w:br/>
      </w:r>
      <w:r>
        <w:rPr>
          <w:lang w:eastAsia="zh-CN"/>
        </w:rPr>
        <w:t>　　些小错误及同事的帮助，更坚定和激发我想要做好行政工作的决心。在接下来的工作中，我会继续充电，完善自己，多学，多思、多试，不断改正自己的缺点和不足，努力把工作做得更好，成为一名优秀的行政人员。请相信我，虽然很慢，但我一直在前进!</w:t>
      </w:r>
      <w:r>
        <w:rPr>
          <w:lang w:eastAsia="zh-CN"/>
        </w:rPr>
        <w:br/>
      </w:r>
      <w:r>
        <w:rPr>
          <w:lang w:eastAsia="zh-CN"/>
        </w:rPr>
        <w:t xml:space="preserve">    行政文员个人工作自我总结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经过这一个多月来的不断学习，以及同事、领导的关心和帮助，我已完全融入到</w:t>
      </w:r>
      <w:r>
        <w:rPr>
          <w:lang w:eastAsia="zh-CN"/>
        </w:rPr>
        <w:t xml:space="preserve"> 了新欣公司这个大家庭中，个人的工作技能和工作水平有了显著的提高。</w:t>
      </w:r>
      <w:r>
        <w:rPr>
          <w:lang w:eastAsia="zh-CN"/>
        </w:rPr>
        <w:t xml:space="preserve"> 现将我一年来的工作情况简要总结如下：</w:t>
      </w:r>
      <w:r>
        <w:rPr>
          <w:lang w:eastAsia="zh-CN"/>
        </w:rPr>
        <w:br/>
      </w:r>
      <w:r>
        <w:rPr>
          <w:lang w:eastAsia="zh-CN"/>
        </w:rPr>
        <w:t>　　一、以踏实的工作态度，适应办公室工作特点</w:t>
      </w:r>
      <w:r>
        <w:rPr>
          <w:lang w:eastAsia="zh-CN"/>
        </w:rPr>
        <w:br/>
      </w:r>
      <w:r>
        <w:rPr>
          <w:lang w:eastAsia="zh-CN"/>
        </w:rPr>
        <w:t>　　办公室作为企事业单位运转的一个重要枢纽部门，是单位内外工作沟通、协调、处理的综合部门，这就决定了办公室工作繁杂性。由于我们办公室人手少，工作量大，我和三位同事共同协作、共同努力，在遇到不懂得地方及时向她们请教学习，并优质高效的完成领 导交办的各项任务。在这半月里，遇到各类活动和接待都不是很多，但我都能够积极配合做 好后勤保障工作，与同事心往一处想，劲往一处使，不计较干多干少，只希望把领导交办的 事情办妥、办好。</w:t>
      </w:r>
      <w:r>
        <w:rPr>
          <w:lang w:eastAsia="zh-CN"/>
        </w:rPr>
        <w:br/>
      </w:r>
      <w:r>
        <w:rPr>
          <w:lang w:eastAsia="zh-CN"/>
        </w:rPr>
        <w:t>　　二、加强学习，注重自身素质修养和提高</w:t>
      </w:r>
      <w:r>
        <w:rPr>
          <w:lang w:eastAsia="zh-CN"/>
        </w:rPr>
        <w:br/>
      </w:r>
      <w:r>
        <w:rPr>
          <w:lang w:eastAsia="zh-CN"/>
        </w:rPr>
        <w:t>　　领导要求我们必须具有先进的观念，要用科学发展的眼光看待一切，才能适应公司 未来的发展。 因此，我通过网络书籍及各类文件资料的学习，不断提高了自己的业务水平。 工作中，能从单位大局出发，从单位整体利益出发，凡事都为单位着想，同事之间互帮互助，并保持融洽的工作气氛，形成了和谐、默契的工作氛围。 另外，我还注重从工作及现实生活中汲取营养，认真学习文秘写作、景区建设与发 展、宣传推介、档案管理等相关业务知识。同时，虚心向领导、同事请教学习，取长补短，来增强服务意识和大局意识。 对办公室工作，能够提前思考，对任何工作都能做到计划性强可操作性强、落实快捷等。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三、坚持做事先做人，努力做好日常工作，热心为职工游客服务</w:t>
      </w:r>
      <w:r>
        <w:rPr>
          <w:lang w:eastAsia="zh-CN"/>
        </w:rPr>
        <w:br/>
      </w:r>
      <w:r>
        <w:rPr>
          <w:lang w:eastAsia="zh-CN"/>
        </w:rPr>
        <w:t>　　为了做好日常工作，热心为全局职工及游客服务，我做了下面的努力：</w:t>
      </w:r>
      <w:r>
        <w:rPr>
          <w:lang w:eastAsia="zh-CN"/>
        </w:rPr>
        <w:br/>
      </w:r>
      <w:r>
        <w:rPr>
          <w:lang w:eastAsia="zh-CN"/>
        </w:rPr>
        <w:t>　　1、出勤方面，每天都能提前十到二十分钟到达办公室，做好上班前的相关工作准 备，并能及时打扫两位领导的办公室等。</w:t>
      </w:r>
      <w:r>
        <w:rPr>
          <w:lang w:eastAsia="zh-CN"/>
        </w:rPr>
        <w:br/>
      </w:r>
      <w:r>
        <w:rPr>
          <w:lang w:eastAsia="zh-CN"/>
        </w:rPr>
        <w:t>　　2、公文处理过程方面，严格按照国家事业单位公文处理办法中所规定的程序办事。 发文时，能严格按照拟稿、核稿、会签、签发、印制、盖章、登记、发文等程序办理;收文时，按照收文登记、拟办、批办、分送、催办、立卷、归档等程序办理，没有出现错误的公 文处理事情。</w:t>
      </w:r>
      <w:r>
        <w:rPr>
          <w:lang w:eastAsia="zh-CN"/>
        </w:rPr>
        <w:br/>
      </w:r>
      <w:r>
        <w:rPr>
          <w:lang w:eastAsia="zh-CN"/>
        </w:rPr>
        <w:t>　　3、纸张文档、电子文档的归档整理方面。在工作中，我特别注意对纸张资料的整 理和保存，将有用的及时保存、归档，对于没用的及时销毁。因为很多文字性工作都是电脑 作业，所以我在电脑中建立了个人工作资料档案库。 并于每周星期五把工作过的资料集中整 理，分类保存，以便今后查找。</w:t>
      </w:r>
      <w:r>
        <w:rPr>
          <w:lang w:eastAsia="zh-CN"/>
        </w:rPr>
        <w:br/>
      </w:r>
      <w:r>
        <w:rPr>
          <w:lang w:eastAsia="zh-CN"/>
        </w:rPr>
        <w:t>　　4、关系处理方面，在工作上能做到主动补位。并能与其他各科室人员加强沟通，密切配合，互相支持，保证整体工作不出现纰漏。在工作中我自己确定了一条工作原则，属 于自己的工作要保质保量完成，不属于自己的工作范围的配合其他人员能完成的也要按时完 成，做到了主动帮忙、热情服务。</w:t>
      </w:r>
      <w:r>
        <w:rPr>
          <w:lang w:eastAsia="zh-CN"/>
        </w:rPr>
        <w:br/>
      </w:r>
      <w:r>
        <w:rPr>
          <w:lang w:eastAsia="zh-CN"/>
        </w:rPr>
        <w:t>　　5、制度建设方面，以</w:t>
      </w:r>
      <w:r>
        <w:rPr>
          <w:lang w:eastAsia="zh-CN"/>
        </w:rPr>
        <w:t xml:space="preserve"> 科学管理为主，人性关怀为辅</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的理念。为了加强对人、财物、法、环的管理，在新任局长上任不久，根据会议精神集中精力对各项管理制度和岗位职</w:t>
      </w:r>
      <w:r>
        <w:rPr>
          <w:lang w:eastAsia="zh-CN"/>
        </w:rPr>
        <w:t xml:space="preserve"> 责等二十几项制度进行了全面修改和完善,</w:t>
      </w:r>
      <w:r>
        <w:rPr>
          <w:lang w:eastAsia="zh-CN"/>
        </w:rPr>
        <w:t xml:space="preserve"> 突出制度管理，严格照章办事，为管理工作的制</w:t>
      </w:r>
      <w:r>
        <w:rPr>
          <w:lang w:eastAsia="zh-CN"/>
        </w:rPr>
        <w:t xml:space="preserve"> 度化、规范化作出了一定贡献。并且，这些管理制度的完善，充分体现了对事不对人的管理</w:t>
      </w:r>
      <w:r>
        <w:rPr>
          <w:lang w:eastAsia="zh-CN"/>
        </w:rPr>
        <w:t xml:space="preserve"> 思想，使局内各项工作井然有序。</w:t>
      </w:r>
      <w:r>
        <w:rPr>
          <w:lang w:eastAsia="zh-CN"/>
        </w:rPr>
        <w:br/>
      </w:r>
      <w:r>
        <w:rPr>
          <w:lang w:eastAsia="zh-CN"/>
        </w:rPr>
        <w:t>　　严格要求自己，时刻警醒 在工作中，我努力从每一件事情上进行总结，不断摸索，掌握方法，提高工作效率 和工作质量，因为自己还是新同志，在为人处事、工作经验等方面经验还不足，在平时工作和生活中我都能够做到虚心向老同志学习、请教，学习他们的长处，反思自己不足，不断 提高政治业务素质。 我时刻提醒自己，要诚恳待人，态度端正，积极想办法，无论大事小事，我都要尽最大能力去做。在平时时刻要求自己，必须遵守劳动纪律、团结同志、从打扫卫生 等小事做起，严格要求自己。以不求有功、但求无过信念，来对待所有事情。</w:t>
      </w:r>
      <w:r>
        <w:rPr>
          <w:lang w:eastAsia="zh-CN"/>
        </w:rPr>
        <w:br/>
      </w:r>
      <w:r>
        <w:rPr>
          <w:lang w:eastAsia="zh-CN"/>
        </w:rPr>
        <w:t xml:space="preserve">    行政文员个人工作自我总结 篇3 </w:t>
      </w:r>
      <w:r>
        <w:rPr>
          <w:lang w:eastAsia="zh-CN"/>
        </w:rPr>
        <w:br/>
      </w:r>
      <w:r>
        <w:rPr>
          <w:lang w:eastAsia="zh-CN"/>
        </w:rPr>
        <w:t>　　经过这差不多一年的不断学习，以及同事、领导的关心和帮助，我已完全融入到了我们中心这个大家庭中，个人的工作技能和工作水平也有了相应的的提高。现将我一年来的工作情况简要总结如下：</w:t>
      </w:r>
      <w:r>
        <w:rPr>
          <w:lang w:eastAsia="zh-CN"/>
        </w:rPr>
        <w:br/>
      </w:r>
      <w:r>
        <w:rPr>
          <w:lang w:eastAsia="zh-CN"/>
        </w:rPr>
        <w:t>　　一、以踏实的工作态度，适应办公室工作特点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办公室作为企事业单位运转的一个重要枢纽部门，是单位内外工作沟通、协调、处理的综合部门，这就决定了办公室工作繁杂性。所以在工作的时候我虚心向人请教和学习，一切都从零学起，从零做起，使自己从零中慢慢成长和完善，使自己的行为标准、思想觉悟和工作能力尽快的向中心要求的目标靠拢。同时在工作中形成了严谨细致、认真负责、团结协作的工作作风，能够及时、有效的完成上级交办的工作任务。</w:t>
      </w:r>
      <w:r>
        <w:rPr>
          <w:lang w:eastAsia="zh-CN"/>
        </w:rPr>
        <w:br/>
      </w:r>
      <w:r>
        <w:rPr>
          <w:lang w:eastAsia="zh-CN"/>
        </w:rPr>
        <w:t>　　二、加强学习，注重自身素质修养和提高</w:t>
      </w:r>
      <w:r>
        <w:rPr>
          <w:lang w:eastAsia="zh-CN"/>
        </w:rPr>
        <w:br/>
      </w:r>
      <w:r>
        <w:rPr>
          <w:lang w:eastAsia="zh-CN"/>
        </w:rPr>
        <w:t>　　中心领导要求我们必须具有创新、积极进取的工作理念，同时要依照中心的实际情况来看待一切，才能适应中心未来的发展。因此，为了提高了自己的个人素养以及工作能力，我通过网络、书籍及各类文件资料一直在不断的学习。工作中，能从中心大局出发，从中心整体利益出发，凡事都为中心着想，同事之间互帮互助，并保持融洽的工作气氛，形成了和谐、默契的工作氛围。</w:t>
      </w:r>
      <w:r>
        <w:rPr>
          <w:lang w:eastAsia="zh-CN"/>
        </w:rPr>
        <w:br/>
      </w:r>
      <w:r>
        <w:rPr>
          <w:lang w:eastAsia="zh-CN"/>
        </w:rPr>
        <w:t>　　另外，我还注重从工作及现实生活中汲取营养，认真学习摄影照相技术、接待来客相关礼仪，以及有关自己工作所需要的相关知识。</w:t>
      </w:r>
      <w:r>
        <w:rPr>
          <w:lang w:eastAsia="zh-CN"/>
        </w:rPr>
        <w:br/>
      </w:r>
      <w:r>
        <w:rPr>
          <w:lang w:eastAsia="zh-CN"/>
        </w:rPr>
        <w:t>　　三、一年来主要负责的工作</w:t>
      </w:r>
      <w:r>
        <w:rPr>
          <w:lang w:eastAsia="zh-CN"/>
        </w:rPr>
        <w:br/>
      </w:r>
      <w:r>
        <w:rPr>
          <w:lang w:eastAsia="zh-CN"/>
        </w:rPr>
        <w:t>　　1、日常办公方面，负责中心重要来电、传真、快件的收发及传递;负责中心一般性文件的收发、材料收集、公文起草;负责中心下行文件的下发、跟踪、落实和反馈;</w:t>
      </w:r>
      <w:r>
        <w:rPr>
          <w:lang w:eastAsia="zh-CN"/>
        </w:rPr>
        <w:br/>
      </w:r>
      <w:r>
        <w:rPr>
          <w:lang w:eastAsia="zh-CN"/>
        </w:rPr>
        <w:t>　　2、行政事务：负责来访宾客的具体接待工作;负责中心相关会议的组织筹备工作;负责填报表格、复印打印、文件整理归档等工作;</w:t>
      </w:r>
      <w:r>
        <w:rPr>
          <w:lang w:eastAsia="zh-CN"/>
        </w:rPr>
        <w:br/>
      </w:r>
      <w:r>
        <w:rPr>
          <w:lang w:eastAsia="zh-CN"/>
        </w:rPr>
        <w:t>　　3、采购保管：根据要求采购、保管、发放日常办公用品并及时登帐;负责中心礼品的入库、领用、保管;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4、沟通协调：协助部门领导做好各部门的协调工作;负责中心大事记的材料撰写，协助中心网站、简报、季刊的编办;</w:t>
      </w:r>
      <w:r>
        <w:rPr>
          <w:lang w:eastAsia="zh-CN"/>
        </w:rPr>
        <w:br/>
      </w:r>
      <w:r>
        <w:rPr>
          <w:lang w:eastAsia="zh-CN"/>
        </w:rPr>
        <w:t>　　5、固定资产管理：做好固定资产的帐目、调用、检查、核对、督促维修等工作;建立固定资产管理制度，按照制度执行固定资产的登记、移交、报损等工作;</w:t>
      </w:r>
      <w:r>
        <w:rPr>
          <w:lang w:eastAsia="zh-CN"/>
        </w:rPr>
        <w:br/>
      </w:r>
      <w:r>
        <w:rPr>
          <w:lang w:eastAsia="zh-CN"/>
        </w:rPr>
        <w:t>　　6、完成中心领导交办的其他工作。</w:t>
      </w:r>
      <w:r>
        <w:rPr>
          <w:lang w:eastAsia="zh-CN"/>
        </w:rPr>
        <w:br/>
      </w:r>
      <w:r>
        <w:rPr>
          <w:lang w:eastAsia="zh-CN"/>
        </w:rPr>
        <w:t>　　四、严格要求自己，时刻警醒</w:t>
      </w:r>
      <w:r>
        <w:rPr>
          <w:lang w:eastAsia="zh-CN"/>
        </w:rPr>
        <w:br/>
      </w:r>
      <w:r>
        <w:rPr>
          <w:lang w:eastAsia="zh-CN"/>
        </w:rPr>
        <w:t>　　在工作中，我努力从每一件事情上进行总结，不断摸索，掌握方法，提高工作效率和工作质量，因为自己还是新同志，在为人处事、工作经验等方面经验还不足，在平时工作和生活中，要做到虚心学习、请教，学习他们的长处，反思自己不足，不断提高个人素养。时刻提醒自己，要诚恳待人，态度端正，积极进取，无论大事小事，我都要尽能力去做。平时要求自己，必须遵守劳动纪律、团结同志、从打扫卫生等小事做起，严格要求自己。以不求有功、但求无过信念，来对待所有事情。</w:t>
      </w:r>
      <w:r>
        <w:rPr>
          <w:lang w:eastAsia="zh-CN"/>
        </w:rPr>
        <w:br/>
      </w:r>
      <w:r>
        <w:rPr>
          <w:lang w:eastAsia="zh-CN"/>
        </w:rPr>
        <w:t>　　五、存在的不足</w:t>
      </w:r>
      <w:r>
        <w:rPr>
          <w:lang w:eastAsia="zh-CN"/>
        </w:rPr>
        <w:br/>
      </w:r>
      <w:r>
        <w:rPr>
          <w:lang w:eastAsia="zh-CN"/>
        </w:rPr>
        <w:t>　　1、在本职工作中岗位意识还有待进一步提高。由于办公室的工作繁杂，处理事情必须快、精、准。在这方面，我还有很多不足。</w:t>
      </w:r>
      <w:r>
        <w:rPr>
          <w:lang w:eastAsia="zh-CN"/>
        </w:rPr>
        <w:br/>
      </w:r>
      <w:r>
        <w:rPr>
          <w:lang w:eastAsia="zh-CN"/>
        </w:rPr>
        <w:t>　　2、对工作程序掌握不充分，对自身工作熟悉不全面，对工作缺少前瞻性。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3、办事不够谨慎。行政工作是相对简单但又繁多的工作，这就要求我必须细心有良好的专业素质，思路缜密。在这方面，我还得继续学习改进。</w:t>
      </w:r>
      <w:r>
        <w:rPr>
          <w:lang w:eastAsia="zh-CN"/>
        </w:rPr>
        <w:br/>
      </w:r>
      <w:r>
        <w:rPr>
          <w:lang w:eastAsia="zh-CN"/>
        </w:rPr>
        <w:t>　　总之，一年内在我们三个人的共同努力下，办公室的工作比起以前有了很大的进步，我认为自己从思想认识上、业务及理论知识上有了明显提高，这些进步是与全局新老同志们对我极大支持和帮助的结果离不开的，从老同志身上我学到了吃苦耐劳的敬业精神，从充满活力的新同志身上也为我增添了积极努力、奋发向上、勤奋工作的信心和力量。</w:t>
      </w:r>
      <w:r>
        <w:rPr>
          <w:lang w:eastAsia="zh-CN"/>
        </w:rPr>
        <w:br/>
      </w:r>
      <w:r>
        <w:rPr>
          <w:lang w:eastAsia="zh-CN"/>
        </w:rPr>
        <w:t>　　在此，我从内心深处表示衷心的感谢和致敬，也真诚地希望在今后的工作中，局领导、同事们能对我一如既往的给予关怀和支持，在工作、生活及其他方面做得不妥之处请同志们给予批评和指正，在新的一年里，我将更加努力工作，发扬成绩，改正不足。</w:t>
      </w:r>
      <w:r>
        <w:rPr>
          <w:lang w:eastAsia="zh-CN"/>
        </w:rPr>
        <w:br/>
      </w:r>
      <w:r>
        <w:rPr>
          <w:lang w:eastAsia="zh-CN"/>
        </w:rPr>
        <w:t xml:space="preserve">    行政文员个人工作自我总结 篇4 </w:t>
      </w:r>
      <w:r>
        <w:rPr>
          <w:lang w:eastAsia="zh-CN"/>
        </w:rPr>
        <w:br/>
      </w:r>
      <w:r>
        <w:rPr>
          <w:lang w:eastAsia="zh-CN"/>
        </w:rPr>
        <w:t>　　一、尽职尽责，做好行政管理工作：</w:t>
      </w:r>
      <w:r>
        <w:rPr>
          <w:lang w:eastAsia="zh-CN"/>
        </w:rPr>
        <w:br/>
      </w:r>
      <w:r>
        <w:rPr>
          <w:lang w:eastAsia="zh-CN"/>
        </w:rPr>
        <w:t>　　根据工作需要，随时制作各类表格、文档等，同时完成各部门安排的打印、扫描、复印等文件处理工作。对公司所发放的通知、文件做到及时上传下达。及时的整理外来文件，做好文件登记、标注文号。</w:t>
      </w:r>
      <w:r>
        <w:rPr>
          <w:lang w:eastAsia="zh-CN"/>
        </w:rPr>
        <w:br/>
      </w:r>
      <w:r>
        <w:rPr>
          <w:lang w:eastAsia="zh-CN"/>
        </w:rPr>
        <w:t>　　二、认真细致，确保档案完善有序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档案管理工作，是集团三令五申需要所有职员非常重视的工作，集团专门组织各公司档案负责人对等公司的档案管理进行学习，并且进行档案管理学习培训。在办公室主任的带领下，对历年档案进行了整理分类，按规定进行装订和归档，使各项档案管理正规化、规范化。及时对各部门上报的文件办理交接手续，按时归档，并建立了查借阅台帐，做好档案查阅、借阅等工作，务必做到细致并保证档案的完整，及时借阅、及时归还，不让公司的档案丢失和损坏。</w:t>
      </w:r>
      <w:r>
        <w:rPr>
          <w:lang w:eastAsia="zh-CN"/>
        </w:rPr>
        <w:br/>
      </w:r>
      <w:r>
        <w:rPr>
          <w:lang w:eastAsia="zh-CN"/>
        </w:rPr>
        <w:t>　　三、保障有力，做好物资管理</w:t>
      </w:r>
      <w:r>
        <w:rPr>
          <w:lang w:eastAsia="zh-CN"/>
        </w:rPr>
        <w:br/>
      </w:r>
      <w:r>
        <w:rPr>
          <w:lang w:eastAsia="zh-CN"/>
        </w:rPr>
        <w:t>　　接管资产已经一年了，从开始的生疏，到现在的熟练，我严格的要求自己，做好每一件物品的出入库。及时购买大家所需的物品，遵照公司物资管理规定，货比三家的去挑选既实际又实用的物品，尽量做到零库存；每月按时与财务盘点低值易耗物品，清点每一件物品，务必做到笔笔清楚，件件细致。</w:t>
      </w:r>
      <w:r>
        <w:rPr>
          <w:lang w:eastAsia="zh-CN"/>
        </w:rPr>
        <w:br/>
      </w:r>
      <w:r>
        <w:rPr>
          <w:lang w:eastAsia="zh-CN"/>
        </w:rPr>
        <w:t>　　四、及时完成证照年检，保障各项工作正常运行</w:t>
      </w:r>
      <w:r>
        <w:rPr>
          <w:lang w:eastAsia="zh-CN"/>
        </w:rPr>
        <w:br/>
      </w:r>
      <w:r>
        <w:rPr>
          <w:lang w:eastAsia="zh-CN"/>
        </w:rPr>
        <w:t>　　按照国家工商部门的规定，定期对和组织机构代码证、营业执照进行年检。今年7月份主要是对房地产开发资质的延期，按照市建委的要求来整理资料，这期间由于我们现有的资料不全面，所以出现了种。种困难，但是我们不厌其烦的与市建委办公室的人员沟通，还借助了同事的帮助，最后圆满的完成了房地产开发资质的延期申请。</w:t>
      </w:r>
      <w:r>
        <w:rPr>
          <w:lang w:eastAsia="zh-CN"/>
        </w:rPr>
        <w:br/>
      </w:r>
      <w:r>
        <w:rPr>
          <w:lang w:eastAsia="zh-CN"/>
        </w:rPr>
        <w:t>　　五、其他工作完成情况</w:t>
      </w:r>
      <w:r>
        <w:rPr>
          <w:lang w:eastAsia="zh-CN"/>
        </w:rPr>
        <w:br/>
      </w:r>
      <w:r>
        <w:rPr>
          <w:lang w:eastAsia="zh-CN"/>
        </w:rPr>
        <w:t>　　1、做好各项协助工作：积极参加集团，公司组织的各项活动和培训，协助办公室主任做好公司各种活动和答谢会准备工作。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在办公室日常接待及接打电话时，使用文明语言，说话和气、热情，礼貌地接待来访人员，对于遇到相关问题来咨询或者要求帮助的人员，我都会尽我所知给予解答或及时转达相关领导给予解决，维护公司形象。</w:t>
      </w:r>
      <w:r>
        <w:rPr>
          <w:lang w:eastAsia="zh-CN"/>
        </w:rPr>
        <w:br/>
      </w:r>
      <w:r>
        <w:rPr>
          <w:lang w:eastAsia="zh-CN"/>
        </w:rPr>
        <w:t>　　六、明年需要努力的方向及工作思路：</w:t>
      </w:r>
      <w:r>
        <w:rPr>
          <w:lang w:eastAsia="zh-CN"/>
        </w:rPr>
        <w:br/>
      </w:r>
      <w:r>
        <w:rPr>
          <w:lang w:eastAsia="zh-CN"/>
        </w:rPr>
        <w:t>　　在现有的工作基础上加强学习、不断积累经验，运用所掌握的知识弥补自身还存在的缺陷，进一步加强学习意识，根据形势的发展和工作的需要，完善自己，展现自己。20__年将是项目大干快上的一年，我会遇到困难不低头，不逞一时之勇，用行动证明自己的信心和能力。用更积极的态度对待一切事务，其中主要工作集中在：收发文的管理、资产与物资的管理、工作检查督办、证照年检和__房地产开发资质四级申请和配合领导做好各类活动的组织，加强团队建设。胸装谨慎的意识，外饰积极的作风，工作生活乐观谨慎，行为举止大方有礼，待人待事热情诚恳。以上是我全年的工作和明年的展望，我相信在领导的正确指导下，我将以更好的姿态，迎接来年的挑战。在此，再次感谢各位领导对我的工作的支持，感谢各位同事的倾心帮助。</w:t>
      </w:r>
      <w:r>
        <w:rPr>
          <w:lang w:eastAsia="zh-CN"/>
        </w:rPr>
        <w:br/>
      </w:r>
      <w:r>
        <w:rPr>
          <w:lang w:eastAsia="zh-CN"/>
        </w:rPr>
        <w:t xml:space="preserve">    行政文员个人工作自我总结 篇5 </w:t>
      </w:r>
      <w:r>
        <w:rPr>
          <w:lang w:eastAsia="zh-CN"/>
        </w:rPr>
        <w:br/>
      </w:r>
      <w:r>
        <w:rPr>
          <w:lang w:eastAsia="zh-CN"/>
        </w:rPr>
        <w:t>　　一、思想方面</w:t>
      </w:r>
      <w:r>
        <w:rPr>
          <w:lang w:eastAsia="zh-CN"/>
        </w:rPr>
        <w:br/>
      </w:r>
      <w:r>
        <w:rPr>
          <w:lang w:eastAsia="zh-CN"/>
        </w:rPr>
        <w:t>　　重视理论学习，坚定政治信念，能够针对自身工作特点，学习有关文件、报告和辅导材料，通过深刻领会其精神实质，用以指导自己的工作。在学习过程中认真按照支部的要求深入学习其内容，掌握其精髓，把理论知识践行到实际工作之中。</w:t>
      </w:r>
      <w:r>
        <w:rPr>
          <w:lang w:eastAsia="zh-CN"/>
        </w:rPr>
        <w:br/>
      </w:r>
      <w:r>
        <w:rPr>
          <w:lang w:eastAsia="zh-CN"/>
        </w:rPr>
        <w:t>　　二、工作方面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认真做好本职工作，做到腿勤、口勤，笔勤，协助领导圆满完成各项工作。作为单位的窗口科室，一言一行都代表着单位的整体形象。因为是服务部门，每天都会有部分群众来访，对待他们，我始终遵循一个原则“一张笑脸相迎，一把椅子让座，一杯热茶相送，一个满意答复”，每次看着来访的群众满意而归，作为工作人员的我，心里总会有小小的成就感。不是有句歌唱的好吗?“你快乐所以我快乐”，小我之后要成就大我，“群众满意”，我们的价值也就得到了体现。</w:t>
      </w:r>
      <w:r>
        <w:rPr>
          <w:lang w:eastAsia="zh-CN"/>
        </w:rPr>
        <w:br/>
      </w:r>
      <w:r>
        <w:rPr>
          <w:lang w:eastAsia="zh-CN"/>
        </w:rPr>
        <w:t>　　同时负责各类总结的撰写，收集信息，及时了解单位发生的事情，及时向领导汇报，努力做好领导的参谋助手。同事们埋头工作的热情，深深的感染着我，心里暗暗的给自己鼓劲加油。工作角色的转变，使自己意识到工作水平较其他的同志差距离还很大，为了缩短差距，自己定指标下任务，坚持每天学习，紧紧围绕本职工作的特点，努力做到融汇贯通。在实际工作中，把理论和实践相结合起来，把工作和创新结合起来，拓宽思路，努力适应新形势下对本职工作的要求，通过近段时间的学习，理论水平有了明显的提高，工作逐步走向正轨。</w:t>
      </w:r>
      <w:r>
        <w:rPr>
          <w:lang w:eastAsia="zh-CN"/>
        </w:rPr>
        <w:br/>
      </w:r>
      <w:r>
        <w:rPr>
          <w:lang w:eastAsia="zh-CN"/>
        </w:rPr>
        <w:t>　　“团结，友爱，互助”是这个科室的特点，作为新同志的我，每天都会有这样那样的不懂，每名同志都会用心热情的“知无不言，言无不尽”，在这样的一个大集体中工作，我会更加倍努力工作，也许会有一些的辛苦，但人不常说吗?辛苦是一种磨炼，何况是我们大家一起同甘共苦，在辛苦中，才会锻炼自己的能力;在辛苦中，才会充实的体现着自己人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三、存在不足</w:t>
      </w:r>
      <w:r>
        <w:rPr>
          <w:lang w:eastAsia="zh-CN"/>
        </w:rPr>
        <w:br/>
      </w:r>
      <w:r>
        <w:rPr>
          <w:lang w:eastAsia="zh-CN"/>
        </w:rPr>
        <w:t>　　政治理论学习不够，虽有一定的进步，但在深度和广度上还需继续下功夫。工作中不够大胆，创新理论不强。</w:t>
      </w:r>
      <w:r>
        <w:rPr>
          <w:lang w:eastAsia="zh-CN"/>
        </w:rPr>
        <w:br/>
      </w:r>
      <w:r>
        <w:rPr>
          <w:lang w:eastAsia="zh-CN"/>
        </w:rPr>
        <w:t>　　为了把明年工作做的更出色，制定工作学习目标，加强个人修养、理论学习，以此提高工作水平，并适应新形势下本职工作的要求，扬长避短，以饱满的精神状态来迎接新的挑战。取长补短，向其他同志相互交流好的工作经验，争取明年的工作更上一个新台阶。</w:t>
      </w:r>
      <w:r>
        <w:rPr>
          <w:lang w:eastAsia="zh-CN"/>
        </w:rPr>
        <w:br/>
      </w:r>
      <w:r>
        <w:rPr>
          <w:lang w:eastAsia="zh-CN"/>
        </w:rPr>
        <w:t xml:space="preserve">    行政文员个人工作自我总结 篇6 </w:t>
      </w:r>
      <w:r>
        <w:rPr>
          <w:lang w:eastAsia="zh-CN"/>
        </w:rPr>
        <w:br/>
      </w:r>
      <w:r>
        <w:rPr>
          <w:lang w:eastAsia="zh-CN"/>
        </w:rPr>
        <w:t>　　时光如梭，转眼间一年即将结束，这一年工作也到了尾声了。现对将结束的工作总结一下，本人现岗位是综合事务员，20__年7月前主要负责清单考核工作，办公室6S推行工作，人事员、通讯员，领导外出报告的登记管理工作，现就一年来的工作状况报告如下，不妥之处，请予批评指正：</w:t>
      </w:r>
      <w:r>
        <w:rPr>
          <w:lang w:eastAsia="zh-CN"/>
        </w:rPr>
        <w:br/>
      </w:r>
      <w:r>
        <w:rPr>
          <w:lang w:eastAsia="zh-CN"/>
        </w:rPr>
        <w:t>　　20__年7月以前，一是负责科室之考勤汇总及各类假期加班的汇总统计，二是对全厂任务清单进行督办，确保及督促全厂的任务清单按期完成。三是协助推行6S管理工作，协调并解决推行过程中出现的问题。四是认真整理领导外出报告。五是完成领导交代的其它工作。20__年7月之后负责整理办公室系统安全资料，配合完成了油田公司办公室系统安全考核。推行整个办公楼的6S工作，为建立整洁有序的工作环境而努力，制定了办公室定置图，积极配合油田公司6S检查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一年来，工作有成绩，也存在不足，主要是要加强业务知识学习和克服自身的缺点，在今后的工作中，要认真总结经验，克服不足，在工作中磨练自己，尽职尽责的做好各项工作。</w:t>
      </w:r>
      <w:r>
        <w:rPr>
          <w:lang w:eastAsia="zh-CN"/>
        </w:rPr>
        <w:br/>
      </w:r>
      <w:r>
        <w:rPr>
          <w:lang w:eastAsia="zh-CN"/>
        </w:rPr>
        <w:t xml:space="preserve">    行政文员个人工作自我总结 篇7 </w:t>
      </w:r>
      <w:r>
        <w:rPr>
          <w:lang w:eastAsia="zh-CN"/>
        </w:rPr>
        <w:br/>
      </w:r>
      <w:r>
        <w:rPr>
          <w:lang w:eastAsia="zh-CN"/>
        </w:rPr>
        <w:t>　　站在窗口看着稀稀落落的小雪，忽然意识到这一年就要结束了，又到了做办公室行政人员年终工作总结的时候。在这一年里，我在院领导及同事们的帮助与关心下圆满的完成了各项工作，并且，在思想觉悟上也有了更进一步的进步。</w:t>
      </w:r>
      <w:r>
        <w:rPr>
          <w:lang w:eastAsia="zh-CN"/>
        </w:rPr>
        <w:br/>
      </w:r>
      <w:r>
        <w:rPr>
          <w:lang w:eastAsia="zh-CN"/>
        </w:rPr>
        <w:t>　　首先，在专业知识、工作能力和具体工作方面：</w:t>
      </w:r>
      <w:r>
        <w:rPr>
          <w:lang w:eastAsia="zh-CN"/>
        </w:rPr>
        <w:br/>
      </w:r>
      <w:r>
        <w:rPr>
          <w:lang w:eastAsia="zh-CN"/>
        </w:rPr>
        <w:t>　　我在学校担负学院行政文员，协助办公室主任做好工作。行政工作琐碎，但为了弄好工作，我不怕麻烦，向同事学习、向领导请教、自己摸索实践，在具体的工作中构成了一个清楚的工作思路，能够顺利的展开工作并熟练美满地完本钱职工作。在这一年，我本着把工作做的更好这样一个目标，开辟创新意识，积极美满的完成了以下本职工作：</w:t>
      </w:r>
      <w:r>
        <w:rPr>
          <w:lang w:eastAsia="zh-CN"/>
        </w:rPr>
        <w:br/>
      </w:r>
      <w:r>
        <w:rPr>
          <w:lang w:eastAsia="zh-CN"/>
        </w:rPr>
        <w:t>　　1.做好了各类信件的收发工作，20__年底协助好办公室主任顺利地完成了20__年报刊杂志的收订工作。为了不耽误学院、大家的工作，不怕辛劳天天按时取信取报，把公函，便函及时分发到部分及个人。</w:t>
      </w:r>
      <w:r>
        <w:rPr>
          <w:lang w:eastAsia="zh-CN"/>
        </w:rPr>
        <w:br/>
      </w:r>
      <w:r>
        <w:rPr>
          <w:lang w:eastAsia="zh-CN"/>
        </w:rPr>
        <w:t>　　2.协助办公室主任做好了各类公文的登记、上报、下发等工作，并把原来没有具体整理的文件按种别整理好放进贴好标签的文件夹内，给大家查阅文件提供了很大方便。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3.做好办公用品的管理工作。做好办公用品领用登记，按需所发，做到不浪费，按时盘点，以便能及时补充办公用品，满足大家工作的需要。</w:t>
      </w:r>
      <w:r>
        <w:rPr>
          <w:lang w:eastAsia="zh-CN"/>
        </w:rPr>
        <w:br/>
      </w:r>
      <w:r>
        <w:rPr>
          <w:lang w:eastAsia="zh-CN"/>
        </w:rPr>
        <w:t>　　4.做好公章的管理工作。公章使用做好具体登记，严格执行学院公章管理规定，不滥用公章，不做违法的事情。</w:t>
      </w:r>
      <w:r>
        <w:rPr>
          <w:lang w:eastAsia="zh-CN"/>
        </w:rPr>
        <w:br/>
      </w:r>
      <w:r>
        <w:rPr>
          <w:lang w:eastAsia="zh-CN"/>
        </w:rPr>
        <w:t>　　5.协助好办公室主任做好学院的财务工作。我认真学习学校各类财务制度，理清思路，分类整理好各类帐务，并认真登记，年底之前完成了学院20__年办出差、接待、公用品、会议、教材、低值易耗等各类帐务的报销工作。</w:t>
      </w:r>
      <w:r>
        <w:rPr>
          <w:lang w:eastAsia="zh-CN"/>
        </w:rPr>
        <w:br/>
      </w:r>
      <w:r>
        <w:rPr>
          <w:lang w:eastAsia="zh-CN"/>
        </w:rPr>
        <w:t>　　为了学院工作的顺利进行及部分之间的工作调和，除做好本职工作，我还积极配合其他同事做好工作。</w:t>
      </w:r>
      <w:r>
        <w:rPr>
          <w:lang w:eastAsia="zh-CN"/>
        </w:rPr>
        <w:br/>
      </w:r>
      <w:r>
        <w:rPr>
          <w:lang w:eastAsia="zh-CN"/>
        </w:rPr>
        <w:t>　　1.工作态度和勤奋敬业方面。</w:t>
      </w:r>
      <w:r>
        <w:rPr>
          <w:lang w:eastAsia="zh-CN"/>
        </w:rPr>
        <w:br/>
      </w:r>
      <w:r>
        <w:rPr>
          <w:lang w:eastAsia="zh-CN"/>
        </w:rPr>
        <w:t>　　酷爱自己的本职工作，能够正确认真的对待每项工作，工作投进，热情为大家服务，认真遵守劳动纪律，保证按时出勤，出勤率高，全年没有请假现象，有效利用工作时间，坚守岗位，需要加班完成工作按时加班加点，保证工作能按时完成。</w:t>
      </w:r>
      <w:r>
        <w:rPr>
          <w:lang w:eastAsia="zh-CN"/>
        </w:rPr>
        <w:br/>
      </w:r>
      <w:r>
        <w:rPr>
          <w:lang w:eastAsia="zh-CN"/>
        </w:rPr>
        <w:t>　　2.工作质量成绩、效益和贡献。</w:t>
      </w:r>
      <w:r>
        <w:rPr>
          <w:lang w:eastAsia="zh-CN"/>
        </w:rPr>
        <w:br/>
      </w:r>
      <w:r>
        <w:rPr>
          <w:lang w:eastAsia="zh-CN"/>
        </w:rPr>
        <w:t>　　在展开工作之前做好个人工作计划，有主次的前后及时的完成各项工作，到达预期的效果，保质保量的完成工作，工作效力高，同时在工作中学习了很多东西，也锻炼了自己，经过不懈的努力，使工作水平有了长足的进步，首创了工作的新局面，为学院及部分工作做出了应有的贡献。</w:t>
      </w:r>
      <w:r>
        <w:rPr>
          <w:lang w:eastAsia="zh-CN"/>
        </w:rPr>
        <w:br/>
      </w:r>
      <w:r>
        <w:rPr>
          <w:lang w:eastAsia="zh-CN"/>
        </w:rPr>
        <w:t>　　3.思想政治表现、品德素质修养及职业道德。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能够认真贯彻党的基本线路方针政策，通过报纸、杂志、书籍积极学习政治理论;遵纪遵法，认真学习法律知识;爱岗敬业，具有强烈的责任感和事业心，积极主动认真的学习专业知识，工作态度端正，认真负责。</w:t>
      </w:r>
      <w:r>
        <w:rPr>
          <w:lang w:eastAsia="zh-CN"/>
        </w:rPr>
        <w:br/>
      </w:r>
      <w:r>
        <w:rPr>
          <w:lang w:eastAsia="zh-CN"/>
        </w:rPr>
        <w:t>　　总结这一年的工作，虽然有了一定的进步和成绩，但在一些方面还存在着不足。比如有创造性的工作思路还不是很多，个别工作做的还不够完善，这有待于在今后的工作中加以改进。通过这次办公室行政人员年终工作总结，在新的一年里，我将认真学习各项政策规章制度，努力使思想觉悟和工作效力全面进进一个新水平，为学院的发展做出更大更多的贡献。</w:t>
      </w:r>
      <w:r>
        <w:rPr>
          <w:lang w:eastAsia="zh-CN"/>
        </w:rPr>
        <w:br/>
      </w:r>
      <w:r>
        <w:rPr>
          <w:lang w:eastAsia="zh-CN"/>
        </w:rPr>
        <w:t xml:space="preserve">    行政文员个人工作自我总结 篇8 </w:t>
      </w:r>
      <w:r>
        <w:rPr>
          <w:lang w:eastAsia="zh-CN"/>
        </w:rPr>
        <w:br/>
      </w:r>
      <w:r>
        <w:rPr>
          <w:lang w:eastAsia="zh-CN"/>
        </w:rPr>
        <w:t>　　经过这差不多一年的不断学习，以及同事、领导的关心和帮助，我已完全融入到了我们中心这个大家庭中，个人的工作技能和工作水平也有了相应的的提高。现将我一年来的工作情况简要总结如下：</w:t>
      </w:r>
      <w:r>
        <w:rPr>
          <w:lang w:eastAsia="zh-CN"/>
        </w:rPr>
        <w:br/>
      </w:r>
      <w:r>
        <w:rPr>
          <w:lang w:eastAsia="zh-CN"/>
        </w:rPr>
        <w:t>　　一、以踏实的工作态度，适应办公室工作特点</w:t>
      </w:r>
      <w:r>
        <w:rPr>
          <w:lang w:eastAsia="zh-CN"/>
        </w:rPr>
        <w:br/>
      </w:r>
      <w:r>
        <w:rPr>
          <w:lang w:eastAsia="zh-CN"/>
        </w:rPr>
        <w:t>　　办公室作为企事业单位运转的一个重要枢纽部门，是单位内外工作沟通、协调、处理的综合部门，这就决定了办公室工作繁杂性。所以在工作的时候我虚心向人请教和学习，一切都从零学起，从零做起，使自己从零中慢慢成长和完善，使自己的行为标准、思想觉悟和工作能力尽快的向中心要求的目标靠拢。同时在工作中形成了严谨细致、认真负责、团结协作的工作作风，能够及时、有效的完成上级交办的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二、加强学习，注重自身素质修养和提高</w:t>
      </w:r>
      <w:r>
        <w:rPr>
          <w:lang w:eastAsia="zh-CN"/>
        </w:rPr>
        <w:br/>
      </w:r>
      <w:r>
        <w:rPr>
          <w:lang w:eastAsia="zh-CN"/>
        </w:rPr>
        <w:t>　　中心领导要求我们必须具有创新、积极进取的.工作理念，同时要依照中心的实际情况来看待一切，才能适应中心未来的发展。因此，为了提高了自己的个人素养以及工作能力，我通过网络、书籍及各类文件资料一直在不断的学习。工作中，能从中心大局出发，从中心整体利益出发，凡事都为中心着想，同事之间互帮互助，并保持融洽的工作气氛，形成了和谐、默契的工作氛围。</w:t>
      </w:r>
      <w:r>
        <w:rPr>
          <w:lang w:eastAsia="zh-CN"/>
        </w:rPr>
        <w:br/>
      </w:r>
      <w:r>
        <w:rPr>
          <w:lang w:eastAsia="zh-CN"/>
        </w:rPr>
        <w:t>　　另外，我还注重从工作及现实生活中汲取营养，认真学习摄影照相技术、接待来客相关礼仪，以及有关自己工作所需要的相关知识。</w:t>
      </w:r>
      <w:r>
        <w:rPr>
          <w:lang w:eastAsia="zh-CN"/>
        </w:rPr>
        <w:br/>
      </w:r>
      <w:r>
        <w:rPr>
          <w:lang w:eastAsia="zh-CN"/>
        </w:rPr>
        <w:t>　　三、一年来主要负责的工作</w:t>
      </w:r>
      <w:r>
        <w:rPr>
          <w:lang w:eastAsia="zh-CN"/>
        </w:rPr>
        <w:br/>
      </w:r>
      <w:r>
        <w:rPr>
          <w:lang w:eastAsia="zh-CN"/>
        </w:rPr>
        <w:t>　　1、日常办公方面，负责中心重要来电、传真、快件的收发及传递；负责中心一般性文件的收发、材料收集、公文起草；负责中心下行文件的下发、跟踪、落实和反馈；</w:t>
      </w:r>
      <w:r>
        <w:rPr>
          <w:lang w:eastAsia="zh-CN"/>
        </w:rPr>
        <w:br/>
      </w:r>
      <w:r>
        <w:rPr>
          <w:lang w:eastAsia="zh-CN"/>
        </w:rPr>
        <w:t>　　2、行政事务：负责来访宾客的具体接待工作；负责中心相关会议的组织筹备工作；负责填报表格、复印打印、文件整理归档等工作；</w:t>
      </w:r>
      <w:r>
        <w:rPr>
          <w:lang w:eastAsia="zh-CN"/>
        </w:rPr>
        <w:br/>
      </w:r>
      <w:r>
        <w:rPr>
          <w:lang w:eastAsia="zh-CN"/>
        </w:rPr>
        <w:t>　　3、采购保管：根据要求采购、保管、发放日常办公用品并及时登帐；负责中心礼品的入库、领用、保管；</w:t>
      </w:r>
      <w:r>
        <w:rPr>
          <w:lang w:eastAsia="zh-CN"/>
        </w:rPr>
        <w:br/>
      </w:r>
      <w:r>
        <w:rPr>
          <w:lang w:eastAsia="zh-CN"/>
        </w:rPr>
        <w:t>　　4、沟通协调：协助部门领导做好各部门的协调工作；负责中心大事记的材料撰写，协助中心网站、简报、季刊的编办；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5、固定资产管理：做好固定资产的帐目、调用、检查、核对、督促维修等工作；建立固定资产管理制度，按照制度执行固定资产的登记、移交、报损等工作；</w:t>
      </w:r>
      <w:r>
        <w:rPr>
          <w:lang w:eastAsia="zh-CN"/>
        </w:rPr>
        <w:br/>
      </w:r>
      <w:r>
        <w:rPr>
          <w:lang w:eastAsia="zh-CN"/>
        </w:rPr>
        <w:t>　　6、完成中心领导交办的其他工作。</w:t>
      </w:r>
      <w:r>
        <w:rPr>
          <w:lang w:eastAsia="zh-CN"/>
        </w:rPr>
        <w:br/>
      </w:r>
      <w:r>
        <w:rPr>
          <w:lang w:eastAsia="zh-CN"/>
        </w:rPr>
        <w:t>　　四、严格要求自己，时刻警醒</w:t>
      </w:r>
      <w:r>
        <w:rPr>
          <w:lang w:eastAsia="zh-CN"/>
        </w:rPr>
        <w:br/>
      </w:r>
      <w:r>
        <w:rPr>
          <w:lang w:eastAsia="zh-CN"/>
        </w:rPr>
        <w:t>　　在工作中，我努力从每一件事情上进行总结，不断摸索，掌握方法，提高工作效率和工作质量，因为自己还是新同志，在为人处事、工作经验等方面经验还不足，在平时工作和生活中，要做到虚心学习、请教，学习他们的长处，反思自己不足，不断提高个人素养。时刻提醒自己，要诚恳待人，态度端正，积极进取，无论大事小事，我都要尽最大能力去做。平时要求自己，必须遵守劳动纪律、团结同志、从打扫卫生等小事做起，严格要求自己。以不求有功、但求无过信念，来对待所有事情。</w:t>
      </w:r>
      <w:r>
        <w:rPr>
          <w:lang w:eastAsia="zh-CN"/>
        </w:rPr>
        <w:br/>
      </w:r>
      <w:r>
        <w:rPr>
          <w:lang w:eastAsia="zh-CN"/>
        </w:rPr>
        <w:t xml:space="preserve">    行政文员个人工作自我总结 篇9 </w:t>
      </w:r>
      <w:r>
        <w:rPr>
          <w:lang w:eastAsia="zh-CN"/>
        </w:rPr>
        <w:br/>
      </w:r>
      <w:r>
        <w:rPr>
          <w:lang w:eastAsia="zh-CN"/>
        </w:rPr>
        <w:t>　　一、已完成的工作任务。</w:t>
      </w:r>
      <w:r>
        <w:rPr>
          <w:lang w:eastAsia="zh-CN"/>
        </w:rPr>
        <w:br/>
      </w:r>
      <w:r>
        <w:rPr>
          <w:lang w:eastAsia="zh-CN"/>
        </w:rPr>
        <w:t>　　入职以来主要从事以下工作：</w:t>
      </w:r>
      <w:r>
        <w:rPr>
          <w:lang w:eastAsia="zh-CN"/>
        </w:rPr>
        <w:br/>
      </w:r>
      <w:r>
        <w:rPr>
          <w:lang w:eastAsia="zh-CN"/>
        </w:rPr>
        <w:t>　　一是做好各种会议（包括总经理办公会、总经理办公会扩大会议、专题会议等）的记录及纪要工作，并对会议决议跟踪督办，及时向领导汇报完成情况；二是做好印章管理工作，保证公章使用及存放安全；三是做好发文工作；四是做好对已接手档案的管理工作，对各类文件整理分类，有序存放；五是企业宣传PPT的整合美化工作；六是领导交办的其它任务（包括收集各类部门资料、制作表格、会务服务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针对以上六大类工作，本人已于11月完成2次总经理办公会的记录、纪要、督办任务，完成1次扩大会议及专题会议的记录、纪要任务；参照上级公司印章管理办法草拟本公司《印章管理办法》，保证“见OA审批同意后才能使用公章”，并完整保留公章使用签字记录，保证公章、合同章、法人章等合法、合规、安全使用；针对发文工作，已制定《发文签批单》，严格按照表格签批内容发文并存档，保证公文审批流程严谨，发文格式正确，文件内容准确；档案管理方面，已将入职后的发文、纪要有序归档，妥善放置，保证了各类文件的安全性、保密性；企业PPT方面，现已搜集较多以往资料，整合部分企业介绍、产品资料，逐步完善美化，预计12月中旬整理设计出完整版PPT；针对领导交办的其他任务，11月已完成竞聘会议的会前资料整合、表格制作、会务服务等工作，并配合完成其他接待工作。</w:t>
      </w:r>
      <w:r>
        <w:rPr>
          <w:lang w:eastAsia="zh-CN"/>
        </w:rPr>
        <w:br/>
      </w:r>
      <w:r>
        <w:rPr>
          <w:lang w:eastAsia="zh-CN"/>
        </w:rPr>
        <w:t>　　二、存在的不足。</w:t>
      </w:r>
      <w:r>
        <w:rPr>
          <w:lang w:eastAsia="zh-CN"/>
        </w:rPr>
        <w:br/>
      </w:r>
      <w:r>
        <w:rPr>
          <w:lang w:eastAsia="zh-CN"/>
        </w:rPr>
        <w:t>　　回顾入职以来的工作情况，本人存在的不足有三：一是对行业专业知识匮乏，未熟练把握工作要点，导致会议记录时反应力不足，纪要内容不够精准；二是发文程序上虽已有审批表格，但发文流程未制度化；三是对以往档案内容、存放位置不够了解等。</w:t>
      </w:r>
      <w:r>
        <w:rPr>
          <w:lang w:eastAsia="zh-CN"/>
        </w:rPr>
        <w:br/>
      </w:r>
      <w:r>
        <w:rPr>
          <w:lang w:eastAsia="zh-CN"/>
        </w:rPr>
        <w:t>　　三、解决办法及下一阶段规划。</w:t>
      </w:r>
      <w:r>
        <w:rPr>
          <w:lang w:eastAsia="zh-CN"/>
        </w:rPr>
        <w:br/>
      </w:r>
      <w:r>
        <w:rPr>
          <w:lang w:eastAsia="zh-CN"/>
        </w:rPr>
        <w:t>　　针对存在的不足，下一阶段我需要做的工作如下：</w:t>
      </w:r>
      <w:r>
        <w:rPr>
          <w:lang w:eastAsia="zh-CN"/>
        </w:rPr>
        <w:br/>
      </w:r>
      <w:r>
        <w:rPr>
          <w:lang w:eastAsia="zh-CN"/>
        </w:rPr>
        <w:t xml:space="preserve">    行政文员个人工作自我总结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回顾20__年，作为公司的行政人员，一年来，在公司各部门领导的关心指导和同事们的支持帮助下，我勤奋踏实地完成了本年度的本职工作，也顺利完成了领导交办的各项任务，自身在各方面都有所提升，但也有不足，需要将来不断学习、不断积累工作经验，运用所掌握的知识弥补自身还存在的缺陷。现将这一年的学习、工作情况总结如下：</w:t>
      </w:r>
      <w:r>
        <w:rPr>
          <w:lang w:eastAsia="zh-CN"/>
        </w:rPr>
        <w:br/>
      </w:r>
      <w:r>
        <w:rPr>
          <w:lang w:eastAsia="zh-CN"/>
        </w:rPr>
        <w:t>　　一、踏实的工作态度：</w:t>
      </w:r>
      <w:r>
        <w:rPr>
          <w:lang w:eastAsia="zh-CN"/>
        </w:rPr>
        <w:br/>
      </w:r>
      <w:r>
        <w:rPr>
          <w:lang w:eastAsia="zh-CN"/>
        </w:rPr>
        <w:t>　　一年来，我坚持工作踏实，任劳任怨，自觉维护公司企业形象，妥善地做好本职工作，尽量避免工作中出现任何纰漏。</w:t>
      </w:r>
      <w:r>
        <w:rPr>
          <w:lang w:eastAsia="zh-CN"/>
        </w:rPr>
        <w:br/>
      </w:r>
      <w:r>
        <w:rPr>
          <w:lang w:eastAsia="zh-CN"/>
        </w:rPr>
        <w:t>　　行政工作是属于服务性质的工作，且比较繁杂。</w:t>
      </w:r>
      <w:r>
        <w:rPr>
          <w:lang w:eastAsia="zh-CN"/>
        </w:rPr>
        <w:br/>
      </w:r>
      <w:r>
        <w:rPr>
          <w:lang w:eastAsia="zh-CN"/>
        </w:rPr>
        <w:t>　　(1)每天我都认真做好各项服务工作，以保障综合部、招商部、成本合约部、工程部以及财务部工作的正常开展。</w:t>
      </w:r>
      <w:r>
        <w:rPr>
          <w:lang w:eastAsia="zh-CN"/>
        </w:rPr>
        <w:br/>
      </w:r>
      <w:r>
        <w:rPr>
          <w:lang w:eastAsia="zh-CN"/>
        </w:rPr>
        <w:t>　　(2)行政日常的工作内容比较琐碎，需要细心、谨慎，且不能疏忽大意，更不能马虎潦草。</w:t>
      </w:r>
      <w:r>
        <w:rPr>
          <w:lang w:eastAsia="zh-CN"/>
        </w:rPr>
        <w:br/>
      </w:r>
      <w:r>
        <w:rPr>
          <w:lang w:eastAsia="zh-CN"/>
        </w:rPr>
        <w:t>　　(3)建立当日备忘录。我将当天的工作列入到备忘录里，一项一项的去完成，以免出现遗漏现象。</w:t>
      </w:r>
      <w:r>
        <w:rPr>
          <w:lang w:eastAsia="zh-CN"/>
        </w:rPr>
        <w:br/>
      </w:r>
      <w:r>
        <w:rPr>
          <w:lang w:eastAsia="zh-CN"/>
        </w:rPr>
        <w:t>　　二、尽心尽责，做好行政工作：</w:t>
      </w:r>
      <w:r>
        <w:rPr>
          <w:lang w:eastAsia="zh-CN"/>
        </w:rPr>
        <w:br/>
      </w:r>
      <w:r>
        <w:rPr>
          <w:lang w:eastAsia="zh-CN"/>
        </w:rPr>
        <w:t>　　认真做好本职工作和日常事务性工作，协助领导保持良好的工作秩序和工作环境，使各项档案管理日趋正规化、规范化。同时做好后勤服务工作，让领导和同事们避免后顾之忧，在行政副总的领导下，积极、主动的做好本部门日常事务工作。</w:t>
      </w:r>
      <w:r>
        <w:rPr>
          <w:lang w:eastAsia="zh-CN"/>
        </w:rPr>
        <w:br/>
      </w:r>
      <w:r>
        <w:rPr>
          <w:lang w:eastAsia="zh-CN"/>
        </w:rPr>
        <w:t>　　1、日常接待工作：礼貌地接待总部、政府以及其他公司来访人员，安排好日常的会议，做好会议的准备以及服务工作。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固定资产以及低值易耗品的管理工作：对公司的固定资产以及低值易耗品进行分类、编号，填写入库单与出库单，并定期对其进行点检、核对，做到账实相符，制作固定资产维修登记表，详细记录公司每个固定资产的'维修与使用情况，建立固定资产档案。</w:t>
      </w:r>
      <w:r>
        <w:rPr>
          <w:lang w:eastAsia="zh-CN"/>
        </w:rPr>
        <w:br/>
      </w:r>
      <w:r>
        <w:rPr>
          <w:lang w:eastAsia="zh-CN"/>
        </w:rPr>
        <w:t>　　3、文件管理工作：根据工作需要，随时制作各类表格、文档等，同时完成各部门交待打印、扫描、复印的文件等，对公司所发放的通知、文件做到及时上传下达。</w:t>
      </w:r>
      <w:r>
        <w:rPr>
          <w:lang w:eastAsia="zh-CN"/>
        </w:rPr>
        <w:br/>
      </w:r>
      <w:r>
        <w:rPr>
          <w:lang w:eastAsia="zh-CN"/>
        </w:rPr>
        <w:t>　　4、快递工作：做好公司快递寄送工作(各类文件、过节礼品等)，每天早上将报纸分发各部室。</w:t>
      </w:r>
      <w:r>
        <w:rPr>
          <w:lang w:eastAsia="zh-CN"/>
        </w:rPr>
        <w:br/>
      </w:r>
      <w:r>
        <w:rPr>
          <w:lang w:eastAsia="zh-CN"/>
        </w:rPr>
        <w:t>　　5、烟酒管理工作：做好烟酒的申购与领用登记，制作烟酒的申购与领用登记表，详细记录购买以及领用的明细，定期对烟酒进行点检，并向领导做好汇报。</w:t>
      </w:r>
      <w:r>
        <w:rPr>
          <w:lang w:eastAsia="zh-CN"/>
        </w:rPr>
        <w:br/>
      </w:r>
      <w:r>
        <w:rPr>
          <w:lang w:eastAsia="zh-CN"/>
        </w:rPr>
        <w:t>　　6、相关人事工作：配合人事主管，做好人事统计的相关工作。</w:t>
      </w:r>
      <w:r>
        <w:rPr>
          <w:lang w:eastAsia="zh-CN"/>
        </w:rPr>
        <w:br/>
      </w:r>
      <w:r>
        <w:rPr>
          <w:lang w:eastAsia="zh-CN"/>
        </w:rPr>
        <w:t>　　7、档案管理工作：完成公司档案、规划和设计资料的整理，将所有档案归类、编号，存放至档案室，完成档案移交台账，做好档案的借阅登记，后将档案工作移交孙琴</w:t>
      </w:r>
      <w:r>
        <w:rPr>
          <w:lang w:eastAsia="zh-CN"/>
        </w:rPr>
        <w:br/>
      </w:r>
      <w:r>
        <w:rPr>
          <w:lang w:eastAsia="zh-CN"/>
        </w:rPr>
        <w:t>　　8、企业文化建设工作：寻找积极向上的题材，做好每周公司的“周末分享”工作;做到每个月推荐三本好书，推进“读书月”活动，建立南通赛格“图书室”;配合开展员工活动(趣味羽毛球赛、奠基仪式、年会等)，编写各类活动策划的初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9、培训工作：协助做好培训工作，做好培训签到，做好培训课程、培训积分的统计完成培训总结PPT的编写(案例以及公文写作培训、机电安装培训、监理安全细则培训、内控基础知识培训、消防知识培训、房地产基础知识培训、人事制度培训等)。</w:t>
      </w:r>
      <w:r>
        <w:rPr>
          <w:lang w:eastAsia="zh-CN"/>
        </w:rPr>
        <w:br/>
      </w:r>
      <w:r>
        <w:rPr>
          <w:lang w:eastAsia="zh-CN"/>
        </w:rPr>
        <w:t>　　10、每天准时分发佐餐水果，做好水果的保管工作。</w:t>
      </w:r>
      <w:r>
        <w:rPr>
          <w:lang w:eastAsia="zh-CN"/>
        </w:rPr>
        <w:br/>
      </w:r>
      <w:r>
        <w:rPr>
          <w:lang w:eastAsia="zh-CN"/>
        </w:rPr>
        <w:t>　　11、参加公司业务接待。</w:t>
      </w:r>
      <w:r>
        <w:rPr>
          <w:lang w:eastAsia="zh-CN"/>
        </w:rPr>
        <w:br/>
      </w:r>
      <w:r>
        <w:rPr>
          <w:lang w:eastAsia="zh-CN"/>
        </w:rPr>
        <w:t>　　三、20__年度所学知识：</w:t>
      </w:r>
      <w:r>
        <w:rPr>
          <w:lang w:eastAsia="zh-CN"/>
        </w:rPr>
        <w:br/>
      </w:r>
      <w:r>
        <w:rPr>
          <w:lang w:eastAsia="zh-CN"/>
        </w:rPr>
        <w:t>　　1、陈伟的指导：学习正规化的文档管理、规范的公文写作、优秀PPT的制作等。</w:t>
      </w:r>
      <w:r>
        <w:rPr>
          <w:lang w:eastAsia="zh-CN"/>
        </w:rPr>
        <w:br/>
      </w:r>
      <w:r>
        <w:rPr>
          <w:lang w:eastAsia="zh-CN"/>
        </w:rPr>
        <w:t>　　2、陆宇谍的培训：结构建造标准，基坑及桩基地方性法规讲解。</w:t>
      </w:r>
      <w:r>
        <w:rPr>
          <w:lang w:eastAsia="zh-CN"/>
        </w:rPr>
        <w:br/>
      </w:r>
      <w:r>
        <w:rPr>
          <w:lang w:eastAsia="zh-CN"/>
        </w:rPr>
        <w:t>　　3、范崇澜的培训：内控基本知识，董事会相关知识、行政管理，案例以及公文写作培训。</w:t>
      </w:r>
      <w:r>
        <w:rPr>
          <w:lang w:eastAsia="zh-CN"/>
        </w:rPr>
        <w:br/>
      </w:r>
      <w:r>
        <w:rPr>
          <w:lang w:eastAsia="zh-CN"/>
        </w:rPr>
        <w:t>　　4、丁健、季银昌的培训：机电、电气设计标准，机电安装工程。</w:t>
      </w:r>
      <w:r>
        <w:rPr>
          <w:lang w:eastAsia="zh-CN"/>
        </w:rPr>
        <w:br/>
      </w:r>
      <w:r>
        <w:rPr>
          <w:lang w:eastAsia="zh-CN"/>
        </w:rPr>
        <w:t>　　5、夏超的培训：工程档案资料管理。</w:t>
      </w:r>
      <w:r>
        <w:rPr>
          <w:lang w:eastAsia="zh-CN"/>
        </w:rPr>
        <w:br/>
      </w:r>
      <w:r>
        <w:rPr>
          <w:lang w:eastAsia="zh-CN"/>
        </w:rPr>
        <w:t>　　6、蒋红芬的培训：房地产基础知识培训。</w:t>
      </w:r>
      <w:r>
        <w:rPr>
          <w:lang w:eastAsia="zh-CN"/>
        </w:rPr>
        <w:br/>
      </w:r>
      <w:r>
        <w:rPr>
          <w:lang w:eastAsia="zh-CN"/>
        </w:rPr>
        <w:t>　　7、王啡的培训：人事制度讲解。</w:t>
      </w:r>
      <w:r>
        <w:rPr>
          <w:lang w:eastAsia="zh-CN"/>
        </w:rPr>
        <w:br/>
      </w:r>
      <w:r>
        <w:rPr>
          <w:lang w:eastAsia="zh-CN"/>
        </w:rPr>
        <w:t>　　8、何大庆的培训：消防安全知识培训。</w:t>
      </w:r>
      <w:r>
        <w:rPr>
          <w:lang w:eastAsia="zh-CN"/>
        </w:rPr>
        <w:br/>
      </w:r>
      <w:r>
        <w:rPr>
          <w:lang w:eastAsia="zh-CN"/>
        </w:rPr>
        <w:t>　　9、做工作要积极主动，遇到问题要多向领导汇报，与领导沟通，让领导了解我的工作思路和方法，更好的完成工作。</w:t>
      </w:r>
      <w:r>
        <w:rPr>
          <w:lang w:eastAsia="zh-CN"/>
        </w:rPr>
        <w:br/>
      </w:r>
      <w:r>
        <w:rPr>
          <w:lang w:eastAsia="zh-CN"/>
        </w:rPr>
        <w:t>　　四、工作中存在的不足</w:t>
      </w:r>
      <w:r>
        <w:rPr>
          <w:lang w:eastAsia="zh-CN"/>
        </w:rPr>
        <w:br/>
      </w:r>
      <w:r>
        <w:rPr>
          <w:lang w:eastAsia="zh-CN"/>
        </w:rPr>
        <w:t>　　1、跟领导的汇报沟通有待加强</w:t>
      </w:r>
      <w:r>
        <w:rPr>
          <w:lang w:eastAsia="zh-CN"/>
        </w:rPr>
        <w:br/>
      </w:r>
      <w:r>
        <w:rPr>
          <w:lang w:eastAsia="zh-CN"/>
        </w:rPr>
        <w:t>　　2、个人能力还有待提高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3、工作不够深入，对本职工作知识把握不深，虽对于日常的工作情况已熟练，单规范上不够细致，多为急用先学，存在时紧时松的现象，造成学习的内容不系统，不全面，不深刻</w:t>
      </w:r>
      <w:r>
        <w:rPr>
          <w:lang w:eastAsia="zh-CN"/>
        </w:rPr>
        <w:br/>
      </w:r>
      <w:r>
        <w:rPr>
          <w:lang w:eastAsia="zh-CN"/>
        </w:rPr>
        <w:t>　　五、20__年度工作计划以及感想：</w:t>
      </w:r>
      <w:r>
        <w:rPr>
          <w:lang w:eastAsia="zh-CN"/>
        </w:rPr>
        <w:br/>
      </w:r>
      <w:r>
        <w:rPr>
          <w:lang w:eastAsia="zh-CN"/>
        </w:rPr>
        <w:t>　　1、在日常事物工作中，我将做到以下几点：</w:t>
      </w:r>
      <w:r>
        <w:rPr>
          <w:lang w:eastAsia="zh-CN"/>
        </w:rPr>
        <w:br/>
      </w:r>
      <w:r>
        <w:rPr>
          <w:lang w:eastAsia="zh-CN"/>
        </w:rPr>
        <w:t>　　(1)协助领导做好各类公文的登记、上报、下发等工作;</w:t>
      </w:r>
      <w:r>
        <w:rPr>
          <w:lang w:eastAsia="zh-CN"/>
        </w:rPr>
        <w:br/>
      </w:r>
      <w:r>
        <w:rPr>
          <w:lang w:eastAsia="zh-CN"/>
        </w:rPr>
        <w:t>　　(2)继续做好报刊信件的收发工作</w:t>
      </w:r>
      <w:r>
        <w:rPr>
          <w:lang w:eastAsia="zh-CN"/>
        </w:rPr>
        <w:br/>
      </w:r>
      <w:r>
        <w:rPr>
          <w:lang w:eastAsia="zh-CN"/>
        </w:rPr>
        <w:t>　　(3)做好公司低值易耗品以及固定资产的管理方面工作;</w:t>
      </w:r>
      <w:r>
        <w:rPr>
          <w:lang w:eastAsia="zh-CN"/>
        </w:rPr>
        <w:br/>
      </w:r>
      <w:r>
        <w:rPr>
          <w:lang w:eastAsia="zh-CN"/>
        </w:rPr>
        <w:t>　　(4)做好会议的安排与服务工作，保管好会议室器材;</w:t>
      </w:r>
      <w:r>
        <w:rPr>
          <w:lang w:eastAsia="zh-CN"/>
        </w:rPr>
        <w:br/>
      </w:r>
      <w:r>
        <w:rPr>
          <w:lang w:eastAsia="zh-CN"/>
        </w:rPr>
        <w:t>　　(5)做好烟酒的管理工作;</w:t>
      </w:r>
      <w:r>
        <w:rPr>
          <w:lang w:eastAsia="zh-CN"/>
        </w:rPr>
        <w:br/>
      </w:r>
      <w:r>
        <w:rPr>
          <w:lang w:eastAsia="zh-CN"/>
        </w:rPr>
        <w:t>　　(6)配合做好培训以及企业文化方面的工作，继续做好“周末分享”、“读书月”等基础性文化建设工作;</w:t>
      </w:r>
      <w:r>
        <w:rPr>
          <w:lang w:eastAsia="zh-CN"/>
        </w:rPr>
        <w:br/>
      </w:r>
      <w:r>
        <w:rPr>
          <w:lang w:eastAsia="zh-CN"/>
        </w:rPr>
        <w:t>　　(7)认真、按时、高效率地做好领导交办的其它工作。</w:t>
      </w:r>
      <w:r>
        <w:rPr>
          <w:lang w:eastAsia="zh-CN"/>
        </w:rPr>
        <w:br/>
      </w:r>
      <w:r>
        <w:rPr>
          <w:lang w:eastAsia="zh-CN"/>
        </w:rPr>
        <w:t>　　在日常事物工作中，我一定遵循精、细、准的原则，精心准备，精细安排，细致工作，干标准活，站标准岗，严格按照综合部的各项规章制度办事。</w:t>
      </w:r>
      <w:r>
        <w:rPr>
          <w:lang w:eastAsia="zh-CN"/>
        </w:rPr>
        <w:br/>
      </w:r>
      <w:r>
        <w:rPr>
          <w:lang w:eastAsia="zh-CN"/>
        </w:rPr>
        <w:t>　　2、在行政工作中，我将做到以下几点：</w:t>
      </w:r>
      <w:r>
        <w:rPr>
          <w:lang w:eastAsia="zh-CN"/>
        </w:rPr>
        <w:br/>
      </w:r>
      <w:r>
        <w:rPr>
          <w:lang w:eastAsia="zh-CN"/>
        </w:rPr>
        <w:t>　　(1)做好各部门服务：加强与各部门之间的联络与沟通，系统的、快速的传递信息，保证做好各部门的后勤保障工作。</w:t>
      </w:r>
      <w:r>
        <w:rPr>
          <w:lang w:eastAsia="zh-CN"/>
        </w:rPr>
        <w:br/>
      </w:r>
      <w:r>
        <w:rPr>
          <w:lang w:eastAsia="zh-CN"/>
        </w:rPr>
        <w:t>　　(2)做好信息保密工作：保存好办公室常用文档，做好存档保密工作;要及时、准确、全面的收集各方面信息并做好存档工作。</w:t>
      </w:r>
      <w:r>
        <w:rPr>
          <w:lang w:eastAsia="zh-CN"/>
        </w:rPr>
        <w:br/>
      </w:r>
      <w:r>
        <w:rPr>
          <w:lang w:eastAsia="zh-CN"/>
        </w:rPr>
        <w:t>　　(3)学习各种文字材料的写作，提高自身写作功底。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这个工作岗位是琐碎、繁杂的。我将根据实际情况进行合理分工、合理安排，认真落实岗位责任制，确保工作井然有条;还要创造性地工作，不断探索工作的新思路、新办法和新经验;而且增强工作创造性的同时，我一定注意办事到位而不越位，提供服务而不干涉决策，真正成为领导的参谋助手，成为上、下沟通的桥梁。</w:t>
      </w:r>
      <w:r>
        <w:rPr>
          <w:lang w:eastAsia="zh-CN"/>
        </w:rPr>
        <w:br/>
      </w:r>
      <w:r>
        <w:rPr>
          <w:lang w:eastAsia="zh-CN"/>
        </w:rPr>
        <w:t>　　3、提高个人修养和业务能力方面，我将做到以下三点：</w:t>
      </w:r>
      <w:r>
        <w:rPr>
          <w:lang w:eastAsia="zh-CN"/>
        </w:rPr>
        <w:br/>
      </w:r>
      <w:r>
        <w:rPr>
          <w:lang w:eastAsia="zh-CN"/>
        </w:rPr>
        <w:t>　　(1)积极参加公司安排的基础性管理培训，提升自身的专业工作技能。</w:t>
      </w:r>
      <w:r>
        <w:rPr>
          <w:lang w:eastAsia="zh-CN"/>
        </w:rPr>
        <w:br/>
      </w:r>
      <w:r>
        <w:rPr>
          <w:lang w:eastAsia="zh-CN"/>
        </w:rPr>
        <w:t>　　(2)向领导和同事学习工作经验和方法，快速提升自身素质。</w:t>
      </w:r>
      <w:r>
        <w:rPr>
          <w:lang w:eastAsia="zh-CN"/>
        </w:rPr>
        <w:br/>
      </w:r>
      <w:r>
        <w:rPr>
          <w:lang w:eastAsia="zh-CN"/>
        </w:rPr>
        <w:t>　　(3)通过个人自主的学习来提升知识层次。</w:t>
      </w:r>
      <w:r>
        <w:rPr>
          <w:lang w:eastAsia="zh-CN"/>
        </w:rPr>
        <w:br/>
      </w:r>
      <w:r>
        <w:rPr>
          <w:lang w:eastAsia="zh-CN"/>
        </w:rPr>
        <w:t>　　我深知：一个人的能力是有限的，但是一个人的发展机会是无限的。现在是知识经济的时代，如果我们不能很快地提升自已的个人能力，提高自已的业务水平，那么我们就这个社会淘汰。当然要提升自己，首先要一个良好的平台，我认为南通赛格就是我最好的平台，我一定会把握这次机会，使业务水平和自身修养同步提高，实现自我的最高价值。</w:t>
      </w:r>
      <w:r>
        <w:rPr>
          <w:lang w:eastAsia="zh-CN"/>
        </w:rPr>
        <w:br/>
      </w:r>
      <w:r>
        <w:rPr>
          <w:lang w:eastAsia="zh-CN"/>
        </w:rPr>
        <w:t xml:space="preserve">    行政文员个人工作自我总结 篇11 </w:t>
      </w:r>
      <w:r>
        <w:rPr>
          <w:lang w:eastAsia="zh-CN"/>
        </w:rPr>
        <w:br/>
      </w:r>
      <w:r>
        <w:rPr>
          <w:lang w:eastAsia="zh-CN"/>
        </w:rPr>
        <w:t>　　在集团公司的正确领导及大力支持下，在_公司领导班子的正确指导下，面对激烈的市场竞争之严峻形势，行政部紧紧围绕管理、服务、学习、招聘等工作重点，注重发挥行政部承上启下、联系左右、协调各方的中心枢纽作用，为公司圆满完成年度各项目标任务作出了积极贡献。现将一年来的工作情况汇报如下：</w:t>
      </w:r>
      <w:r>
        <w:rPr>
          <w:lang w:eastAsia="zh-CN"/>
        </w:rPr>
        <w:br/>
      </w:r>
      <w:r>
        <w:rPr>
          <w:lang w:eastAsia="zh-CN"/>
        </w:rPr>
        <w:t>　　一、加强基础管理，创造良好工作环境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为领导和员工创造一个良好的工作环境是行政部重要工作内容之一。一年来，行政部结合工作实际，认真履行工作职责，加强与其他部门的协调与沟通，使行政部基础管理工作基本实现了规范化，相关工作达到了优质、高效，为公司各项工作的开展创造了良好条件。</w:t>
      </w:r>
      <w:r>
        <w:rPr>
          <w:lang w:eastAsia="zh-CN"/>
        </w:rPr>
        <w:br/>
      </w:r>
      <w:r>
        <w:rPr>
          <w:lang w:eastAsia="zh-CN"/>
        </w:rPr>
        <w:t>　　如：做到了员工人事档案、培训档案、合同档案、公章管理等工作的清晰明确，严格规范;做到了收、发文件的准确及时，并对领导批示的公文做到了及时处理，从不拖拉;做到了办公耗材管控及办公设备维护、保养、日常行政业务结算和报销等工作的正常有序。成功组织了室外文化拓展、羽毛球比赛、读书征文、管理学、市场营销学培训课、员工健康体检等活动，做到了活动之前有准备，活动过程有指导，活动之后有成果，受到一致好评;行政部在接人待物、人事管理、优化办公环境、保证办公秩序等方面做到了尽职尽责，为公司树立了良好形象，起到了窗口作用。</w:t>
      </w:r>
      <w:r>
        <w:rPr>
          <w:lang w:eastAsia="zh-CN"/>
        </w:rPr>
        <w:br/>
      </w:r>
      <w:r>
        <w:rPr>
          <w:lang w:eastAsia="zh-CN"/>
        </w:rPr>
        <w:t>　　二、加强服务，树立良好风气</w:t>
      </w:r>
      <w:r>
        <w:rPr>
          <w:lang w:eastAsia="zh-CN"/>
        </w:rPr>
        <w:br/>
      </w:r>
      <w:r>
        <w:rPr>
          <w:lang w:eastAsia="zh-CN"/>
        </w:rPr>
        <w:t>　　行政部工作的核心就是搞好“三个服务”，即为领导服务、为员工服务、为广场商户服务。一年来，我们围绕中心工作，在服务工作方面做到了以下三点：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变被动为主动。对公司工作的重点、难点和热点问题，力求考虑在前、服务在前。特别是行政部分管的食堂、仓库、采购、车辆、办公耗材管控及办公设备维护、保养等日常工作，工作有计划，落实有措施，完成有记录，做到了积极主动。日常工作及领导交办的临时性事物基本做到了及时处理及时反馈，当日事当日清。在协助配合其他部门工作上也坚持做到了积极热情不越位。</w:t>
      </w:r>
      <w:r>
        <w:rPr>
          <w:lang w:eastAsia="zh-CN"/>
        </w:rPr>
        <w:br/>
      </w:r>
      <w:r>
        <w:rPr>
          <w:lang w:eastAsia="zh-CN"/>
        </w:rPr>
        <w:t>　　2、在工作计划中，每月都突出1-2个“重点”工作。做到工作有重点有创新，改变行政部工作等待领导来安排的习惯。</w:t>
      </w:r>
      <w:r>
        <w:rPr>
          <w:lang w:eastAsia="zh-CN"/>
        </w:rPr>
        <w:br/>
      </w:r>
      <w:r>
        <w:rPr>
          <w:lang w:eastAsia="zh-CN"/>
        </w:rPr>
        <w:t>　　3、在创新与工作作风上有所突破。在工作思路、工作方法等方面不断改进和创新，适应公司发展的需要，做到工作有新举措，推动行政部工作不断上水平、上台阶。切实转变行政部服务作风，提高办事效率，增强服务意识和奉献精神。</w:t>
      </w:r>
      <w:r>
        <w:rPr>
          <w:lang w:eastAsia="zh-CN"/>
        </w:rPr>
        <w:br/>
      </w:r>
      <w:r>
        <w:rPr>
          <w:lang w:eastAsia="zh-CN"/>
        </w:rPr>
        <w:t>　　三、加强学习，形成良好的学习氛围</w:t>
      </w:r>
      <w:r>
        <w:rPr>
          <w:lang w:eastAsia="zh-CN"/>
        </w:rPr>
        <w:br/>
      </w:r>
      <w:r>
        <w:rPr>
          <w:lang w:eastAsia="zh-CN"/>
        </w:rPr>
        <w:t>　　做到基本知识笃学、本职业务知识深学、修身知识勤学、急需知识先学，不断补充各等方面的知识和深入钻研行政部业务知识。一年来，我部从加强自身学习入手，认真学习了公司业务流程、集团制度等业务内容，切实加强了理论、业务学习的自觉性，形成了良好的学习氛围。</w:t>
      </w:r>
      <w:r>
        <w:rPr>
          <w:lang w:eastAsia="zh-CN"/>
        </w:rPr>
        <w:br/>
      </w:r>
      <w:r>
        <w:rPr>
          <w:lang w:eastAsia="zh-CN"/>
        </w:rPr>
        <w:t xml:space="preserve">    行政文员个人工作自我总结 篇12 </w:t>
      </w:r>
      <w:r>
        <w:rPr>
          <w:lang w:eastAsia="zh-CN"/>
        </w:rPr>
        <w:br/>
      </w:r>
      <w:r>
        <w:rPr>
          <w:lang w:eastAsia="zh-CN"/>
        </w:rPr>
        <w:t>　　忙碌而充实20__年已经过去，我来到公司也有一年的时间了，从事行政人事管理工作。一年来我围绕管理、服务、学习等工作重点，注重发挥行政部承上启下、联系左右、协调各方的枢纽作用，为公司圆满完成年度各项经营目标任务作出了积极贡献。现将本年度工作情况总结如下：</w:t>
      </w:r>
      <w:r>
        <w:rPr>
          <w:lang w:eastAsia="zh-CN"/>
        </w:rPr>
        <w:br/>
      </w:r>
      <w:r>
        <w:rPr>
          <w:lang w:eastAsia="zh-CN"/>
        </w:rPr>
        <w:t>　　一、工作完成情况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按照公司财务标准化制度规定，为合理控制企业行政费用支出，行政部每月底制定了下月的费用预算计划，尽量将费用支出控制在计划内。我对公司办公场地租赁费、水电费、办公及劳保用品、固定资产购进、员工及公司通讯费等项目建立了台账，逐月逐笔登记，年底对数据进行汇总分析，以便于来年能够更加准确、细致地进行费用的预算与控制。</w:t>
      </w:r>
      <w:r>
        <w:rPr>
          <w:lang w:eastAsia="zh-CN"/>
        </w:rPr>
        <w:br/>
      </w:r>
      <w:r>
        <w:rPr>
          <w:lang w:eastAsia="zh-CN"/>
        </w:rPr>
        <w:t>　　作为行政部，购进、管理和分配公司固定资产、办公用品及劳保用品是部门的日常重要工作之一，我在进入公司后，首先对公司现有固定资产进行了盘点、登记和贴标，然后结合公司实际情况修订和制订了固定资产、办公用品等管理制度，建立了增设固定资产先提申请相关部门和总经理批示后再采购，办公用品季度统计需求后统一采购分配的流程，规范了公司固定资产、办公用品及劳保用品的管理，也提高了工作的效率。</w:t>
      </w:r>
      <w:r>
        <w:rPr>
          <w:lang w:eastAsia="zh-CN"/>
        </w:rPr>
        <w:br/>
      </w:r>
      <w:r>
        <w:rPr>
          <w:lang w:eastAsia="zh-CN"/>
        </w:rPr>
        <w:t>　　起草和修订了公司印章管理、档案管理和合同管理等制度，规范了公章使用登记流程，并对公司档案和合同进行了整理，鉴于不影响工作效率等因素，合同流转审批流程尚未完全执行，但将合同审批步骤暂时并入了公章使用审批中，在一定程度上避免了风险。按时保质办理了员工入离职、转正、续签、档案转移托管等工作，并制定和推行了公司员工手册，进一步规范了员工日常行为。另一方面与工会合作，积极倾听员工心声，及时解答员工疑问，并组织员工参加了运动会、集体旅游等活动，丰富了员工业余生活，提高了员工士气，使得员工能保持较高的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认真细致的完成或组织完成了集团布置的各项任务，按时上报相关资料，保证了公司年终“总部配合力度”评分无任何扣分项目。公司的经营理念是以质量保证体系为主线，对各个流程进行管理和控制，行政部作为枢纽部门，积极协助质量管理部进行了质量体系文件修订、培训及测试组织、仓库改造、流程优化等工作，并在日常协助销售、采购、财务等部门完成了资料的准备与报送工作，保证了公司的运作顺畅。</w:t>
      </w:r>
      <w:r>
        <w:rPr>
          <w:lang w:eastAsia="zh-CN"/>
        </w:rPr>
        <w:br/>
      </w:r>
      <w:r>
        <w:rPr>
          <w:lang w:eastAsia="zh-CN"/>
        </w:rPr>
        <w:t>　　二、本年度取得的进步</w:t>
      </w:r>
      <w:r>
        <w:rPr>
          <w:lang w:eastAsia="zh-CN"/>
        </w:rPr>
        <w:br/>
      </w:r>
      <w:r>
        <w:rPr>
          <w:lang w:eastAsia="zh-CN"/>
        </w:rPr>
        <w:t>　　通过日常工作和与部门间的合作，了解的人福诺生的整体运作流程，感染和学习到了公司的团队协作精神。深切体会到了质量管理体系对一个企业的重要性，对质量管理的作用有了全新的认识，学习了相关知识。通过独自处理行政人事各项工作，锻炼和提高了自己的应变能力和判断能力。</w:t>
      </w:r>
      <w:r>
        <w:rPr>
          <w:lang w:eastAsia="zh-CN"/>
        </w:rPr>
        <w:br/>
      </w:r>
      <w:r>
        <w:rPr>
          <w:lang w:eastAsia="zh-CN"/>
        </w:rPr>
        <w:t>　　三、本年度工作的反思</w:t>
      </w:r>
      <w:r>
        <w:rPr>
          <w:lang w:eastAsia="zh-CN"/>
        </w:rPr>
        <w:br/>
      </w:r>
      <w:r>
        <w:rPr>
          <w:lang w:eastAsia="zh-CN"/>
        </w:rPr>
        <w:t>　　也许是因为之前缺乏在工作的经验，一开始对企业的运作流程和规则不够熟悉，没有能够很好的满足和提前预见其他部门的需求，今后要更加细致的了解各部门的工作，以利于更好的起到服务和监督作用。个人对相关知识了解得还不够，需要加强对本公司质量管理体系文件的学习和理解。因个人所负责的工作较杂，有时会没有很好的分清主次和安排时间，以致有些计划实行的工作未能展开，明年我将加强个人时间管理水平，提高效率，更加有条理的完成手上负责的各项工作。</w:t>
      </w:r>
      <w:r>
        <w:rPr>
          <w:lang w:eastAsia="zh-CN"/>
        </w:rPr>
        <w:br/>
      </w:r>
      <w:r>
        <w:rPr>
          <w:lang w:eastAsia="zh-CN"/>
        </w:rPr>
        <w:t>　　四、学习与成长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参加了质量管理部组织的培训、药品制度和法规自学与测试，参加了集团总部组织的人才体系构建培训、“团队执行力”专题培训、法律风险控制等培训。本人优势：外向开朗、乐于助人、工作认真、细心谨慎、态度端正、有责任心、比较善于与人沟通，灵活应对各种问题和突发状况。本人劣势：专业知识仍需继续提高，宏观规划及统筹分析能力需要提高，看问题的高度还不够。</w:t>
      </w:r>
      <w:r>
        <w:rPr>
          <w:lang w:eastAsia="zh-CN"/>
        </w:rPr>
        <w:br/>
      </w:r>
      <w:r>
        <w:rPr>
          <w:lang w:eastAsia="zh-CN"/>
        </w:rPr>
        <w:t>　　五、明年工作的思路及具体措施</w:t>
      </w:r>
      <w:r>
        <w:rPr>
          <w:lang w:eastAsia="zh-CN"/>
        </w:rPr>
        <w:br/>
      </w:r>
      <w:r>
        <w:rPr>
          <w:lang w:eastAsia="zh-CN"/>
        </w:rPr>
        <w:t>　　继续做好公司证照及公章的管理，保持与外部机构的良好沟通。精细化行政费用的预算，严格控制费用的审核支出。做好固定资产、办公用品及劳保用品的管理，优化采购计划。加强对公司档案和合同的管理，在不影响效率的同时逐步细化流程和记录。按计划执行薪酬福利预算，推行并不断完善绩效考核管理制度，建立部门和员工个人年度指标。</w:t>
      </w:r>
      <w:r>
        <w:rPr>
          <w:lang w:eastAsia="zh-CN"/>
        </w:rPr>
        <w:br/>
      </w:r>
      <w:r>
        <w:rPr>
          <w:lang w:eastAsia="zh-CN"/>
        </w:rPr>
        <w:t>　　建立员工沟通平台，通过招聘、培训、转岗、公司间交流等手段培养公司后备人才。保持与集团总部的联络与沟通，按时完成布置的任务，关注可利用的共享资源。协助质量管理部修订和完善公司质量管理体系，优化人员配置，提高协作效率。</w:t>
      </w:r>
      <w:r>
        <w:rPr>
          <w:lang w:eastAsia="zh-CN"/>
        </w:rPr>
        <w:br/>
      </w:r>
      <w:r>
        <w:rPr>
          <w:lang w:eastAsia="zh-CN"/>
        </w:rPr>
        <w:t>　　自加入公司以来已经一年多的时间了。在这里我从学校的一名学生踏上了工作岗位成为一名员工，学到了更多的知识技能，各方面都有了的提升。在领导的支持和同事们的帮助下，较好的完成了自己的本职工作。很感谢当初公司领导给我这个成长的平台，让我可以在工作中不断成长，不断学习，提升了自身的素质，现将一年的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一、日常工作方面</w:t>
      </w:r>
      <w:r>
        <w:rPr>
          <w:lang w:eastAsia="zh-CN"/>
        </w:rPr>
        <w:br/>
      </w:r>
      <w:r>
        <w:rPr>
          <w:lang w:eastAsia="zh-CN"/>
        </w:rPr>
        <w:t>　　经过不断的摸索和总结，我意识到要想优质的完成工作，首先要把工作从全局统筹好，再从细节入手，保持良好的工作状态，提高效率。只永不懈怠的提高自己，才能胜任看似简单的行政工作。现在，已能较好的统筹安排工作，并努力把工作细节处理得当。争取给大家最到位的支持和服务，不断提高自己的业务水平，按职业化的标准时刻要求自己。同时，规范化方面还需要加强，我也会在今后的工作中更加注意这一点。</w:t>
      </w:r>
      <w:r>
        <w:rPr>
          <w:lang w:eastAsia="zh-CN"/>
        </w:rPr>
        <w:br/>
      </w:r>
      <w:r>
        <w:rPr>
          <w:lang w:eastAsia="zh-CN"/>
        </w:rPr>
        <w:t>　　行政本身是一个服务性和支持性的工作，尤其是前台接待。当有客户到访或是公司有大型会议时，前台就会负责一些茶水准备和服务工作，要了解到每个人的需求，适时地为大家服务。在接待其他人员，如送报、送水、来访人员的司机，也要服务周到，体现出公司的良好的形象。只有保持良好的工作状态，才能提升服务质量。在工作过程中，我要求自己避免消极情绪，谨记工作职责，时刻把自己的位置放到一个合适的高度，本着为人服务提升自己的态度投入到工作中。这也是一个行政人员必备的素养。</w:t>
      </w:r>
      <w:r>
        <w:rPr>
          <w:lang w:eastAsia="zh-CN"/>
        </w:rPr>
        <w:br/>
      </w:r>
      <w:r>
        <w:rPr>
          <w:lang w:eastAsia="zh-CN"/>
        </w:rPr>
        <w:t>　　公司是一个整体，每个员工都是组成这个整体的一部分。无论我们身在哪个岗位，开展什么样的工作，始终都离不开同事之间的配合。这就要求我们要有团队协作精神。在良好沟通的基础上，和同事积极配合，团结协作，才能把工作做好。这点在工作中也深有感触。我也将一如既往的认真协作、积极配合，同时严格要求自己，把各项工作都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二、加强自身技能和素养方面</w:t>
      </w:r>
      <w:r>
        <w:rPr>
          <w:lang w:eastAsia="zh-CN"/>
        </w:rPr>
        <w:br/>
      </w:r>
      <w:r>
        <w:rPr>
          <w:lang w:eastAsia="zh-CN"/>
        </w:rPr>
        <w:t>　　经过这一年的学习和积累，已能保证本岗位各项工作正常运行，但是还欠缺很多。我也在工作中找寻不足，抓紧学习，培养自己的各项能力。目前，我学习了相关专业知识，包括了前台的职业素养与能力提升、档案管理、行政统筹管理等相关内容。财务会计方面的知识也很欠缺，也正在学习这方面的知识。通过这些学习，使自己的技能有了一定程度的提高，也更希望能在以后的工作中有机会参加相关的培训，更大程度上提高工作技能。在平常的工作中，看到同事的一些好的工作方法我也会悉心学习，真切感受到身边的每位领导和同事都是身上集着不同优点的老师，每个人身上都有我值得学习的地方。工作技能有时候也不光光是自己从书本上学习出来或做出来的，有时候也需要吸取别人身上的精华。</w:t>
      </w:r>
      <w:r>
        <w:rPr>
          <w:lang w:eastAsia="zh-CN"/>
        </w:rPr>
        <w:br/>
      </w:r>
      <w:r>
        <w:rPr>
          <w:lang w:eastAsia="zh-CN"/>
        </w:rPr>
        <w:t>　　三、存在的问题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前台工作贵在精细，但有很多地方我还没有做到这一点。在服务支持上，会议室、茶水间、前台大厅，二楼办公大厅的卫生保持上做的很不到位，没能够及时的发现问题，更谈不上及时解决。招待用的杯子和一些服务方向指示也存在问题，没有给大家提供方便的服务。当接到领导指示，完成某项工作时，往往在执行上会有卡壳。这跟自己对任务和指示的认识、和自身对问题变通、行动都有关系。由于自身知识结构和工作技能的原因，在一些工作中效率跟不上去。如一些文件的整理上，就由于办公软件知识和技巧的欠缺而不能够保质保量的完成。还有其他一些专业性较强的工作也是如此。以上的问题必会在以后的工作中加以解决。</w:t>
      </w:r>
      <w:r>
        <w:rPr>
          <w:lang w:eastAsia="zh-CN"/>
        </w:rPr>
        <w:br/>
      </w:r>
      <w:r>
        <w:rPr>
          <w:lang w:eastAsia="zh-CN"/>
        </w:rPr>
        <w:t>　　一年的工作中，着实学到了很多，非常感谢领导对我的包容和支持，让我得以有这样的机会工作学习，不断成长，再接下来的工作中，我定会再接再厉，争取做得更出色。</w:t>
      </w:r>
      <w:r>
        <w:rPr>
          <w:lang w:eastAsia="zh-CN"/>
        </w:rPr>
        <w:br/>
      </w:r>
      <w:r>
        <w:rPr>
          <w:lang w:eastAsia="zh-CN"/>
        </w:rPr>
        <w:t xml:space="preserve">    行政文员个人工作自我总结 篇13 </w:t>
      </w:r>
      <w:r>
        <w:rPr>
          <w:lang w:eastAsia="zh-CN"/>
        </w:rPr>
        <w:br/>
      </w:r>
      <w:r>
        <w:rPr>
          <w:lang w:eastAsia="zh-CN"/>
        </w:rPr>
        <w:t>　　回顾20__年，作为公司的行政文员，一年来，在部门领导的关心指导和同事们的支持帮助下，我勤奋踏实地完成了本年度的本职工作，也顺利完成了领导交办的各项任务，现将这一年的整体工作情况总结汇报如下：</w:t>
      </w:r>
      <w:r>
        <w:rPr>
          <w:lang w:eastAsia="zh-CN"/>
        </w:rPr>
        <w:br/>
      </w:r>
      <w:r>
        <w:rPr>
          <w:lang w:eastAsia="zh-CN"/>
        </w:rPr>
        <w:t>　　一、尽职尽责，做好行政管理工作</w:t>
      </w:r>
      <w:r>
        <w:rPr>
          <w:lang w:eastAsia="zh-CN"/>
        </w:rPr>
        <w:br/>
      </w:r>
      <w:r>
        <w:rPr>
          <w:lang w:eastAsia="zh-CN"/>
        </w:rPr>
        <w:t>　　根据工作需要，随时制作各类表格、文档等，同时完成各部门安排的打印、扫描、复印等文件处理工作。对公司所发放的通知、文件做到及时上传下达。及时的整理外来文件，做好文件登记、标注文号。</w:t>
      </w:r>
      <w:r>
        <w:rPr>
          <w:lang w:eastAsia="zh-CN"/>
        </w:rPr>
        <w:br/>
      </w:r>
      <w:r>
        <w:rPr>
          <w:lang w:eastAsia="zh-CN"/>
        </w:rPr>
        <w:t>　　二、认真细致，确保档案完善有序</w:t>
      </w:r>
      <w:r>
        <w:rPr>
          <w:lang w:eastAsia="zh-CN"/>
        </w:rPr>
        <w:br/>
      </w:r>
      <w:r>
        <w:rPr>
          <w:lang w:eastAsia="zh-CN"/>
        </w:rPr>
        <w:t>　　档案管理工作，是集团三令五申需要所有职员非常重视的工作，集团专门组织各公司档案负责人对_等公司的档案管理进行学习，并且进行档案管理学习培训。在办公室主任的带领下，对历年档案进行了整理分类，按规定进行装订和归档，使各项档案管理正规化、规范化。及时对各部门上报的文件办理交接手续，按时归档，并建立了查借阅台帐，做好档案查阅、借阅等工作，务必做到细致并保证档案的完整，及时借阅、及时归还，不让公司的档案丢失和损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三、保障有力，做好物资管理</w:t>
      </w:r>
      <w:r>
        <w:rPr>
          <w:lang w:eastAsia="zh-CN"/>
        </w:rPr>
        <w:br/>
      </w:r>
      <w:r>
        <w:rPr>
          <w:lang w:eastAsia="zh-CN"/>
        </w:rPr>
        <w:t>　　接管资产已经一年了，从开始的生疏，到现在的熟练，我严格的要求自己，做好每一件物品的出入库。及时购买大家所需的物品，遵照公司物资管理规定，货比三家的去挑选既实际又实用的物品，尽量做到零库存；每月按时与财务盘点低值易耗物品，清点每一件物品，务必做到笔笔清楚，件件细致。</w:t>
      </w:r>
      <w:r>
        <w:rPr>
          <w:lang w:eastAsia="zh-CN"/>
        </w:rPr>
        <w:br/>
      </w:r>
      <w:r>
        <w:rPr>
          <w:lang w:eastAsia="zh-CN"/>
        </w:rPr>
        <w:t>　　四、及时完成证照年检，保障各项工作正常运行</w:t>
      </w:r>
      <w:r>
        <w:rPr>
          <w:lang w:eastAsia="zh-CN"/>
        </w:rPr>
        <w:br/>
      </w:r>
      <w:r>
        <w:rPr>
          <w:lang w:eastAsia="zh-CN"/>
        </w:rPr>
        <w:t>　　按照国家工商部门的规定，定期对_和组织机构代码证、营业执照进行年检。今年7月份主要是对房地产开发资质的延期，按照市建委的要求来整理资料，这期间由于我们现有的资料不全面，所以出现了种种困难，但是我们不厌其烦的与市建委办公室的人员沟通，还借助了同事的帮助，最后圆满的完成了房地产开发资质的延期申请。</w:t>
      </w:r>
      <w:r>
        <w:rPr>
          <w:lang w:eastAsia="zh-CN"/>
        </w:rPr>
        <w:br/>
      </w:r>
      <w:r>
        <w:rPr>
          <w:lang w:eastAsia="zh-CN"/>
        </w:rPr>
        <w:t>　　五、其他工作完成情况</w:t>
      </w:r>
      <w:r>
        <w:rPr>
          <w:lang w:eastAsia="zh-CN"/>
        </w:rPr>
        <w:br/>
      </w:r>
      <w:r>
        <w:rPr>
          <w:lang w:eastAsia="zh-CN"/>
        </w:rPr>
        <w:t>　　1、做好各项协助工作：积极参加集团，公司组织的各项活动和培训，协助办公室主任做好公司各种活动和答谢会准备工作。</w:t>
      </w:r>
      <w:r>
        <w:rPr>
          <w:lang w:eastAsia="zh-CN"/>
        </w:rPr>
        <w:br/>
      </w:r>
      <w:r>
        <w:rPr>
          <w:lang w:eastAsia="zh-CN"/>
        </w:rPr>
        <w:t>　　2、在办公室日常接待及接打电话时，使用文明语言，说话和气、热情，礼貌地接待来访人员，对于遇到相关问题来咨询或者要求帮助的人员，我都会尽我所知给予解答或及时转达相关领导给予解决，维护公司形象。</w:t>
      </w:r>
      <w:r>
        <w:rPr>
          <w:lang w:eastAsia="zh-CN"/>
        </w:rPr>
        <w:br/>
      </w:r>
      <w:r>
        <w:rPr>
          <w:lang w:eastAsia="zh-CN"/>
        </w:rPr>
        <w:t>　　六、明年需要努力的方向及工作思路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在现有的工作基础上加强学习、不断积累经验，运用所掌握的知识弥补自身还存在的缺陷，进一步加强学习意识，根据形势的发展和工作的需要，完善自己，展现自己。</w:t>
      </w:r>
      <w:r>
        <w:rPr>
          <w:lang w:eastAsia="zh-CN"/>
        </w:rPr>
        <w:br/>
      </w:r>
      <w:r>
        <w:rPr>
          <w:lang w:eastAsia="zh-CN"/>
        </w:rPr>
        <w:t>　　20__年将是项目大干快上的一年，我会遇到困难不低头，不逞一时之勇，用行动证明自己的信心和能力。用更积极的态度对待一切事务，其中主要工作集中在：收发文的管理、资产与物资的管理、工作检查督办、证照年检和_房地产开发资质四级申请和配合领导做好各类活动的组织，加强团队建设。胸装谨慎的意识，外饰积极的作风，工作生活乐观谨慎，行为举止大方有礼，待人待事热情诚恳。</w:t>
      </w:r>
      <w:r>
        <w:rPr>
          <w:lang w:eastAsia="zh-CN"/>
        </w:rPr>
        <w:br/>
      </w:r>
      <w:r>
        <w:rPr>
          <w:lang w:eastAsia="zh-CN"/>
        </w:rPr>
        <w:t xml:space="preserve">    行政文员个人工作自我总结 篇14 </w:t>
      </w:r>
      <w:r>
        <w:rPr>
          <w:lang w:eastAsia="zh-CN"/>
        </w:rPr>
        <w:br/>
      </w:r>
      <w:r>
        <w:rPr>
          <w:lang w:eastAsia="zh-CN"/>
        </w:rPr>
        <w:t>　　一、思想方面</w:t>
      </w:r>
      <w:r>
        <w:rPr>
          <w:lang w:eastAsia="zh-CN"/>
        </w:rPr>
        <w:br/>
      </w:r>
      <w:r>
        <w:rPr>
          <w:lang w:eastAsia="zh-CN"/>
        </w:rPr>
        <w:t>　　重视理论学习，坚定政治信念，积极参加局机关组织的各项活动，能够针对自身工作特点，学习有关文件、报告和辅导材料，通过深刻领会其精神实质，用以指导自己的工作。20年在全国范围开展了保持共产党员先进性的理论学习，作为一名党员，在学习过程中认真按照支部的要求深入学习其内容，掌握其精髓，把理论知识践行到实际工作之中。</w:t>
      </w:r>
      <w:r>
        <w:rPr>
          <w:lang w:eastAsia="zh-CN"/>
        </w:rPr>
        <w:br/>
      </w:r>
      <w:r>
        <w:rPr>
          <w:lang w:eastAsia="zh-CN"/>
        </w:rPr>
        <w:t>　　二、工作方面</w:t>
      </w:r>
      <w:r>
        <w:rPr>
          <w:lang w:eastAsia="zh-CN"/>
        </w:rPr>
        <w:br/>
      </w:r>
      <w:r>
        <w:rPr>
          <w:lang w:eastAsia="zh-CN"/>
        </w:rPr>
        <w:t>　　认真做好本职工作，做到腿勤、口勤，笔勤，协助领导圆满完成各项工作。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月份前在供暖所办公室工作，作为单位的窗口科室，一言一行都代表着单位的整体形象。因为是服务部门，每天都会有部分群众来访，对待他们，我始终遵循一个原则一张笑脸相迎，一把椅子让座，一杯热茶相送，一个满意答复，每次看着来访的群众满意而归，作为工作人员的我，心里总会有小小的成就感。不是有句歌唱的好吗?你快乐所以我快乐，小我之后要成就大我，群众满意，我们的价值也就得到了体现。</w:t>
      </w:r>
      <w:r>
        <w:rPr>
          <w:lang w:eastAsia="zh-CN"/>
        </w:rPr>
        <w:br/>
      </w:r>
      <w:r>
        <w:rPr>
          <w:lang w:eastAsia="zh-CN"/>
        </w:rPr>
        <w:t>　　同时负责各类总结的撰写，收集信息，及时了解单位发生的事情，及时向领导汇报，努力做好领导的参谋助手。月份借调到政工科，主要负责党务这块工作，记得刚踏进这间屋子的时候，感觉挺微妙的，不绝于耳的键盘声，每个人埋头工作的热情，深深的感染着我，心里暗暗的给自己鼓劲加油。工作角色的转变，使自己意识到工作水平较其他的同志差距离还很大，为了缩短差距，自己定指标下任务，坚持每天学习，紧紧围绕本职工作的特点，努力做到融汇贯通，现具体工作主要包括党务方面的收发文、撰写党务文章、掌握全委党员、入党积极分子、转正党员基本情况，以及党务其他方面的工作。在实际工作中，把理论和实践相结合起来，把工作和创新结合起来，拓宽思路，努力适应新形势下对本职工作的要求，通过近段时间的学习，理论水平有了明显的提高，工作逐步走向正轨，这两个月共上报下发各类总结、通知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同时来到这个新集体，总的感觉团结，友爱，互助是这个科室最大的特点，作为新同志的我，每天都会有这样那样的不懂，每名同志都会用心热情的知无不言，言无不尽，在这样的一个大集体中工作，我会更加倍努力工作，也许会有一些的辛苦，但人不常说吗?辛苦是一种磨炼，何况是我们大家一起同甘共苦，在辛苦中，才会锻炼自己的能力;在辛苦中，才会充实的体现着自己人生。</w:t>
      </w:r>
      <w:r>
        <w:rPr>
          <w:lang w:eastAsia="zh-CN"/>
        </w:rPr>
        <w:br/>
      </w:r>
      <w:r>
        <w:rPr>
          <w:lang w:eastAsia="zh-CN"/>
        </w:rPr>
        <w:t>　　三、存在不足一是政治理论学习不够，虽有一定的进步，但在深度和广度上还需继续下功夫。二是工作中不够大胆，创新理论不强。</w:t>
      </w:r>
      <w:r>
        <w:rPr>
          <w:lang w:eastAsia="zh-CN"/>
        </w:rPr>
        <w:br/>
      </w:r>
      <w:r>
        <w:rPr>
          <w:lang w:eastAsia="zh-CN"/>
        </w:rPr>
        <w:t>　　为了把20年工作做的更出色，制定工作学习目标，加强个人修养、理论学习，以此提高工作水平，并适应新形势下本职工作的要求，扬长避短，以饱满的精神状态来迎接新的挑战。取长补短，向其他同志相互交流好的工作经验，争取20年的工作更上一个新台阶。</w:t>
      </w:r>
      <w:r>
        <w:rPr>
          <w:lang w:eastAsia="zh-CN"/>
        </w:rPr>
        <w:br/>
      </w:r>
      <w:r>
        <w:rPr>
          <w:lang w:eastAsia="zh-CN"/>
        </w:rPr>
        <w:t xml:space="preserve">    行政文员个人工作自我总结 篇15 </w:t>
      </w:r>
      <w:r>
        <w:rPr>
          <w:lang w:eastAsia="zh-CN"/>
        </w:rPr>
        <w:br/>
      </w:r>
      <w:r>
        <w:rPr>
          <w:lang w:eastAsia="zh-CN"/>
        </w:rPr>
        <w:t>　　我于20__年__月进入学校工作，担任行政办主任一职，主要负责学校行政事务和招生办工作，__个多月来，在校领导的指导下，在各部门的帮助下，在行政办全体人员的大力支持下，完成了各级交给的多项任务，行政办工作正常高效运转，取得了较好的成绩，但也存在许多不足，现将具体情况总结如下。</w:t>
      </w:r>
      <w:r>
        <w:rPr>
          <w:lang w:eastAsia="zh-CN"/>
        </w:rPr>
        <w:br/>
      </w:r>
      <w:r>
        <w:rPr>
          <w:lang w:eastAsia="zh-CN"/>
        </w:rPr>
        <w:t>　　一、完成的主要工作</w:t>
      </w:r>
      <w:r>
        <w:rPr>
          <w:lang w:eastAsia="zh-CN"/>
        </w:rPr>
        <w:br/>
      </w:r>
      <w:r>
        <w:rPr>
          <w:lang w:eastAsia="zh-CN"/>
        </w:rPr>
        <w:t>　　1、积极学习，尽快适应学校工作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我退伍后一直在医院和企业从事营销工作，虽然在部队从事行政和机关工作__年，但对于学校和教育工作还是比较陌生。自进入学校工作后，通过走、问、听和学等多种方式，向领导、同事和其它部门人员学习，了解感受学校文化，学习学校各项管理制度，特别是通过同本部门的__、__等老员工学习招生规定、医保管理和文字写作等各项工作，使我对行政办各部门、各岗位工作都做到了熟悉，运作过程心中有数。通过向校领导、各分校和各部门的学习了解使我对各部门工作内容、运作流程和人员情况有了一定的了解，使我彻底融入到__学校这个集体，对从事教育行业有了很大的兴趣。</w:t>
      </w:r>
      <w:r>
        <w:rPr>
          <w:lang w:eastAsia="zh-CN"/>
        </w:rPr>
        <w:br/>
      </w:r>
      <w:r>
        <w:rPr>
          <w:lang w:eastAsia="zh-CN"/>
        </w:rPr>
        <w:t>　　2、勤奋工作，起到带头表率作用</w:t>
      </w:r>
      <w:r>
        <w:rPr>
          <w:lang w:eastAsia="zh-CN"/>
        </w:rPr>
        <w:br/>
      </w:r>
      <w:r>
        <w:rPr>
          <w:lang w:eastAsia="zh-CN"/>
        </w:rPr>
        <w:t>　　做为行政办负责人，只有自己工作业务能力强，踏实勤奋努力工作，履行好自己的职责，起到良好的带着模范作用，才能影响和带动全办公室人员工作热情，以更高的标准完成各级交给的任务。刚到学校后，接到的第一项工作是编撰《集团动态》__合刊，因自己长期从事文字工作，从专题策划、组稿、排版到录校等工作，我进行了前期充分的研究，连续一个星期加班到深夜十二点，以主题突出、内容新颖和图文并茂，这期合刊受到了集团公司的较高评价。</w:t>
      </w:r>
      <w:r>
        <w:rPr>
          <w:lang w:eastAsia="zh-CN"/>
        </w:rPr>
        <w:br/>
      </w:r>
      <w:r>
        <w:rPr>
          <w:lang w:eastAsia="zh-CN"/>
        </w:rPr>
        <w:t>　　近三个月配合其它部门我亲自撰写各种申请报告和稿件近__篇，充分发挥了行政办文字写作的任务。连续__次担任值周领导，我都认真负责，查食堂和夜自习，每晚都坚持十二点学生就寑，确保各宿舍楼无事后才离开。不论是校领导交给的任务，还是配合其它部门开展工作，我都从不推辞，尽自己的能力去完成，在学校组织的国学讲座、校安工程、消除安全和法律事务等工作中，都想一切办法去完成各项任务。</w:t>
      </w:r>
      <w:r>
        <w:rPr>
          <w:lang w:eastAsia="zh-CN"/>
        </w:rPr>
        <w:br/>
      </w:r>
      <w:r>
        <w:rPr>
          <w:lang w:eastAsia="zh-CN"/>
        </w:rPr>
        <w:t>　　3、抓好管理，确保所属各部门高效运转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行政办除负责学校临时性事务外，主要担负招生工作，不论是家长咨询，还是接待来访，都要求全办公室人员齐心协力，热情周到，确保学校这个窗口真正起到文明礼貌，按章办事。学生医保关系到学校和学生的切身利益，因遗留和政策原因，我校学生地区复杂，办理较麻烦，为此，办公室专人专门时间多方协调，使这一问题得到了较好的解决。今年以来，学校人员增加较快，学生和教师信函量较大，特别是网购数量增大，每天十多家快递公司送到行政办，行政办及时通知到每个老师和学生，确保了无差错。在做好电话通知、收发和文件管理等日常事务性工作的同理，行政办始终抓好文字材料撰写、新闻报道和图片资料等工作，向《__晚报》、《集团动态》和电视等媒介投送稿件，较好的宣传了学校各种活动，进一步在树立了学校的良好形象。打字室担负全校打印和印刷工作，工作量大，任务重，都能按时高质量的完成各项工作，确保了学校教学工作的正常开展。图书室主要担负教学图书和资料发放工作，都能无差错的准确及时的发放到每个学生手上，平时错阅中严格执行制度，即做到了热情服务又确保了出入库无差错。</w:t>
      </w:r>
      <w:r>
        <w:rPr>
          <w:lang w:eastAsia="zh-CN"/>
        </w:rPr>
        <w:br/>
      </w:r>
      <w:r>
        <w:rPr>
          <w:lang w:eastAsia="zh-CN"/>
        </w:rPr>
        <w:t>　　二、存在的不足</w:t>
      </w:r>
      <w:r>
        <w:rPr>
          <w:lang w:eastAsia="zh-CN"/>
        </w:rPr>
        <w:br/>
      </w:r>
      <w:r>
        <w:rPr>
          <w:lang w:eastAsia="zh-CN"/>
        </w:rPr>
        <w:t>　　虽然我尽力去完成各项工作，但也存在许多不足之处，一是老好人思想，管理力度不够，抓职工考勤和工作标准方面做得不够。二是由于对教育行业不是很熟悉，所以辅助领导决策和建议较少。三是对外联络协调方面有待加强，因多年在部队和内地工作，对本地人员关系不是很熟悉，所以外联工作开展不足。</w:t>
      </w:r>
      <w:r>
        <w:rPr>
          <w:lang w:eastAsia="zh-CN"/>
        </w:rPr>
        <w:br/>
      </w:r>
      <w:r>
        <w:rPr>
          <w:lang w:eastAsia="zh-CN"/>
        </w:rPr>
        <w:t>　　三、下一步的打算</w:t>
      </w:r>
      <w:r>
        <w:rPr>
          <w:lang w:eastAsia="zh-CN"/>
        </w:rPr>
        <w:br/>
      </w:r>
      <w:r>
        <w:rPr>
          <w:lang w:eastAsia="zh-CN"/>
        </w:rPr>
        <w:t>　　在其位，谋其政，为更好的做好办公室的工作，我决定从以下几个方面不断加强和提高。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一是做好承办职责。承办职责是办公室主任的首要职责，不论承办哪一事项都要坚持严肃认真、从速办理的原则，能直接办理的直接“主办”，不能直接办理的联合各职能部门“会办”，不能办理的及时“转办”、“催办”。</w:t>
      </w:r>
      <w:r>
        <w:rPr>
          <w:lang w:eastAsia="zh-CN"/>
        </w:rPr>
        <w:br/>
      </w:r>
      <w:r>
        <w:rPr>
          <w:lang w:eastAsia="zh-CN"/>
        </w:rPr>
        <w:t>　　二是做好参谋职责。参谋职责是办公室主任在辅助领导决策过程中应承担的重要职责。要积极进行调查研究、收集各方信息，把调查中获得的大量第一手资料进行综合分析，及时向领导反馈，协助领导决策。</w:t>
      </w:r>
      <w:r>
        <w:rPr>
          <w:lang w:eastAsia="zh-CN"/>
        </w:rPr>
        <w:br/>
      </w:r>
      <w:r>
        <w:rPr>
          <w:lang w:eastAsia="zh-CN"/>
        </w:rPr>
        <w:t>　　三是做好管理职责。办公室主任既要参与政务，又要承办大量的事务，事务管理是办公室主任不可推卸的责任。因此，不论是与领导工作有关的活动，还是其他职能部门不管的杂事，我都做到了主动加以关注、协调。四是要做好起草公文、辅助决策、接待联络、会议管理、档案管理、收发值班等其它事务性工作。</w:t>
      </w:r>
      <w:r>
        <w:rPr>
          <w:lang w:eastAsia="zh-CN"/>
        </w:rPr>
        <w:br/>
      </w:r>
      <w:r>
        <w:rPr>
          <w:lang w:eastAsia="zh-CN"/>
        </w:rPr>
        <w:t>　　在新的一年里，我将不断强化责任意识和效率意识，快捷、优质的完成领导交给的各项任务，热情认真的做好各项服务工作，为__学校发展尽职尽责，贡献自己的力量。</w:t>
      </w:r>
      <w:r>
        <w:rPr>
          <w:lang w:eastAsia="zh-CN"/>
        </w:rPr>
        <w:br/>
      </w:r>
      <w:r>
        <w:rPr>
          <w:lang w:eastAsia="zh-CN"/>
        </w:rPr>
        <w:t xml:space="preserve">    行政文员个人工作自我总结 篇16 </w:t>
      </w:r>
      <w:r>
        <w:rPr>
          <w:lang w:eastAsia="zh-CN"/>
        </w:rPr>
        <w:br/>
      </w:r>
      <w:r>
        <w:rPr>
          <w:lang w:eastAsia="zh-CN"/>
        </w:rPr>
        <w:t>　　一、尽职尽责，做好了行政管理工作</w:t>
      </w:r>
      <w:r>
        <w:rPr>
          <w:lang w:eastAsia="zh-CN"/>
        </w:rPr>
        <w:br/>
      </w:r>
      <w:r>
        <w:rPr>
          <w:lang w:eastAsia="zh-CN"/>
        </w:rPr>
        <w:t>　　根据工作需要，随时制作各类表格、文档等，同时完成各部门安排的打印、扫描、复印等文件处理工作。对公司所发放的通知、文件做到及时上传下达。及时的整理外来文件，做好文件登记、标注文号。</w:t>
      </w:r>
      <w:r>
        <w:rPr>
          <w:lang w:eastAsia="zh-CN"/>
        </w:rPr>
        <w:br/>
      </w:r>
    </w:p>
    <w:p w:rsidR="001B1F19" w14:textId="27C3F48A">
      <w:pPr>
        <w:rPr>
          <w:rFonts w:hint="eastAsia"/>
          <w:lang w:eastAsia="zh-CN"/>
        </w:rPr>
      </w:pPr>
      <w:r>
        <w:rPr>
          <w:lang w:eastAsia="zh-CN"/>
        </w:rPr>
        <w:t>　　二、认真细致，确保了档案完善有序</w:t>
      </w:r>
      <w:r>
        <w:rPr>
          <w:lang w:eastAsia="zh-CN"/>
        </w:rPr>
        <w:br/>
      </w:r>
      <w:r>
        <w:rPr>
          <w:lang w:eastAsia="zh-CN"/>
        </w:rPr>
        <w:t>　　档案管理工作，是集团三令五申需要所有职员非常重视的工作，集团专门组织各公司档案负责人对等公司的档案管理进行学习，并且进行档案管理学习培训。在办公室主任的带领下，对历年档案进行了整理分类，按规定进行装订和归档，使各项档案管理正规化、规范化。及时对各部门上报的文件办理交接手续，按时归档，并建立了查借阅台帐，做好档案查阅、借阅等工作，务必做到细致并保证档案的完整，及时借阅、及时归还，不让公司的档案丢失和损坏。</w:t>
      </w:r>
      <w:r>
        <w:rPr>
          <w:lang w:eastAsia="zh-CN"/>
        </w:rPr>
        <w:br/>
      </w:r>
      <w:r>
        <w:rPr>
          <w:lang w:eastAsia="zh-CN"/>
        </w:rPr>
        <w:t>　　三、保障有力，做好了物资管理</w:t>
      </w:r>
      <w:r>
        <w:rPr>
          <w:lang w:eastAsia="zh-CN"/>
        </w:rPr>
        <w:br/>
      </w:r>
      <w:r>
        <w:rPr>
          <w:lang w:eastAsia="zh-CN"/>
        </w:rPr>
        <w:t>　　接管资产已经一年了，从开始的生疏，到现在的熟练，我严格的要求自己，做好每一件物品的出入库。及时购买大家所需的物品，遵照公司物资管理规定，货比三家的去挑选既实际又实用的物品，尽量做到零库存;每月按时与财务盘点低值易耗物品，清点每一件物品，务必做到笔笔清楚，件件细致。</w:t>
      </w:r>
      <w:r>
        <w:rPr>
          <w:lang w:eastAsia="zh-CN"/>
        </w:rPr>
        <w:br/>
      </w:r>
      <w:r>
        <w:rPr>
          <w:lang w:eastAsia="zh-CN"/>
        </w:rPr>
        <w:t>　　四、及时完成证照年检，保障了各项工作正常运行</w:t>
      </w:r>
      <w:r>
        <w:rPr>
          <w:lang w:eastAsia="zh-CN"/>
        </w:rPr>
        <w:br/>
      </w:r>
      <w:r>
        <w:rPr>
          <w:lang w:eastAsia="zh-CN"/>
        </w:rPr>
        <w:t>　　按照国家工商部门的规定，定期对和组织机构代码证、营业执照进行年检。今年7月份主要是对房地产开发资质的延期，按照市建委的要求来整理资料，这期间由于我们现有的资料不全面，所以出现了种种困难，但是我们不厌其烦的与市建委办公室的人员沟通，还借助了同事的帮助，最后圆满的完成了房地产开发资质的延期申请。</w:t>
      </w:r>
      <w:r>
        <w:rPr>
          <w:lang w:eastAsia="zh-CN"/>
        </w:rPr>
        <w:br/>
      </w:r>
      <w:r>
        <w:rPr>
          <w:lang w:eastAsia="zh-CN"/>
        </w:rPr>
        <w:t>　　五、其他工作完成情况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https://d.book118.com/645310220134011120</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531022013401112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