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六年级语文新学期教学计划书（33篇）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六年级语文新学期教学计划书（精选33篇）</w:t>
      </w:r>
      <w:r>
        <w:rPr>
          <w:lang w:eastAsia="zh-CN"/>
        </w:rPr>
        <w:br/>
      </w:r>
      <w:r>
        <w:rPr>
          <w:lang w:eastAsia="zh-CN"/>
        </w:rPr>
        <w:t xml:space="preserve">    六年级语文新学期教学计划书 篇1 </w:t>
      </w:r>
      <w:r>
        <w:rPr>
          <w:lang w:eastAsia="zh-CN"/>
        </w:rPr>
        <w:br/>
      </w:r>
      <w:r>
        <w:rPr>
          <w:lang w:eastAsia="zh-CN"/>
        </w:rPr>
        <w:t>　　新学期已经开始，为使我班语文教学工作有条不紊地开展，特拟定20__-20__六年级上学期语文教学计划：</w:t>
      </w:r>
      <w:r>
        <w:rPr>
          <w:lang w:eastAsia="zh-CN"/>
        </w:rPr>
        <w:br/>
      </w:r>
      <w:r>
        <w:rPr>
          <w:lang w:eastAsia="zh-CN"/>
        </w:rPr>
        <w:t>　　一、班级情况分析：</w:t>
      </w:r>
      <w:r>
        <w:rPr>
          <w:lang w:eastAsia="zh-CN"/>
        </w:rPr>
        <w:br/>
      </w:r>
      <w:r>
        <w:rPr>
          <w:lang w:eastAsia="zh-CN"/>
        </w:rPr>
        <w:t>　　全班共有学生42人，其中男生27人，女生15人。从上学期的成绩看，学生的总体素质一般，中等的同学较多。学生的思维能力、言语表达能力，尤其在作文方面都需加强。</w:t>
      </w:r>
      <w:r>
        <w:rPr>
          <w:lang w:eastAsia="zh-CN"/>
        </w:rPr>
        <w:br/>
      </w:r>
      <w:r>
        <w:rPr>
          <w:lang w:eastAsia="zh-CN"/>
        </w:rPr>
        <w:t>　　二、教材分析：</w:t>
      </w:r>
      <w:r>
        <w:rPr>
          <w:lang w:eastAsia="zh-CN"/>
        </w:rPr>
        <w:br/>
      </w:r>
      <w:r>
        <w:rPr>
          <w:lang w:eastAsia="zh-CN"/>
        </w:rPr>
        <w:t>　　本册教材共八组，依次是：感受自然，祖国在我心中，心灵之歌，珍爱我们的家园，初识鲁迅，轻叩诗歌的大门，人与动物，艺术的魅力。本册的综合性学习安排在第二组“祖国在我心中”和第六组“轻叩诗歌的大门”。除去第六组，共有课文28篇，精读课文、略读课文各14篇。</w:t>
      </w:r>
      <w:r>
        <w:rPr>
          <w:lang w:eastAsia="zh-CN"/>
        </w:rPr>
        <w:br/>
      </w:r>
      <w:r>
        <w:rPr>
          <w:lang w:eastAsia="zh-CN"/>
        </w:rPr>
        <w:t>　　三、教学目标：</w:t>
      </w:r>
      <w:r>
        <w:rPr>
          <w:lang w:eastAsia="zh-CN"/>
        </w:rPr>
        <w:br/>
      </w:r>
      <w:r>
        <w:rPr>
          <w:lang w:eastAsia="zh-CN"/>
        </w:rPr>
        <w:t>　　1、有较强的独立识字能力。本册要求会写120个字。硬笔书写楷书，行款整齐，有一定的速度。</w:t>
      </w:r>
      <w:r>
        <w:rPr>
          <w:lang w:eastAsia="zh-CN"/>
        </w:rPr>
        <w:br/>
      </w:r>
      <w:r>
        <w:rPr>
          <w:lang w:eastAsia="zh-CN"/>
        </w:rPr>
        <w:t>　　2、能用普通话正确、流利、有感情地朗读课文。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3、默读有一定的速度，默读一般读物每分钟不少于300字。</w:t>
      </w:r>
      <w:r>
        <w:rPr>
          <w:lang w:eastAsia="zh-CN"/>
        </w:rPr>
        <w:br/>
      </w:r>
      <w:r>
        <w:rPr>
          <w:lang w:eastAsia="zh-CN"/>
        </w:rPr>
        <w:t>　　4、积累语言，鼓励运用。</w:t>
      </w:r>
      <w:r>
        <w:rPr>
          <w:lang w:eastAsia="zh-CN"/>
        </w:rPr>
        <w:br/>
      </w:r>
      <w:r>
        <w:rPr>
          <w:lang w:eastAsia="zh-CN"/>
        </w:rPr>
        <w:t>　　5、把握主要内容，体会思想感情，领悟表达方法。</w:t>
      </w:r>
      <w:r>
        <w:rPr>
          <w:lang w:eastAsia="zh-CN"/>
        </w:rPr>
        <w:br/>
      </w:r>
      <w:r>
        <w:rPr>
          <w:lang w:eastAsia="zh-CN"/>
        </w:rPr>
        <w:t>　　6、抓住关键词句，深入理解课文，体会表达效果。</w:t>
      </w:r>
      <w:r>
        <w:rPr>
          <w:lang w:eastAsia="zh-CN"/>
        </w:rPr>
        <w:br/>
      </w:r>
      <w:r>
        <w:rPr>
          <w:lang w:eastAsia="zh-CN"/>
        </w:rPr>
        <w:t>　　7、学习浏览，扩大知识面，根据需要搜集信息。</w:t>
      </w:r>
      <w:r>
        <w:rPr>
          <w:lang w:eastAsia="zh-CN"/>
        </w:rPr>
        <w:br/>
      </w:r>
      <w:r>
        <w:rPr>
          <w:lang w:eastAsia="zh-CN"/>
        </w:rPr>
        <w:t>　　8、诵读优秀诗文，注意通过诗文的声调、节奏等体味作品的内容和情感。背诵优秀诗文30篇。</w:t>
      </w:r>
      <w:r>
        <w:rPr>
          <w:lang w:eastAsia="zh-CN"/>
        </w:rPr>
        <w:br/>
      </w:r>
      <w:r>
        <w:rPr>
          <w:lang w:eastAsia="zh-CN"/>
        </w:rPr>
        <w:t>　　9、能写简单的纪实作文和想象作文，内容具体，感情真实。能根据习作内容表达的需要，分段表述。</w:t>
      </w:r>
      <w:r>
        <w:rPr>
          <w:lang w:eastAsia="zh-CN"/>
        </w:rPr>
        <w:br/>
      </w:r>
      <w:r>
        <w:rPr>
          <w:lang w:eastAsia="zh-CN"/>
        </w:rPr>
        <w:t>　　10、学写读书笔记和常见应用文。</w:t>
      </w:r>
      <w:r>
        <w:rPr>
          <w:lang w:eastAsia="zh-CN"/>
        </w:rPr>
        <w:br/>
      </w:r>
      <w:r>
        <w:rPr>
          <w:lang w:eastAsia="zh-CN"/>
        </w:rPr>
        <w:t>　　四、教学重、难点：</w:t>
      </w:r>
      <w:r>
        <w:rPr>
          <w:lang w:eastAsia="zh-CN"/>
        </w:rPr>
        <w:br/>
      </w:r>
      <w:r>
        <w:rPr>
          <w:lang w:eastAsia="zh-CN"/>
        </w:rPr>
        <w:t>　　1、继续加强朗读训练，并注意训练形式的多样化。加强默读训练，将默读与理解、思考有机地结合，要求用较快的速度默读课文</w:t>
      </w:r>
      <w:r>
        <w:rPr>
          <w:lang w:eastAsia="zh-CN"/>
        </w:rPr>
        <w:br/>
      </w:r>
      <w:r>
        <w:rPr>
          <w:lang w:eastAsia="zh-CN"/>
        </w:rPr>
        <w:t>　　2、把握课文主要内容，体会思想感情，揣摩文章的叙述顺序，领悟基本的表达方法;学习诗歌以及叙事性、说明性等不同的文章的阅读。</w:t>
      </w:r>
      <w:r>
        <w:rPr>
          <w:lang w:eastAsia="zh-CN"/>
        </w:rPr>
        <w:br/>
      </w:r>
      <w:r>
        <w:rPr>
          <w:lang w:eastAsia="zh-CN"/>
        </w:rPr>
        <w:t>　　3、引导学生观察生活、积累素材，乐于把所见、所闻、所思、所感记下来。习作内容要具体，感情要真实。 五、教学措施</w:t>
      </w:r>
      <w:r>
        <w:rPr>
          <w:lang w:eastAsia="zh-CN"/>
        </w:rPr>
        <w:br/>
      </w:r>
      <w:r>
        <w:rPr>
          <w:lang w:eastAsia="zh-CN"/>
        </w:rPr>
        <w:t>　　(一)识字与写字教学</w:t>
      </w:r>
      <w:r>
        <w:rPr>
          <w:lang w:eastAsia="zh-CN"/>
        </w:rPr>
        <w:br/>
      </w:r>
      <w:r>
        <w:rPr>
          <w:lang w:eastAsia="zh-CN"/>
        </w:rPr>
        <w:t>　　本册教材没有安排识字，要求会写120个字，安排在精读课文中，随课堂教学完成。难写的字、易混淆的字形作重点指导。</w:t>
      </w:r>
      <w:r>
        <w:rPr>
          <w:lang w:eastAsia="zh-CN"/>
        </w:rPr>
        <w:br/>
      </w:r>
      <w:r>
        <w:rPr>
          <w:lang w:eastAsia="zh-CN"/>
        </w:rPr>
        <w:t>　　(二)阅读教学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随着学生识字量不断增加，阅读理解能力不断提高，渐渐具备了在读中分析、概括、抽象、归纳的能力。</w:t>
      </w:r>
      <w:r>
        <w:rPr>
          <w:lang w:eastAsia="zh-CN"/>
        </w:rPr>
        <w:br/>
      </w:r>
      <w:r>
        <w:rPr>
          <w:lang w:eastAsia="zh-CN"/>
        </w:rPr>
        <w:t>　　精读课文后的习题，从课文自身的特点出发，是教学课文的主要依据。</w:t>
      </w:r>
      <w:r>
        <w:rPr>
          <w:lang w:eastAsia="zh-CN"/>
        </w:rPr>
        <w:br/>
      </w:r>
      <w:r>
        <w:rPr>
          <w:lang w:eastAsia="zh-CN"/>
        </w:rPr>
        <w:t>　　(1)指导朗读、默读。</w:t>
      </w:r>
      <w:r>
        <w:rPr>
          <w:lang w:eastAsia="zh-CN"/>
        </w:rPr>
        <w:br/>
      </w:r>
      <w:r>
        <w:rPr>
          <w:lang w:eastAsia="zh-CN"/>
        </w:rPr>
        <w:t>　　(2)把握主要内容，体会思想感情，领悟表达方法。</w:t>
      </w:r>
      <w:r>
        <w:rPr>
          <w:lang w:eastAsia="zh-CN"/>
        </w:rPr>
        <w:br/>
      </w:r>
      <w:r>
        <w:rPr>
          <w:lang w:eastAsia="zh-CN"/>
        </w:rPr>
        <w:t>　　(3)抓住关键词句，深入理解课文，体会表达效果。</w:t>
      </w:r>
      <w:r>
        <w:rPr>
          <w:lang w:eastAsia="zh-CN"/>
        </w:rPr>
        <w:br/>
      </w:r>
      <w:r>
        <w:rPr>
          <w:lang w:eastAsia="zh-CN"/>
        </w:rPr>
        <w:t>　　(4)积累语言，鼓励运用。</w:t>
      </w:r>
      <w:r>
        <w:rPr>
          <w:lang w:eastAsia="zh-CN"/>
        </w:rPr>
        <w:br/>
      </w:r>
      <w:r>
        <w:rPr>
          <w:lang w:eastAsia="zh-CN"/>
        </w:rPr>
        <w:t>　　(三)口语交际教学</w:t>
      </w:r>
      <w:r>
        <w:rPr>
          <w:lang w:eastAsia="zh-CN"/>
        </w:rPr>
        <w:br/>
      </w:r>
      <w:r>
        <w:rPr>
          <w:lang w:eastAsia="zh-CN"/>
        </w:rPr>
        <w:t>　　注意激发兴趣，引导互动交流。要结合本地区、本校、本班学生的生活实际，选择交流主题和话题范围，使学生的交际能够与生活经验相结合，有话可讲。</w:t>
      </w:r>
      <w:r>
        <w:rPr>
          <w:lang w:eastAsia="zh-CN"/>
        </w:rPr>
        <w:br/>
      </w:r>
      <w:r>
        <w:rPr>
          <w:lang w:eastAsia="zh-CN"/>
        </w:rPr>
        <w:t>　　(四)习作教学</w:t>
      </w:r>
      <w:r>
        <w:rPr>
          <w:lang w:eastAsia="zh-CN"/>
        </w:rPr>
        <w:br/>
      </w:r>
      <w:r>
        <w:rPr>
          <w:lang w:eastAsia="zh-CN"/>
        </w:rPr>
        <w:t>　　本册教材对习作做了两条线的安排， “口语交际〃习作”中安排了7次习作，其中有一次与口语交际安排在了一起。</w:t>
      </w:r>
      <w:r>
        <w:rPr>
          <w:lang w:eastAsia="zh-CN"/>
        </w:rPr>
        <w:br/>
      </w:r>
      <w:r>
        <w:rPr>
          <w:lang w:eastAsia="zh-CN"/>
        </w:rPr>
        <w:t>　　修改能力是习作能力的一个重要方面，认真修改也是一种良好的作文习惯。帮助学生养成认真修改习作的好习惯。</w:t>
      </w:r>
      <w:r>
        <w:rPr>
          <w:lang w:eastAsia="zh-CN"/>
        </w:rPr>
        <w:br/>
      </w:r>
      <w:r>
        <w:rPr>
          <w:lang w:eastAsia="zh-CN"/>
        </w:rPr>
        <w:t>　　(五)综合性学习的教学</w:t>
      </w:r>
      <w:r>
        <w:rPr>
          <w:lang w:eastAsia="zh-CN"/>
        </w:rPr>
        <w:br/>
      </w:r>
      <w:r>
        <w:rPr>
          <w:lang w:eastAsia="zh-CN"/>
        </w:rPr>
        <w:t>　　把握阅读材料的学习要求。提示阅读要求、方法或提供相关信息。落实要求，背诵相关诗歌，理解诗歌内容，了解相关知识。</w:t>
      </w:r>
      <w:r>
        <w:rPr>
          <w:lang w:eastAsia="zh-CN"/>
        </w:rPr>
        <w:br/>
      </w:r>
      <w:r>
        <w:rPr>
          <w:lang w:eastAsia="zh-CN"/>
        </w:rPr>
        <w:t xml:space="preserve">    六年级语文新学期教学计划书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我在上学期语文课上不听讲、老跟同学说话、不举手发言，写语文作业时又差又慢;在课外也不自己写日记、阅读书。</w:t>
      </w:r>
      <w:r>
        <w:rPr>
          <w:lang w:eastAsia="zh-CN"/>
        </w:rPr>
        <w:br/>
      </w:r>
      <w:r>
        <w:rPr>
          <w:lang w:eastAsia="zh-CN"/>
        </w:rPr>
        <w:t>　　我要把上学期的毛病改掉。我这学期要上课认真听讲、积极举手发言，写语文作业时又快又好;在课外要多读书，经常写日记。</w:t>
      </w:r>
      <w:r>
        <w:rPr>
          <w:lang w:eastAsia="zh-CN"/>
        </w:rPr>
        <w:br/>
      </w:r>
      <w:r>
        <w:rPr>
          <w:lang w:eastAsia="zh-CN"/>
        </w:rPr>
        <w:t>　　我觉得我能做到。我一开学就得到了语文进步奖。我要越来越好，让老师和同学越来越喜欢我。</w:t>
      </w:r>
      <w:r>
        <w:rPr>
          <w:lang w:eastAsia="zh-CN"/>
        </w:rPr>
        <w:br/>
      </w:r>
      <w:r>
        <w:rPr>
          <w:lang w:eastAsia="zh-CN"/>
        </w:rPr>
        <w:t>　　妈妈的话：</w:t>
      </w:r>
      <w:r>
        <w:rPr>
          <w:lang w:eastAsia="zh-CN"/>
        </w:rPr>
        <w:br/>
      </w:r>
      <w:r>
        <w:rPr>
          <w:lang w:eastAsia="zh-CN"/>
        </w:rPr>
        <w:t>　　这是这周的语文小练笔作业。豆周五放学后就把除此而外的'所有作业都完成了。今天上午10点半要去上视唱课。早饭后，豆抱着典范英语看了一会儿后，开始写这篇作业。豆不准备打草稿，直接写。拿起笔却不知怎么开头。妈妈问豆打算写什么，豆说就写上课听讲和完成作业。妈妈提醒豆学语文可不是就这点儿事儿。看课外书、写写日记都算。至于开头，可以写写上学期的表现，然后再写写这学期打算怎么办。结果，豆就写成了这个样子，倒是言简意赅。把自己上学期写得一无是处，有点儿过，呵呵。妈妈觉得至少有一点豆做得还不错，就是课外阅读。</w:t>
      </w:r>
      <w:r>
        <w:rPr>
          <w:lang w:eastAsia="zh-CN"/>
        </w:rPr>
        <w:br/>
      </w:r>
      <w:r>
        <w:rPr>
          <w:lang w:eastAsia="zh-CN"/>
        </w:rPr>
        <w:t xml:space="preserve">    六年级语文新学期教学计划书 篇3 </w:t>
      </w:r>
      <w:r>
        <w:rPr>
          <w:lang w:eastAsia="zh-CN"/>
        </w:rPr>
        <w:br/>
      </w:r>
      <w:r>
        <w:rPr>
          <w:lang w:eastAsia="zh-CN"/>
        </w:rPr>
        <w:t>　　本学期我担任七年级两个班的语文教学工作。为了更好开展本学期工作，使班里的语文成绩有更大的进步，以下是我本学期我的工作计划如下：钻研中学语文教材，争取精通各册内容，在学习和实践中探究教育教学的方法和艺术，提高应变能力，扎扎实实参加课题研究，通过科研提高自身的教育教学水平，勤于动笔，善于思考，多写案例随笔及教育故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我要不断学习先进的教学理论，与时俱进，提高自己的语文教学能力，在先进理念的引领下，以自己的课堂教学行为变革语文课堂教学，使人文素质教育真正落到实处。并能熟练运用现代教育技术。德育工作争取逐渐形成自己的特色。争取在学校课程开发和实施工作中发挥较重要的作用。</w:t>
      </w:r>
      <w:r>
        <w:rPr>
          <w:lang w:eastAsia="zh-CN"/>
        </w:rPr>
        <w:br/>
      </w:r>
      <w:r>
        <w:rPr>
          <w:lang w:eastAsia="zh-CN"/>
        </w:rPr>
        <w:t>　　在语文教学过程中放飞学生的心灵，为他们铺设全方位的交流渠道，为他们搭设平台，引导学生开展全面对话。教学中求“熟、透、新”，能熟练掌握先进的现代教育技术，并重视理论与实践相结合，在课程开发和实施上有自己的特色。</w:t>
      </w:r>
      <w:r>
        <w:rPr>
          <w:lang w:eastAsia="zh-CN"/>
        </w:rPr>
        <w:br/>
      </w:r>
      <w:r>
        <w:rPr>
          <w:lang w:eastAsia="zh-CN"/>
        </w:rPr>
        <w:t>　　我要能够对自己的阶段性的教育教学进行总结，而且能够有所成就。</w:t>
      </w:r>
      <w:r>
        <w:rPr>
          <w:lang w:eastAsia="zh-CN"/>
        </w:rPr>
        <w:br/>
      </w:r>
      <w:r>
        <w:rPr>
          <w:lang w:eastAsia="zh-CN"/>
        </w:rPr>
        <w:t>　　1、永葆真情。我将永远怀着一颗爱生之心，真真正正公平对待每个学生，给每个人一个宽裕的'成长空间，既关注学生的学习，更关注学生个体的身心发展。</w:t>
      </w:r>
      <w:r>
        <w:rPr>
          <w:lang w:eastAsia="zh-CN"/>
        </w:rPr>
        <w:br/>
      </w:r>
      <w:r>
        <w:rPr>
          <w:lang w:eastAsia="zh-CN"/>
        </w:rPr>
        <w:t>　　2、同伴互助。善于学习的优秀教师，我也要积极向同伴学习，多走进同组教师和优秀教师的课堂，多向同学科教师学习，不耻下问，并积极参加教研活动，及时做好教学感悟反思，把握组内开展的研究课，交流课，邀请课的机会向他们学习，提高自己的教学质量。</w:t>
      </w:r>
      <w:r>
        <w:rPr>
          <w:lang w:eastAsia="zh-CN"/>
        </w:rPr>
        <w:br/>
      </w:r>
      <w:r>
        <w:rPr>
          <w:lang w:eastAsia="zh-CN"/>
        </w:rPr>
        <w:t>　　3、饱读书本。针对自身的文化底蕴还有所不足，特别是教育教学理论知识方面，我要强化终身学习的理念，用教育理论武装自己。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4、反思促进。反思是自我提高的阶梯，会使我们保持一种积极探究的心态。我会经常观察研究自己的教学，对自己和他人的行为与观念进行深层的认识，使自己业务水平再上新台阶。</w:t>
      </w:r>
      <w:r>
        <w:rPr>
          <w:lang w:eastAsia="zh-CN"/>
        </w:rPr>
        <w:t xml:space="preserve"> “我不能肯定努力了一定成功，但有一点我能肯定，那就是不努力一定不能成功！”今后我会时刻对照目标，扬长避短，使自己不断成长，不断进步。</w:t>
      </w:r>
      <w:r>
        <w:rPr>
          <w:lang w:eastAsia="zh-CN"/>
        </w:rPr>
        <w:br/>
      </w:r>
      <w:r>
        <w:rPr>
          <w:lang w:eastAsia="zh-CN"/>
        </w:rPr>
        <w:t>　　5、尝试改革。为了更好地适应新课程改革下的教育教学，我要不断更新教育教学观念，切实投身于新课程改革的浪潮中，不断学习与反思，勤动笔，勤动脑，要整合自己的课堂，使学生能在愉快的氛围中学习，真真正正提高教育教学质量。并积极参加学校的各类教科研活动，及时总结思考，写出有质量的教学设计、教案和教学论文。</w:t>
      </w:r>
      <w:r>
        <w:rPr>
          <w:lang w:eastAsia="zh-CN"/>
        </w:rPr>
        <w:br/>
      </w:r>
      <w:r>
        <w:rPr>
          <w:lang w:eastAsia="zh-CN"/>
        </w:rPr>
        <w:t xml:space="preserve">    六年级语文新学期教学计划书 篇4 </w:t>
      </w:r>
      <w:r>
        <w:rPr>
          <w:lang w:eastAsia="zh-CN"/>
        </w:rPr>
        <w:br/>
      </w:r>
      <w:r>
        <w:rPr>
          <w:lang w:eastAsia="zh-CN"/>
        </w:rPr>
        <w:t>　　我的语文学习计划这个学期，我希望被评为“三好学生”，但是“三好学生”需要所有学科都好，特别是语文。这个学期，我的语文学习计划是这样的：</w:t>
      </w:r>
      <w:r>
        <w:rPr>
          <w:lang w:eastAsia="zh-CN"/>
        </w:rPr>
        <w:br/>
      </w:r>
      <w:r>
        <w:rPr>
          <w:lang w:eastAsia="zh-CN"/>
        </w:rPr>
        <w:t>　　这个学期，我的要求是做作业要认真，做完作业检查一遍，不懂的题目晚上等爸爸妈妈回来再问，不能把会的题目也留到晚上。如果爸爸妈妈检查出错误，就在自己家里的本子上抄三遍，还得记牢，以后不再犯同样的错误。另外再把语文书上学过的'课文读一遍，如果课文比较多，那就分两天读。我订一个月为一个阶段，</w:t>
      </w:r>
      <w:r>
        <w:rPr>
          <w:lang w:eastAsia="zh-CN"/>
        </w:rPr>
        <w:br/>
      </w:r>
      <w:r>
        <w:rPr>
          <w:lang w:eastAsia="zh-CN"/>
        </w:rPr>
        <w:t>　　开学第一个阶段，我每天在课外书上摘好词好句，加强写作能力。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后面一个阶段基本上是一个星期写两三篇日记，要求字数必须超过250个。然后把写好的日记自己先检查一遍再给爸爸看，让爸爸再帮我修改一下。</w:t>
      </w:r>
      <w:r>
        <w:rPr>
          <w:lang w:eastAsia="zh-CN"/>
        </w:rPr>
        <w:br/>
      </w:r>
      <w:r>
        <w:rPr>
          <w:lang w:eastAsia="zh-CN"/>
        </w:rPr>
        <w:t>　　第三个阶段，我要每个星期在a4纸大小的纸上练两张字，还要把字写端正，如果我觉得有没写漂亮的字，就得重新再写一遍。然后再给爸爸看，要是爸爸觉得还有字没写好，我就再写三遍。</w:t>
      </w:r>
      <w:r>
        <w:rPr>
          <w:lang w:eastAsia="zh-CN"/>
        </w:rPr>
        <w:br/>
      </w:r>
      <w:r>
        <w:rPr>
          <w:lang w:eastAsia="zh-CN"/>
        </w:rPr>
        <w:t>　　第四个阶段，我要每天上网查找资料，积累更多课外知识。</w:t>
      </w:r>
      <w:r>
        <w:rPr>
          <w:lang w:eastAsia="zh-CN"/>
        </w:rPr>
        <w:br/>
      </w:r>
      <w:r>
        <w:rPr>
          <w:lang w:eastAsia="zh-CN"/>
        </w:rPr>
        <w:t>　　最后一个阶段，我要每天复习，准备期末考试，还有，一个星期要做一张自己家里的练习卷。</w:t>
      </w:r>
      <w:r>
        <w:rPr>
          <w:lang w:eastAsia="zh-CN"/>
        </w:rPr>
        <w:br/>
      </w:r>
      <w:r>
        <w:rPr>
          <w:lang w:eastAsia="zh-CN"/>
        </w:rPr>
        <w:t xml:space="preserve">    六年级语文新学期教学计划书 篇5 </w:t>
      </w:r>
      <w:r>
        <w:rPr>
          <w:lang w:eastAsia="zh-CN"/>
        </w:rPr>
        <w:br/>
      </w:r>
      <w:r>
        <w:rPr>
          <w:lang w:eastAsia="zh-CN"/>
        </w:rPr>
        <w:t>　　我喜欢语文，在我心里：</w:t>
      </w:r>
      <w:r>
        <w:rPr>
          <w:lang w:eastAsia="zh-CN"/>
        </w:rPr>
        <w:br/>
      </w:r>
      <w:r>
        <w:rPr>
          <w:lang w:eastAsia="zh-CN"/>
        </w:rPr>
        <w:t>　　语文是色彩缤纷的花园，让人流连忘返；</w:t>
      </w:r>
      <w:r>
        <w:rPr>
          <w:lang w:eastAsia="zh-CN"/>
        </w:rPr>
        <w:br/>
      </w:r>
      <w:r>
        <w:rPr>
          <w:lang w:eastAsia="zh-CN"/>
        </w:rPr>
        <w:t>　　语文是意境深远的油画，让人惊叹不已；</w:t>
      </w:r>
      <w:r>
        <w:rPr>
          <w:lang w:eastAsia="zh-CN"/>
        </w:rPr>
        <w:br/>
      </w:r>
      <w:r>
        <w:rPr>
          <w:lang w:eastAsia="zh-CN"/>
        </w:rPr>
        <w:t>　　语文是旋律优美的乐曲，让人听之动容；</w:t>
      </w:r>
      <w:r>
        <w:rPr>
          <w:lang w:eastAsia="zh-CN"/>
        </w:rPr>
        <w:br/>
      </w:r>
      <w:r>
        <w:rPr>
          <w:lang w:eastAsia="zh-CN"/>
        </w:rPr>
        <w:t>　　语文是滋味甘醇的美酒，让人回味无穷。</w:t>
      </w:r>
      <w:r>
        <w:rPr>
          <w:lang w:eastAsia="zh-CN"/>
        </w:rPr>
        <w:br/>
      </w:r>
      <w:r>
        <w:rPr>
          <w:lang w:eastAsia="zh-CN"/>
        </w:rPr>
        <w:t>　　新的一学年，换了环境，也换了老师。此时此刻的我，对语文，对所有学科，充满了期待。</w:t>
      </w:r>
      <w:r>
        <w:rPr>
          <w:lang w:eastAsia="zh-CN"/>
        </w:rPr>
        <w:br/>
      </w:r>
      <w:r>
        <w:rPr>
          <w:lang w:eastAsia="zh-CN"/>
        </w:rPr>
        <w:t>　　以前，我的语文还是不错的，但在阅读上还存在着不足。所以这学期开始，我会弥补这一点，争取使语文成绩达到更好。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翻开崭新的语文课本，我发现有近两个单元都是文言文和古诗。语文中它们很难完全掌握，所以我决定在古文上下功夫。每学一篇文言文，就把词汇积累下来，并记在心里，不仅要学好课本上的知识，还要灵活运用。因为中考，不可能出原文，所以背文言文词汇是非常重要的，我也相信自己可以做到。</w:t>
      </w:r>
      <w:r>
        <w:rPr>
          <w:lang w:eastAsia="zh-CN"/>
        </w:rPr>
        <w:br/>
      </w:r>
      <w:r>
        <w:rPr>
          <w:lang w:eastAsia="zh-CN"/>
        </w:rPr>
        <w:t>　　要写好作文，最关键的是要广泛阅读，做好读书笔记，记下优美的句子或段落。这样，下次写作时就不会无话可说了。</w:t>
      </w:r>
      <w:r>
        <w:rPr>
          <w:lang w:eastAsia="zh-CN"/>
        </w:rPr>
        <w:br/>
      </w:r>
      <w:r>
        <w:rPr>
          <w:lang w:eastAsia="zh-CN"/>
        </w:rPr>
        <w:t>　　对语文的期待也好，对其他科目的期待也好，我都希望可以突破自我，只有自己和自己比赛，才可以成功。</w:t>
      </w:r>
      <w:r>
        <w:rPr>
          <w:lang w:eastAsia="zh-CN"/>
        </w:rPr>
        <w:br/>
      </w:r>
      <w:r>
        <w:rPr>
          <w:lang w:eastAsia="zh-CN"/>
        </w:rPr>
        <w:t>　　新的一学期，全新的开始。从现在起，我要全身心投入到新学期的学习中去，现在的努力定会换来成功的喜悦。将尽自己最大的努力去做一件事，哪怕是失败，也可以问心无愧。</w:t>
      </w:r>
      <w:r>
        <w:rPr>
          <w:lang w:eastAsia="zh-CN"/>
        </w:rPr>
        <w:br/>
      </w:r>
      <w:r>
        <w:rPr>
          <w:lang w:eastAsia="zh-CN"/>
        </w:rPr>
        <w:t>　　未来会面临很多困难，但我相信：只要知难而进，所有问题终会迎刃而解。</w:t>
      </w:r>
      <w:r>
        <w:rPr>
          <w:lang w:eastAsia="zh-CN"/>
        </w:rPr>
        <w:br/>
      </w:r>
      <w:r>
        <w:rPr>
          <w:lang w:eastAsia="zh-CN"/>
        </w:rPr>
        <w:t xml:space="preserve">    六年级语文新学期教学计划书 篇6 </w:t>
      </w:r>
      <w:r>
        <w:rPr>
          <w:lang w:eastAsia="zh-CN"/>
        </w:rPr>
        <w:br/>
      </w:r>
      <w:r>
        <w:rPr>
          <w:lang w:eastAsia="zh-CN"/>
        </w:rPr>
        <w:t>　　对于语文我认为最重要的就是平时的积累，教课书上的古诗和文言要会背，重点段落要会分析，默写生词表上的单词要会写。后面的阅读一定要注意平时的积累，</w:t>
      </w:r>
      <w:r>
        <w:rPr>
          <w:lang w:eastAsia="zh-CN"/>
        </w:rPr>
        <w:br/>
      </w:r>
      <w:r>
        <w:rPr>
          <w:lang w:eastAsia="zh-CN"/>
        </w:rPr>
        <w:t>　　首先要多读好的文章，注意积累其中的词汇，读完一篇好文章不仅仅是读了就完了，要像语文课上一样作分析，分析一定要透彻这样才有助于阅读水平的提高。做题的时候一定要在把握文章中心的基础上读不懂就再读要是真的读不懂那么就是基础功不够了关于作文首先卷面一定要整洁有必要的话练下字去平时要多读好文章和好作文,并深刻解析，这样对作文也会有帮助。但关键还是靠自己的感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1、做好预习，找出这节的`重点与难点;</w:t>
      </w:r>
      <w:r>
        <w:rPr>
          <w:lang w:eastAsia="zh-CN"/>
        </w:rPr>
        <w:br/>
      </w:r>
      <w:r>
        <w:rPr>
          <w:lang w:eastAsia="zh-CN"/>
        </w:rPr>
        <w:t>　　2、听课。学习每门功课，一个很重要的环节就是要听好课。</w:t>
      </w:r>
      <w:r>
        <w:rPr>
          <w:lang w:eastAsia="zh-CN"/>
        </w:rPr>
        <w:br/>
      </w:r>
      <w:r>
        <w:rPr>
          <w:lang w:eastAsia="zh-CN"/>
        </w:rPr>
        <w:t>　　3、要有明确的学习目的。</w:t>
      </w:r>
      <w:r>
        <w:rPr>
          <w:lang w:eastAsia="zh-CN"/>
        </w:rPr>
        <w:br/>
      </w:r>
      <w:r>
        <w:rPr>
          <w:lang w:eastAsia="zh-CN"/>
        </w:rPr>
        <w:t>　　4、做课堂笔记。做笔记对复习，作业有好处，做课堂笔记，笔记要简明扼要。</w:t>
      </w:r>
      <w:r>
        <w:rPr>
          <w:lang w:eastAsia="zh-CN"/>
        </w:rPr>
        <w:br/>
      </w:r>
      <w:r>
        <w:rPr>
          <w:lang w:eastAsia="zh-CN"/>
        </w:rPr>
        <w:t>　　5、做作业之前，必须对当天所学的知识认真复习，理解其确切涵义，明确起适用条件，弄清运用其解题的步骤，认真仔细做题，不可马虎从事，做完后还要认真检查。</w:t>
      </w:r>
      <w:r>
        <w:rPr>
          <w:lang w:eastAsia="zh-CN"/>
        </w:rPr>
        <w:br/>
      </w:r>
      <w:r>
        <w:rPr>
          <w:lang w:eastAsia="zh-CN"/>
        </w:rPr>
        <w:t>　　6、及时总结经验教训，积累解题技巧，提高解题能力。</w:t>
      </w:r>
      <w:r>
        <w:rPr>
          <w:lang w:eastAsia="zh-CN"/>
        </w:rPr>
        <w:br/>
      </w:r>
      <w:r>
        <w:rPr>
          <w:lang w:eastAsia="zh-CN"/>
        </w:rPr>
        <w:t>　　7、遇到不会做的题，不要急于问老师，更不能抄袭别人的作业，要在复习功课的基础上，要通过层层分析，步步推理，多方联系，理出头绪，要下决心独立完成作业。</w:t>
      </w:r>
      <w:r>
        <w:rPr>
          <w:lang w:eastAsia="zh-CN"/>
        </w:rPr>
        <w:br/>
      </w:r>
      <w:r>
        <w:rPr>
          <w:lang w:eastAsia="zh-CN"/>
        </w:rPr>
        <w:t>　　8、课后复习。</w:t>
      </w:r>
      <w:r>
        <w:rPr>
          <w:lang w:eastAsia="zh-CN"/>
        </w:rPr>
        <w:br/>
      </w:r>
      <w:r>
        <w:rPr>
          <w:lang w:eastAsia="zh-CN"/>
        </w:rPr>
        <w:t xml:space="preserve">    六年级语文新学期教学计划书 篇7 </w:t>
      </w:r>
      <w:r>
        <w:rPr>
          <w:lang w:eastAsia="zh-CN"/>
        </w:rPr>
        <w:br/>
      </w:r>
      <w:r>
        <w:rPr>
          <w:lang w:eastAsia="zh-CN"/>
        </w:rPr>
        <w:t>　　新的学期又将开始了，我和爸爸妈妈一起制订了新学期计划，让大家来看看我是怎样计划的吧。</w:t>
      </w:r>
      <w:r>
        <w:rPr>
          <w:lang w:eastAsia="zh-CN"/>
        </w:rPr>
        <w:br/>
      </w:r>
      <w:r>
        <w:rPr>
          <w:lang w:eastAsia="zh-CN"/>
        </w:rPr>
        <w:t>　　语文方面，我决定每天课外阅读一个小时，一周看一本课外书，增加我的课外知识，扩大我知识面。我还决定报读一个作文班，要使作文提高到一个我理想的程度。上语文课我要积极举手发言，要多发表我自己的理解和想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数学方面，我觉得自己在这方面是强项，但是我仍然要努力。这学期，我还是会继续奥数班的学习，提高奥数能力。我决定每天坚持做奥数题5道，争取今年的竞赛能得到二等奖。上数学课认真听讲，不讲小话，且也要积极举手发言。</w:t>
      </w:r>
      <w:r>
        <w:rPr>
          <w:lang w:eastAsia="zh-CN"/>
        </w:rPr>
        <w:br/>
      </w:r>
      <w:r>
        <w:rPr>
          <w:lang w:eastAsia="zh-CN"/>
        </w:rPr>
        <w:t>　　电脑是我最喜欢的方面，我对它的兴趣最大，所以我早和爸爸提出，这个学期我要参加电脑班的学习，学网页制作。而且自己尽量控制玩电脑游戏的时间，做到不影响学习。</w:t>
      </w:r>
      <w:r>
        <w:rPr>
          <w:lang w:eastAsia="zh-CN"/>
        </w:rPr>
        <w:br/>
      </w:r>
      <w:r>
        <w:rPr>
          <w:lang w:eastAsia="zh-CN"/>
        </w:rPr>
        <w:t>　　英语是我的弱项，我对它最感吃力。我妈妈给我报了剑桥英语班。我也要多阅读，多记英语单词，争取英语有所进步。</w:t>
      </w:r>
      <w:r>
        <w:rPr>
          <w:lang w:eastAsia="zh-CN"/>
        </w:rPr>
        <w:br/>
      </w:r>
      <w:r>
        <w:rPr>
          <w:lang w:eastAsia="zh-CN"/>
        </w:rPr>
        <w:t>　　体育方面，我准备进行魔鬼训练，每天吃完晚饭就去室外活动，打羽毛球，踢足球等等。晚上在家也要多锻炼，做哑铃操，和仰卧起坐等。早晨我也要早点起床，最好跑跑步，做做操。最好能报一个田径队。</w:t>
      </w:r>
      <w:r>
        <w:rPr>
          <w:lang w:eastAsia="zh-CN"/>
        </w:rPr>
        <w:br/>
      </w:r>
      <w:r>
        <w:rPr>
          <w:lang w:eastAsia="zh-CN"/>
        </w:rPr>
        <w:t>　　计划是做好了。但是爸爸右边些怀疑的问我：“这计划你能照做吗?”我肯定的回答：“行!一定行!我一定要完成计划!”</w:t>
      </w:r>
      <w:r>
        <w:rPr>
          <w:lang w:eastAsia="zh-CN"/>
        </w:rPr>
        <w:br/>
      </w:r>
      <w:r>
        <w:rPr>
          <w:lang w:eastAsia="zh-CN"/>
        </w:rPr>
        <w:t>　　体育方面，我准备进行魔鬼训练，每天吃完晚饭就去室外活动，打羽毛球，踢足球等等。晚上在家也要多锻炼，做哑铃操，和仰卧起坐等。早晨我也要早点起床，最好跑跑步，做做操。最好能报一个田径队。</w:t>
      </w:r>
      <w:r>
        <w:rPr>
          <w:lang w:eastAsia="zh-CN"/>
        </w:rPr>
        <w:br/>
      </w:r>
      <w:r>
        <w:rPr>
          <w:lang w:eastAsia="zh-CN"/>
        </w:rPr>
        <w:t>　　计划是做好了。但是爸爸右边些怀疑的问我：“这计划你能照做吗?”我肯定的回答：“行-行-行!你们就往一万个心吧!”</w:t>
      </w:r>
      <w:r>
        <w:rPr>
          <w:lang w:eastAsia="zh-CN"/>
        </w:rPr>
        <w:br/>
      </w:r>
      <w:r>
        <w:rPr>
          <w:lang w:eastAsia="zh-CN"/>
        </w:rPr>
        <w:t xml:space="preserve">    六年级语文新学期教学计划书 篇8 </w:t>
      </w:r>
      <w:r>
        <w:rPr>
          <w:lang w:eastAsia="zh-CN"/>
        </w:rPr>
        <w:br/>
      </w:r>
      <w:r>
        <w:rPr>
          <w:lang w:eastAsia="zh-CN"/>
        </w:rPr>
        <w:t>　　一、强化积累，夯实基础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语文贵在积累。诵读和练习是语文积累的不二法门。诵读是积累语言材料、培养语感的基本方法，语文高考必须重视诵读这个环节。各班除早自习外，每天宜再安排15分钟诵读时间，制订好诵读计划。诵读的内容，可参见下列这些。</w:t>
      </w:r>
      <w:r>
        <w:rPr>
          <w:lang w:eastAsia="zh-CN"/>
        </w:rPr>
        <w:br/>
      </w:r>
      <w:r>
        <w:rPr>
          <w:lang w:eastAsia="zh-CN"/>
        </w:rPr>
        <w:t>　　①诵读高中语文教材必修1——必修5的文言文。达到会背诵，会翻译，会解词。</w:t>
      </w:r>
      <w:r>
        <w:rPr>
          <w:lang w:eastAsia="zh-CN"/>
        </w:rPr>
        <w:br/>
      </w:r>
      <w:r>
        <w:rPr>
          <w:lang w:eastAsia="zh-CN"/>
        </w:rPr>
        <w:t>　　②诵读名句名篇。重点是《教学大纲》中规定的9篇古文和14诗词曲。达到会背诵，会默写，在此基础上向教材其他背诵篇目和新课程标准推荐的篇目延伸。</w:t>
      </w:r>
      <w:r>
        <w:rPr>
          <w:lang w:eastAsia="zh-CN"/>
        </w:rPr>
        <w:br/>
      </w:r>
      <w:r>
        <w:rPr>
          <w:lang w:eastAsia="zh-CN"/>
        </w:rPr>
        <w:t>　　③诵读字、词（包括熟语）。一是教材上容易读错的字、词；二是教材中的几个“附录”的内容。</w:t>
      </w:r>
      <w:r>
        <w:rPr>
          <w:lang w:eastAsia="zh-CN"/>
        </w:rPr>
        <w:br/>
      </w:r>
      <w:r>
        <w:rPr>
          <w:lang w:eastAsia="zh-CN"/>
        </w:rPr>
        <w:t>　　④时文美文。自选和由教师推荐一些报刊上的最新时文，通过诵读，汲取思想精华，领悟写作技巧，积累语言材料。</w:t>
      </w:r>
      <w:r>
        <w:rPr>
          <w:lang w:eastAsia="zh-CN"/>
        </w:rPr>
        <w:br/>
      </w:r>
      <w:r>
        <w:rPr>
          <w:lang w:eastAsia="zh-CN"/>
        </w:rPr>
        <w:t>　　⑤近几年的高考满分作文。特别留意与自己喜欢的文体相同的文章，积累语言素材，掌握考场作文的一般写作规律。</w:t>
      </w:r>
      <w:r>
        <w:rPr>
          <w:lang w:eastAsia="zh-CN"/>
        </w:rPr>
        <w:br/>
      </w:r>
      <w:r>
        <w:rPr>
          <w:lang w:eastAsia="zh-CN"/>
        </w:rPr>
        <w:t>　　练习一般安排两个内容：一是练字，要力求把字写规范，写工整；二是练阅读，包括一篇文言文阅读和一篇现代文阅读。选材宜以近几年的高考题和各地的模拟题为宜。</w:t>
      </w:r>
      <w:r>
        <w:rPr>
          <w:lang w:eastAsia="zh-CN"/>
        </w:rPr>
        <w:br/>
      </w:r>
      <w:r>
        <w:rPr>
          <w:lang w:eastAsia="zh-CN"/>
        </w:rPr>
        <w:t>　　二、考点训练，实现突破</w:t>
      </w:r>
      <w:r>
        <w:rPr>
          <w:lang w:eastAsia="zh-CN"/>
        </w:rPr>
        <w:br/>
      </w:r>
      <w:r>
        <w:rPr>
          <w:lang w:eastAsia="zh-CN"/>
        </w:rPr>
        <w:t>　　考点训练是语文备考的核心，考点的训练必须以“考试大纲”为依据，掌握方法，逐步推进，巩固知识，扩大视野，提升能力。</w:t>
      </w:r>
      <w:r>
        <w:rPr>
          <w:lang w:eastAsia="zh-CN"/>
        </w:rPr>
        <w:br/>
      </w:r>
      <w:r>
        <w:rPr>
          <w:lang w:eastAsia="zh-CN"/>
        </w:rPr>
        <w:t>　　1、字音、字形——积累中强化辨析（辨音、辨形、辨义）。</w:t>
      </w:r>
      <w:r>
        <w:rPr>
          <w:lang w:eastAsia="zh-CN"/>
        </w:rPr>
        <w:br/>
      </w:r>
      <w:r>
        <w:rPr>
          <w:lang w:eastAsia="zh-CN"/>
        </w:rPr>
        <w:t>　　2、词语（包括熟语）——突出实际运用能力。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3、标点符号——关注常见错误。</w:t>
      </w:r>
      <w:r>
        <w:rPr>
          <w:lang w:eastAsia="zh-CN"/>
        </w:rPr>
        <w:br/>
      </w:r>
      <w:r>
        <w:rPr>
          <w:lang w:eastAsia="zh-CN"/>
        </w:rPr>
        <w:t>　　4、语言运用——依照规范操作。</w:t>
      </w:r>
      <w:r>
        <w:rPr>
          <w:lang w:eastAsia="zh-CN"/>
        </w:rPr>
        <w:br/>
      </w:r>
      <w:r>
        <w:rPr>
          <w:lang w:eastAsia="zh-CN"/>
        </w:rPr>
        <w:t>　　5、古文阅读——突出四个重点：</w:t>
      </w:r>
      <w:r>
        <w:rPr>
          <w:lang w:eastAsia="zh-CN"/>
        </w:rPr>
        <w:br/>
      </w:r>
      <w:r>
        <w:rPr>
          <w:lang w:eastAsia="zh-CN"/>
        </w:rPr>
        <w:t>　　①实词——重视积累（重点是“大纲”上规定的120个实词），巧妙推断具体语境中的词义。</w:t>
      </w:r>
      <w:r>
        <w:rPr>
          <w:lang w:eastAsia="zh-CN"/>
        </w:rPr>
        <w:br/>
      </w:r>
      <w:r>
        <w:rPr>
          <w:lang w:eastAsia="zh-CN"/>
        </w:rPr>
        <w:t>　　②虚词——突出重点（18个虚词），辨明用法。</w:t>
      </w:r>
      <w:r>
        <w:rPr>
          <w:lang w:eastAsia="zh-CN"/>
        </w:rPr>
        <w:br/>
      </w:r>
      <w:r>
        <w:rPr>
          <w:lang w:eastAsia="zh-CN"/>
        </w:rPr>
        <w:t>　　③句式翻译——直译为主，避开误区。</w:t>
      </w:r>
      <w:r>
        <w:rPr>
          <w:lang w:eastAsia="zh-CN"/>
        </w:rPr>
        <w:br/>
      </w:r>
      <w:r>
        <w:rPr>
          <w:lang w:eastAsia="zh-CN"/>
        </w:rPr>
        <w:t>　　④分析综合——重视人、事、理。</w:t>
      </w:r>
      <w:r>
        <w:rPr>
          <w:lang w:eastAsia="zh-CN"/>
        </w:rPr>
        <w:br/>
      </w:r>
      <w:r>
        <w:rPr>
          <w:lang w:eastAsia="zh-CN"/>
        </w:rPr>
        <w:t>　　对文言句式的复习，要注意五个联系：</w:t>
      </w:r>
      <w:r>
        <w:rPr>
          <w:lang w:eastAsia="zh-CN"/>
        </w:rPr>
        <w:br/>
      </w:r>
      <w:r>
        <w:rPr>
          <w:lang w:eastAsia="zh-CN"/>
        </w:rPr>
        <w:t>　　①把对文言实词的理解与对词类活用的分析联系起来；</w:t>
      </w:r>
      <w:r>
        <w:rPr>
          <w:lang w:eastAsia="zh-CN"/>
        </w:rPr>
        <w:br/>
      </w:r>
      <w:r>
        <w:rPr>
          <w:lang w:eastAsia="zh-CN"/>
        </w:rPr>
        <w:t>　　②把对实词意义的理解与辨析特殊句式联系起来；</w:t>
      </w:r>
      <w:r>
        <w:rPr>
          <w:lang w:eastAsia="zh-CN"/>
        </w:rPr>
        <w:br/>
      </w:r>
      <w:r>
        <w:rPr>
          <w:lang w:eastAsia="zh-CN"/>
        </w:rPr>
        <w:t>　　③把理解文句与掌握词类活用及特殊句式联系起来；</w:t>
      </w:r>
      <w:r>
        <w:rPr>
          <w:lang w:eastAsia="zh-CN"/>
        </w:rPr>
        <w:br/>
      </w:r>
      <w:r>
        <w:rPr>
          <w:lang w:eastAsia="zh-CN"/>
        </w:rPr>
        <w:t>　　④把课外材料与课本联系起来；</w:t>
      </w:r>
      <w:r>
        <w:rPr>
          <w:lang w:eastAsia="zh-CN"/>
        </w:rPr>
        <w:br/>
      </w:r>
      <w:r>
        <w:rPr>
          <w:lang w:eastAsia="zh-CN"/>
        </w:rPr>
        <w:t>　　⑤把文言中的辨词析句与现代汉语最基本的句法分析联系起来。</w:t>
      </w:r>
      <w:r>
        <w:rPr>
          <w:lang w:eastAsia="zh-CN"/>
        </w:rPr>
        <w:br/>
      </w:r>
      <w:r>
        <w:rPr>
          <w:lang w:eastAsia="zh-CN"/>
        </w:rPr>
        <w:t>　　6、古诗阅读——形象、语言、表达技巧。</w:t>
      </w:r>
      <w:r>
        <w:rPr>
          <w:lang w:eastAsia="zh-CN"/>
        </w:rPr>
        <w:br/>
      </w:r>
      <w:r>
        <w:rPr>
          <w:lang w:eastAsia="zh-CN"/>
        </w:rPr>
        <w:t>　　7、现代文阅读——审清要求，依文作答。</w:t>
      </w:r>
      <w:r>
        <w:rPr>
          <w:lang w:eastAsia="zh-CN"/>
        </w:rPr>
        <w:br/>
      </w:r>
      <w:r>
        <w:rPr>
          <w:lang w:eastAsia="zh-CN"/>
        </w:rPr>
        <w:t>　　8、作文——打造文体强势，突出文章亮点。</w:t>
      </w:r>
      <w:r>
        <w:rPr>
          <w:lang w:eastAsia="zh-CN"/>
        </w:rPr>
        <w:br/>
      </w:r>
      <w:r>
        <w:rPr>
          <w:lang w:eastAsia="zh-CN"/>
        </w:rPr>
        <w:t xml:space="preserve">    六年级语文新学期教学计划书 篇9 </w:t>
      </w:r>
      <w:r>
        <w:rPr>
          <w:lang w:eastAsia="zh-CN"/>
        </w:rPr>
        <w:br/>
      </w:r>
      <w:r>
        <w:rPr>
          <w:lang w:eastAsia="zh-CN"/>
        </w:rPr>
        <w:t>　　转眼间寒假过去了，又到上学的时候了。刚开始上学，还有点不习惯呢，因为寒假里在家非常放松。所以现在我要写一下我新学期的语文学习计划，只要有学习计划，每天按着它完成，就能很快的适应。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我的计划：</w:t>
      </w:r>
      <w:r>
        <w:rPr>
          <w:lang w:eastAsia="zh-CN"/>
        </w:rPr>
        <w:br/>
      </w:r>
      <w:r>
        <w:rPr>
          <w:lang w:eastAsia="zh-CN"/>
        </w:rPr>
        <w:t>　　1、每天早睡早起，要早读，早起复习，背书，预习下一课要学的内容；</w:t>
      </w:r>
      <w:r>
        <w:rPr>
          <w:lang w:eastAsia="zh-CN"/>
        </w:rPr>
        <w:br/>
      </w:r>
      <w:r>
        <w:rPr>
          <w:lang w:eastAsia="zh-CN"/>
        </w:rPr>
        <w:t>　　2、上课专心听讲积极回答问题，发表见解，把讲的内容知识点记在本子上，以便于课外复习；</w:t>
      </w:r>
      <w:r>
        <w:rPr>
          <w:lang w:eastAsia="zh-CN"/>
        </w:rPr>
        <w:br/>
      </w:r>
      <w:r>
        <w:rPr>
          <w:lang w:eastAsia="zh-CN"/>
        </w:rPr>
        <w:t>　　3、课间时间要多读一些课外书，名人名著之类的书，可以提高作文水平；</w:t>
      </w:r>
      <w:r>
        <w:rPr>
          <w:lang w:eastAsia="zh-CN"/>
        </w:rPr>
        <w:br/>
      </w:r>
      <w:r>
        <w:rPr>
          <w:lang w:eastAsia="zh-CN"/>
        </w:rPr>
        <w:t>　　4、晚上放学回家先写作业，写完作业再背书，等到家庭作业全部完成之后才能玩，而且最多玩半个小时。晚上九点之前必须躺在床上睡觉，早上五点三十起床；</w:t>
      </w:r>
      <w:r>
        <w:rPr>
          <w:lang w:eastAsia="zh-CN"/>
        </w:rPr>
        <w:br/>
      </w:r>
      <w:r>
        <w:rPr>
          <w:lang w:eastAsia="zh-CN"/>
        </w:rPr>
        <w:t>　　5、考试的时候认真读题不马虎，争取考高分，不空题，如果有题错了，好好理解并记住以后再考试的时候不再错那种题。</w:t>
      </w:r>
      <w:r>
        <w:rPr>
          <w:lang w:eastAsia="zh-CN"/>
        </w:rPr>
        <w:br/>
      </w:r>
      <w:r>
        <w:rPr>
          <w:lang w:eastAsia="zh-CN"/>
        </w:rPr>
        <w:t>　　6、不说脏话、粗话，不说谎、不作弊，懂礼貌。</w:t>
      </w:r>
      <w:r>
        <w:rPr>
          <w:lang w:eastAsia="zh-CN"/>
        </w:rPr>
        <w:br/>
      </w:r>
      <w:r>
        <w:rPr>
          <w:lang w:eastAsia="zh-CN"/>
        </w:rPr>
        <w:t>　　这就是我的学习计划，我要加倍努力地完成。我的语文上次考了96分，还是不满意，我一定会认真努力完成，争取考更高分。不光是语文，数学、英语我也是一样，也要加倍努力的。我还要争取拿全班第一。</w:t>
      </w:r>
      <w:r>
        <w:rPr>
          <w:lang w:eastAsia="zh-CN"/>
        </w:rPr>
        <w:br/>
      </w:r>
      <w:r>
        <w:rPr>
          <w:lang w:eastAsia="zh-CN"/>
        </w:rPr>
        <w:t xml:space="preserve">    六年级语文新学期教学计划书 篇10 </w:t>
      </w:r>
      <w:r>
        <w:rPr>
          <w:lang w:eastAsia="zh-CN"/>
        </w:rPr>
        <w:br/>
      </w:r>
      <w:r>
        <w:rPr>
          <w:lang w:eastAsia="zh-CN"/>
        </w:rPr>
        <w:t>　　一、基础知识复习</w:t>
      </w:r>
      <w:r>
        <w:rPr>
          <w:lang w:eastAsia="zh-CN"/>
        </w:rPr>
        <w:br/>
      </w:r>
      <w:r>
        <w:rPr>
          <w:lang w:eastAsia="zh-CN"/>
        </w:rPr>
        <w:t>　　基础知识继续以“每日一练”主客观题相结合的形式进行积累和落实。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1、字音复习。回扣课本，将高中语文课本中出现且已注音、释义的生字再呈现再训练；注意多音多义字；留心形近异音字。</w:t>
      </w:r>
      <w:r>
        <w:rPr>
          <w:lang w:eastAsia="zh-CN"/>
        </w:rPr>
        <w:br/>
      </w:r>
      <w:r>
        <w:rPr>
          <w:lang w:eastAsia="zh-CN"/>
        </w:rPr>
        <w:t>　　2、字形复习。</w:t>
      </w:r>
      <w:r>
        <w:rPr>
          <w:lang w:eastAsia="zh-CN"/>
        </w:rPr>
        <w:br/>
      </w:r>
      <w:r>
        <w:rPr>
          <w:lang w:eastAsia="zh-CN"/>
        </w:rPr>
        <w:t>　　除了对已学知识再巩固，还要以主观题的形式对《咬文嚼字》中提出的100个容易写错的字进行考查。</w:t>
      </w:r>
      <w:r>
        <w:rPr>
          <w:lang w:eastAsia="zh-CN"/>
        </w:rPr>
        <w:br/>
      </w:r>
      <w:r>
        <w:rPr>
          <w:lang w:eastAsia="zh-CN"/>
        </w:rPr>
        <w:t>　　特别注意三字熟语和成语的字形的考查。</w:t>
      </w:r>
      <w:r>
        <w:rPr>
          <w:lang w:eastAsia="zh-CN"/>
        </w:rPr>
        <w:br/>
      </w:r>
      <w:r>
        <w:rPr>
          <w:lang w:eastAsia="zh-CN"/>
        </w:rPr>
        <w:t>　　3、词语复习。除常规训练外，要特别注意成语和熟语的积累和归类。</w:t>
      </w:r>
      <w:r>
        <w:rPr>
          <w:lang w:eastAsia="zh-CN"/>
        </w:rPr>
        <w:br/>
      </w:r>
      <w:r>
        <w:rPr>
          <w:lang w:eastAsia="zh-CN"/>
        </w:rPr>
        <w:t>　　4、病句复习。紧抓11个标志不放，结合模拟题进行再训练，要特别注意病句和标点的修改训练。</w:t>
      </w:r>
      <w:r>
        <w:rPr>
          <w:lang w:eastAsia="zh-CN"/>
        </w:rPr>
        <w:br/>
      </w:r>
      <w:r>
        <w:rPr>
          <w:lang w:eastAsia="zh-CN"/>
        </w:rPr>
        <w:t>　　二、一般论述类文章阅读复习</w:t>
      </w:r>
      <w:r>
        <w:rPr>
          <w:lang w:eastAsia="zh-CN"/>
        </w:rPr>
        <w:br/>
      </w:r>
      <w:r>
        <w:rPr>
          <w:lang w:eastAsia="zh-CN"/>
        </w:rPr>
        <w:t>　　1、强化学生“读”的能力，努力纠正学生“重做题，轻阅读”的毛病。在做题之前一定要圈点勾画，读明白文本的主旨，主旨是通过什么来表达的。</w:t>
      </w:r>
      <w:r>
        <w:rPr>
          <w:lang w:eastAsia="zh-CN"/>
        </w:rPr>
        <w:br/>
      </w:r>
      <w:r>
        <w:rPr>
          <w:lang w:eastAsia="zh-CN"/>
        </w:rPr>
        <w:t>　　2、让学生进一步明确题目设定的7个陷阱——以偏概全、混淆时间、主次不分、关系失当、答非所问、歪曲事实、无中生有。</w:t>
      </w:r>
      <w:r>
        <w:rPr>
          <w:lang w:eastAsia="zh-CN"/>
        </w:rPr>
        <w:br/>
      </w:r>
      <w:r>
        <w:rPr>
          <w:lang w:eastAsia="zh-CN"/>
        </w:rPr>
        <w:t>　　三、文言文复习</w:t>
      </w:r>
      <w:r>
        <w:rPr>
          <w:lang w:eastAsia="zh-CN"/>
        </w:rPr>
        <w:br/>
      </w:r>
      <w:r>
        <w:rPr>
          <w:lang w:eastAsia="zh-CN"/>
        </w:rPr>
        <w:t>　　利用早读时间，回扣课本经典篇目——《劝学》《师说》《鸿门宴》《陈情表》《报任安书》《六国论》《齐桓晋文之事》《廉颇与蔺相如列传》《信陵君窃符救赵》。利用主观题的形式巩固18个文言虚词的用法和意思。</w:t>
      </w:r>
      <w:r>
        <w:rPr>
          <w:lang w:eastAsia="zh-CN"/>
        </w:rPr>
        <w:br/>
      </w:r>
      <w:r>
        <w:rPr>
          <w:lang w:eastAsia="zh-CN"/>
        </w:rPr>
        <w:t>　　四、诗歌鉴赏复习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借助典型试题明确考题类型及解题思路，解决学生词不达意的毛病；强化学生的语言组织能力和术语意识；学会严谨而规范的表述，力求简洁到位，使文字表述和思维真正统一，解决学生语言颠三倒四、要点不全的毛病。</w:t>
      </w:r>
      <w:r>
        <w:rPr>
          <w:lang w:eastAsia="zh-CN"/>
        </w:rPr>
        <w:br/>
      </w:r>
      <w:r>
        <w:rPr>
          <w:lang w:eastAsia="zh-CN"/>
        </w:rPr>
        <w:t>　　五、语言运用题</w:t>
      </w:r>
      <w:r>
        <w:rPr>
          <w:lang w:eastAsia="zh-CN"/>
        </w:rPr>
        <w:br/>
      </w:r>
      <w:r>
        <w:rPr>
          <w:lang w:eastAsia="zh-CN"/>
        </w:rPr>
        <w:t>　　首先应熟练掌握常见的各种题型，强化审题意识，挖掘题干的限制语和提示语，找出隐含信息，从中寻求解题思路。要发挥老师的积极性，密切关注各省市的高考模拟题，关注新题型，避免题型遗漏。要特别关注扩写、排序和短文改错三种题型。</w:t>
      </w:r>
      <w:r>
        <w:rPr>
          <w:lang w:eastAsia="zh-CN"/>
        </w:rPr>
        <w:br/>
      </w:r>
      <w:r>
        <w:rPr>
          <w:lang w:eastAsia="zh-CN"/>
        </w:rPr>
        <w:t>　　六、选做题复习</w:t>
      </w:r>
      <w:r>
        <w:rPr>
          <w:lang w:eastAsia="zh-CN"/>
        </w:rPr>
        <w:br/>
      </w:r>
      <w:r>
        <w:rPr>
          <w:lang w:eastAsia="zh-CN"/>
        </w:rPr>
        <w:t>　　强化审题意识，进一步让学生明确“考什么”“如何考”“怎样答”等问题；强化学生的语言组织能力和采点意识，学会严谨而规范地表述；提高卷面质量，力求清晰美观，简洁到位。</w:t>
      </w:r>
      <w:r>
        <w:rPr>
          <w:lang w:eastAsia="zh-CN"/>
        </w:rPr>
        <w:br/>
      </w:r>
      <w:r>
        <w:rPr>
          <w:lang w:eastAsia="zh-CN"/>
        </w:rPr>
        <w:t>　　七、作文复习</w:t>
      </w:r>
      <w:r>
        <w:rPr>
          <w:lang w:eastAsia="zh-CN"/>
        </w:rPr>
        <w:br/>
      </w:r>
      <w:r>
        <w:rPr>
          <w:lang w:eastAsia="zh-CN"/>
        </w:rPr>
        <w:t>　　内容上，继续加大审题立意训练。在素材积累上下功夫，将以前读过的精彩文章，新鲜、活泼、生动的语言，名言警句进行归纳总结，及时下发最新写作素材，力争做到“内容充实”。不要触及敏感的政治事件，少谈宗教话题，不要单纯发牢骚，不要写早恋等话题。</w:t>
      </w:r>
      <w:r>
        <w:rPr>
          <w:lang w:eastAsia="zh-CN"/>
        </w:rPr>
        <w:br/>
      </w:r>
      <w:r>
        <w:rPr>
          <w:lang w:eastAsia="zh-CN"/>
        </w:rPr>
        <w:t>　　表达上，强化文体意识，根据题目确定最拿手的文体。规范各种文体的结构，使之严谨；加强语言训练，使之更加流畅；严抓卷面质量，使之工整。</w:t>
      </w:r>
      <w:r>
        <w:rPr>
          <w:lang w:eastAsia="zh-CN"/>
        </w:rPr>
        <w:br/>
      </w:r>
      <w:r>
        <w:rPr>
          <w:lang w:eastAsia="zh-CN"/>
        </w:rPr>
        <w:t>　　发展等级上，通过升格训练，使文章更深刻更有文采更丰富。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六年级语文新学期教学计划书 篇11 </w:t>
      </w:r>
      <w:r>
        <w:rPr>
          <w:lang w:eastAsia="zh-CN"/>
        </w:rPr>
        <w:br/>
      </w:r>
      <w:r>
        <w:rPr>
          <w:lang w:eastAsia="zh-CN"/>
        </w:rPr>
        <w:t>　　新一学期又到了，上学期虽然没什么好成绩，数学93，语文94。5，但也评到一个三好学生，我没什么优点，只有老实，诚实。</w:t>
      </w:r>
      <w:r>
        <w:rPr>
          <w:lang w:eastAsia="zh-CN"/>
        </w:rPr>
        <w:br/>
      </w:r>
      <w:r>
        <w:rPr>
          <w:lang w:eastAsia="zh-CN"/>
        </w:rPr>
        <w:t>　　然而缺点一大堆，如：不爱看书，不认真听讲，胆小怕事，爱睡觉……，就是因为这些，我才会成绩下降。我非常害怕我会被父母责骂，被朋友无视我的存在。</w:t>
      </w:r>
      <w:r>
        <w:rPr>
          <w:lang w:eastAsia="zh-CN"/>
        </w:rPr>
        <w:br/>
      </w:r>
      <w:r>
        <w:rPr>
          <w:lang w:eastAsia="zh-CN"/>
        </w:rPr>
        <w:t>　　所以我一定要在六年级阶段拼搏，我会努力地请父母支持我！我的计划如下：</w:t>
      </w:r>
      <w:r>
        <w:rPr>
          <w:lang w:eastAsia="zh-CN"/>
        </w:rPr>
        <w:br/>
      </w:r>
      <w:r>
        <w:rPr>
          <w:lang w:eastAsia="zh-CN"/>
        </w:rPr>
        <w:t>　　1、老师上课认真听。</w:t>
      </w:r>
      <w:r>
        <w:rPr>
          <w:lang w:eastAsia="zh-CN"/>
        </w:rPr>
        <w:br/>
      </w:r>
      <w:r>
        <w:rPr>
          <w:lang w:eastAsia="zh-CN"/>
        </w:rPr>
        <w:t>　　2、课堂作业按时按刻去完成。</w:t>
      </w:r>
      <w:r>
        <w:rPr>
          <w:lang w:eastAsia="zh-CN"/>
        </w:rPr>
        <w:br/>
      </w:r>
      <w:r>
        <w:rPr>
          <w:lang w:eastAsia="zh-CN"/>
        </w:rPr>
        <w:t>　　3、家庭作业要认真，不忘记。</w:t>
      </w:r>
      <w:r>
        <w:rPr>
          <w:lang w:eastAsia="zh-CN"/>
        </w:rPr>
        <w:br/>
      </w:r>
      <w:r>
        <w:rPr>
          <w:lang w:eastAsia="zh-CN"/>
        </w:rPr>
        <w:t>　　4、不懂问题下课问。</w:t>
      </w:r>
      <w:r>
        <w:rPr>
          <w:lang w:eastAsia="zh-CN"/>
        </w:rPr>
        <w:br/>
      </w:r>
      <w:r>
        <w:rPr>
          <w:lang w:eastAsia="zh-CN"/>
        </w:rPr>
        <w:t>　　5、计算题要认真仔细。</w:t>
      </w:r>
      <w:r>
        <w:rPr>
          <w:lang w:eastAsia="zh-CN"/>
        </w:rPr>
        <w:br/>
      </w:r>
      <w:r>
        <w:rPr>
          <w:lang w:eastAsia="zh-CN"/>
        </w:rPr>
        <w:t>　　6、作业字迹要工整。</w:t>
      </w:r>
      <w:r>
        <w:rPr>
          <w:lang w:eastAsia="zh-CN"/>
        </w:rPr>
        <w:br/>
      </w:r>
      <w:r>
        <w:rPr>
          <w:lang w:eastAsia="zh-CN"/>
        </w:rPr>
        <w:t>　　7、数学书要先预习，上课听的更懂。</w:t>
      </w:r>
      <w:r>
        <w:rPr>
          <w:lang w:eastAsia="zh-CN"/>
        </w:rPr>
        <w:br/>
      </w:r>
      <w:r>
        <w:rPr>
          <w:lang w:eastAsia="zh-CN"/>
        </w:rPr>
        <w:t>　　8、数学争取好成绩。</w:t>
      </w:r>
      <w:r>
        <w:rPr>
          <w:lang w:eastAsia="zh-CN"/>
        </w:rPr>
        <w:br/>
      </w:r>
      <w:r>
        <w:rPr>
          <w:lang w:eastAsia="zh-CN"/>
        </w:rPr>
        <w:t>　　9、配合老师要机急。</w:t>
      </w:r>
      <w:r>
        <w:rPr>
          <w:lang w:eastAsia="zh-CN"/>
        </w:rPr>
        <w:br/>
      </w:r>
      <w:r>
        <w:rPr>
          <w:lang w:eastAsia="zh-CN"/>
        </w:rPr>
        <w:t>　　10、作业不会勤思考，实在不行问老师。</w:t>
      </w:r>
      <w:r>
        <w:rPr>
          <w:lang w:eastAsia="zh-CN"/>
        </w:rPr>
        <w:br/>
      </w:r>
      <w:r>
        <w:rPr>
          <w:lang w:eastAsia="zh-CN"/>
        </w:rPr>
        <w:t>　　做到以上这十点，成绩优先一定行！</w:t>
      </w:r>
      <w:r>
        <w:rPr>
          <w:lang w:eastAsia="zh-CN"/>
        </w:rPr>
        <w:br/>
      </w:r>
      <w:r>
        <w:rPr>
          <w:lang w:eastAsia="zh-CN"/>
        </w:rPr>
        <w:t>　　我一定努力学习，新学期加油！</w:t>
      </w:r>
      <w:r>
        <w:rPr>
          <w:lang w:eastAsia="zh-CN"/>
        </w:rPr>
        <w:br/>
      </w:r>
      <w:r>
        <w:rPr>
          <w:lang w:eastAsia="zh-CN"/>
        </w:rPr>
        <w:t>　　新学期到来了，为了提高我的学习成绩，我给自己制定了一份语文学习计划：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1、课前要提前做好准备工具。</w:t>
      </w:r>
      <w:r>
        <w:rPr>
          <w:lang w:eastAsia="zh-CN"/>
        </w:rPr>
        <w:br/>
      </w:r>
      <w:r>
        <w:rPr>
          <w:lang w:eastAsia="zh-CN"/>
        </w:rPr>
        <w:t>　　2、上课要认真听讲，不东张西望，不和周围的人说悄悄话。</w:t>
      </w:r>
      <w:r>
        <w:rPr>
          <w:lang w:eastAsia="zh-CN"/>
        </w:rPr>
        <w:br/>
      </w:r>
      <w:r>
        <w:rPr>
          <w:lang w:eastAsia="zh-CN"/>
        </w:rPr>
        <w:t>　　3、每天坚持看半个小时课外书。</w:t>
      </w:r>
      <w:r>
        <w:rPr>
          <w:lang w:eastAsia="zh-CN"/>
        </w:rPr>
        <w:br/>
      </w:r>
      <w:r>
        <w:rPr>
          <w:lang w:eastAsia="zh-CN"/>
        </w:rPr>
        <w:t>　　4、资源和练习册的错题要及时改正，不能一天拖一天。</w:t>
      </w:r>
      <w:r>
        <w:rPr>
          <w:lang w:eastAsia="zh-CN"/>
        </w:rPr>
        <w:br/>
      </w:r>
      <w:r>
        <w:rPr>
          <w:lang w:eastAsia="zh-CN"/>
        </w:rPr>
        <w:t>　　5、老师布置的作业要按时时完成。</w:t>
      </w:r>
      <w:r>
        <w:rPr>
          <w:lang w:eastAsia="zh-CN"/>
        </w:rPr>
        <w:br/>
      </w:r>
      <w:r>
        <w:rPr>
          <w:lang w:eastAsia="zh-CN"/>
        </w:rPr>
        <w:t>　　6、生字或者写话作业要写工整，不能胡涂乱画。</w:t>
      </w:r>
      <w:r>
        <w:rPr>
          <w:lang w:eastAsia="zh-CN"/>
        </w:rPr>
        <w:br/>
      </w:r>
      <w:r>
        <w:rPr>
          <w:lang w:eastAsia="zh-CN"/>
        </w:rPr>
        <w:t>　　7、把作文或杂文中的错别字通通消灭掉。</w:t>
      </w:r>
      <w:r>
        <w:rPr>
          <w:lang w:eastAsia="zh-CN"/>
        </w:rPr>
        <w:br/>
      </w:r>
      <w:r>
        <w:rPr>
          <w:lang w:eastAsia="zh-CN"/>
        </w:rPr>
        <w:t>　　8、提前预习新课。</w:t>
      </w:r>
      <w:r>
        <w:rPr>
          <w:lang w:eastAsia="zh-CN"/>
        </w:rPr>
        <w:br/>
      </w:r>
      <w:r>
        <w:rPr>
          <w:lang w:eastAsia="zh-CN"/>
        </w:rPr>
        <w:t>　　如果我按照这些学习计划去做，这学期我就会更棒！</w:t>
      </w:r>
      <w:r>
        <w:rPr>
          <w:lang w:eastAsia="zh-CN"/>
        </w:rPr>
        <w:br/>
      </w:r>
      <w:r>
        <w:rPr>
          <w:lang w:eastAsia="zh-CN"/>
        </w:rPr>
        <w:t>　　疯狂的寒假一天天的过去了，眨眼一个月就过去了，又到了开学的时候。我们又回到快乐、开心的校园里。学校的板报换了，变成了新的。</w:t>
      </w:r>
      <w:r>
        <w:rPr>
          <w:lang w:eastAsia="zh-CN"/>
        </w:rPr>
        <w:br/>
      </w:r>
      <w:r>
        <w:rPr>
          <w:lang w:eastAsia="zh-CN"/>
        </w:rPr>
        <w:t>　　在上个学期里，我犯了一个毛病，这个毛病就是上课开小差，爱说话，不认真听老师讲课。我决心要在这个学期里把这个毛病改掉，争取和这个坏习惯说再见。</w:t>
      </w:r>
      <w:r>
        <w:rPr>
          <w:lang w:eastAsia="zh-CN"/>
        </w:rPr>
        <w:br/>
      </w:r>
      <w:r>
        <w:rPr>
          <w:lang w:eastAsia="zh-CN"/>
        </w:rPr>
        <w:t>　　在这个新的学期里，我要比上个学期更加努力学习，争取进步，不再落后，力争取得好的成绩。另外，我的作文水平也不是很好，在写作文时还经常出现有错别字，这也是因为我粗心大意引起的，所以，这也是我在这个学期里要克服的另一个困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班里安排周一、周三、周五的语文作业是写作文。我计划这几天放学回到家后就先完成作文，写完作文后再看一些与语文课程有关的课外书，多做阅读笔记，积累在阅读过程中出现的一些好词好句子，扩大知识面，还要在平时多写一些阅读的观后感，以锻炼自己的阅读能力，提高写作水平。</w:t>
      </w:r>
      <w:r>
        <w:rPr>
          <w:lang w:eastAsia="zh-CN"/>
        </w:rPr>
        <w:br/>
      </w:r>
      <w:r>
        <w:rPr>
          <w:lang w:eastAsia="zh-CN"/>
        </w:rPr>
        <w:t>　　另外，我觉得最重要的还是要打好自己的语文基础，这样在写作文的时候才能写出好的文章。而打好语文的知识基础，与平时上课的专心听讲是分不开的，所以，我更要在上课时专心听老师讲课，课后按时做好练习和完成作业。“努力学习，争取更大进步！”――这就是我新学期的语文学习计划，我也要监督自己努力去做到、做好！</w:t>
      </w:r>
      <w:r>
        <w:rPr>
          <w:lang w:eastAsia="zh-CN"/>
        </w:rPr>
        <w:br/>
      </w:r>
      <w:r>
        <w:rPr>
          <w:lang w:eastAsia="zh-CN"/>
        </w:rPr>
        <w:t>　　新一学期来临了，在这之际，新年的钟声也渐渐消逝，从过节的快乐中走出，投入紧张的学习。在这段过度期中，定制一个计划，也是对以后学习的一个目标。</w:t>
      </w:r>
      <w:r>
        <w:rPr>
          <w:lang w:eastAsia="zh-CN"/>
        </w:rPr>
        <w:br/>
      </w:r>
      <w:r>
        <w:rPr>
          <w:lang w:eastAsia="zh-CN"/>
        </w:rPr>
        <w:t>　　首先，应该先纠正自己的学习态度。“态度决定一切！”心态是取得成功的`一个非常关键的环节，拥有好的心态，就会拥有好的成绩！</w:t>
      </w:r>
      <w:r>
        <w:rPr>
          <w:lang w:eastAsia="zh-CN"/>
        </w:rPr>
        <w:br/>
      </w:r>
      <w:r>
        <w:rPr>
          <w:lang w:eastAsia="zh-CN"/>
        </w:rPr>
        <w:t>　　在这学期里，要加强自己不擅长的科目，在语文上，除了把课文中的内容、知识掌握好以外，还应多读一些课外书，如名人名著等。还要再想些办法提高自己的阅读、写作能力，不能只想课内不观课外了。</w:t>
      </w:r>
      <w:r>
        <w:rPr>
          <w:lang w:eastAsia="zh-CN"/>
        </w:rPr>
        <w:br/>
      </w:r>
      <w:r>
        <w:rPr>
          <w:lang w:eastAsia="zh-CN"/>
        </w:rPr>
        <w:t>　　不能只明白课本上的习题应怎么做就够了，如果要学好它，就必须在课外再花一些时间来钻研和多做一些试题等。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上课仔细听讲，弄懂每一个问题，作业即使完成，追求质量和速度，回家做好预、复习工作。在空余期间多看一本好书，适当做些娱乐。做到“少在电脑前一会儿，多看一两本好书”，扩展知识面，提高阅读以及协作能力。</w:t>
      </w:r>
      <w:r>
        <w:rPr>
          <w:lang w:eastAsia="zh-CN"/>
        </w:rPr>
        <w:t xml:space="preserve"> “好记性不如烂笔头。”记好每一次的笔记，认真对待每一次的口头作业，只有基础扎实了，才可以累计更多。</w:t>
      </w:r>
      <w:r>
        <w:rPr>
          <w:lang w:eastAsia="zh-CN"/>
        </w:rPr>
        <w:br/>
      </w:r>
      <w:r>
        <w:rPr>
          <w:lang w:eastAsia="zh-CN"/>
        </w:rPr>
        <w:t xml:space="preserve">    六年级语文新学期教学计划书 篇12 </w:t>
      </w:r>
      <w:r>
        <w:rPr>
          <w:lang w:eastAsia="zh-CN"/>
        </w:rPr>
        <w:br/>
      </w:r>
      <w:r>
        <w:rPr>
          <w:lang w:eastAsia="zh-CN"/>
        </w:rPr>
        <w:t>　　带着对春天的渴望，我们又迎来了一个全新的学期，为了使自己的工作能够按部就班的开展，特作本学期教学工作计划如下：</w:t>
      </w:r>
      <w:r>
        <w:rPr>
          <w:lang w:eastAsia="zh-CN"/>
        </w:rPr>
        <w:br/>
      </w:r>
      <w:r>
        <w:rPr>
          <w:lang w:eastAsia="zh-CN"/>
        </w:rPr>
        <w:t>　　一、教学目标</w:t>
      </w:r>
      <w:r>
        <w:rPr>
          <w:lang w:eastAsia="zh-CN"/>
        </w:rPr>
        <w:br/>
      </w:r>
      <w:r>
        <w:rPr>
          <w:lang w:eastAsia="zh-CN"/>
        </w:rPr>
        <w:t>　　语文是最重要的交际工具，是人类文化的重要组成部分，语文素养是学生全面发展和终身发展的基础。在八年级下学期力争使学生达到以下学习目标：</w:t>
      </w:r>
      <w:r>
        <w:rPr>
          <w:lang w:eastAsia="zh-CN"/>
        </w:rPr>
        <w:br/>
      </w:r>
      <w:r>
        <w:rPr>
          <w:lang w:eastAsia="zh-CN"/>
        </w:rPr>
        <w:t>　　1、能熟练的使用工具书独立识字，在使用硬笔熟练地书写正楷字的基础上，学写规范、通行的行楷字，提高书写的速度。</w:t>
      </w:r>
      <w:r>
        <w:rPr>
          <w:lang w:eastAsia="zh-CN"/>
        </w:rPr>
        <w:br/>
      </w:r>
      <w:r>
        <w:rPr>
          <w:lang w:eastAsia="zh-CN"/>
        </w:rPr>
        <w:t>　　2、能用普通话正确、流利、有感情的朗读;养成默读习惯，有一定的速度，阅读一般的现代文每分钟不少于500字;在通读课文的基础上，理清思路，理解主要内容，体味和推敲要词句在语言环境中的意义和作用;对课文的内容和表达有自己的心得，能提出自己的看法和疑问，并能运用合作的方式，共同探讨疑难问题;在阅读中了解叙述、描写、说明、议论和抒情的表达方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3、写作要感情真挚，力求表达自己对自然、社会、人生的独特感受和真切体验;多角度的'观察生活，发现生活的丰富多彩，捕捉事物的特征，力求不创意的表达;写记叙文，做到内容具体，写简单的说明文，休息到明白清楚，根据生活需要，能写简单的日常应用文。</w:t>
      </w:r>
      <w:r>
        <w:rPr>
          <w:lang w:eastAsia="zh-CN"/>
        </w:rPr>
        <w:br/>
      </w:r>
      <w:r>
        <w:rPr>
          <w:lang w:eastAsia="zh-CN"/>
        </w:rPr>
        <w:t>　　4、耐心专注的倾听，能根据对方的话语、表情、手势等，理解对方的观点和意图;自信负责的表达自己的观点，做到清楚、连贯、不偏离话题;注意表情和语气，使说话有感染力和说服力。</w:t>
      </w:r>
      <w:r>
        <w:rPr>
          <w:lang w:eastAsia="zh-CN"/>
        </w:rPr>
        <w:br/>
      </w:r>
      <w:r>
        <w:rPr>
          <w:lang w:eastAsia="zh-CN"/>
        </w:rPr>
        <w:t>　　5、能自主的组织文学活动，在办刊、演出、讨论等活动过程中，体验全作与成功的喜悦;关心学校、本地区和国内外大事，就共同关注的热点问题，搜集资料，相互讨论并能进行成果展示。</w:t>
      </w:r>
      <w:r>
        <w:rPr>
          <w:lang w:eastAsia="zh-CN"/>
        </w:rPr>
        <w:br/>
      </w:r>
      <w:r>
        <w:rPr>
          <w:lang w:eastAsia="zh-CN"/>
        </w:rPr>
        <w:t>　　二、教学资源分析</w:t>
      </w:r>
      <w:r>
        <w:rPr>
          <w:lang w:eastAsia="zh-CN"/>
        </w:rPr>
        <w:br/>
      </w:r>
      <w:r>
        <w:rPr>
          <w:lang w:eastAsia="zh-CN"/>
        </w:rPr>
        <w:t>　　本学期所使用的是全国中小学教材审定委员会审订通过的《义务教育课程标准实验教科书语文八年级下册》。本教材分为阅读和综合性学习两大部分，书后还有课外古诗词背诵、名著导读和附录等内容。其中阅读分为以下六个专题，即人生轨迹、自然、人与自然、民俗、古人的生活与思想;综合性学习也有六个专题，分别是：献给母亲的歌、寻找春天的踪迹、科海泛舟、到民间采风去、古诗苑漫步、背起行囊走四方。该教材有以下突出特点：(1)立足学生实际(2)体现现代意识(3)弘扬人文精神(4)突出开放性(5)注重策略引导。( 6 )学校有《教学参考书》，(7)上网可以随时查询资料。</w:t>
      </w:r>
      <w:r>
        <w:rPr>
          <w:lang w:eastAsia="zh-CN"/>
        </w:rPr>
        <w:br/>
      </w:r>
      <w:r>
        <w:rPr>
          <w:lang w:eastAsia="zh-CN"/>
        </w:rPr>
        <w:t>　　三、学生基本情况分析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本学期的任课班级为八年级一、二班，其中一班有学生30人，二班学生30人。两个班学生共同的特点是：绝大部分学生的语文素养不高，基础知识掌握不扎实，没有形成良好的学习习惯，缺乏浓厚的学习热情。通过一年半的教学，只有个别学生有语文学习方面有了较大程度的提高，本学期希望在一学期的教学工作结束后，能使多数学生养成良好的自学能力，并且语文素养也有一定的提高。</w:t>
      </w:r>
      <w:r>
        <w:rPr>
          <w:lang w:eastAsia="zh-CN"/>
        </w:rPr>
        <w:br/>
      </w:r>
      <w:r>
        <w:rPr>
          <w:lang w:eastAsia="zh-CN"/>
        </w:rPr>
        <w:t>　　四、教学方法设计</w:t>
      </w:r>
      <w:r>
        <w:rPr>
          <w:lang w:eastAsia="zh-CN"/>
        </w:rPr>
        <w:br/>
      </w:r>
      <w:r>
        <w:rPr>
          <w:lang w:eastAsia="zh-CN"/>
        </w:rPr>
        <w:t>　　通过对本学期教学内容和学生实际情况的分析了解，预设以下教学方式、策略、方法与手段：</w:t>
      </w:r>
      <w:r>
        <w:rPr>
          <w:lang w:eastAsia="zh-CN"/>
        </w:rPr>
        <w:br/>
      </w:r>
      <w:r>
        <w:rPr>
          <w:lang w:eastAsia="zh-CN"/>
        </w:rPr>
        <w:t>　　1、默读课文，迅速抓住课文中的人物、时间、地点、事件发生的经过，了解事件的梗概，把握课文主要内容。</w:t>
      </w:r>
      <w:r>
        <w:rPr>
          <w:lang w:eastAsia="zh-CN"/>
        </w:rPr>
        <w:br/>
      </w:r>
      <w:r>
        <w:rPr>
          <w:lang w:eastAsia="zh-CN"/>
        </w:rPr>
        <w:t>　　2、加强默读方法的练习，重视语言的积累、体验和评价。注重跨学科学习和现代科技手段的运用。</w:t>
      </w:r>
      <w:r>
        <w:rPr>
          <w:lang w:eastAsia="zh-CN"/>
        </w:rPr>
        <w:br/>
      </w:r>
      <w:r>
        <w:rPr>
          <w:lang w:eastAsia="zh-CN"/>
        </w:rPr>
        <w:t>　　3、八年级的学生，有了一定的预习能力，在教学过程中，要注重学生自主、合作、探究学习方式的进一步形成，合作交流应强调语言运用的规范性。</w:t>
      </w:r>
      <w:r>
        <w:rPr>
          <w:lang w:eastAsia="zh-CN"/>
        </w:rPr>
        <w:br/>
      </w:r>
      <w:r>
        <w:rPr>
          <w:lang w:eastAsia="zh-CN"/>
        </w:rPr>
        <w:t>　　4、语文学习重在积累。因此，平时将定期不定期地向学生推荐一些好的文章、好的诗词等。增加学生的日常积累。同时，要求学生尽可能多接触一些课外读物，多关心一些时事，多看一些报纸杂志、时文，以拓展学生的眼界。本学期推荐名著《名人传》、《三国演义》。</w:t>
      </w:r>
      <w:r>
        <w:rPr>
          <w:lang w:eastAsia="zh-CN"/>
        </w:rPr>
        <w:br/>
      </w:r>
      <w:r>
        <w:rPr>
          <w:lang w:eastAsia="zh-CN"/>
        </w:rPr>
        <w:t>　　5、多给学生一些实践的机会，如让学生自己办手抄报等，让学生在实践中提高自己的能力。鼓励学生利用课余时间常练习字，养成书写规范、端正、整洁的习惯。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6、优化作业管理，培养学生自主学习，自我管理，加强课代表，小组长的模范带头作用和监督作用，力争做到每课过关，单元过关。作业的布置和批改要有所区别，要因人而异，充分照顾到不同学生的特点。</w:t>
      </w:r>
      <w:r>
        <w:rPr>
          <w:lang w:eastAsia="zh-CN"/>
        </w:rPr>
        <w:br/>
      </w:r>
      <w:r>
        <w:rPr>
          <w:lang w:eastAsia="zh-CN"/>
        </w:rPr>
        <w:t xml:space="preserve">    六年级语文新学期教学计划书 篇13 </w:t>
      </w:r>
      <w:r>
        <w:rPr>
          <w:lang w:eastAsia="zh-CN"/>
        </w:rPr>
        <w:br/>
      </w:r>
      <w:r>
        <w:rPr>
          <w:lang w:eastAsia="zh-CN"/>
        </w:rPr>
        <w:t>　　孔子说：“知之者不如好知者，好知者不如乐知者。”这也就说明了学习一定要对所学的知识感兴趣，有兴趣去学习，是学好的根本，学习语文也一样。</w:t>
      </w:r>
      <w:r>
        <w:rPr>
          <w:lang w:eastAsia="zh-CN"/>
        </w:rPr>
        <w:br/>
      </w:r>
      <w:r>
        <w:rPr>
          <w:lang w:eastAsia="zh-CN"/>
        </w:rPr>
        <w:t>　　只要有了学习语文的兴趣，才会发觉其中的乐趣，发现了学习的乐趣，才有助于我们去持之以恒地学习语文，没有持之以恒的精神，根本学不好语文。有的同学认为语文很无聊，要背记的东西太多，所以根本不想去学，成绩当然也就上不去，所以，兴趣对学习来说是很重要的。</w:t>
      </w:r>
      <w:r>
        <w:rPr>
          <w:lang w:eastAsia="zh-CN"/>
        </w:rPr>
        <w:br/>
      </w:r>
      <w:r>
        <w:rPr>
          <w:lang w:eastAsia="zh-CN"/>
        </w:rPr>
        <w:t>　　其次，学习语文是一个积累的过程，不可一蹴而就，只有长期的积累才能使语文学得更好。积累也就需要大量地阅读与背诵，当我们空闲的时候，读一读，好的书籍或文章不仅能丰富知识，还能陶冶你的性情。不过，不能只是读，还要思考，我们应准备一个记录与摘抄的本子，在阅读的过程中将遇到的好的句子抄下来，并不时地看看，让它们变为自己的东西，当遇到疑点，难点时，也要记下来，与旁人讨论，听取别人的看法。这样才会有所长进，水平才会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而且，阅读量大，知识就会十分丰富，一个人的素质也会提高，眼界就会更广，况且，写作也需要素材，只有多看书，多留心身边的事，将书中所讲与现实生活相联系起来，写作时才会思如泉涌，写出的文章才是好的文章。古语云：“读书破万卷，下笔如有神。”也就是说只有多读书，才能写出好文章。大都知道这是什么意思，但做到前一句的人却不多，真正喜爱阅读的并能从中得到知识的人更是少之又少，所以，能写出好作文的人也不多。</w:t>
      </w:r>
      <w:r>
        <w:rPr>
          <w:lang w:eastAsia="zh-CN"/>
        </w:rPr>
        <w:br/>
      </w:r>
      <w:r>
        <w:rPr>
          <w:lang w:eastAsia="zh-CN"/>
        </w:rPr>
        <w:t>　　但我们要做这样的人，也就是说，我们要学会阅读，要喜欢去阅读，当我们看一本书或者一篇文章的时候，要去思考它的内涵，去思考它的写作方法，去思考作者的思路，再把其中好的方面运用到自己的写作中，取人之长以补己之短。还有，要好问，要记住不懂就要问，特别是读课外的古文言文，古诗、词时，其中有些字、词、句我们不能完全理解的，这就需要去查工具书，如果工具书中查不到，或者查了之后仍然不太明白，就要及时去问老师，及时地弄明白，这样才能学好古诗文，切记千万不能不懂装懂，使自己的心中留下疑惑，因为日月积累，会使心中的疑惑越来越大。</w:t>
      </w:r>
      <w:r>
        <w:rPr>
          <w:lang w:eastAsia="zh-CN"/>
        </w:rPr>
        <w:br/>
      </w:r>
      <w:r>
        <w:rPr>
          <w:lang w:eastAsia="zh-CN"/>
        </w:rPr>
        <w:t>　　语文就是一门艺术，它需要我们从读、说、写三方面去学习，去品味，去发扬，读就是要去获取知识，去欣赏。语文这门艺术，而说与写则是我们对语文的体现，是我们学习语文真正的目的。既然就样，我校就更应该利用空闲的时间去练习写作，多写才能提高，才能真正把文章写好，在与别人的交谈中，学会运用自己从阅读中获取的知识，这样，我们就能将语文与生活联系起来。</w:t>
      </w:r>
      <w:r>
        <w:rPr>
          <w:lang w:eastAsia="zh-CN"/>
        </w:rPr>
        <w:br/>
      </w:r>
      <w:r>
        <w:rPr>
          <w:lang w:eastAsia="zh-CN"/>
        </w:rPr>
        <w:t xml:space="preserve">    六年级语文新学期教学计划书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又是一个新学期了,没办法，一想到学习计划，我脑中浮现的就是新学期这三个字。经过了高一一年的学习，我想我对于高中的学习情况已经有了很大的适应，在这一年的学习生活中我也改掉了很多不好的习惯，最大的一点就是开始知道什么才算得上是认真学习。</w:t>
      </w:r>
      <w:r>
        <w:rPr>
          <w:lang w:eastAsia="zh-CN"/>
        </w:rPr>
        <w:br/>
      </w:r>
      <w:r>
        <w:rPr>
          <w:lang w:eastAsia="zh-CN"/>
        </w:rPr>
        <w:t>　　首先，我认为，学习中不可忽略的一点就是要学会分析自己的学习特点，像我理解能力还可以，老师讲的东西不是不懂，但却总出错(用家长们的话说就是不认真)，而且对于一些死记硬背才能学会的东西总觉得不耐烦，因此，在这点上，我希望自己能在新学期里对待学习更认真，更有耐心。</w:t>
      </w:r>
      <w:r>
        <w:rPr>
          <w:lang w:eastAsia="zh-CN"/>
        </w:rPr>
        <w:br/>
      </w:r>
      <w:r>
        <w:rPr>
          <w:lang w:eastAsia="zh-CN"/>
        </w:rPr>
        <w:t>　　其次，我觉得，在学习中，确定学习目标也是很重要的，学习目标是学生学习努力的方向，正确的学习目标更是能催人奋进。反之，没有目标的学习，就是对时光一种极大的浪费。所以，我暂时的目标就是先进入全班前10名，而对于我较弱的语文我会努力，让它也有所进步。</w:t>
      </w:r>
      <w:r>
        <w:rPr>
          <w:lang w:eastAsia="zh-CN"/>
        </w:rPr>
        <w:br/>
      </w:r>
      <w:r>
        <w:rPr>
          <w:lang w:eastAsia="zh-CN"/>
        </w:rPr>
        <w:t>　　最后，也是最关键的一点，就是要科学安排时间，没有合理的安排，再好的计划也会付之东流。所以，在新学期里，我最要学会的就是要合理安排学习、娱乐、休息的时间，要把每一点一滴宝贵的时间都抓紧。</w:t>
      </w:r>
      <w:r>
        <w:rPr>
          <w:lang w:eastAsia="zh-CN"/>
        </w:rPr>
        <w:br/>
      </w:r>
      <w:r>
        <w:rPr>
          <w:lang w:eastAsia="zh-CN"/>
        </w:rPr>
        <w:t>　　计划写完了，我想，按照惯例，似乎还应该加上几句鼓励的话，但我觉得，有一句话会胜过许许多多鼓励的语言，那么，我就以它作为我学习计划的结尾吧，那就是定了计划，就一定要实行。</w:t>
      </w:r>
      <w:r>
        <w:rPr>
          <w:lang w:eastAsia="zh-CN"/>
        </w:rPr>
        <w:br/>
      </w:r>
      <w:r>
        <w:rPr>
          <w:lang w:eastAsia="zh-CN"/>
        </w:rPr>
        <w:t>　　2.也需要你自己结合自己的情况修改。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新的学期又到了，在这关键的时期里，我要认真，仔细地规划每一分钟。认真投入到学习中。曾经有一位老师对我说，态度决定一切，要以良好的态度去面对学习。挑战自己，相信自己，我个人认为，人一生的时间的有限的，时间不等人，因为这是我初中生涯的最后一段时间，我不会放过从我身边中的每一份时间，挣取把握好身边的每分每秒。</w:t>
      </w:r>
      <w:r>
        <w:rPr>
          <w:lang w:eastAsia="zh-CN"/>
        </w:rPr>
        <w:br/>
      </w:r>
      <w:r>
        <w:rPr>
          <w:lang w:eastAsia="zh-CN"/>
        </w:rPr>
        <w:t>　　环顾学习生涯，我觉得最薄弱的科目是语文，化学。强项是语文和物理。每次月考都有化学，语文拉分，我认为在这些方面我应该加强。我觉得首先应该做到的是应该认真听课，将老师课上所讲内容完全消化，让思维与老师同步。一般先以课本为先，书上的内容是基础。在掌握的基础上，做专项训练，按层次补缺和提高。我还需要建立一本错题集，将在练习中做错的.题目和尚未弄懂的题目及时记录下来，逐一解决，形成巩固。在复习中应该提倡务实精神，也应该重视规范化和格式化，要养成科学，严谨的态度。因为任何一次不规范的答题都有可能造成失分。</w:t>
      </w:r>
      <w:r>
        <w:rPr>
          <w:lang w:eastAsia="zh-CN"/>
        </w:rPr>
        <w:br/>
      </w:r>
      <w:r>
        <w:rPr>
          <w:lang w:eastAsia="zh-CN"/>
        </w:rPr>
        <w:t>　　1.因为我最薄弱的一项科目是语文，成绩处于中等水平，作文干巴巴的，不生动。</w:t>
      </w:r>
      <w:r>
        <w:rPr>
          <w:lang w:eastAsia="zh-CN"/>
        </w:rPr>
        <w:br/>
      </w:r>
      <w:r>
        <w:rPr>
          <w:lang w:eastAsia="zh-CN"/>
        </w:rPr>
        <w:t>　　空闲时间多看课外书，每天记1～2条好词佳句,按老师的指导进行写作练习。争取每次作文练习都在95分以上。</w:t>
      </w:r>
      <w:r>
        <w:rPr>
          <w:lang w:eastAsia="zh-CN"/>
        </w:rPr>
        <w:br/>
      </w:r>
      <w:r>
        <w:rPr>
          <w:lang w:eastAsia="zh-CN"/>
        </w:rPr>
        <w:t>　　2.提前老师的讲解做考纲和全品的题目，前天晚上认真预习。多做深，精的题目，拓展思维。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3.每天坚持朗读外语作品，养成良好的语感。认真识记考纲后面的单词，严格避免中考因单词而失分。认真复习和预习全品的考点聚焦和附录，要求重点掌握语法，句型。注意活学活用。</w:t>
      </w:r>
      <w:r>
        <w:rPr>
          <w:lang w:eastAsia="zh-CN"/>
        </w:rPr>
        <w:br/>
      </w:r>
      <w:r>
        <w:rPr>
          <w:lang w:eastAsia="zh-CN"/>
        </w:rPr>
        <w:t>　　4.循环复习和背诵常用原子质量表，元素化合价，酸、碱、盐溶解表，严格避免因为忘记它们而在中考中失分。认真识记和归纳老师给出的化学方程式，要求活学活用，知道反应条件，反应结果。</w:t>
      </w:r>
      <w:r>
        <w:rPr>
          <w:lang w:eastAsia="zh-CN"/>
        </w:rPr>
        <w:br/>
      </w:r>
      <w:r>
        <w:rPr>
          <w:lang w:eastAsia="zh-CN"/>
        </w:rPr>
        <w:t>　　5.认真识记物理公式，物质常量，电学和光学是物理里我最薄弱的环节，我要跟随老师的总复习，认真，仔细的巩固电学和光学知识。根据考纲认真复习各点知识，按时完成作业，做笔记。</w:t>
      </w:r>
      <w:r>
        <w:rPr>
          <w:lang w:eastAsia="zh-CN"/>
        </w:rPr>
        <w:br/>
      </w:r>
      <w:r>
        <w:rPr>
          <w:lang w:eastAsia="zh-CN"/>
        </w:rPr>
        <w:t>　　6.根据考纲认真复习历史知识点，在未来的2个多月里循环复习，加强记忆，认真记忆老师归纳的口诀，表格，利用它们能很好的记忆知识点，关注今年发生的时事，联系时事与中学历史的联系。</w:t>
      </w:r>
      <w:r>
        <w:rPr>
          <w:lang w:eastAsia="zh-CN"/>
        </w:rPr>
        <w:br/>
      </w:r>
      <w:r>
        <w:rPr>
          <w:lang w:eastAsia="zh-CN"/>
        </w:rPr>
        <w:t>　　7.根据考纲与全品上面的题目和知识点循环复习，背诵。由于今年中考政治变得很活，所以不能死记硬背，要活学活用，认真参考其他地市的中考题目。</w:t>
      </w:r>
      <w:r>
        <w:rPr>
          <w:lang w:eastAsia="zh-CN"/>
        </w:rPr>
        <w:br/>
      </w:r>
      <w:r>
        <w:rPr>
          <w:lang w:eastAsia="zh-CN"/>
        </w:rPr>
        <w:t>　　高中新学期语文学习计划表制定就分享到这里了，希望对您有所帮助，更多相关信息请继续关注高三语文学习方法栏目!</w:t>
      </w:r>
      <w:r>
        <w:rPr>
          <w:lang w:eastAsia="zh-CN"/>
        </w:rPr>
        <w:br/>
      </w:r>
      <w:r>
        <w:rPr>
          <w:lang w:eastAsia="zh-CN"/>
        </w:rPr>
        <w:t xml:space="preserve">    六年级语文新学期教学计划书 篇15 </w:t>
      </w:r>
      <w:r>
        <w:rPr>
          <w:lang w:eastAsia="zh-CN"/>
        </w:rPr>
        <w:br/>
      </w:r>
      <w:r>
        <w:rPr>
          <w:lang w:eastAsia="zh-CN"/>
        </w:rPr>
        <w:t>　　明天就要开学了，我就要是三年级的学生了，我非常高兴。我给自己制定了一个新的学习计划。</w:t>
      </w:r>
      <w:r>
        <w:rPr>
          <w:lang w:eastAsia="zh-CN"/>
        </w:rPr>
        <w:br/>
      </w:r>
      <w:r>
        <w:rPr>
          <w:lang w:eastAsia="zh-CN"/>
        </w:rPr>
        <w:t>　　一、学习方面</w:t>
      </w:r>
      <w:r>
        <w:rPr>
          <w:lang w:eastAsia="zh-CN"/>
        </w:rPr>
        <w:br/>
      </w:r>
      <w:r>
        <w:rPr>
          <w:lang w:eastAsia="zh-CN"/>
        </w:rPr>
        <w:t>　　1、老师布置的作业要按时完成。</w:t>
      </w:r>
      <w:r>
        <w:rPr>
          <w:lang w:eastAsia="zh-CN"/>
        </w:rPr>
        <w:br/>
      </w:r>
      <w:r>
        <w:rPr>
          <w:lang w:eastAsia="zh-CN"/>
        </w:rPr>
        <w:t>　　2、每门功课的考试成绩都要在98分以上(争取吧)</w:t>
      </w:r>
      <w:r>
        <w:rPr>
          <w:lang w:eastAsia="zh-CN"/>
        </w:rPr>
        <w:br/>
      </w:r>
      <w:r>
        <w:rPr>
          <w:lang w:eastAsia="zh-CN"/>
        </w:rPr>
        <w:t>　　3、仔细、认真的听老师讲课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4、老师上课提问时，要积极、大胆的举手发言，哪怕是发言错了，老师也不会怪你。</w:t>
      </w:r>
      <w:r>
        <w:rPr>
          <w:lang w:eastAsia="zh-CN"/>
        </w:rPr>
        <w:br/>
      </w:r>
      <w:r>
        <w:rPr>
          <w:lang w:eastAsia="zh-CN"/>
        </w:rPr>
        <w:t>　　5、学习新课的时候，要做到课前预习，课后复习。</w:t>
      </w:r>
      <w:r>
        <w:rPr>
          <w:lang w:eastAsia="zh-CN"/>
        </w:rPr>
        <w:br/>
      </w:r>
      <w:r>
        <w:rPr>
          <w:lang w:eastAsia="zh-CN"/>
        </w:rPr>
        <w:t>　　二、纪律方面</w:t>
      </w:r>
      <w:r>
        <w:rPr>
          <w:lang w:eastAsia="zh-CN"/>
        </w:rPr>
        <w:br/>
      </w:r>
      <w:r>
        <w:rPr>
          <w:lang w:eastAsia="zh-CN"/>
        </w:rPr>
        <w:t>　　1、上课坐端正</w:t>
      </w:r>
      <w:r>
        <w:rPr>
          <w:lang w:eastAsia="zh-CN"/>
        </w:rPr>
        <w:br/>
      </w:r>
      <w:r>
        <w:rPr>
          <w:lang w:eastAsia="zh-CN"/>
        </w:rPr>
        <w:t>　　2、上课不开小差，不说话，不打闹</w:t>
      </w:r>
      <w:r>
        <w:rPr>
          <w:lang w:eastAsia="zh-CN"/>
        </w:rPr>
        <w:br/>
      </w:r>
      <w:r>
        <w:rPr>
          <w:lang w:eastAsia="zh-CN"/>
        </w:rPr>
        <w:t>　　3、老师在讲课时，不要乱发言</w:t>
      </w:r>
      <w:r>
        <w:rPr>
          <w:lang w:eastAsia="zh-CN"/>
        </w:rPr>
        <w:br/>
      </w:r>
      <w:r>
        <w:rPr>
          <w:lang w:eastAsia="zh-CN"/>
        </w:rPr>
        <w:t>　　三、读书方面</w:t>
      </w:r>
      <w:r>
        <w:rPr>
          <w:lang w:eastAsia="zh-CN"/>
        </w:rPr>
        <w:br/>
      </w:r>
      <w:r>
        <w:rPr>
          <w:lang w:eastAsia="zh-CN"/>
        </w:rPr>
        <w:t>　　1、这个学期我要在闲暇时间多读书，读好书</w:t>
      </w:r>
      <w:r>
        <w:rPr>
          <w:lang w:eastAsia="zh-CN"/>
        </w:rPr>
        <w:br/>
      </w:r>
      <w:r>
        <w:rPr>
          <w:lang w:eastAsia="zh-CN"/>
        </w:rPr>
        <w:t>　　2、每天写日记、争取多写文</w:t>
      </w:r>
      <w:r>
        <w:rPr>
          <w:lang w:eastAsia="zh-CN"/>
        </w:rPr>
        <w:br/>
      </w:r>
      <w:r>
        <w:rPr>
          <w:lang w:eastAsia="zh-CN"/>
        </w:rPr>
        <w:t>　　四、其他方面</w:t>
      </w:r>
      <w:r>
        <w:rPr>
          <w:lang w:eastAsia="zh-CN"/>
        </w:rPr>
        <w:br/>
      </w:r>
      <w:r>
        <w:rPr>
          <w:lang w:eastAsia="zh-CN"/>
        </w:rPr>
        <w:t>　　跟同学之间要互相帮助，团结友爱。多向那些学习好的同学学习，学习他们的优点。体育方面：我每天要争取锻炼半个小时，在体育各方面都要达标。</w:t>
      </w:r>
      <w:r>
        <w:rPr>
          <w:lang w:eastAsia="zh-CN"/>
        </w:rPr>
        <w:br/>
      </w:r>
      <w:r>
        <w:rPr>
          <w:lang w:eastAsia="zh-CN"/>
        </w:rPr>
        <w:t>　　新学期新的我，我会按照新计划执行，我相信三年级会有一个崭新的我展现在大家面前</w:t>
      </w:r>
      <w:r>
        <w:rPr>
          <w:lang w:eastAsia="zh-CN"/>
        </w:rPr>
        <w:br/>
      </w:r>
      <w:r>
        <w:rPr>
          <w:lang w:eastAsia="zh-CN"/>
        </w:rPr>
        <w:t xml:space="preserve">    六年级语文新学期教学计划书 篇16 </w:t>
      </w:r>
      <w:r>
        <w:rPr>
          <w:lang w:eastAsia="zh-CN"/>
        </w:rPr>
        <w:br/>
      </w:r>
      <w:r>
        <w:rPr>
          <w:lang w:eastAsia="zh-CN"/>
        </w:rPr>
        <w:t>　　1、上课要认真听讲，跟着老师走</w:t>
      </w:r>
      <w:r>
        <w:rPr>
          <w:lang w:eastAsia="zh-CN"/>
        </w:rPr>
        <w:br/>
      </w:r>
      <w:r>
        <w:rPr>
          <w:lang w:eastAsia="zh-CN"/>
        </w:rPr>
        <w:t>　　2、选择一本适合自己的文言文辅导书</w:t>
      </w:r>
      <w:r>
        <w:rPr>
          <w:lang w:eastAsia="zh-CN"/>
        </w:rPr>
        <w:br/>
      </w:r>
      <w:r>
        <w:rPr>
          <w:lang w:eastAsia="zh-CN"/>
        </w:rPr>
        <w:t>　　3、学会适应初中生活</w:t>
      </w:r>
      <w:r>
        <w:rPr>
          <w:lang w:eastAsia="zh-CN"/>
        </w:rPr>
        <w:br/>
      </w:r>
      <w:r>
        <w:rPr>
          <w:lang w:eastAsia="zh-CN"/>
        </w:rPr>
        <w:t>　　4、把基础(字词，古诗，文言文注释，文学常识)打牢</w:t>
      </w:r>
      <w:r>
        <w:rPr>
          <w:lang w:eastAsia="zh-CN"/>
        </w:rPr>
        <w:br/>
      </w:r>
      <w:r>
        <w:rPr>
          <w:lang w:eastAsia="zh-CN"/>
        </w:rPr>
        <w:t>　　5、多阅读名著</w:t>
      </w:r>
      <w:r>
        <w:rPr>
          <w:lang w:eastAsia="zh-CN"/>
        </w:rPr>
        <w:br/>
      </w:r>
    </w:p>
    <w:p w:rsidR="001B1F19" w14:textId="27C3F48A">
      <w:pPr>
        <w:rPr>
          <w:rFonts w:hint="eastAsia"/>
          <w:lang w:eastAsia="zh-CN"/>
        </w:rPr>
      </w:pPr>
      <w:r>
        <w:rPr>
          <w:lang w:eastAsia="zh-CN"/>
        </w:rPr>
        <w:t>　　6、注意总结文言文的知识</w:t>
      </w:r>
      <w:r>
        <w:rPr>
          <w:lang w:eastAsia="zh-CN"/>
        </w:rPr>
        <w:br/>
      </w:r>
      <w:r>
        <w:rPr>
          <w:lang w:eastAsia="zh-CN"/>
        </w:rPr>
        <w:t>　　第一：主要是多看参考书，看字词句。</w:t>
      </w:r>
      <w:r>
        <w:rPr>
          <w:lang w:eastAsia="zh-CN"/>
        </w:rPr>
        <w:br/>
      </w:r>
      <w:r>
        <w:rPr>
          <w:lang w:eastAsia="zh-CN"/>
        </w:rPr>
        <w:t>　　第二：提高阅读能力的方法就是上课听老师讲多记笔记，把作者的意图整懂，明白他写的是什么，表达的是什么。</w:t>
      </w:r>
      <w:r>
        <w:rPr>
          <w:lang w:eastAsia="zh-CN"/>
        </w:rPr>
        <w:br/>
      </w:r>
      <w:r>
        <w:rPr>
          <w:lang w:eastAsia="zh-CN"/>
        </w:rPr>
        <w:t>　　写作文不仅靠多读书而且还要有写作的基础，就是写议论文就要以一件事展开讨论，比如这件事的好处坏处，对社会的影响等着手写。</w:t>
      </w:r>
      <w:r>
        <w:rPr>
          <w:lang w:eastAsia="zh-CN"/>
        </w:rPr>
        <w:br/>
      </w:r>
      <w:r>
        <w:rPr>
          <w:lang w:eastAsia="zh-CN"/>
        </w:rPr>
        <w:t>　　我认为上补习班没用，本来上了一周的课还要补习，身体和心理都着不住，心情也就不好，上课就没有激情了。如果真要上补习班，那就是班上的尖子生，像我们这些普通人就耐不住板凳上的折磨。</w:t>
      </w:r>
      <w:r>
        <w:rPr>
          <w:lang w:eastAsia="zh-CN"/>
        </w:rPr>
        <w:br/>
      </w:r>
      <w:r>
        <w:rPr>
          <w:lang w:eastAsia="zh-CN"/>
        </w:rPr>
        <w:t>　　第三：文言文要多注意实词虚词总结归纳，基本上参考书上有</w:t>
      </w:r>
      <w:r>
        <w:rPr>
          <w:lang w:eastAsia="zh-CN"/>
        </w:rPr>
        <w:br/>
      </w:r>
      <w:r>
        <w:rPr>
          <w:lang w:eastAsia="zh-CN"/>
        </w:rPr>
        <w:t>　　语文新学期学习计划书初三(二)金秋绽放，我们迈着梦想的步伐，踏入最后一个学年属于我们的一鸣中学。</w:t>
      </w:r>
      <w:r>
        <w:rPr>
          <w:lang w:eastAsia="zh-CN"/>
        </w:rPr>
        <w:br/>
      </w:r>
      <w:r>
        <w:rPr>
          <w:lang w:eastAsia="zh-CN"/>
        </w:rPr>
        <w:t>　　到初三了，梦想的羽翼渐渐展开，等待着飞翔的那一天。你是画家吗?你有描绘你美丽而灿烂的未来吗?可是，实现梦想需要时间，需要过程，中考则是一个必须跨过去的门槛，它高不高，则看你的内心，心中所想，不一定实现，但心中不想，一定不会实现，所以心中要有一个目标;你能不能跨过这个门槛，则看你的行动，有行动不一定成功，但不行动一定不会成功，所以一定要勤奋。</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https://d.book118.com/646031211055010051</w:t>
        </w:r>
      </w:hyperlink>
    </w:p>
    <w:p w:rsidR="001B1F19">
      <w:pPr>
        <w:rPr>
          <w:rFonts w:hint="eastAsia"/>
          <w:lang w:eastAsia="zh-CN"/>
        </w:rPr>
      </w:pPr>
    </w:p>
    <w:sectPr>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4603121105501005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