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2024社区爱老敬老活动总结（35篇）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2024社区爱老敬老活动总结（精选35篇）</w:t>
      </w:r>
      <w:r>
        <w:rPr>
          <w:lang w:eastAsia="zh-CN"/>
        </w:rPr>
        <w:br/>
      </w:r>
      <w:r>
        <w:rPr>
          <w:lang w:eastAsia="zh-CN"/>
        </w:rPr>
        <w:t xml:space="preserve">    2024社区爱老敬老活动总结 篇1 </w:t>
      </w:r>
      <w:r>
        <w:rPr>
          <w:lang w:eastAsia="zh-CN"/>
        </w:rPr>
        <w:br/>
      </w:r>
      <w:r>
        <w:rPr>
          <w:lang w:eastAsia="zh-CN"/>
        </w:rPr>
        <w:t>　　为弘扬中华民族尊老敬老的传统美德，进一步营造爱老助老的良好社会氛围，着力营造敬老爱老助老的良好社会风气，我社区积极开展精心组织了一系列敬老爱老活动。现将我社区敬老月活动总结如下：</w:t>
      </w:r>
      <w:r>
        <w:rPr>
          <w:lang w:eastAsia="zh-CN"/>
        </w:rPr>
        <w:br/>
      </w:r>
      <w:r>
        <w:rPr>
          <w:lang w:eastAsia="zh-CN"/>
        </w:rPr>
        <w:t>　　首先，按街道要求，利用社区板报、宣传栏、电子屏等各种宣传形式，在小区宣传栏制作了一期“重阳节”宣传版报和两条敬老月宣传横幅，大力营造爱老敬老的舆论氛围，强化了社区的爱老敬老意识。</w:t>
      </w:r>
      <w:r>
        <w:rPr>
          <w:lang w:eastAsia="zh-CN"/>
        </w:rPr>
        <w:br/>
      </w:r>
      <w:r>
        <w:rPr>
          <w:lang w:eastAsia="zh-CN"/>
        </w:rPr>
        <w:t>　　其次，从实际出发，结合本社区的特点，开展了一系列重阳节走访慰问活动。</w:t>
      </w:r>
      <w:r>
        <w:rPr>
          <w:lang w:eastAsia="zh-CN"/>
        </w:rPr>
        <w:br/>
      </w:r>
      <w:r>
        <w:rPr>
          <w:lang w:eastAsia="zh-CN"/>
        </w:rPr>
        <w:t>　　一、对80岁低保困难老人发放500元的慰问金，为老人送上了重阳节日的祝福。</w:t>
      </w:r>
      <w:r>
        <w:rPr>
          <w:lang w:eastAsia="zh-CN"/>
        </w:rPr>
        <w:br/>
      </w:r>
      <w:r>
        <w:rPr>
          <w:lang w:eastAsia="zh-CN"/>
        </w:rPr>
        <w:t>　　二、按上级党组织安排，看望并走访了本社区80岁以上、困难老党员，为他们送去了节日的祝福。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三、开展健康讲座，请鹰华眼科的医生到社区为老年人免费进行检查，受益人达到了100余人，深受老年人的欢迎。最后，组织青年志愿者，对辖区特困、孤寡老年人进行家庭清洁、陪伴谈心等服务，弘扬了中华民族敬老爱老的传统美德。</w:t>
      </w:r>
      <w:r>
        <w:rPr>
          <w:lang w:eastAsia="zh-CN"/>
        </w:rPr>
        <w:br/>
      </w:r>
      <w:r>
        <w:rPr>
          <w:lang w:eastAsia="zh-CN"/>
        </w:rPr>
        <w:t xml:space="preserve">    2024社区爱老敬老活动总结 篇2 </w:t>
      </w:r>
      <w:r>
        <w:rPr>
          <w:lang w:eastAsia="zh-CN"/>
        </w:rPr>
        <w:br/>
      </w:r>
      <w:r>
        <w:rPr>
          <w:lang w:eastAsia="zh-CN"/>
        </w:rPr>
        <w:t>　　每年的金秋10月，都涵盖着传统节日重阳节，也是敬老月，20__年10月，为了弘扬中华民族尊老敬老的传统美德，进一步营造尊老爱老敬老助老的浓厚的良好氛围，提升老年人的生活质量，在“敬老月”期间，半月亭社区开展了敬老系列活动。</w:t>
      </w:r>
      <w:r>
        <w:rPr>
          <w:lang w:eastAsia="zh-CN"/>
        </w:rPr>
        <w:br/>
      </w:r>
      <w:r>
        <w:rPr>
          <w:lang w:eastAsia="zh-CN"/>
        </w:rPr>
        <w:t>　　“敬老月”期间，社区通过展板、悬挂横幅等形式深入开展宣传活动、营造敬老爱老浓厚氛围。开展了“关爱独居老人宣传安全知识”的敬老月志愿服务活动。随着人口老龄化趋势的加快，辖区内独居老人家庭增多，为提高老年人自防自救的能力，凝聚美德，激发正能量，20__年10月9日上午，社区组织志愿者走进辖区的9户独居老人家中，并向他们宣传安全知识，让他们了解学习日常的应急求救电话，提高老人们的安全意识和自我保护意识。</w:t>
      </w:r>
      <w:r>
        <w:rPr>
          <w:lang w:eastAsia="zh-CN"/>
        </w:rPr>
        <w:br/>
      </w:r>
      <w:r>
        <w:rPr>
          <w:lang w:eastAsia="zh-CN"/>
        </w:rPr>
        <w:t>　　通过敬老月系列活动的开展，丰富了老年人的精神文化生活，实现了社区老年朋友老有所乐，让老年人感受到党和政府以及全社会的关怀和温暖，营造出尊老、爱老、敬老的和谐氛围。</w:t>
      </w:r>
      <w:r>
        <w:rPr>
          <w:lang w:eastAsia="zh-CN"/>
        </w:rPr>
        <w:br/>
      </w:r>
      <w:r>
        <w:rPr>
          <w:lang w:eastAsia="zh-CN"/>
        </w:rPr>
        <w:t xml:space="preserve">    2024社区爱老敬老活动总结 篇3 </w:t>
      </w:r>
      <w:r>
        <w:rPr>
          <w:lang w:eastAsia="zh-CN"/>
        </w:rPr>
        <w:br/>
      </w:r>
      <w:r>
        <w:rPr>
          <w:lang w:eastAsia="zh-CN"/>
        </w:rPr>
        <w:t>　　为深入推进20__年“美好生活民法典相伴”民法典宣传月活动，三山经开区人社局充分运用各种宣传方式，开展贴近居民生活、贴近工作实际的民法典宣传活动。</w:t>
      </w:r>
      <w:r>
        <w:rPr>
          <w:lang w:eastAsia="zh-CN"/>
        </w:rPr>
        <w:br/>
      </w:r>
      <w:r>
        <w:rPr>
          <w:lang w:eastAsia="zh-CN"/>
        </w:rPr>
        <w:t>　　一、集中组织学习，形成学习氛围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把《民法典》的宣传学习纳入20__年度三山经开区人社局普法责任清单。于5月18日组织了一场面向全局干部职工的民法典学习讲座，讲座对民法典的婚姻家庭篇进行了详细解答，对一些亮点、热点条款进行了热烈讨论，形成了学习贯彻《民法典》的良好氛围。</w:t>
      </w:r>
      <w:r>
        <w:rPr>
          <w:lang w:eastAsia="zh-CN"/>
        </w:rPr>
        <w:br/>
      </w:r>
      <w:r>
        <w:rPr>
          <w:lang w:eastAsia="zh-CN"/>
        </w:rPr>
        <w:t>　　二、印发宣传材料，做好政策宣传</w:t>
      </w:r>
      <w:r>
        <w:rPr>
          <w:lang w:eastAsia="zh-CN"/>
        </w:rPr>
        <w:br/>
      </w:r>
      <w:r>
        <w:rPr>
          <w:lang w:eastAsia="zh-CN"/>
        </w:rPr>
        <w:t>　　利用三山经开区政务大厅电子屏滚动播放民法典宣传视频，向办事群众宣传民法典知识。制作民法典宣传展板，摆放于婚姻登记大厅，制作民法典宣传小册子，发放给来办理婚姻登记的群众，安排工作人员现场讲解民法典中有关婚姻家庭的条文，引导群众认识到《民法典》既是保护自身权益的法典，也是全体社会成员都必须遵循的规范。</w:t>
      </w:r>
      <w:r>
        <w:rPr>
          <w:lang w:eastAsia="zh-CN"/>
        </w:rPr>
        <w:br/>
      </w:r>
      <w:r>
        <w:rPr>
          <w:lang w:eastAsia="zh-CN"/>
        </w:rPr>
        <w:t>　　三、民法典进社区，“典”亮美好生活</w:t>
      </w:r>
      <w:r>
        <w:rPr>
          <w:lang w:eastAsia="zh-CN"/>
        </w:rPr>
        <w:br/>
      </w:r>
      <w:r>
        <w:rPr>
          <w:lang w:eastAsia="zh-CN"/>
        </w:rPr>
        <w:t>　　制定印发了《关于开展“民法典进社区”宣传活动方案》，结合民政工作实际，组织开展“民法典进社区”主题活动。各镇街、村和社区通过市民讲堂、道德讲堂等阵地为城乡社区居民讲法治课20余次，提供现场法律服务咨询80余人次，播放法治公益视频20余条，发放民法典宣传材料3000多份。通过丰富多彩的形式让民法典进村居，走进群众心里，“典”亮群众美好生活，切实增强群众法治获得感、安全感，助力乡村振兴，促进社会和谐稳定。</w:t>
      </w:r>
      <w:r>
        <w:rPr>
          <w:lang w:eastAsia="zh-CN"/>
        </w:rPr>
        <w:br/>
      </w:r>
      <w:r>
        <w:rPr>
          <w:lang w:eastAsia="zh-CN"/>
        </w:rPr>
        <w:t xml:space="preserve">    2024社区爱老敬老活动总结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为深入贯彻我市创建文明城市的要求，__社区扎实开展各项社区邻里联谊、互助活动，融洽邻里亲情，建设安定祥和、温馨和谐社区，推进了文明城市创建工作向纵深发展，现将社区邻里联谊、互助活动工作总结如下：</w:t>
      </w:r>
      <w:r>
        <w:rPr>
          <w:lang w:eastAsia="zh-CN"/>
        </w:rPr>
        <w:br/>
      </w:r>
      <w:r>
        <w:rPr>
          <w:lang w:eastAsia="zh-CN"/>
        </w:rPr>
        <w:t>　　一、开展各具特色的邻里联谊活动。</w:t>
      </w:r>
      <w:r>
        <w:rPr>
          <w:lang w:eastAsia="zh-CN"/>
        </w:rPr>
        <w:br/>
      </w:r>
      <w:r>
        <w:rPr>
          <w:lang w:eastAsia="zh-CN"/>
        </w:rPr>
        <w:t>　　充分发挥社区邻里联谊活动文化宣传队、文艺团体的作用，并结合当前的形势和国家重大节日，适时地组织开展社区联谊文化活动。</w:t>
      </w:r>
      <w:r>
        <w:rPr>
          <w:lang w:eastAsia="zh-CN"/>
        </w:rPr>
        <w:br/>
      </w:r>
      <w:r>
        <w:rPr>
          <w:lang w:eastAsia="zh-CN"/>
        </w:rPr>
        <w:t>　　(一)在端午节期间开展包粽子活动。</w:t>
      </w:r>
      <w:r>
        <w:rPr>
          <w:lang w:eastAsia="zh-CN"/>
        </w:rPr>
        <w:br/>
      </w:r>
      <w:r>
        <w:rPr>
          <w:lang w:eastAsia="zh-CN"/>
        </w:rPr>
        <w:t>　　社区在端午节期间开展了包粽子活动，增强了社区文化的吸引力和凝聚力，让居民群众在喜庆与祥和的氛围中度过一个欢乐而有意义的节日。活动的开展，不仅给居民带去了欢笑，同时也增进了社区居民之间的情感。社区联谊活动总结。</w:t>
      </w:r>
      <w:r>
        <w:rPr>
          <w:lang w:eastAsia="zh-CN"/>
        </w:rPr>
        <w:br/>
      </w:r>
      <w:r>
        <w:rPr>
          <w:lang w:eastAsia="zh-CN"/>
        </w:rPr>
        <w:t>　　(二)在国庆节期间开展篮球友谊赛。</w:t>
      </w:r>
      <w:r>
        <w:rPr>
          <w:lang w:eastAsia="zh-CN"/>
        </w:rPr>
        <w:br/>
      </w:r>
      <w:r>
        <w:rPr>
          <w:lang w:eastAsia="zh-CN"/>
        </w:rPr>
        <w:t>　　为营造充满活力和健康向上的社区健身气氛，增强居民的健身意识，促进居民邻里间的融洽感情，社区组织了邻里联谊篮球友谊赛活动。吸引了多名社区居民参加。此次比赛活动提高了社区居民的健身意识，增进社区居民的邻里感情。</w:t>
      </w:r>
      <w:r>
        <w:rPr>
          <w:lang w:eastAsia="zh-CN"/>
        </w:rPr>
        <w:br/>
      </w:r>
      <w:r>
        <w:rPr>
          <w:lang w:eastAsia="zh-CN"/>
        </w:rPr>
        <w:t>　　二、开展多种形式的邻里互助活动，增强邻里感情。</w:t>
      </w:r>
      <w:r>
        <w:rPr>
          <w:lang w:eastAsia="zh-CN"/>
        </w:rPr>
        <w:br/>
      </w:r>
      <w:r>
        <w:rPr>
          <w:lang w:eastAsia="zh-CN"/>
        </w:rPr>
        <w:t>　　(一)开展服装裁剪培训活动。</w:t>
      </w:r>
      <w:r>
        <w:rPr>
          <w:lang w:eastAsia="zh-CN"/>
        </w:rPr>
        <w:br/>
      </w:r>
      <w:r>
        <w:rPr>
          <w:lang w:eastAsia="zh-CN"/>
        </w:rPr>
        <w:t>　　通过举办服装裁剪培训活动，让有一技之长的辖区居民互帮互助，相互学习。</w:t>
      </w:r>
      <w:r>
        <w:rPr>
          <w:lang w:eastAsia="zh-CN"/>
        </w:rPr>
        <w:br/>
      </w:r>
      <w:r>
        <w:rPr>
          <w:lang w:eastAsia="zh-CN"/>
        </w:rPr>
        <w:t>　　(二)在重阳节期间开展关爱高龄老人活动。</w:t>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旨在向社区老年人传送上级部门对他们的关爱，形成敬老、爱老的风气。进一步提高广大居民的敬老、爱老的优良传统。</w:t>
      </w:r>
      <w:r>
        <w:rPr>
          <w:lang w:eastAsia="zh-CN"/>
        </w:rPr>
        <w:br/>
      </w:r>
      <w:r>
        <w:rPr>
          <w:lang w:eastAsia="zh-CN"/>
        </w:rPr>
        <w:t>　　社区通过多种形式搭建社区邻里联谊、互助活动平台，扎实开展多种形式的社区邻里联谊、互助活动，推动联谊互助长效化，促进社区和谐。吸引社区居民积极参加社区活动，有效引导广大居民文明居住、文明待人、文明停放、文明娱乐、文明礼让，融洽社区人际关系，营造温馨的社区大家庭氛围。</w:t>
      </w:r>
      <w:r>
        <w:rPr>
          <w:lang w:eastAsia="zh-CN"/>
        </w:rPr>
        <w:br/>
      </w:r>
      <w:r>
        <w:rPr>
          <w:lang w:eastAsia="zh-CN"/>
        </w:rPr>
        <w:t xml:space="preserve">    2024社区爱老敬老活动总结 篇5 </w:t>
      </w:r>
      <w:r>
        <w:rPr>
          <w:lang w:eastAsia="zh-CN"/>
        </w:rPr>
        <w:br/>
      </w:r>
      <w:r>
        <w:rPr>
          <w:lang w:eastAsia="zh-CN"/>
        </w:rPr>
        <w:t>　　20__年3月3日是第__次全国爱耳日。根据省、市残联工作要求，沛县残联紧紧围绕减少噪声，保护听力这一主题，成功地举办了一系列的爱耳日宣教活动，取得良好社会效益。本次宣教活动开展深入扎实，得到了社会和公众的广泛关注及响应。</w:t>
      </w:r>
      <w:r>
        <w:rPr>
          <w:lang w:eastAsia="zh-CN"/>
        </w:rPr>
        <w:br/>
      </w:r>
      <w:r>
        <w:rPr>
          <w:lang w:eastAsia="zh-CN"/>
        </w:rPr>
        <w:t>　　一、领导重视，精心组织。</w:t>
      </w:r>
      <w:r>
        <w:rPr>
          <w:lang w:eastAsia="zh-CN"/>
        </w:rPr>
        <w:br/>
      </w:r>
      <w:r>
        <w:rPr>
          <w:lang w:eastAsia="zh-CN"/>
        </w:rPr>
        <w:t>　　认真贯彻落实《关于开展第十三次全国爱耳日宣传教育活动的通知》(徐残联20__&amp;#8223;14号)文件精神，结合我县实际，精心组织，周密安排，成立了宣教活动领导小组，并出台了《关于开展第十三次全国爱耳日宣传教育活动的实施方案》，活动主题鲜明，措施具体，要求明确，宣传到位，从而保障了此次活动在全县范围内全面深入有序开展。</w:t>
      </w:r>
      <w:r>
        <w:rPr>
          <w:lang w:eastAsia="zh-CN"/>
        </w:rPr>
        <w:br/>
      </w:r>
      <w:r>
        <w:rPr>
          <w:lang w:eastAsia="zh-CN"/>
        </w:rPr>
        <w:t>　　二、形式多样、丰富多彩的开展活动。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第十三次全国爱耳日活动前夕，在镇(区)、社区、农村进行了广泛、深入的宣传。在各镇残联街道开展了形式多样、内容丰富的宣传教育活动，通过发放康复知识手册、宣传页、宣传橱窗、公益信息悬挂宣传标语等方式宣传爱耳、用耳知识。同时组织各镇部分有耳病的老年人、听力残疾人检查听力并到各镇参加活动，宣传爱耳、护耳方面的知识，此次活动是为了教育各镇居民，爱护自己的听力，预防耳病及听力受损情况的发生，从而更好的为居民提供康复服务。</w:t>
      </w:r>
      <w:r>
        <w:rPr>
          <w:lang w:eastAsia="zh-CN"/>
        </w:rPr>
        <w:br/>
      </w:r>
      <w:r>
        <w:rPr>
          <w:lang w:eastAsia="zh-CN"/>
        </w:rPr>
        <w:t>　　三、举办知识讲座，为居民群众进行听力健康咨询。 为了使此次活动办的更好，县残联组织耳科专家在县华佗医院举办专题讲座，进行关于噪音聋防护知识的讲解、保健知识宣传、解答咨询服务，旨在大力宣传噪声对听力健康的损害，通过这次讲座学习，提高了居民群众对爱耳护耳的认识，推动广大群众养成健康用耳习惯，自觉减少噪声影响，保护听力健康。活动当天共发放知识宣传资料6000余份，对360名咨询者进行了爱耳知识讲解，同时悬挂标语、横幅24条，对50名听力残疾儿童进行了筛查工作，为实施我县今年对听力障碍患者提供康复服务做好前期准备工作。</w:t>
      </w:r>
      <w:r>
        <w:rPr>
          <w:lang w:eastAsia="zh-CN"/>
        </w:rPr>
        <w:br/>
      </w:r>
      <w:r>
        <w:rPr>
          <w:lang w:eastAsia="zh-CN"/>
        </w:rPr>
        <w:t>　　随着现代生活的快节奏和高压力，以及噪音、污染、用药不当等原因，致使耳疾和听力障碍日益成为影响人们生活和交际的一大困扰，通过这次活动，让更多的人都来关心和帮助残疾人，唤起公众的防聋，护耳意识，以进一步增强全县人民听力障碍预防保健意识，提高我县人口素质，促进沛县和谐建设步伐。</w:t>
      </w:r>
      <w:r>
        <w:rPr>
          <w:lang w:eastAsia="zh-CN"/>
        </w:rPr>
        <w:br/>
      </w:r>
      <w:r>
        <w:rPr>
          <w:lang w:eastAsia="zh-CN"/>
        </w:rPr>
        <w:t xml:space="preserve">    2024社区爱老敬老活动总结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20__年1月10日是我国一年一度的传统“腊八节”，为了弘扬中华民族传统文化，使社区的孤寡、空巢老人及城市环卫工人喝上一碗热腾腾的腊八粥，过一个喜庆、祥和、温馨的腊八节，东后街社区新时代文明实践站组织10名志愿者，开展“冬送温暖，情系腊八”暖冬活动。</w:t>
      </w:r>
      <w:r>
        <w:rPr>
          <w:lang w:eastAsia="zh-CN"/>
        </w:rPr>
        <w:br/>
      </w:r>
      <w:r>
        <w:rPr>
          <w:lang w:eastAsia="zh-CN"/>
        </w:rPr>
        <w:t>　　在养老服务站现场，志愿者们邀请了辖区孤寡老人及空巢老人，请大家一起品尝一碗香暖四溢的腊八粥，让大家能够在寒冷的冬季感受到社区的温暖。对于他们来说，寒冷的冬天，一碗热气腾腾和香喷喷的腊八粥再好不过了，吃在嘴里暖在心里。</w:t>
      </w:r>
      <w:r>
        <w:rPr>
          <w:lang w:eastAsia="zh-CN"/>
        </w:rPr>
        <w:br/>
      </w:r>
      <w:r>
        <w:rPr>
          <w:lang w:eastAsia="zh-CN"/>
        </w:rPr>
        <w:t>　　社区门口在另一组志愿者们的组织下，一碗碗香喷喷的腊八粥送到了环卫工人们的手中，一碗碗热气腾腾的腊八粥传递着节日的喜庆与关爱，承载着志愿者们对环卫工人节日的祝福，也承载着社区对环卫工人的关心与关爱。</w:t>
      </w:r>
      <w:r>
        <w:rPr>
          <w:lang w:eastAsia="zh-CN"/>
        </w:rPr>
        <w:br/>
      </w:r>
      <w:r>
        <w:rPr>
          <w:lang w:eastAsia="zh-CN"/>
        </w:rPr>
        <w:t xml:space="preserve">    2024社区爱老敬老活动总结 篇7 </w:t>
      </w:r>
      <w:r>
        <w:rPr>
          <w:lang w:eastAsia="zh-CN"/>
        </w:rPr>
        <w:br/>
      </w:r>
      <w:r>
        <w:rPr>
          <w:lang w:eastAsia="zh-CN"/>
        </w:rPr>
        <w:t>　　首先，今年是落实十_大精神的开局年，我区社区教育“十_五”规划在稳步实施过程中。20__年寒假，华苑街以此为契机，继续以《__区社区教育“十_五”规划》为指导，认真贯彻落实党的十_大精神，以建设社会主义核心价值体系为根本，开展“做一个有道德的人”的主题实践活动，充分发挥“快乐营地”以乐促智、以技促能、以读养德的功能，利用除夕、春节、元宵节等传统节日，广泛开展形式多样的道德实践、文化体育、经典诵读等活动，让广大青少年在参与中弘扬传统、强健体魄、陶冶情操。开展以下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第一，组织开展“做一个有道德的人”主题实践活动。组织未成年人为青少年提供了电子阅览室和社区图书馆，让他们通过上绿色网站和阅读图书，进行课内及课外知识的学习，了解和学习“十_大”的相关知识，增强了课外实事的学习，开展社会主义核心价值观宣传教育，开展学雷锋做好事活动。开展“三个一”活动，即以孝顺为话题，和父母谈一次心;以春节为契机，给老师发一条感恩信息;以社区为平台，寻访一个身边助人为的好榜样，引导孩子孝顺父母，尊敬师长、关爱他人。</w:t>
      </w:r>
      <w:r>
        <w:rPr>
          <w:lang w:eastAsia="zh-CN"/>
        </w:rPr>
        <w:br/>
      </w:r>
      <w:r>
        <w:rPr>
          <w:lang w:eastAsia="zh-CN"/>
        </w:rPr>
        <w:t>　　第二，组织开展“我们的节日”活动。安排了社区老师和民警安全宣讲，组织大手牵小手活动，倡导市民以文明礼仪来文明出行，让学生们提高了防火防盗的安全意识，发掘春节、元宵节的文化内涵，组织开展经典诵读、传唱优秀童谣、参观爱国主义教育基地、民俗展示、歌舞表演、花会歌会、灯谜灯会、书法棋艺、美术摄影等孩子们乐于接受、便于参与的活动，引导他们增进对中华民族重要传统节日文化内涵的感悟理解，对优秀传统文化的认知认同，把“我们节日”过成传承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第三，组织开展“阳光体育”活动。把开展全民健身运动、增强未成年人体质，作为“开了营地”最基本、最普遍的活动形式，充分利用“快乐营地”文体用品和玩具等，开展学生坚持“冬季运动四个一”活动，鼓励青少年在假期中继续开展每天做一次广播操，每人一条跳绳，每天围社区跑一圈，每天坚持一小时户外活动，让孩子们真正在健康快乐中成长。因地制宜，组织开展球类、棋艺、跳绳等各种适合未成年人参与的体育活动，唱响“阳光体育”精神，充分展示广大未成年人健康阳光、积极向上的良好形象，掀起体育健身活动的热潮，让广大未成年人在健康快乐的活动中得到锻炼和提高。</w:t>
      </w:r>
      <w:r>
        <w:rPr>
          <w:lang w:eastAsia="zh-CN"/>
        </w:rPr>
        <w:br/>
      </w:r>
      <w:r>
        <w:rPr>
          <w:lang w:eastAsia="zh-CN"/>
        </w:rPr>
        <w:t>　　我社区要把组织开展“快乐营地”寒假系列活动作为加强未成年人思想道德建设的有力抓手。充分发挥“五老”及大学生志愿者的作用，建设好专兼结合、相对稳定快乐营地辅导员队伍。同时，积极动员更多社区力量参与“快乐营地”活动，整合社会各种资源，努力为孩子提供服务。</w:t>
      </w:r>
      <w:r>
        <w:rPr>
          <w:lang w:eastAsia="zh-CN"/>
        </w:rPr>
        <w:br/>
      </w:r>
      <w:r>
        <w:rPr>
          <w:lang w:eastAsia="zh-CN"/>
        </w:rPr>
        <w:t xml:space="preserve">    2024社区爱老敬老活动总结 篇8 </w:t>
      </w:r>
      <w:r>
        <w:rPr>
          <w:lang w:eastAsia="zh-CN"/>
        </w:rPr>
        <w:br/>
      </w:r>
      <w:r>
        <w:rPr>
          <w:lang w:eastAsia="zh-CN"/>
        </w:rPr>
        <w:t>　　11月28日，为助力双减政策的落实，湖城月河社区党委、月河社区幸福邻里中心在周末开展了助力双减系列活动丰富孩子们的生活。本周特邀辖区党员家园先锋陆兴娜老师给小朋友们授课。</w:t>
      </w:r>
      <w:r>
        <w:rPr>
          <w:lang w:eastAsia="zh-CN"/>
        </w:rPr>
        <w:br/>
      </w:r>
      <w:r>
        <w:rPr>
          <w:lang w:eastAsia="zh-CN"/>
        </w:rPr>
        <w:t>　　据了解，陆老师退休前曾在湖州师范学院任教，活动现场，陆老师运用PPT绘声绘色地结合自身经历进行演讲，带领小朋友们回顾了党的百年历史上发生过的重大事件。</w:t>
      </w:r>
      <w:r>
        <w:rPr>
          <w:lang w:eastAsia="zh-CN"/>
        </w:rPr>
        <w:br/>
      </w:r>
      <w:r>
        <w:rPr>
          <w:lang w:eastAsia="zh-CN"/>
        </w:rPr>
        <w:t>　　学习完党史后，陆老师运用自己美术教育的专业带着小朋友认识色彩，并带领他们用丙烯颜料和画笔进行了环保袋的手工填色，鼓励小朋友们在今后的日常生活中使用环保袋，为保护环境出一份力。</w:t>
      </w:r>
      <w:r>
        <w:rPr>
          <w:lang w:eastAsia="zh-CN"/>
        </w:rPr>
        <w:br/>
      </w:r>
      <w:r>
        <w:rPr>
          <w:lang w:eastAsia="zh-CN"/>
        </w:rPr>
        <w:t>　　陪同的学生家长认为，这是非常有意义的活动，不仅锻炼了孩子的思考能力，还强化了动手能力，希望社区能多多开展这样的活动。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据了解，通过这次党史教育活动，让更多青少年了解党的历史，给青少年们上一次特殊的党课，更好地传承了红色精神。同时，也通过此次环保袋填色活动丰富辖区青少年的课余活动，学习到更多的知识，加深他们对节能减排的印象。</w:t>
      </w:r>
      <w:r>
        <w:rPr>
          <w:lang w:eastAsia="zh-CN"/>
        </w:rPr>
        <w:br/>
      </w:r>
      <w:r>
        <w:rPr>
          <w:lang w:eastAsia="zh-CN"/>
        </w:rPr>
        <w:t xml:space="preserve">    2024社区爱老敬老活动总结 篇9 </w:t>
      </w:r>
      <w:r>
        <w:rPr>
          <w:lang w:eastAsia="zh-CN"/>
        </w:rPr>
        <w:br/>
      </w:r>
      <w:r>
        <w:rPr>
          <w:lang w:eastAsia="zh-CN"/>
        </w:rPr>
        <w:t>　　20__年3月3日是第__次全国“爱耳日”，当天下午，由西安市莲湖区残联、区教育局主办，西安市青年路小学承办的“爱耳护耳，健康听力——预防从初级耳科保健做起”知识讲座在青年路小学多功能教室举行。本次讲座请到了西安医学院附属医院的耳鼻喉科主治医生乔峰为100多名四年级学生生动讲解了打手机、戴耳塞、防噪音等危害耳健康的知识，并结合实际生活讲述了如何对耳朵进行爱护;在最后半小时的互动提问环节中,同学们积极踊跃地提问,乔医生对所提问题进行了耐心细致的解答。此次讲座在同学们热烈的掌声中圆满结束。</w:t>
      </w:r>
      <w:r>
        <w:rPr>
          <w:lang w:eastAsia="zh-CN"/>
        </w:rPr>
        <w:br/>
      </w:r>
      <w:r>
        <w:rPr>
          <w:lang w:eastAsia="zh-CN"/>
        </w:rPr>
        <w:t>　　通过本次讲座，使学生们掌握了日常保护听力的有关知识，加强了学生的爱耳意识,提高了学生们耳健康水平。同学们一致表示，通过学习有关知识，不仅自己要好好保护耳朵，还要向家人和社会进行宣传，让周围的人都明白保护耳朵的重要性。</w:t>
      </w:r>
      <w:r>
        <w:rPr>
          <w:lang w:eastAsia="zh-CN"/>
        </w:rPr>
        <w:br/>
      </w:r>
      <w:r>
        <w:rPr>
          <w:lang w:eastAsia="zh-CN"/>
        </w:rPr>
        <w:t xml:space="preserve">    2024社区爱老敬老活动总结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为进一步强化居民的法律意识，提高居民的依法维权能力，5月24日下午，长乐坊司法所联合碑林区司法局普法与依法治理科，走进长乐坊街道环东社区，开展了美好生活，《民法典》相伴主题宣讲活动。活动邀请到了陕西明萌律师事务所田律师为大家带来了一堂精彩、实用的法律知识盛宴，辖区居民30余人参加了此次活动。</w:t>
      </w:r>
      <w:r>
        <w:rPr>
          <w:lang w:eastAsia="zh-CN"/>
        </w:rPr>
        <w:br/>
      </w:r>
      <w:r>
        <w:rPr>
          <w:lang w:eastAsia="zh-CN"/>
        </w:rPr>
        <w:t>　　宣讲过程中，田律师围绕《民法典》中物权纠纷、房产继承、婚姻家庭纠纷、抚养权等与民生密切相关的问题进行了重点解读，结合大量实际案例以案释法，针对居民百姓关切的法律问题及《民法典》中的重大变化进行了深入浅出的讲解，并对居民群众在日常生活中经常遇到的法律问题逐一进行分析，让居民更加容易理解，同时积极引导居民用法律武器更好的维护自身权益和规范约束自身举止言行。宣讲活动中，居民们听得津津有味，现场学习气氛非常热烈，田律师的精彩讲解不时引起阵阵掌声。社区居民们纷纷表示《民法典》真是一部生活的百科全书。</w:t>
      </w:r>
      <w:r>
        <w:rPr>
          <w:lang w:eastAsia="zh-CN"/>
        </w:rPr>
        <w:br/>
      </w:r>
      <w:r>
        <w:rPr>
          <w:lang w:eastAsia="zh-CN"/>
        </w:rPr>
        <w:t>　　宣讲结束后，田律师还为居民们提供了法律咨询服务，为的是让居民们面对面的、清楚地咨询了解自己遇到的一些法律上的问题。对于居民们咨询的问题，田律师通过大量的类似案例结合相关法律及政策进行了专业、细致的解答，及时为居民们解答了法律方面的难题。</w:t>
      </w:r>
      <w:r>
        <w:rPr>
          <w:lang w:eastAsia="zh-CN"/>
        </w:rPr>
        <w:br/>
      </w:r>
      <w:r>
        <w:rPr>
          <w:lang w:eastAsia="zh-CN"/>
        </w:rPr>
        <w:t>　　本次活动的开展，加强了居民的法律意识，引导居民以理性、合法的形式表达利益诉求，也让居民们更近地接触法律，增强了居民们学法、懂法、用法的意识，引导居民们按照法律途径，通过法律手段依法实现诉求，营造了良好的法治氛围，促进了社会的和谐稳定。</w:t>
      </w:r>
      <w:r>
        <w:rPr>
          <w:lang w:eastAsia="zh-CN"/>
        </w:rPr>
        <w:br/>
      </w:r>
      <w:r>
        <w:rPr>
          <w:lang w:eastAsia="zh-CN"/>
        </w:rPr>
        <w:t xml:space="preserve">    2024社区爱老敬老活动总结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一场降雪为首府带来了寒意，而乌鲁木齐市融北社区的食堂里却显得格外温暖。12月20日，冬至节来临之际，融北社区邀请“民族团结一家亲”结对人员和辖区鑫和新绿化环卫公司环卫工人代表一同开展包饺子过冬至活动。</w:t>
      </w:r>
      <w:r>
        <w:rPr>
          <w:lang w:eastAsia="zh-CN"/>
        </w:rPr>
        <w:br/>
      </w:r>
      <w:r>
        <w:rPr>
          <w:lang w:eastAsia="zh-CN"/>
        </w:rPr>
        <w:t>　　融北社区结对人员有和面的，有拌饺子馅的，你擀皮来，我包馅</w:t>
      </w:r>
      <w:r>
        <w:rPr>
          <w:lang w:eastAsia="zh-CN"/>
        </w:rPr>
        <w:br/>
      </w:r>
      <w:r>
        <w:rPr>
          <w:lang w:eastAsia="zh-CN"/>
        </w:rPr>
        <w:t>　　大家一来到食堂就忙活起来，有和面的，有拌饺子馅的，你擀皮来，我包馅，不分民族老少。艾尔肯·买买提从来没有亲手包过饺子，他的汉族姐姐李萍手把手教他，“馅不要放的太多，口一定要捏紧，要不然下锅会烂了。”照着李萍的样子，艾尔肯包出了第一个饺子。</w:t>
      </w:r>
      <w:r>
        <w:rPr>
          <w:lang w:eastAsia="zh-CN"/>
        </w:rPr>
        <w:br/>
      </w:r>
      <w:r>
        <w:rPr>
          <w:lang w:eastAsia="zh-CN"/>
        </w:rPr>
        <w:t>　　和艾尔肯不同，买地尼亚提·达吾兰是一名包饺子“老手”了，她包出的饺子馅儿饱样子也好看，社区工作人员纷纷赞赏并和她学起来。大家有说有笑包出各种样式的可爱饺子，有金元宝，有可爱老鼠，有弯弯月牙，个个饱满诱人。</w:t>
      </w:r>
      <w:r>
        <w:rPr>
          <w:lang w:eastAsia="zh-CN"/>
        </w:rPr>
        <w:br/>
      </w:r>
      <w:r>
        <w:rPr>
          <w:lang w:eastAsia="zh-CN"/>
        </w:rPr>
        <w:t>　　半个多小时，经过大家共同努力，各式各样的饺子摆满了桌子，虽然样式不同，但各民族之间团结友爱的感情是相同的、浓厚的。当一盘盘热气腾腾的饺子端上桌子时，大家品尝着、交流着，每个人的脸上都洋溢着幸福的笑容。</w:t>
      </w:r>
      <w:r>
        <w:rPr>
          <w:lang w:eastAsia="zh-CN"/>
        </w:rPr>
        <w:br/>
      </w:r>
      <w:r>
        <w:rPr>
          <w:lang w:eastAsia="zh-CN"/>
        </w:rPr>
        <w:t>　　请环卫工人吃温情饺子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昨天下雪，你们半夜就起来工作，多吃点哦，辛苦了!”社区书记唐娜向环卫工人表示感谢。她说，借冬至佳节来临之际，把结对子的亲戚请回来，进一步加深感情，让我们各民族之间相互交融、融洽，在一起共同度过一个温暖的冬至。</w:t>
      </w:r>
      <w:r>
        <w:rPr>
          <w:lang w:eastAsia="zh-CN"/>
        </w:rPr>
        <w:br/>
      </w:r>
      <w:r>
        <w:rPr>
          <w:lang w:eastAsia="zh-CN"/>
        </w:rPr>
        <w:t xml:space="preserve">    2024社区爱老敬老活动总结 篇12 </w:t>
      </w:r>
      <w:r>
        <w:rPr>
          <w:lang w:eastAsia="zh-CN"/>
        </w:rPr>
        <w:br/>
      </w:r>
      <w:r>
        <w:rPr>
          <w:lang w:eastAsia="zh-CN"/>
        </w:rPr>
        <w:t>　　我校依据上级部门要求，切实发挥社会、学校、家庭三结合大教育优势，努力构建青少年健康成长、快乐成长的良好环境。</w:t>
      </w:r>
      <w:r>
        <w:rPr>
          <w:lang w:eastAsia="zh-CN"/>
        </w:rPr>
        <w:br/>
      </w:r>
      <w:r>
        <w:rPr>
          <w:lang w:eastAsia="zh-CN"/>
        </w:rPr>
        <w:t>　　通过开展社区社会实践系列活动，引导学生走进社会，感知社会，拓宽视野。使得学生在活动中把课本上学到的知识和实践活动相结合，丰富自身课外知识，提高分析现实问题的能力；真正深入社区，走进社区，体验生活，在活动中扩大视野，增长才干；在参与中发扬脚踏实地、勇于实践的优良作风，培养团队意识和合作能力、提升自身综合素质。同时，进一步扩宽社区教育渠道，不断提高教育服务社区水平。</w:t>
      </w:r>
      <w:r>
        <w:rPr>
          <w:lang w:eastAsia="zh-CN"/>
        </w:rPr>
        <w:br/>
      </w:r>
      <w:r>
        <w:rPr>
          <w:lang w:eastAsia="zh-CN"/>
        </w:rPr>
        <w:t>　　本学期社会实践活动，从面到点层层落实，有学校整体规划的活动，有年级自创特色的活动，有中队、小队灵活机动的活动。社区实践活动不仅仅走进社区，还把社区人员请进教室，和同学们共同活动。</w:t>
      </w:r>
      <w:r>
        <w:rPr>
          <w:lang w:eastAsia="zh-CN"/>
        </w:rPr>
        <w:br/>
      </w:r>
      <w:r>
        <w:rPr>
          <w:lang w:eastAsia="zh-CN"/>
        </w:rPr>
        <w:t>　　一、传递爱心，关爱他人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我校是江苏省第一所拥有红领巾志愿者的团体。我们将在社区社会实践中进一步弘扬“我服务、我快乐”的志愿精神，营造“我为人人、人人为我”的良好氛围，引导学生走出学校，走进社会，在现实的生活情境、自然情境和社会情境中开展德育活动，在反复的实践、多次的体验中使认知和情感相协调，逐步形成尊重生命、关心他人、关心社会、关爱自然等一系列的情感、态度和价值观。三月，正逢学雷锋和三八妇女节，全校同学们积极行动起来，他们有的走进社区，慰问孤寡；有的走进幼儿园，与幼儿联欢；有的走进教师车库，帮老师擦车；有的学做纸花，贺卡，给妈妈送祝福；有的打扫校园，捡拾纸屑。学生们还用相机和笔，捕捉身边的感动，让感动聚焦、流淌。楷模让我们感动，我们学他们行动。还有的同学在家长的帮助和带领下，拎着水果、饮料、补品等，来到了阳光老年公寓，了解那里老人的生活现状，并送去对那里老师节日的祝贺。同学们还找来卫生洁具帮奶奶做卫生。拖地、扫地，同学们忙得不亦乐乎。老人还把自己练习的书法作品与同学们分享。老有所养，老有所学，老有所乐，充满爱的老人公寓，因同学们的到来，变得格外温馨。六（5）班的假日小分队在班主任__老师的带领下来到起凤园，对__小学四年级的__同学进行对口帮扶，这已经是第三年了。同学们精心准备策划，纷纷采用义卖、募捐、为亲戚打零工等形式筹集了2100元善款，这是大家对一直牵挂的小新语沉甸甸的心意。五（7）班的班主任陆颖老师和学生代表来到市区光明南村田伟东的家里，为他们一家送上了助学款——800元现金。这已使他们捐助的第三年，在这三年里，孩子们通过爱心义卖、变卖废旧物品等方式，积累了一份爱心基金，每个学期都会去看望田伟东哥哥。三年的爱心助学，让五（7）班的孩子收获了爱心和责任心，他们明白：善良是一种美德，要懂得推己及人，体恤他人和关爱他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五（4）班的同学在、两位老师的带领下来到南通大学，参加了南通大学五八红十字会公益晚会。和南通大学的两位同学一起承担了支持任务，精神饱满、落落大方，赢得了在场嘉宾、老师、同学的啧啧称赞。10位班级合唱团的同学更是唱出了自己的风采。同学们通过这样的公益演出活动，感受到红十会博爱的精神，体会到红十会工作的伟大，锻炼了能力，增长了见识，更收获了感动。相信在今后的学习与生活中，他们也会像红十字会的工作人员一样懂得感恩、懂得奉献。</w:t>
      </w:r>
      <w:r>
        <w:rPr>
          <w:lang w:eastAsia="zh-CN"/>
        </w:rPr>
        <w:br/>
      </w:r>
      <w:r>
        <w:rPr>
          <w:lang w:eastAsia="zh-CN"/>
        </w:rPr>
        <w:t>　　在六一来到之际，六一儿童节的前一天，一群“爱心小报童”成为节日南大街的一抹亮色。全校数个班级同学放弃休息，参加《南通周刊》为贫困儿童义卖报纸的活动。同学们个个热情高涨，积极地推销报纸。别看同学们平时一个个都是家里的宝贝，买起报纸来可不含糊呢。各班共集得善款数千元。还有四（1）班、四（11）班的同学们与和平桥街道的爷爷奶奶、叔叔阿姨们欢聚一堂，共同举办了“小手牵大手，快乐过六一”的联欢会。</w:t>
      </w:r>
      <w:r>
        <w:rPr>
          <w:lang w:eastAsia="zh-CN"/>
        </w:rPr>
        <w:br/>
      </w:r>
      <w:r>
        <w:rPr>
          <w:lang w:eastAsia="zh-CN"/>
        </w:rPr>
        <w:t>　　二、关注传统，传承文明</w:t>
      </w:r>
      <w:r>
        <w:rPr>
          <w:lang w:eastAsia="zh-CN"/>
        </w:rPr>
        <w:br/>
      </w:r>
      <w:r>
        <w:rPr>
          <w:lang w:eastAsia="zh-CN"/>
        </w:rPr>
        <w:t>　　在中华民族伟大复兴的进程中，不可没有中国精神，不可没有中国文化、中国传统。我们要正确解读传统文化，同时对传统文化进行整理和重组，扬长避短，优存劣汰，也需要和包括西方文化在内的各种现代文化进行交流、融合、整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五年级特地邀请了国家级非遗仿真绣江苏传承人，南通纺院副教授——张蕾女士走进红领巾电视台，为同学们作《走近仿真绣》专题讲座。张教授做了精心的准备。她娓娓道来，深入浅出，生动形象。通过现场演示、结合视频和大量的图片，为我们同学揭开了仿真绣神秘的面纱，让他们对仿真绣的针法、艺术特色，有了初步的了解。在聆听了仿真绣非遗物质文化江苏传人张蕾教授的讲座后，通师二附五年级的学生分几批，走进位于南通纺织工学院内的沈寿刺绣传习馆参观。通过参观，同学们近距离感受到仿真绣的魅力，真切感受到仿真绣的春天已经来到。南通电视台《总而言之栏目》跟踪报道整个活动。</w:t>
      </w:r>
      <w:r>
        <w:rPr>
          <w:lang w:eastAsia="zh-CN"/>
        </w:rPr>
        <w:br/>
      </w:r>
      <w:r>
        <w:rPr>
          <w:lang w:eastAsia="zh-CN"/>
        </w:rPr>
        <w:t>　　清明节来临之际，四年级615名学生来到南通市烈士陵园，开展“祭扫烈士陵园、缅怀革命先烈”的主题活动，来缅怀革命先烈，弘扬革命精神，加强爱国主义教育，促进精神文明建设。</w:t>
      </w:r>
      <w:r>
        <w:rPr>
          <w:lang w:eastAsia="zh-CN"/>
        </w:rPr>
        <w:br/>
      </w:r>
      <w:r>
        <w:rPr>
          <w:lang w:eastAsia="zh-CN"/>
        </w:rPr>
        <w:t>　　联合国教科文组织宣布：从20__年起，每年的2月21日为国际母语日。二附六年级语文组借此开展了母语文化节活动，以培养广大师生热爱祖国语言文化的感情，宣扬祖国语言文化，促进学生综合素质的全面提高。六年级邀请社会热心志愿者对书法、篆刻进行讲座、指导。</w:t>
      </w:r>
      <w:r>
        <w:rPr>
          <w:lang w:eastAsia="zh-CN"/>
        </w:rPr>
        <w:br/>
      </w:r>
      <w:r>
        <w:rPr>
          <w:lang w:eastAsia="zh-CN"/>
        </w:rPr>
        <w:t>　　在端午节来到之际，通师二附五年级精心策划端午节系列活动。活动包括两大板块：</w:t>
      </w:r>
      <w:r>
        <w:rPr>
          <w:lang w:eastAsia="zh-CN"/>
        </w:rPr>
        <w:br/>
      </w:r>
      <w:r>
        <w:rPr>
          <w:lang w:eastAsia="zh-CN"/>
        </w:rPr>
        <w:t>　　一、了解习俗长知识；</w:t>
      </w:r>
      <w:r>
        <w:rPr>
          <w:lang w:eastAsia="zh-CN"/>
        </w:rPr>
        <w:br/>
      </w:r>
      <w:r>
        <w:rPr>
          <w:lang w:eastAsia="zh-CN"/>
        </w:rPr>
        <w:t>　　二、端午实践快乐多。</w:t>
      </w:r>
      <w:r>
        <w:rPr>
          <w:lang w:eastAsia="zh-CN"/>
        </w:rPr>
        <w:br/>
      </w:r>
      <w:r>
        <w:rPr>
          <w:lang w:eastAsia="zh-CN"/>
        </w:rPr>
        <w:t>　　活动具体分为：看一看：</w:t>
      </w:r>
      <w:r>
        <w:rPr>
          <w:lang w:eastAsia="zh-CN"/>
        </w:rPr>
        <w:br/>
      </w:r>
      <w:r>
        <w:rPr>
          <w:lang w:eastAsia="zh-CN"/>
        </w:rPr>
        <w:t>　　（1）查一查（学生利用网络资源查阅有关端午的习俗）；</w:t>
      </w:r>
      <w:r>
        <w:rPr>
          <w:lang w:eastAsia="zh-CN"/>
        </w:rPr>
        <w:br/>
      </w:r>
      <w:r>
        <w:rPr>
          <w:lang w:eastAsia="zh-CN"/>
        </w:rPr>
        <w:t>　　（2）看一看（组织学生观看视频“我们的节日——端午”文化访谈）；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（3）读一读（学生阅读学校编写的有关文本）</w:t>
      </w:r>
      <w:r>
        <w:rPr>
          <w:lang w:eastAsia="zh-CN"/>
        </w:rPr>
        <w:br/>
      </w:r>
      <w:r>
        <w:rPr>
          <w:lang w:eastAsia="zh-CN"/>
        </w:rPr>
        <w:t>　　（4）做一做（学生动手制作创意香袋）；</w:t>
      </w:r>
      <w:r>
        <w:rPr>
          <w:lang w:eastAsia="zh-CN"/>
        </w:rPr>
        <w:br/>
      </w:r>
      <w:r>
        <w:rPr>
          <w:lang w:eastAsia="zh-CN"/>
        </w:rPr>
        <w:t>　　（5）包一包（学生亲手包粽子）；</w:t>
      </w:r>
      <w:r>
        <w:rPr>
          <w:lang w:eastAsia="zh-CN"/>
        </w:rPr>
        <w:br/>
      </w:r>
      <w:r>
        <w:rPr>
          <w:lang w:eastAsia="zh-CN"/>
        </w:rPr>
        <w:t>　　（6）品一品（品尝自己的劳动成果）。</w:t>
      </w:r>
      <w:r>
        <w:rPr>
          <w:lang w:eastAsia="zh-CN"/>
        </w:rPr>
        <w:br/>
      </w:r>
      <w:r>
        <w:rPr>
          <w:lang w:eastAsia="zh-CN"/>
        </w:rPr>
        <w:t>　　端午节那里，学生还去濠河观看赛龙舟。丰富多彩的活动，使学生增进了对端午节的了解，锻炼了动手能力。在享受快乐的同时，学生还不忘感恩，分享。他们把包好的粽子送给交警一大队的交警，学校保安，感谢他们对自己的关心。他们还把香甜的粽子送给濠城社区的孤寡老人，给他们送去节日的问候。</w:t>
      </w:r>
      <w:r>
        <w:rPr>
          <w:lang w:eastAsia="zh-CN"/>
        </w:rPr>
        <w:br/>
      </w:r>
      <w:r>
        <w:rPr>
          <w:lang w:eastAsia="zh-CN"/>
        </w:rPr>
        <w:t>　　三、感受自然，爱护环境</w:t>
      </w:r>
      <w:r>
        <w:rPr>
          <w:lang w:eastAsia="zh-CN"/>
        </w:rPr>
        <w:br/>
      </w:r>
      <w:r>
        <w:rPr>
          <w:lang w:eastAsia="zh-CN"/>
        </w:rPr>
        <w:t>　　可持续发展、低碳经济越来越成为时代发展的`潮流。近年来，我校十分关注绿色环保课题，号召学生从家乡实际情况入手，探访社会民情，倡导低碳绿色的生活方式，从身边小事做起，投身到低碳环保的实践中去。</w:t>
      </w:r>
      <w:r>
        <w:rPr>
          <w:lang w:eastAsia="zh-CN"/>
        </w:rPr>
        <w:br/>
      </w:r>
      <w:r>
        <w:rPr>
          <w:lang w:eastAsia="zh-CN"/>
        </w:rPr>
        <w:t>　　学校开展了“我把绿色带回家”等体验与创意活动，让五、六年级学生把区团委分发的花种带回家，把自然、和谐的生态环保意识和简洁、节能、文明的绿色生活理念带回家，在家长、老师的指导下进行植物栽培，观察、记录植物生长过程中的变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通师二附四年级开展了轰轰烈烈的“拥抱春天，播种绿色”植树节活动。四年级每个班级都设计出班级的爱绿口号，为校园的树木挂上了简介牌，让全校所有同学都能更方便的投入到爱绿护绿的行列中来。四年级的同学们还迎来了南通首席植物专家居卫东老师。居老师在红领巾电视台给同学们讲了植树节和张謇，和家乡南通的联系；介绍校园树木的生长和养护；还来到四年级各班，指导同学们一起种花。大家还排着整齐的队伍来到南通博物苑，在居卫东老师老师的指导下，亲手种下了棵棵小树。本次活动也吸引了南通电视台新闻部，南通总而言之节目主持的关注，电视新闻里，还出现了四年级组同学们植树的身影呢。</w:t>
      </w:r>
      <w:r>
        <w:rPr>
          <w:lang w:eastAsia="zh-CN"/>
        </w:rPr>
        <w:br/>
      </w:r>
      <w:r>
        <w:rPr>
          <w:lang w:eastAsia="zh-CN"/>
        </w:rPr>
        <w:t>　　四、走入社会，体验生活</w:t>
      </w:r>
      <w:r>
        <w:rPr>
          <w:lang w:eastAsia="zh-CN"/>
        </w:rPr>
        <w:br/>
      </w:r>
      <w:r>
        <w:rPr>
          <w:lang w:eastAsia="zh-CN"/>
        </w:rPr>
        <w:t>　　我们的生活丰富多彩，我们的梦想五颜六色。我们的学生是未来各行各业的接班人，有许多内容需要他们去深入了解。我们在社区社会实践中，引导学生走进各行各业，进行职业体验，学做行业助手，在体验中锻炼，在锻炼中提高我们组织学生来到侨鸿红绿灯路口当小交警志愿者。在交警汪叔叔的教导下，大家之后按照分工，两人一组站在非机动车路边指挥交通。活动使学生不仅得到了许多行车者对我们的赞许，还得到了交警汪叔叔的表扬和认可！</w:t>
      </w:r>
      <w:r>
        <w:rPr>
          <w:lang w:eastAsia="zh-CN"/>
        </w:rPr>
        <w:br/>
      </w:r>
      <w:r>
        <w:rPr>
          <w:lang w:eastAsia="zh-CN"/>
        </w:rPr>
        <w:t>　　同学们还在老师的带领下走进南通市公安局交巡警支队参观学习，零距离感受交警叔叔的日常工作。活动中，交巡警支队一大队傅士淼教导员详细地向同学们介绍了手铐、警棍、酒精测试仪、交通指挥棒、网弹、手电筒等交巡警常用的警械，他还现场邀请同学和家长互动配合演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四（6）班假日小队来到交通银行，在工作人员的带领下重新认识了人民币，学会了怎样才能让钱“生”出钱来，张歆恬爸爸还教孩子们如何正确使用ATM机。四(6)假日小队还走进法庭，法官阿姨先给同学们介绍了法庭上的席位安排，法官、检察官、律师、法定代理人的职责。接着，法官叔叔、阿姨为同学们开了一个模拟法庭。坐在庄严的法庭上，同学们个个认真观摩，积极开动脑筋，模拟法庭后，纷纷举手提问，让法官叔叔、阿姨解答他们心中疑惑的法律问题。最后，同学们还和开展本次模拟法庭的法官、检察官、律师合影留念。</w:t>
      </w:r>
      <w:r>
        <w:rPr>
          <w:lang w:eastAsia="zh-CN"/>
        </w:rPr>
        <w:br/>
      </w:r>
      <w:r>
        <w:rPr>
          <w:lang w:eastAsia="zh-CN"/>
        </w:rPr>
        <w:t>　　五、学习榜样，寻找最美</w:t>
      </w:r>
      <w:r>
        <w:rPr>
          <w:lang w:eastAsia="zh-CN"/>
        </w:rPr>
        <w:br/>
      </w:r>
      <w:r>
        <w:rPr>
          <w:lang w:eastAsia="zh-CN"/>
        </w:rPr>
        <w:t>　　我们发动广大少先队员走出校园、走向社会，开展红领巾小记者团、雏鹰假日小队等社会观察和实践体验活动，寻访南通各行各业的先进人物和可敬可学的身边榜样。孩子们走进社区探访先进人物，他们有爱国英雄，有乡贤名人，有先锋模范，还有身边好人、创业先锋等等。</w:t>
      </w:r>
      <w:r>
        <w:rPr>
          <w:lang w:eastAsia="zh-CN"/>
        </w:rPr>
        <w:br/>
      </w:r>
    </w:p>
    <w:p w:rsidR="001B1F19" w14:textId="27C3F48A">
      <w:pPr>
        <w:rPr>
          <w:rFonts w:hint="eastAsia"/>
          <w:lang w:eastAsia="zh-CN"/>
        </w:rPr>
      </w:pPr>
      <w:r>
        <w:rPr>
          <w:lang w:eastAsia="zh-CN"/>
        </w:rPr>
        <w:t>　　五年级结合三八妇女节，开展“寻找最美女性”活动，他们在辅导员或家长的带领下，与寻访对象进行一次面对面活动，以图片、文字、视频等形式，记录寻访过程，了解寻访对象，感受她们怎样通过自己的具体行动，实现人生的价值。除此之外，六4班少先队员穿过蜿蜒的小巷，来到了孙述奶奶家，把同学们用心挑选的礼物赠送给了奶奶，并衷心表达了对他的祝福。当我们一一围着奶奶坐下后，大家还进行了精彩的表演，博得了奶奶的啧啧赞叹。四（2）班雏鹰假日小队近二十名“同学们来到起凤社区陆善洪党代表工作室，和最美南通人——陆善洪进行了一次面对面的交流。陆善洪和同学们侃侃而谈，从自己的经历讲到自己的内心想法，在听到一些感人的故事的时候，同学们时不时发出赞叹声。接着，每一位同学们都采访了他一个问题。在“五一”劳动节来临之际，我校五（6）班的部分同学，与濠城社区的干部一起，看望了老劳模花幼明老人，老人是新中国建设时期的优秀工作者，从1958年开始就被连续多年评为省市级劳模。慰问中，孩子们为老人带去了相声、小魔术等文艺节目，引得老人哈哈大笑。临走前，孩子们还把自己创作的国画，赠送给老人，祝老人晚年幸福。</w:t>
      </w:r>
      <w:r>
        <w:rPr>
          <w:lang w:eastAsia="zh-CN"/>
        </w:rPr>
        <w:br/>
      </w:r>
      <w:r>
        <w:rPr>
          <w:lang w:eastAsia="zh-CN"/>
        </w:rPr>
        <w:t>　　六、请进课堂，沟通交流</w:t>
      </w:r>
      <w:r>
        <w:rPr>
          <w:lang w:eastAsia="zh-CN"/>
        </w:rPr>
        <w:br/>
      </w:r>
      <w:r>
        <w:rPr>
          <w:lang w:eastAsia="zh-CN"/>
        </w:rPr>
        <w:t>　　我们不仅走出去，更请进来，各班把外面的家长、老师、社区工作人员请进课堂。这些人有的教同学们学做寿司，教室里洋溢着的是寿司诱人的香味和同学们幸福、快乐的欢笑；有的制作青团DIY，整个教室里满溢着的是淡淡的艾叶清香和孩子们无尽的快乐；有的学习做肉末百叶卷，全体烹饪社团学员们戴上手套齐动手还有的甚至自己还联系了一批人，到校园进行活动。如五6班的学生杨铠睿的爸爸——南通中专杨老师带领他的他的6位学生，走进二附教室，辅导同学们开展“气球变变变”动手实践活动。</w:t>
      </w:r>
      <w:r>
        <w:rPr>
          <w:lang w:eastAsia="zh-CN"/>
        </w:rPr>
        <w:br/>
      </w:r>
      <w:r>
        <w:rPr>
          <w:lang w:eastAsia="zh-CN"/>
        </w:rPr>
        <w:t xml:space="preserve">    2024社区爱老敬老活动总结 篇13 </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https://d.book118.com/646202104015010052</w:t>
        </w:r>
      </w:hyperlink>
    </w:p>
    <w:p w:rsidR="001B1F19">
      <w:pPr>
        <w:rPr>
          <w:rFonts w:hint="eastAsia"/>
          <w:lang w:eastAsia="zh-CN"/>
        </w:rPr>
      </w:pPr>
    </w:p>
    <w:sectPr>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4620210401501005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