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销售助理工作总结2024（34篇）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销售助理工作总结2024（精选34篇）</w:t>
      </w:r>
      <w:r>
        <w:rPr>
          <w:lang w:eastAsia="zh-CN"/>
        </w:rPr>
        <w:br/>
      </w:r>
      <w:r>
        <w:rPr>
          <w:lang w:eastAsia="zh-CN"/>
        </w:rPr>
        <w:t xml:space="preserve">    销售助理工作总结2024 篇1 </w:t>
      </w:r>
      <w:r>
        <w:rPr>
          <w:lang w:eastAsia="zh-CN"/>
        </w:rPr>
        <w:br/>
      </w:r>
      <w:r>
        <w:rPr>
          <w:lang w:eastAsia="zh-CN"/>
        </w:rPr>
        <w:t>　　20__年__月加入贵公司任行政助理工作，之前有过一点相关工作的经验，但来到贵公司后我虚心向人请教和学习，一切都从零学起，从零做起，使自己从零中慢慢成长和完善，使自己的行为标准、思想觉悟和工作能力尽快的向公司要求的目标靠拢，希望自己能早日加入设计行业的大集体。7个月的时间很快过去了，在这7个月里，我在公司领导及同事们的关心与帮助下完成了各项工作，在思想觉悟方面有了更进一步的提高，这次的工作总结主要有以下几项：</w:t>
      </w:r>
      <w:r>
        <w:rPr>
          <w:lang w:eastAsia="zh-CN"/>
        </w:rPr>
        <w:br/>
      </w:r>
      <w:r>
        <w:rPr>
          <w:lang w:eastAsia="zh-CN"/>
        </w:rPr>
        <w:t>　　一、思想政治表现、品德素质修养及职业道德方面</w:t>
      </w:r>
      <w:r>
        <w:rPr>
          <w:lang w:eastAsia="zh-CN"/>
        </w:rPr>
        <w:br/>
      </w:r>
      <w:r>
        <w:rPr>
          <w:lang w:eastAsia="zh-CN"/>
        </w:rPr>
        <w:t>　　能够认真贯彻党的基本路线方针政策，通过网络、报纸、杂志、书籍积极学习政治理论;遵纪守法，认真学习法律知识;爱岗敬业，具有强烈的责任感和事业心，积极主动认真的学习专业知识，工作态度端正，认真负责。</w:t>
      </w:r>
      <w:r>
        <w:rPr>
          <w:lang w:eastAsia="zh-CN"/>
        </w:rPr>
        <w:br/>
      </w:r>
      <w:r>
        <w:rPr>
          <w:lang w:eastAsia="zh-CN"/>
        </w:rPr>
        <w:t>　　二、专业知识、工作能力和具体工作方面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是6月份来到公司工作，担任公司行政助理工作，主要是做好行政工作。我认为行政工作比较琐碎，每天都面临着大量的、琐碎的、不起眼的事务，而这些事务又是必不可少的。为了搞好工作，我不怕麻烦，向领导请教、向同事学习、自己摸索实践，在短时间内熟悉了本职的工作，明确了工作的程序、方向，提高了工作能力，在具体的工作中形成了一个清晰的工作思路，能够顺利的开展和完成本职工作。概括来说，行政管理在企业中主要有管理、协调、服务三大功能;其中管理是主干，协调是核心，服务是根本。总而言之，行政管理的实质就是服务。</w:t>
      </w:r>
      <w:r>
        <w:rPr>
          <w:lang w:eastAsia="zh-CN"/>
        </w:rPr>
        <w:br/>
      </w:r>
      <w:r>
        <w:rPr>
          <w:lang w:eastAsia="zh-CN"/>
        </w:rPr>
        <w:t>　　三、工作态度和勤奋敬业方面</w:t>
      </w:r>
      <w:r>
        <w:rPr>
          <w:lang w:eastAsia="zh-CN"/>
        </w:rPr>
        <w:br/>
      </w:r>
      <w:r>
        <w:rPr>
          <w:lang w:eastAsia="zh-CN"/>
        </w:rPr>
        <w:t>　　热爱自己的本职工作，正确认真的对待每一项工作，热心为大家服务，认真遵守劳动纪律，保证按时出勤，出勤率高，有效利用工作时间，坚守岗位，保证工作能按时完成。</w:t>
      </w:r>
      <w:r>
        <w:rPr>
          <w:lang w:eastAsia="zh-CN"/>
        </w:rPr>
        <w:br/>
      </w:r>
      <w:r>
        <w:rPr>
          <w:lang w:eastAsia="zh-CN"/>
        </w:rPr>
        <w:t>　　四、工作质量、成绩、效益和贡献方面</w:t>
      </w:r>
      <w:r>
        <w:rPr>
          <w:lang w:eastAsia="zh-CN"/>
        </w:rPr>
        <w:br/>
      </w:r>
      <w:r>
        <w:rPr>
          <w:lang w:eastAsia="zh-CN"/>
        </w:rPr>
        <w:t>　　在开展工作之前做好个人工作计划，有主次的先后及时的完成各项工作，达到预期的效果，保质保量的完成工作，工作效率相对较高，同时在工作中学习了很多东西，也锻炼了自己，经过不懈的努力，使工作水平有了长足的进步，开创了工作的新局面，为公司及部门工作做出了应有的贡献。</w:t>
      </w:r>
      <w:r>
        <w:rPr>
          <w:lang w:eastAsia="zh-CN"/>
        </w:rPr>
        <w:br/>
      </w:r>
      <w:r>
        <w:rPr>
          <w:lang w:eastAsia="zh-CN"/>
        </w:rPr>
        <w:t>　　总结7个月的工作，尽管有了一定的进步和成绩，但还有其他工作也存在很多的不足。这都有待于在今后的工作中加以改进。在未来的日子里，我将认真学习各项政策规章制度，努力使思想觉悟和工作效率全面进入一个新水平，希望能为公司的发展做出更大的贡献。</w:t>
      </w:r>
      <w:r>
        <w:rPr>
          <w:lang w:eastAsia="zh-CN"/>
        </w:rPr>
        <w:br/>
      </w:r>
      <w:r>
        <w:rPr>
          <w:lang w:eastAsia="zh-CN"/>
        </w:rPr>
        <w:t xml:space="preserve">    销售助理工作总结2024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进入福满花园项目已有一年了。20__年的主要工作是协助王经理组建和管理销售部。经过所有销售部工作人员的共同努力，在过去这一年中取得了良好的销售业绩。为了提高自己的工作能力和效率，找出工作中的不足之处，现将20__年工作情况总结如下：</w:t>
      </w:r>
      <w:r>
        <w:rPr>
          <w:lang w:eastAsia="zh-CN"/>
        </w:rPr>
        <w:br/>
      </w:r>
      <w:r>
        <w:rPr>
          <w:lang w:eastAsia="zh-CN"/>
        </w:rPr>
        <w:t>　　1、销售人员培训</w:t>
      </w:r>
      <w:r>
        <w:rPr>
          <w:lang w:eastAsia="zh-CN"/>
        </w:rPr>
        <w:br/>
      </w:r>
      <w:r>
        <w:rPr>
          <w:lang w:eastAsia="zh-CN"/>
        </w:rPr>
        <w:t>　　销售部于20__年_月份开始组建，至今销售人员6人，管理人员2人，策划人员1人。初期的销售人员没有工作经验和房地产知识，工作开展进度很慢，在制定培训文件和培训计划后，协助王经理开展培训工作。现销售人员接待工作有所提高，对日常销售部的工作已能基本完成。</w:t>
      </w:r>
      <w:r>
        <w:rPr>
          <w:lang w:eastAsia="zh-CN"/>
        </w:rPr>
        <w:br/>
      </w:r>
      <w:r>
        <w:rPr>
          <w:lang w:eastAsia="zh-CN"/>
        </w:rPr>
        <w:t>　　2、客户来访统计</w:t>
      </w:r>
      <w:r>
        <w:rPr>
          <w:lang w:eastAsia="zh-CN"/>
        </w:rPr>
        <w:br/>
      </w:r>
      <w:r>
        <w:rPr>
          <w:lang w:eastAsia="zh-CN"/>
        </w:rPr>
        <w:t>　　__年度到访客户共记850人次。客户来访的数据每星期收录电脑一次，详细记录来访时间、意向户型、电话等，为将来的客户鉴定做好基础工作。前期的数据存在许多问题，客户的数据不清晰，多数客户的职业和认知途径没有填写，对后期的宣传工作有一定影响，经过销售部周会提出此问题后，现阶段对客来访数据已有所改善。</w:t>
      </w:r>
      <w:r>
        <w:rPr>
          <w:lang w:eastAsia="zh-CN"/>
        </w:rPr>
        <w:br/>
      </w:r>
      <w:r>
        <w:rPr>
          <w:lang w:eastAsia="zh-CN"/>
        </w:rPr>
        <w:t>　　3、销售文件档案管理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20__年_月__日开展的vip卡活动，开始建立销售书面文件和电子档案两种。到20__年__月_日选房活动后，对已销售的商品房的认购书档案、商铺(vip增值确认书)、款申请书、退款确认书统一管理，按房号进行分区。所有的档案在书面文件和电子档案同步更新。</w:t>
      </w:r>
      <w:r>
        <w:rPr>
          <w:lang w:eastAsia="zh-CN"/>
        </w:rPr>
        <w:br/>
      </w:r>
      <w:r>
        <w:rPr>
          <w:lang w:eastAsia="zh-CN"/>
        </w:rPr>
        <w:t>　　4、销控管理和统计</w:t>
      </w:r>
      <w:r>
        <w:rPr>
          <w:lang w:eastAsia="zh-CN"/>
        </w:rPr>
        <w:br/>
      </w:r>
      <w:r>
        <w:rPr>
          <w:lang w:eastAsia="zh-CN"/>
        </w:rPr>
        <w:t>　　销控管理分为对外和对内两种，对外是以销控版贴红旗公开面对客户的形式。对内是王经理和我两层销控把关，分为书面文件和电子档案两种，书面文件只是简单的房号控制，电子档案对已售和未售商品房数据详细记录，包括客户资料、面积、价格、已付款等等。所有房号需要两人认可后才可签定认购书，确保不出现一房两卖的情况。</w:t>
      </w:r>
      <w:r>
        <w:rPr>
          <w:lang w:eastAsia="zh-CN"/>
        </w:rPr>
        <w:br/>
      </w:r>
      <w:r>
        <w:rPr>
          <w:lang w:eastAsia="zh-CN"/>
        </w:rPr>
        <w:t>　　5、销售现场管理</w:t>
      </w:r>
      <w:r>
        <w:rPr>
          <w:lang w:eastAsia="zh-CN"/>
        </w:rPr>
        <w:br/>
      </w:r>
      <w:r>
        <w:rPr>
          <w:lang w:eastAsia="zh-CN"/>
        </w:rPr>
        <w:t>　　按排销售人员的日常值班，针对每个销售期随时调整值班人员和值班时间，配合策划部进行各项宣传活动。现场管理由王经理主持每周召开例会，进行日常工作安排，销售人员在会议中交流意见和经验，项目的优劣势共享，发现问题及时解决，对客户提出的主要问题进行统一解答，提高销售率和销售人员接待客户的积极性。</w:t>
      </w:r>
      <w:r>
        <w:rPr>
          <w:lang w:eastAsia="zh-CN"/>
        </w:rPr>
        <w:br/>
      </w:r>
      <w:r>
        <w:rPr>
          <w:lang w:eastAsia="zh-CN"/>
        </w:rPr>
        <w:t>　　6、__年工作存在问题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虽然__年销售部取得良好的成绩，但销售工作也不有许多不足之处。在一期参与了价格体系的制定，从中看到了自己知识面的不足之处;户型更改的过程也明白了自己对市场的敏感度不够。房地产的专业知识还需要进一步的提升，自己的工作能力需要加强提高。首先就是工作的积极性和主动性，很多时候都是都是陆总的提醒才去做的工作，在__年要改正，学会自己去找事做。对数据和图纸要加强理解和分析，让产品进更进一步的适合市场。自身的写作能力也是需要提高的一个重点。</w:t>
      </w:r>
      <w:r>
        <w:rPr>
          <w:lang w:eastAsia="zh-CN"/>
        </w:rPr>
        <w:br/>
      </w:r>
      <w:r>
        <w:rPr>
          <w:lang w:eastAsia="zh-CN"/>
        </w:rPr>
        <w:t>　　我相信在新的一年里，通过大家的努力，我们会做得更好。希望__年的销售成绩比__年的成绩更上一个台阶。</w:t>
      </w:r>
      <w:r>
        <w:rPr>
          <w:lang w:eastAsia="zh-CN"/>
        </w:rPr>
        <w:br/>
      </w:r>
      <w:r>
        <w:rPr>
          <w:lang w:eastAsia="zh-CN"/>
        </w:rPr>
        <w:t xml:space="preserve">    销售助理工作总结2024 篇3 </w:t>
      </w:r>
      <w:r>
        <w:rPr>
          <w:lang w:eastAsia="zh-CN"/>
        </w:rPr>
        <w:br/>
      </w:r>
      <w:r>
        <w:rPr>
          <w:lang w:eastAsia="zh-CN"/>
        </w:rPr>
        <w:t>　　我于20__年__月__日在客服中心担任人事助理一职，至今在这里工作已近一年，现将我入职以来的工作向领导总结汇报：</w:t>
      </w:r>
      <w:r>
        <w:rPr>
          <w:lang w:eastAsia="zh-CN"/>
        </w:rPr>
        <w:br/>
      </w:r>
      <w:r>
        <w:rPr>
          <w:lang w:eastAsia="zh-CN"/>
        </w:rPr>
        <w:t>　　一、20__年主要工作业绩及存在的不足</w:t>
      </w:r>
      <w:r>
        <w:rPr>
          <w:lang w:eastAsia="zh-CN"/>
        </w:rPr>
        <w:br/>
      </w:r>
      <w:r>
        <w:rPr>
          <w:lang w:eastAsia="zh-CN"/>
        </w:rPr>
        <w:t>　　1、做好人事基础工作</w:t>
      </w:r>
      <w:r>
        <w:rPr>
          <w:lang w:eastAsia="zh-CN"/>
        </w:rPr>
        <w:br/>
      </w:r>
      <w:r>
        <w:rPr>
          <w:lang w:eastAsia="zh-CN"/>
        </w:rPr>
        <w:t>　　我首先接触的工作就是人员招聘，因为新乡招聘市场比较局限，所以我们把重点放在网络招聘上，定时在网上更新我们发布的招聘信息，并根据新乡人才市场的招聘时间，去人才市场参加现场招聘。我们根据公司各岗位入职标准进行筛选，通知其进行面试、审批、通过、录用。员工录用后我们会根据各部门的工作安排对新进员工进行入职培训，并且每次培训都会进行意见反馈，不断完善我们的培训内容。加上郑州分公司对我们进行的各种培训，大大提升了员工的知识面和业务水平。</w:t>
      </w:r>
      <w:r>
        <w:rPr>
          <w:lang w:eastAsia="zh-CN"/>
        </w:rPr>
        <w:br/>
      </w:r>
      <w:r>
        <w:rPr>
          <w:lang w:eastAsia="zh-CN"/>
        </w:rPr>
        <w:t>　　2、完善人事档案管理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会按月把员工的资料整理清楚，并分析各部门员工的情况，根据公司岗位编制，按月统计出本月全公司员工数，员工的新进人数，辞职人数，需要招聘人的人员，需要签定合同的人数，每个部门的总人数，上报需转正人员，上报失职问责等。并且按照集团要求每月上报本项目的花名册，及时更新人员情况。由于刚接手人事的时候，交接工作没有做好，导致花名册人员对照不上，令郑州分公司人事专员花了好长时间才把人数对上。从那以后，让我明白了，做人事工作，不得有丝毫的马虎，因为一点点的疏忽对员工造成的损失是无法弥补的。</w:t>
      </w:r>
      <w:r>
        <w:rPr>
          <w:lang w:eastAsia="zh-CN"/>
        </w:rPr>
        <w:br/>
      </w:r>
      <w:r>
        <w:rPr>
          <w:lang w:eastAsia="zh-CN"/>
        </w:rPr>
        <w:t>　　3、保障员工福利机制</w:t>
      </w:r>
      <w:r>
        <w:rPr>
          <w:lang w:eastAsia="zh-CN"/>
        </w:rPr>
        <w:br/>
      </w:r>
      <w:r>
        <w:rPr>
          <w:lang w:eastAsia="zh-CN"/>
        </w:rPr>
        <w:t>　　我于11月份开始接手配合地产行政人事完成新乡公司社保开户及员工参保工作。由于之前从未接触过社会保险，一开始工作起来相当迷茫，有想过要放弃社保这个工作，但是我清楚必须要做好这项工作，所以经常往返于社保局和办公室之间。从对社会保险一无所知到略知一二，再到必须掌握基本的知识和流程，通过我的不懈努力，终于开通新乡社保账户，并陆续办理员工参保。接下来，需要花更多的时间去学习社会保险知识，才能更好的做好此项工作，为员工服务。</w:t>
      </w:r>
      <w:r>
        <w:rPr>
          <w:lang w:eastAsia="zh-CN"/>
        </w:rPr>
        <w:br/>
      </w:r>
      <w:r>
        <w:rPr>
          <w:lang w:eastAsia="zh-CN"/>
        </w:rPr>
        <w:t>　　二、20__年工作计划</w:t>
      </w:r>
      <w:r>
        <w:rPr>
          <w:lang w:eastAsia="zh-CN"/>
        </w:rPr>
        <w:br/>
      </w:r>
      <w:r>
        <w:rPr>
          <w:lang w:eastAsia="zh-CN"/>
        </w:rPr>
        <w:t>　　通过四个月的工作和学习，使我初步掌握了人事的岗位职责和工作内容。接下来需要花更多的时间去学习恒大的文化、精神、规章制度和管理模式。</w:t>
      </w:r>
      <w:r>
        <w:rPr>
          <w:lang w:eastAsia="zh-CN"/>
        </w:rPr>
        <w:br/>
      </w:r>
      <w:r>
        <w:rPr>
          <w:lang w:eastAsia="zh-CN"/>
        </w:rPr>
        <w:t>　　1、进一步掌握行政人事工作流程及规范。除了按照公司时间节点高效、高质量地完成日常工作以外，还要努力提升自己工作业务水平，争取在行政人事工作方面能够独挡一面。</w:t>
      </w:r>
      <w:r>
        <w:rPr>
          <w:lang w:eastAsia="zh-CN"/>
        </w:rPr>
        <w:br/>
      </w:r>
      <w:r>
        <w:rPr>
          <w:lang w:eastAsia="zh-CN"/>
        </w:rPr>
        <w:t>　　2、做好上传下达工作，积极配合各部门完成日常工作。深刻领会公司下发传阅文件，协助领导及各部门负责人落实文件要求。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在过去的四个月里里，我认真总结工作中的经验及教训，继续改进工作中的不足。20__年，我将更加努力，积极配合领导完成日常行政人事管理工作。</w:t>
      </w:r>
      <w:r>
        <w:rPr>
          <w:lang w:eastAsia="zh-CN"/>
        </w:rPr>
        <w:br/>
      </w:r>
      <w:r>
        <w:rPr>
          <w:lang w:eastAsia="zh-CN"/>
        </w:rPr>
        <w:t>　　感谢恒大给我这个能够锻炼和发挥的平台，我会不断学习，努力工作，用成绩来回报公司。</w:t>
      </w:r>
      <w:r>
        <w:rPr>
          <w:lang w:eastAsia="zh-CN"/>
        </w:rPr>
        <w:br/>
      </w:r>
      <w:r>
        <w:rPr>
          <w:lang w:eastAsia="zh-CN"/>
        </w:rPr>
        <w:t xml:space="preserve">    销售助理工作总结2024 篇4 </w:t>
      </w:r>
      <w:r>
        <w:rPr>
          <w:lang w:eastAsia="zh-CN"/>
        </w:rPr>
        <w:br/>
      </w:r>
      <w:r>
        <w:rPr>
          <w:lang w:eastAsia="zh-CN"/>
        </w:rPr>
        <w:t>　　时间不露声息的走过，不知不觉我来到公司快两个月了，从刚刚进来什么人都不认识，到转眼间我和同事都彼此熟悉了，时间也就这样的过去了，销售助理工作总结。作为一名新人，我明白到了要做好这份工作没有想象中简单，同时也大致了解到了公司的业务运作，现在我对自己的工作进行总结，内容主要有以下几项：</w:t>
      </w:r>
      <w:r>
        <w:rPr>
          <w:lang w:eastAsia="zh-CN"/>
        </w:rPr>
        <w:br/>
      </w:r>
      <w:r>
        <w:rPr>
          <w:lang w:eastAsia="zh-CN"/>
        </w:rPr>
        <w:t>　　一、工作态度和勤奋敬业方面</w:t>
      </w:r>
      <w:r>
        <w:rPr>
          <w:lang w:eastAsia="zh-CN"/>
        </w:rPr>
        <w:br/>
      </w:r>
      <w:r>
        <w:rPr>
          <w:lang w:eastAsia="zh-CN"/>
        </w:rPr>
        <w:t>　　热爱自己的本职工作，能够正确认真的对待每一项工作，工作投入，热心为大家服务，认真遵守劳动纪律，保证按时出勤，出勤率高，有效利用工作时间，坚守岗位，保证工作能按时完成。</w:t>
      </w:r>
      <w:r>
        <w:rPr>
          <w:lang w:eastAsia="zh-CN"/>
        </w:rPr>
        <w:br/>
      </w:r>
      <w:r>
        <w:rPr>
          <w:lang w:eastAsia="zh-CN"/>
        </w:rPr>
        <w:t>　　二、工作质量成绩和贡献</w:t>
      </w:r>
      <w:r>
        <w:rPr>
          <w:lang w:eastAsia="zh-CN"/>
        </w:rPr>
        <w:br/>
      </w:r>
      <w:r>
        <w:rPr>
          <w:lang w:eastAsia="zh-CN"/>
        </w:rPr>
        <w:t>　　在开展工作之前做好个人工作计划，有主次的先后及时的完成工作，达到预期的效果，同时在工作中学习了很多东西，也锻炼了自己，经过不懈的努力，使工作水平有了长足的进步，开创了工作的新局面，为公司及部门工作做出了应有的贡献，工作总结《销售助理工作总结》。(虽然在工作中有很多的不足)</w:t>
      </w:r>
      <w:r>
        <w:rPr>
          <w:lang w:eastAsia="zh-CN"/>
        </w:rPr>
        <w:br/>
      </w:r>
      <w:r>
        <w:rPr>
          <w:lang w:eastAsia="zh-CN"/>
        </w:rPr>
        <w:t>　　三、专业知识、工作能力和具体工作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是十一月份来到公司工作，担任公司销售助理，由于现在我们公司新产品投入市场的时间还短，我在这个岗位还算空闲，最多的时间就是学习新产品的知识，让自己更容易受本职工作，在同事的指导，还有部门开会过程中，看到了许多同事的优秀表现，也从他们那边学到了一些专业知识，从而在这个领域中也能有自己的见解。</w:t>
      </w:r>
      <w:r>
        <w:rPr>
          <w:lang w:eastAsia="zh-CN"/>
        </w:rPr>
        <w:br/>
      </w:r>
      <w:r>
        <w:rPr>
          <w:lang w:eastAsia="zh-CN"/>
        </w:rPr>
        <w:t>　　在这两个月中，我本着“把工作做的更好”这样一个目标，开拓创新意识，积极圆满的完成了以下本职工作：</w:t>
      </w:r>
      <w:r>
        <w:rPr>
          <w:lang w:eastAsia="zh-CN"/>
        </w:rPr>
        <w:br/>
      </w:r>
      <w:r>
        <w:rPr>
          <w:lang w:eastAsia="zh-CN"/>
        </w:rPr>
        <w:t>　　1、负责自己办公桌及周边的卫生，让自己和他人的工作环境不受影响。</w:t>
      </w:r>
      <w:r>
        <w:rPr>
          <w:lang w:eastAsia="zh-CN"/>
        </w:rPr>
        <w:br/>
      </w:r>
      <w:r>
        <w:rPr>
          <w:lang w:eastAsia="zh-CN"/>
        </w:rPr>
        <w:t>　　2、认真负责的完成各项任务，在进公司不久就和公司领导到河南去参加药展会，让我学习到了好多。</w:t>
      </w:r>
      <w:r>
        <w:rPr>
          <w:lang w:eastAsia="zh-CN"/>
        </w:rPr>
        <w:br/>
      </w:r>
      <w:r>
        <w:rPr>
          <w:lang w:eastAsia="zh-CN"/>
        </w:rPr>
        <w:t>　　总结两个月的工作，尽管有了一定的进步和成绩，但在一些方面还存在着不足。比如个别工作做的还不够完善，专业知识不够，这有待于在今后的工作中加以改进。在公司的两个月的工作中，我得到了公司领导和同事的大力帮助，这是我非常感谢他们的地方，在他们的帮助下，我快速的适应了公司的工作，我为此感到非常的感激。</w:t>
      </w:r>
      <w:r>
        <w:rPr>
          <w:lang w:eastAsia="zh-CN"/>
        </w:rPr>
        <w:br/>
      </w:r>
      <w:r>
        <w:rPr>
          <w:lang w:eastAsia="zh-CN"/>
        </w:rPr>
        <w:t>　　以上是为大家整理好的范文，希望大家喜欢</w:t>
      </w:r>
      <w:r>
        <w:rPr>
          <w:lang w:eastAsia="zh-CN"/>
        </w:rPr>
        <w:br/>
      </w:r>
      <w:r>
        <w:rPr>
          <w:lang w:eastAsia="zh-CN"/>
        </w:rPr>
        <w:t xml:space="preserve">    销售助理工作总结2024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工作总结就是把某一时期已经做过的工作，进行一次全面系统的总检查、总评价，进行一次具体的总分析、总研究;也就是看看取得了哪些成绩，存在哪些缺点和不足，有什么经验、提高。</w:t>
      </w:r>
      <w:r>
        <w:rPr>
          <w:lang w:eastAsia="zh-CN"/>
        </w:rPr>
        <w:br/>
      </w:r>
      <w:r>
        <w:rPr>
          <w:lang w:eastAsia="zh-CN"/>
        </w:rPr>
        <w:t>　　1.总结必须有情况的概述和叙述，有的比较简单，有的比较详细。这部分内容主要是对工作的主客观条件、有利和不利条件以及工作的环境和基础等进行分析。</w:t>
      </w:r>
      <w:r>
        <w:rPr>
          <w:lang w:eastAsia="zh-CN"/>
        </w:rPr>
        <w:br/>
      </w:r>
      <w:r>
        <w:rPr>
          <w:lang w:eastAsia="zh-CN"/>
        </w:rPr>
        <w:t>　　2.成绩和缺点。这是总结的中心。总结的目的就是要肯定成绩，找出缺点。成绩有哪些，有多大，表现在哪些方面，是怎样取得的;缺点有多少，表现在哪些方面，是什么性质的，怎样产生的，都应讲清楚。</w:t>
      </w:r>
      <w:r>
        <w:rPr>
          <w:lang w:eastAsia="zh-CN"/>
        </w:rPr>
        <w:br/>
      </w:r>
      <w:r>
        <w:rPr>
          <w:lang w:eastAsia="zh-CN"/>
        </w:rPr>
        <w:t>　　3.经验和教训。做过一件事，总会有经验和教训。为便于今后的工作，须对以往工作的经验和教训进行分析、研究、概括、集中，并上升到理论的高度来认识。</w:t>
      </w:r>
      <w:r>
        <w:rPr>
          <w:lang w:eastAsia="zh-CN"/>
        </w:rPr>
        <w:br/>
      </w:r>
      <w:r>
        <w:rPr>
          <w:lang w:eastAsia="zh-CN"/>
        </w:rPr>
        <w:t>　　4.今后的打算。根据今后的工作任务和要求，吸取前一时期工作的经验和教训，明确努力方向，提出改进措施等。</w:t>
      </w:r>
      <w:r>
        <w:rPr>
          <w:lang w:eastAsia="zh-CN"/>
        </w:rPr>
        <w:br/>
      </w:r>
      <w:r>
        <w:rPr>
          <w:lang w:eastAsia="zh-CN"/>
        </w:rPr>
        <w:t>　　销售助理年终总结范文</w:t>
      </w:r>
      <w:r>
        <w:rPr>
          <w:lang w:eastAsia="zh-CN"/>
        </w:rPr>
        <w:br/>
      </w:r>
      <w:r>
        <w:rPr>
          <w:lang w:eastAsia="zh-CN"/>
        </w:rPr>
        <w:t>　　自从转到销售部至今已经一年半了,回想自己这一年多所走过的路，所经历的事情，没有太多的感慨，没有太多的惊喜，多了一份镇定，从容的心态。在公司领导的带领和帮助下，加之部门同事的鼎力协助，自己立足本职工作，使得销售工作顺利进行。</w:t>
      </w:r>
      <w:r>
        <w:rPr>
          <w:lang w:eastAsia="zh-CN"/>
        </w:rPr>
        <w:br/>
      </w:r>
      <w:r>
        <w:rPr>
          <w:lang w:eastAsia="zh-CN"/>
        </w:rPr>
        <w:t>　　虽然销售情况不错，但是回款率不太乐观，原因在于集团总部结款不及时。08年我会尽量克服这方面的因素，及时与各子分公司解决回款问题。</w:t>
      </w:r>
      <w:r>
        <w:rPr>
          <w:lang w:eastAsia="zh-CN"/>
        </w:rPr>
        <w:br/>
      </w:r>
      <w:r>
        <w:rPr>
          <w:lang w:eastAsia="zh-CN"/>
        </w:rPr>
        <w:t>　　现将销售工作的内容和感受总结如下：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1、销售报表的汇总：其中包括产品的销售登记，产品销售排名情况;清理业务 理手上的借物及还货情况</w:t>
      </w:r>
      <w:r>
        <w:rPr>
          <w:lang w:eastAsia="zh-CN"/>
        </w:rPr>
        <w:br/>
      </w:r>
      <w:r>
        <w:rPr>
          <w:lang w:eastAsia="zh-CN"/>
        </w:rPr>
        <w:t>　　2、协助大区经理的销售工作：</w:t>
      </w:r>
      <w:r>
        <w:rPr>
          <w:lang w:eastAsia="zh-CN"/>
        </w:rPr>
        <w:br/>
      </w:r>
      <w:r>
        <w:rPr>
          <w:lang w:eastAsia="zh-CN"/>
        </w:rPr>
        <w:t>　　①将有些电话业务或者需要送货的业务分配给业务经理，并辅助他们抓住定单;</w:t>
      </w:r>
      <w:r>
        <w:rPr>
          <w:lang w:eastAsia="zh-CN"/>
        </w:rPr>
        <w:br/>
      </w:r>
      <w:r>
        <w:rPr>
          <w:lang w:eastAsia="zh-CN"/>
        </w:rPr>
        <w:t>　　②经常同业务员勤沟通、勤交流，分析市场情况、存在问题及应对方案，以求共同提高; ③合同的执行情况：协助业务经理并督促合同的完成;</w:t>
      </w:r>
      <w:r>
        <w:rPr>
          <w:lang w:eastAsia="zh-CN"/>
        </w:rPr>
        <w:br/>
      </w:r>
      <w:r>
        <w:rPr>
          <w:lang w:eastAsia="zh-CN"/>
        </w:rPr>
        <w:t>　　3、公司上门业务的处理，对产品销售过程中出现的问题进行处理，与各部门之前进行友好的沟通;</w:t>
      </w:r>
      <w:r>
        <w:rPr>
          <w:lang w:eastAsia="zh-CN"/>
        </w:rPr>
        <w:br/>
      </w:r>
      <w:r>
        <w:rPr>
          <w:lang w:eastAsia="zh-CN"/>
        </w:rPr>
        <w:t>　　4、与集团总部清理往年应付款情况，由于往年帐目不是我经手的，加上有些单据遗失及价格或等等问题，给现在的工作带来许多麻烦;</w:t>
      </w:r>
      <w:r>
        <w:rPr>
          <w:lang w:eastAsia="zh-CN"/>
        </w:rPr>
        <w:br/>
      </w:r>
      <w:r>
        <w:rPr>
          <w:lang w:eastAsia="zh-CN"/>
        </w:rPr>
        <w:t>　　5、对每一款新产品进行推广，与各经销商进行密切联系，并根据地区、行业、受众的不同</w:t>
      </w:r>
      <w:r>
        <w:rPr>
          <w:lang w:eastAsia="zh-CN"/>
        </w:rPr>
        <w:br/>
      </w:r>
      <w:r>
        <w:rPr>
          <w:lang w:eastAsia="zh-CN"/>
        </w:rPr>
        <w:t>　　进行分析;</w:t>
      </w:r>
      <w:r>
        <w:rPr>
          <w:lang w:eastAsia="zh-CN"/>
        </w:rPr>
        <w:br/>
      </w:r>
      <w:r>
        <w:rPr>
          <w:lang w:eastAsia="zh-CN"/>
        </w:rPr>
        <w:t>　　6、在日常的事务工作中，自己在接到领导安排的任务后，积极着手，在确保工作质量的前提下按时完成任务。</w:t>
      </w:r>
      <w:r>
        <w:rPr>
          <w:lang w:eastAsia="zh-CN"/>
        </w:rPr>
        <w:br/>
      </w:r>
      <w:r>
        <w:rPr>
          <w:lang w:eastAsia="zh-CN"/>
        </w:rPr>
        <w:t>　　总结一年来的工作，自己的工作仍存在很多问题和不足，在工作方法和技巧上有待于向其他业务员和同行学习，08年自己计划在去年工作得失的基础上取长补短，重点做好以下几个方面的工作：</w:t>
      </w:r>
      <w:r>
        <w:rPr>
          <w:lang w:eastAsia="zh-CN"/>
        </w:rPr>
        <w:br/>
      </w:r>
      <w:r>
        <w:rPr>
          <w:lang w:eastAsia="zh-CN"/>
        </w:rPr>
        <w:t>　　(一)确保完成全年销售任务，平时积极搜集信息并及时汇总;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(二)努力协助业务经理的销售工作，从产品的价格，数量，质量以及自身的服务态度方面，细心的与客户沟通;</w:t>
      </w:r>
      <w:r>
        <w:rPr>
          <w:lang w:eastAsia="zh-CN"/>
        </w:rPr>
        <w:br/>
      </w:r>
      <w:r>
        <w:rPr>
          <w:lang w:eastAsia="zh-CN"/>
        </w:rPr>
        <w:t>　　(三)销售报表的精确度，仔细审核;</w:t>
      </w:r>
      <w:r>
        <w:rPr>
          <w:lang w:eastAsia="zh-CN"/>
        </w:rPr>
        <w:br/>
      </w:r>
      <w:r>
        <w:rPr>
          <w:lang w:eastAsia="zh-CN"/>
        </w:rPr>
        <w:t>　　(四)借物还货的及时处理;</w:t>
      </w:r>
      <w:r>
        <w:rPr>
          <w:lang w:eastAsia="zh-CN"/>
        </w:rPr>
        <w:br/>
      </w:r>
      <w:r>
        <w:rPr>
          <w:lang w:eastAsia="zh-CN"/>
        </w:rPr>
        <w:t>　　(五)客户关系的维系，并不断开发新的客户。</w:t>
      </w:r>
      <w:r>
        <w:rPr>
          <w:lang w:eastAsia="zh-CN"/>
        </w:rPr>
        <w:br/>
      </w:r>
      <w:r>
        <w:rPr>
          <w:lang w:eastAsia="zh-CN"/>
        </w:rPr>
        <w:t>　　(六)努力做好每一件事情，坚持再坚持!</w:t>
      </w:r>
      <w:r>
        <w:rPr>
          <w:lang w:eastAsia="zh-CN"/>
        </w:rPr>
        <w:br/>
      </w:r>
      <w:r>
        <w:rPr>
          <w:lang w:eastAsia="zh-CN"/>
        </w:rPr>
        <w:t>　　最后，想对销售过程中出现的问题归纳如下：</w:t>
      </w:r>
      <w:r>
        <w:rPr>
          <w:lang w:eastAsia="zh-CN"/>
        </w:rPr>
        <w:br/>
      </w:r>
      <w:r>
        <w:rPr>
          <w:lang w:eastAsia="zh-CN"/>
        </w:rPr>
        <w:t>　　(一)仓库的库存量不够。虽然库存表上标注了每款产品最低库存量，但是实际却不相符，有许多产品甚至已经断货。在库存不多的情况下，建议仓库及时与生产联系下单，或者与销售联系提醒下单，飞单的情况大多于库存量不足有关。</w:t>
      </w:r>
      <w:r>
        <w:rPr>
          <w:lang w:eastAsia="zh-CN"/>
        </w:rPr>
        <w:br/>
      </w:r>
      <w:r>
        <w:rPr>
          <w:lang w:eastAsia="zh-CN"/>
        </w:rPr>
        <w:t>　　(二)采购回货不及时。回货时间总会延迟，对于这种现象，采购人员的态度大多都是事不关已，很少会想着怎么去与供应商解决，而是希望销售人员与客户沟通延缓时间。这样会让客户对我们的信誉度降低。(这种现象非常严重)</w:t>
      </w:r>
      <w:r>
        <w:rPr>
          <w:lang w:eastAsia="zh-CN"/>
        </w:rPr>
        <w:br/>
      </w:r>
      <w:r>
        <w:rPr>
          <w:lang w:eastAsia="zh-CN"/>
        </w:rPr>
        <w:t>　　(三)质检与采购对供应商退货的处理。很多不合格的产品，由于时间拖延，最后在逼不得已的情况下一挑再挑，并当成合格产品销售，这样对我们“追求高品质”的信念是非常不吻合的。经常有拿出去的东西因为质量问题让销售人员非常难堪。</w:t>
      </w:r>
      <w:r>
        <w:rPr>
          <w:lang w:eastAsia="zh-CN"/>
        </w:rPr>
        <w:br/>
      </w:r>
      <w:r>
        <w:rPr>
          <w:lang w:eastAsia="zh-CN"/>
        </w:rPr>
        <w:t>　　(四)财务应定期对销售却未回款的业务进行催款或者提醒。有许多已经回款的业务，财务在几个月之后才告诉销售人员，期间销售人员以为没回款一直都在催，给客户印象非常不好!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(五)各部门之间不协调。为了自己的工作方便，往往不会太关心他人，不会考虑给他人带来的麻烦。有时候因为一句话或者一点小事情就可以解决了，可是却让销售人员走了许多弯路。</w:t>
      </w:r>
      <w:r>
        <w:rPr>
          <w:lang w:eastAsia="zh-CN"/>
        </w:rPr>
        <w:br/>
      </w:r>
      <w:r>
        <w:rPr>
          <w:lang w:eastAsia="zh-CN"/>
        </w:rPr>
        <w:t>　　(六)发货及派车问题。</w:t>
      </w:r>
      <w:r>
        <w:rPr>
          <w:lang w:eastAsia="zh-CN"/>
        </w:rPr>
        <w:br/>
      </w:r>
      <w:r>
        <w:rPr>
          <w:lang w:eastAsia="zh-CN"/>
        </w:rPr>
        <w:t>　　(七)新产品开发速度太慢。</w:t>
      </w:r>
      <w:r>
        <w:rPr>
          <w:lang w:eastAsia="zh-CN"/>
        </w:rPr>
        <w:br/>
      </w:r>
      <w:r>
        <w:rPr>
          <w:lang w:eastAsia="zh-CN"/>
        </w:rPr>
        <w:t>　　总之，今年我将更加努力做好自己份内的事情，并积极帮助他人。也希望公司存在的一些问题能够妥善解决。不断的开发新品，不断开发新的区域，相信公司一定会走得更远，市场占有率更高，楚天人都会洋溢着幸福的笑容!</w:t>
      </w:r>
      <w:r>
        <w:rPr>
          <w:lang w:eastAsia="zh-CN"/>
        </w:rPr>
        <w:br/>
      </w:r>
      <w:r>
        <w:rPr>
          <w:lang w:eastAsia="zh-CN"/>
        </w:rPr>
        <w:t xml:space="preserve">    销售助理工作总结2024 篇6 </w:t>
      </w:r>
      <w:r>
        <w:rPr>
          <w:lang w:eastAsia="zh-CN"/>
        </w:rPr>
        <w:br/>
      </w:r>
      <w:r>
        <w:rPr>
          <w:lang w:eastAsia="zh-CN"/>
        </w:rPr>
        <w:t>　　来到我们店加入这个大家庭也差不多有三个月的时间了吧，说实话试用期早就已经过去了一周的时间了，但是因为销售工作的特殊性，一直没有抽出时间来写一写自己在试用期里面的工作总结，一直到今天才挤出一点时间了，这长时间忙碌的工作下得到一会儿的休息时间反而不适应了，所以决定好好回顾下自己前面两个多月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首先，我是十分感谢我们_店给予我这个销售的工作岗位的，让我能够有一个学习工作的机会。在这里工作的几个月帮助我学习到了很多的东西，令我感触最深的是我们公司的同事相处氛围真的是非常的好，我的上一份工作就是做汽车销售，可是那个公司的同事相处氛围真的是非常的恶劣，令我辞职的原因就是公司销售员经常出现抢单的行为，好不容易谈了辆车就要签约交钱了，结果就被别的同事知道了就给私下联系就让别人给签走了这样的事情话还不是一次两次，跟领导反映就没用，所以我就辞职来到了我们公司，成为了一名汽车销售助理。而这两个多月的工作，真的让我觉得我们公司的相处环境真的好，同事之间相处的十分融洽，互相帮助的那种，公司的领导也是十分地关心我们的工作，经常来慰问我们的情况。</w:t>
      </w:r>
      <w:r>
        <w:rPr>
          <w:lang w:eastAsia="zh-CN"/>
        </w:rPr>
        <w:br/>
      </w:r>
      <w:r>
        <w:rPr>
          <w:lang w:eastAsia="zh-CN"/>
        </w:rPr>
        <w:t>　　言归正传，现在将我这两个多月的工作总结如下：</w:t>
      </w:r>
      <w:r>
        <w:rPr>
          <w:lang w:eastAsia="zh-CN"/>
        </w:rPr>
        <w:br/>
      </w:r>
      <w:r>
        <w:rPr>
          <w:lang w:eastAsia="zh-CN"/>
        </w:rPr>
        <w:t>　　之前我的工作是汽车销售，我现在的工作是销售助理，其实也是我自己的选择了，因为之前在汽车销售员的岗位上面工作了很长的时间，想要换个工作换份心情。工作岗位的转换，以久意味着工作要求和职责的转换，所以这对我而言又是一个新的开始，因为是相关的工作，所以我在销售助理的岗位上面学习还是比较快的，也能够很好地帮助销售员完成销售任务。我要做的工作就是协助销售员，做好给项前期工作，比如在做销售介绍的时候，我就要提前准备好接待，或者各项文件的打印整理等等，以及各种车型的相关数据的整理，帮助销售员更好地了解产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这汽车销售助理的岗位上面，我从主动这转变成了协助者，所以就要求我的工作必须要更加的面面俱到，更加的细致，这样才能够协助销售员做好工作，帮助他们发现其中的一些小问题。所以者两个月的时间，我的工作能力变得更加的细致、用心和专心。者两个多月的工作，更加的让我知道做好这份工作的不容易，我必须要保持不断学习才能够在这个岗位上面做的更好、走的更远，所以在今后的工作中，我也会在工作之余，挤出时间来收集、学习汽车相关知识的!</w:t>
      </w:r>
      <w:r>
        <w:rPr>
          <w:lang w:eastAsia="zh-CN"/>
        </w:rPr>
        <w:br/>
      </w:r>
      <w:r>
        <w:rPr>
          <w:lang w:eastAsia="zh-CN"/>
        </w:rPr>
        <w:t xml:space="preserve">    销售助理工作总结2024 篇7 </w:t>
      </w:r>
      <w:r>
        <w:rPr>
          <w:lang w:eastAsia="zh-CN"/>
        </w:rPr>
        <w:br/>
      </w:r>
      <w:r>
        <w:rPr>
          <w:lang w:eastAsia="zh-CN"/>
        </w:rPr>
        <w:t>　　白驹过隙，转眼我在已经工作快半年了，自20__年7月2日到岗，至今五月有余，在这五个多月里，我体会到了完全不同于学校的生活氛围，这对于刚入职场的我来说，某种意义上来说也是一大挑战。回望20__年度的工作生活，感受到公司及身边的人这一年来发生的巨大变化，身边的同事也都在不断进步着，朝着同一个目标奋斗着。新的一年到来了，也带来了新的挑战，在我们准备以全新的面貌来迎接新年的到来时，也不忘来回顾和总结过去一年来所做的努力。</w:t>
      </w:r>
      <w:r>
        <w:rPr>
          <w:lang w:eastAsia="zh-CN"/>
        </w:rPr>
        <w:br/>
      </w:r>
      <w:r>
        <w:rPr>
          <w:lang w:eastAsia="zh-CN"/>
        </w:rPr>
        <w:t>　　团队自成立到现今已经一年多时间了，我很荣幸能在刚踏入社会时加入这个团队，跟大家一起慢慢成长。自20__年以来，园的队伍在慢慢壮大，引进了专业人才，专业水平得到了很大的提高，团队建设正在逐步走向规范，各部门职能作用也在逐渐明确化。</w:t>
      </w:r>
      <w:r>
        <w:rPr>
          <w:lang w:eastAsia="zh-CN"/>
        </w:rPr>
        <w:br/>
      </w:r>
      <w:r>
        <w:rPr>
          <w:lang w:eastAsia="zh-CN"/>
        </w:rPr>
        <w:t>　　年度主要工作事项及成果梳理回顾这半年来的工作，我在公司领导及各位同事的支持与帮助下，严格要求自己，按照公司的要求，较好地完成了自己的本职工作。通过半年来的学习与工作，工作模式上有了新的突破，工作方式有了较大的改变，现将半年来的工作事项总结如下：</w:t>
      </w:r>
      <w:r>
        <w:rPr>
          <w:lang w:eastAsia="zh-CN"/>
        </w:rPr>
        <w:br/>
      </w:r>
      <w:r>
        <w:rPr>
          <w:lang w:eastAsia="zh-CN"/>
        </w:rPr>
        <w:t>　　1、园销售台账及整套销售报表，及时更新销售数据，定时上报有关销售报表。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2、销售数据统计，定期制作各期销售报表，如日报、周报、月报等。</w:t>
      </w:r>
      <w:r>
        <w:rPr>
          <w:lang w:eastAsia="zh-CN"/>
        </w:rPr>
        <w:br/>
      </w:r>
      <w:r>
        <w:rPr>
          <w:lang w:eastAsia="zh-CN"/>
        </w:rPr>
        <w:t>　　3、维护销售台账和日期销控表，定期做本项目佣金结算。</w:t>
      </w:r>
      <w:r>
        <w:rPr>
          <w:lang w:eastAsia="zh-CN"/>
        </w:rPr>
        <w:br/>
      </w:r>
      <w:r>
        <w:rPr>
          <w:lang w:eastAsia="zh-CN"/>
        </w:rPr>
        <w:t>　　4、行政助理休假时做好案场日常行政事务，如物料、考勤等。以及及时和开发商沟通销售流程方面的工作。</w:t>
      </w:r>
      <w:r>
        <w:rPr>
          <w:lang w:eastAsia="zh-CN"/>
        </w:rPr>
        <w:br/>
      </w:r>
      <w:r>
        <w:rPr>
          <w:lang w:eastAsia="zh-CN"/>
        </w:rPr>
        <w:t>　　5、就特殊优惠、房源等信息及时跟甲方负责人沟通并确保规定时间内取得结果。</w:t>
      </w:r>
      <w:r>
        <w:rPr>
          <w:lang w:eastAsia="zh-CN"/>
        </w:rPr>
        <w:br/>
      </w:r>
      <w:r>
        <w:rPr>
          <w:lang w:eastAsia="zh-CN"/>
        </w:rPr>
        <w:t>　　6、负责督促置业顾问认购之后其他后续手续的办理，确保现场销售程序顺利进行。</w:t>
      </w:r>
      <w:r>
        <w:rPr>
          <w:lang w:eastAsia="zh-CN"/>
        </w:rPr>
        <w:br/>
      </w:r>
      <w:r>
        <w:rPr>
          <w:lang w:eastAsia="zh-CN"/>
        </w:rPr>
        <w:t>　　未达目标的工作分析上述工作事项，在刚接手工作的时候，由于业务不熟练，工作中出现过一些纰漏，给领导和其他同事造成了一些不便，对此本人深感惭愧。之后在各位领导和同事的帮助指导下，加强自己的业务操作能力，逐渐能独立完成工作，到现在已可以做到按照公司的规定严格要求自己，能较好的完成本职工作。但是还是有一些做的不太到位的地方，在这五个月期间，我在工作中还有一些不足之处有待改进：</w:t>
      </w:r>
      <w:r>
        <w:rPr>
          <w:lang w:eastAsia="zh-CN"/>
        </w:rPr>
        <w:br/>
      </w:r>
      <w:r>
        <w:rPr>
          <w:lang w:eastAsia="zh-CN"/>
        </w:rPr>
        <w:t>　　首先，做事还是不够细心，导致工作中犯了一些本不该出现的失误，这一点在之后的工作中我一定会尽量避免。</w:t>
      </w:r>
      <w:r>
        <w:rPr>
          <w:lang w:eastAsia="zh-CN"/>
        </w:rPr>
        <w:br/>
      </w:r>
      <w:r>
        <w:rPr>
          <w:lang w:eastAsia="zh-CN"/>
        </w:rPr>
        <w:t>　　其次，在与开发商接洽时，要注意沟通方式，尽量做到双赢。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再次，在工作中，要不焦躁，脚踏实地，面对繁杂的工作时，尽量做到有条有理，主次分明。在今后的工作中，我一定注意以上所述的不足之处，完善自己在工作中的缺陷，尽快在自己的岗位上能够游刃有余。</w:t>
      </w:r>
      <w:r>
        <w:rPr>
          <w:lang w:eastAsia="zh-CN"/>
        </w:rPr>
        <w:br/>
      </w:r>
      <w:r>
        <w:rPr>
          <w:lang w:eastAsia="zh-CN"/>
        </w:rPr>
        <w:t>　　20__年工作改进措施</w:t>
      </w:r>
      <w:r>
        <w:rPr>
          <w:lang w:eastAsia="zh-CN"/>
        </w:rPr>
        <w:br/>
      </w:r>
      <w:r>
        <w:rPr>
          <w:lang w:eastAsia="zh-CN"/>
        </w:rPr>
        <w:t>　　针对20__年度工作中的不足，根据本职工作的性质，现对自己提出以下改进措施，希望在新的一年里，能在本职工作上有更大的突破，为公司的长远发展尽一份绵薄之力。</w:t>
      </w:r>
      <w:r>
        <w:rPr>
          <w:lang w:eastAsia="zh-CN"/>
        </w:rPr>
        <w:br/>
      </w:r>
      <w:r>
        <w:rPr>
          <w:lang w:eastAsia="zh-CN"/>
        </w:rPr>
        <w:t>　　1、业务体行政助理的工作要求细心、有条理，在20__年里，我一定要进一步改进工作方式，遇到工作不急躁，确保从自己手里出的每一个表格都完美无缺。</w:t>
      </w:r>
      <w:r>
        <w:rPr>
          <w:lang w:eastAsia="zh-CN"/>
        </w:rPr>
        <w:br/>
      </w:r>
      <w:r>
        <w:rPr>
          <w:lang w:eastAsia="zh-CN"/>
        </w:rPr>
        <w:t>　　2、注重自己的工作方式，整合人际关系。在执行现场制度的时候，公私分明，责任到人。</w:t>
      </w:r>
      <w:r>
        <w:rPr>
          <w:lang w:eastAsia="zh-CN"/>
        </w:rPr>
        <w:br/>
      </w:r>
      <w:r>
        <w:rPr>
          <w:lang w:eastAsia="zh-CN"/>
        </w:rPr>
        <w:t>　　3、加强自己在办公自动化方面的操作能力，提高工作效率。</w:t>
      </w:r>
      <w:r>
        <w:rPr>
          <w:lang w:eastAsia="zh-CN"/>
        </w:rPr>
        <w:br/>
      </w:r>
      <w:r>
        <w:rPr>
          <w:lang w:eastAsia="zh-CN"/>
        </w:rPr>
        <w:t>　　4、进一步改进工作方式，避免重复性工作。</w:t>
      </w:r>
      <w:r>
        <w:rPr>
          <w:lang w:eastAsia="zh-CN"/>
        </w:rPr>
        <w:br/>
      </w:r>
      <w:r>
        <w:rPr>
          <w:lang w:eastAsia="zh-CN"/>
        </w:rPr>
        <w:t>　　工作感悟近半年的工作经历，已经开始改变当初学生时代的我，生活习惯、思维方式等各方面都有所改变，期间我个人也是收获颇丰：</w:t>
      </w:r>
      <w:r>
        <w:rPr>
          <w:lang w:eastAsia="zh-CN"/>
        </w:rPr>
        <w:br/>
      </w:r>
      <w:r>
        <w:rPr>
          <w:lang w:eastAsia="zh-CN"/>
        </w:rPr>
        <w:t>　　1、工作中，最重要的就是效率二字，在效率的基础上讲求质量。销售助理年终工作总结销售助理年终工作总结。</w:t>
      </w:r>
      <w:r>
        <w:rPr>
          <w:lang w:eastAsia="zh-CN"/>
        </w:rPr>
        <w:br/>
      </w:r>
      <w:r>
        <w:rPr>
          <w:lang w:eastAsia="zh-CN"/>
        </w:rPr>
        <w:t>　　在销售一线，最忌讳的就是拖沓，一个人的工作没有完成，就会导致后续的工作无法进行。</w:t>
      </w:r>
      <w:r>
        <w:rPr>
          <w:lang w:eastAsia="zh-CN"/>
        </w:rPr>
        <w:br/>
      </w:r>
      <w:r>
        <w:rPr>
          <w:lang w:eastAsia="zh-CN"/>
        </w:rPr>
        <w:t xml:space="preserve">    销售助理工作总结2024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一年来的工作结束了，在这一年来的工作当中销售工作还是有一定成绩，同比去年还是的有一定的提高的，对我而言这是非常有意义的，在未来的学习当中我会坚持做的更好，一年来的工作当中我一定会让自己保持一个好的心态，一年来我也能够清楚的认识到这一点，一年来确实还是有非常大的提高，这对我是非常有意义的，我也在不断的积累这方面的工作经验，作为应销售助理，我需要端正好态度，这一年来的工作我也总结一下。</w:t>
      </w:r>
      <w:r>
        <w:rPr>
          <w:lang w:eastAsia="zh-CN"/>
        </w:rPr>
        <w:br/>
      </w:r>
      <w:r>
        <w:rPr>
          <w:lang w:eastAsia="zh-CN"/>
        </w:rPr>
        <w:t>　　在这一年的工作当中我是做的比较认真的，努力提高自己的工作能力，不断的积累经验，未来还应该要保持好的态度，对我而言我工作当中保持好的态度，一年来的工作当中我努力完成日常工作，和周围的同事也认真的相处，保持一个好的心态，认真处理好一些细节上面的问题，销售工作主要就是要做出业绩，我努力的搞好相关的工作，端正好自己的心态，在这个过程当中我学习销售技巧，拓展新的客户，这方面我是深有感触的，一年来我也经历过非常大的提高，在这一点上面我是不断的提高自己工作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销售业绩方面，这一年来完成了年初规划的业绩量，这是一个非常重大的成绩，在业绩上面还是做的非常好的，能够有足够多的提高，努力积累工作经验，做好分内的职责，作为一名销售助理这是我要去有的态度，我也一定会在工作当中更加的努力，让自己在工作当中保持一个好的态度，这是一定的，也是我应该要有的心态，一年来这确实是对我能力的一个考验，维护好老客户发展新客户，我相信我是能够做的更好的，通过这样的方式我是能够积累更多的工作经验，这是一件非常有意义的事情，通过这样的方式我也是非常的有信心，一年来我所取得的成绩还是比较多的，销售工作是一件非常有意义的事情，在这一点上面，我的态度非常坚定，只有在这个过程当中保持好态度，提高销售业绩才能够做的更加用心，在明年的工作当中一定会继续努力，做的更好，维持一个好的状态，把销售工作做的更好，我作为一名销售工作者，深深的体会到了这些，以后我会继续端正好自己的心态，保持好相关的工作，在这一点上面我会继续努力的，当然我也知道自己有一些做的不够好的地方，但是我一定会纠正。</w:t>
      </w:r>
      <w:r>
        <w:rPr>
          <w:lang w:eastAsia="zh-CN"/>
        </w:rPr>
        <w:br/>
      </w:r>
      <w:r>
        <w:rPr>
          <w:lang w:eastAsia="zh-CN"/>
        </w:rPr>
        <w:t xml:space="preserve">    销售助理工作总结2024 篇9 </w:t>
      </w:r>
      <w:r>
        <w:rPr>
          <w:lang w:eastAsia="zh-CN"/>
        </w:rPr>
        <w:br/>
      </w:r>
      <w:r>
        <w:rPr>
          <w:lang w:eastAsia="zh-CN"/>
        </w:rPr>
        <w:t>　　总结一年来的工作，自己的工作仍存在很多题目和不足，在工作方法和技能上有待于向其他业务员和同行学习，__年自己计划在往年工作得失的基础上扬长避短，重点做好以下几个方面的工作：</w:t>
      </w:r>
      <w:r>
        <w:rPr>
          <w:lang w:eastAsia="zh-CN"/>
        </w:rPr>
        <w:br/>
      </w:r>
      <w:r>
        <w:rPr>
          <w:lang w:eastAsia="zh-CN"/>
        </w:rPr>
        <w:t>　　(一)确保完玉成年销售任务，平时积极搜集信息并及时汇总;</w:t>
      </w:r>
      <w:r>
        <w:rPr>
          <w:lang w:eastAsia="zh-CN"/>
        </w:rPr>
        <w:br/>
      </w:r>
      <w:r>
        <w:rPr>
          <w:lang w:eastAsia="zh-CN"/>
        </w:rPr>
        <w:t>　　(二)努力协助业务经理的销售工作，从产品的价格，数目，质量和本身的服务态度方面，仔细的与客户沟通;</w:t>
      </w:r>
      <w:r>
        <w:rPr>
          <w:lang w:eastAsia="zh-CN"/>
        </w:rPr>
        <w:br/>
      </w:r>
      <w:r>
        <w:rPr>
          <w:lang w:eastAsia="zh-CN"/>
        </w:rPr>
        <w:t>　　(三)销售报表的精确度，仔细审核;</w:t>
      </w:r>
      <w:r>
        <w:rPr>
          <w:lang w:eastAsia="zh-CN"/>
        </w:rPr>
        <w:br/>
      </w:r>
      <w:r>
        <w:rPr>
          <w:lang w:eastAsia="zh-CN"/>
        </w:rPr>
        <w:t>　　(四)借物还货的及时处理;</w:t>
      </w:r>
      <w:r>
        <w:rPr>
          <w:lang w:eastAsia="zh-CN"/>
        </w:rPr>
        <w:br/>
      </w:r>
      <w:r>
        <w:rPr>
          <w:lang w:eastAsia="zh-CN"/>
        </w:rPr>
        <w:t>　　(五)客户关系的维系，其实不断开发新的客户。</w:t>
      </w:r>
      <w:r>
        <w:rPr>
          <w:lang w:eastAsia="zh-CN"/>
        </w:rPr>
        <w:br/>
      </w:r>
      <w:r>
        <w:rPr>
          <w:lang w:eastAsia="zh-CN"/>
        </w:rPr>
        <w:t>　　(六)努力做好每件事情，坚持再坚持!</w:t>
      </w:r>
      <w:r>
        <w:rPr>
          <w:lang w:eastAsia="zh-CN"/>
        </w:rPr>
        <w:br/>
      </w:r>
      <w:r>
        <w:rPr>
          <w:lang w:eastAsia="zh-CN"/>
        </w:rPr>
        <w:t>　　最后，想对销售进程中出现的题目回纳以下：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仓库的库存量不够。固然库存表上标注了每款产品最低库存量，但是实际却不符合，有很多产品乃至已断货。在库存未几的情况下，建议仓库及时与生产联系下单，或与销售联系提示下单，飞单的情况大多于库存量不足有关。</w:t>
      </w:r>
      <w:r>
        <w:rPr>
          <w:lang w:eastAsia="zh-CN"/>
        </w:rPr>
        <w:br/>
      </w:r>
      <w:r>
        <w:rPr>
          <w:lang w:eastAsia="zh-CN"/>
        </w:rPr>
        <w:t>　　(二)采购回货不及时。回货时间总会延迟，对这类现象，采购职员的态度大多都是事不关已，很少会想着怎样往与供给商解决，而是希看销售职员与客户沟通延缓时间。这样会让客户对我们的信誉度下降。(这类现象非常严重)</w:t>
      </w:r>
      <w:r>
        <w:rPr>
          <w:lang w:eastAsia="zh-CN"/>
        </w:rPr>
        <w:br/>
      </w:r>
      <w:r>
        <w:rPr>
          <w:lang w:eastAsia="zh-CN"/>
        </w:rPr>
        <w:t>　　(三)质检与采购对供给商退货的处理。很多分歧格的产品，由于时间拖延，最后在必不得以的情况下一挑再挑，并当做合格产品销售，这样对我们“寻求高品质”的信念是非常不吻合的。常常有拿出往的东西由于质量题目让销售职员非常难堪。</w:t>
      </w:r>
      <w:r>
        <w:rPr>
          <w:lang w:eastAsia="zh-CN"/>
        </w:rPr>
        <w:br/>
      </w:r>
      <w:r>
        <w:rPr>
          <w:lang w:eastAsia="zh-CN"/>
        </w:rPr>
        <w:t>　　(四)财务应定期对销售却未回款的业务进行催款或提示。有很多已回款的业务，财务在几个月以后才告知销售职员，期间销售职员以为没回款一直都在催，给客户印象非常不好!</w:t>
      </w:r>
      <w:r>
        <w:rPr>
          <w:lang w:eastAsia="zh-CN"/>
        </w:rPr>
        <w:br/>
      </w:r>
      <w:r>
        <w:rPr>
          <w:lang w:eastAsia="zh-CN"/>
        </w:rPr>
        <w:t>　　(五)各部分之间不调和。为了自己的工作方便，常常不会太关心他人，不会斟酌给他人带来的麻烦。有时候由于一句话或一点小事情就能够解决了，可是却让销售职员走了很多弯路。</w:t>
      </w:r>
      <w:r>
        <w:rPr>
          <w:lang w:eastAsia="zh-CN"/>
        </w:rPr>
        <w:br/>
      </w:r>
      <w:r>
        <w:rPr>
          <w:lang w:eastAsia="zh-CN"/>
        </w:rPr>
        <w:t>　　(六)发货及派车题目。</w:t>
      </w:r>
      <w:r>
        <w:rPr>
          <w:lang w:eastAsia="zh-CN"/>
        </w:rPr>
        <w:br/>
      </w:r>
      <w:r>
        <w:rPr>
          <w:lang w:eastAsia="zh-CN"/>
        </w:rPr>
        <w:t>　　(七)新产品开发速度太慢。</w:t>
      </w:r>
      <w:r>
        <w:rPr>
          <w:lang w:eastAsia="zh-CN"/>
        </w:rPr>
        <w:br/>
      </w:r>
      <w:r>
        <w:rPr>
          <w:lang w:eastAsia="zh-CN"/>
        </w:rPr>
        <w:t>　　总之，今年我将更加努力做好自己分内的事情，并积极帮助他人。也希看公司存在的一些题目能够妥善解决。不断的开发新品，不断开发新的区域，相信公司一定会走得更远，市场占有率更高，楚天人都会弥漫着幸福的笑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__年即将过去，在这将近一年的时间中我通过努力的工作，也有了一点收获，临近年终，我对自己的工作做一下总结。目的在于吸取教训，提高自己，以至于把工作做的更好，自己有信心也有决心把明年的工作做的更好。</w:t>
      </w:r>
      <w:r>
        <w:rPr>
          <w:lang w:eastAsia="zh-CN"/>
        </w:rPr>
        <w:br/>
      </w:r>
      <w:r>
        <w:rPr>
          <w:lang w:eastAsia="zh-CN"/>
        </w:rPr>
        <w:t xml:space="preserve">    销售助理工作总结2024 篇10 </w:t>
      </w:r>
      <w:r>
        <w:rPr>
          <w:lang w:eastAsia="zh-CN"/>
        </w:rPr>
        <w:br/>
      </w:r>
      <w:r>
        <w:rPr>
          <w:lang w:eastAsia="zh-CN"/>
        </w:rPr>
        <w:t>　　20_年的年末似乎随着今年销售工作的结束也随之到来了，虽然在回顾以往工作的时候总觉得自己还是存在着一些值得改进的地方，但是从今年获得的业绩来看还是能够发现这样的结果是值得销售部门所有人庆贺的，其实只要能够在将来的工作中不因为过去的所作所为而感到后悔才是对目前最大的帮助，因此我打算在这个辞旧迎新的阶段对销售助理的工作进行一个年度工作总结。</w:t>
      </w:r>
      <w:r>
        <w:rPr>
          <w:lang w:eastAsia="zh-CN"/>
        </w:rPr>
        <w:br/>
      </w:r>
      <w:r>
        <w:rPr>
          <w:lang w:eastAsia="zh-CN"/>
        </w:rPr>
        <w:t>　　回顾过去在销售助理工作中取得的成就便能发现自己还是有着值得称赞的地方，无论是平时辅助销售经理的工作还是协调好销售员工的工作都没有出现过任何的差错，尤其是自己在工作中收获了许多关于部门管理工作方面的经验，或许这中工作中的经验对我来说才是今年收到的最为宝贵的财富。至于员工方面由于自己的倾力协助则是能够很好地完成他们的销售业绩，因为不管怎么说处于一线的他们都不可能因为一些简单的失误而导致自己的业绩受损，而且经过这么长时间的培训也让他们在工作中获得了独当一面的能力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即便是自己在工作中做到尽心尽力也难免存在着一些需要改进的地方，其中首当其冲的便是自己在客户资料保密方面的工作做得不太好，以至于在今年的销售工作中出现过几次自己销售团队的订单被其他团队抢走的事情，即便这样的事情是对方出色的能力以及部门的竞争机制所导致的也无法安抚自己愧疚的内心，或许我应该要牢牢记住这个教训并争取在明年的销售工作中一雪前耻，只不过当前对自己最为重要的还是认清工作中出现错误的本质原因并找出解决的办法。</w:t>
      </w:r>
      <w:r>
        <w:rPr>
          <w:lang w:eastAsia="zh-CN"/>
        </w:rPr>
        <w:br/>
      </w:r>
      <w:r>
        <w:rPr>
          <w:lang w:eastAsia="zh-CN"/>
        </w:rPr>
        <w:t>　　其实关于明年的销售工作我也有着一些小小的计划希望能够得以实现，因为不管怎么说我都希望自己能够有着一个在职场中上升的空间，而做到这一点的关键还是在于自己对于团队管理方面的工作是否能够得到领导的支持与信任，而且在销售工作中我也应该要明白出现竞争是很正常的事情，即便是无法实现自己的工作目标也应该要及时调整好自己的情绪并投入到下一环节的工作中去，只有在不断的磨砺之中获得成长才能在销售工作中取得属于自己的辉煌成就。</w:t>
      </w:r>
      <w:r>
        <w:rPr>
          <w:lang w:eastAsia="zh-CN"/>
        </w:rPr>
        <w:br/>
      </w:r>
      <w:r>
        <w:rPr>
          <w:lang w:eastAsia="zh-CN"/>
        </w:rPr>
        <w:t>　　其实总体上来看我还是对于现阶段取得的销售业绩感到比较满意的，只不过如果可以的话我还是希望在将来的工作中不要留下任何的遗憾才比较好，而想要完成这样一个目标的话还需要通过自己的积极进取才能够得到一个机遇，至于明年究竟会是一个怎样的局面我并不会有着任何可以担心的地方，因为现阶段已经做好准备的我自信能够迎接这场挑战并完成制定好的销售任务。</w:t>
      </w:r>
      <w:r>
        <w:rPr>
          <w:lang w:eastAsia="zh-CN"/>
        </w:rPr>
        <w:br/>
      </w:r>
      <w:r>
        <w:rPr>
          <w:lang w:eastAsia="zh-CN"/>
        </w:rPr>
        <w:t xml:space="preserve">    销售助理工作总结2024 篇11 </w:t>
      </w:r>
      <w:r>
        <w:rPr>
          <w:lang w:eastAsia="zh-CN"/>
        </w:rPr>
        <w:br/>
      </w:r>
      <w:r>
        <w:rPr>
          <w:lang w:eastAsia="zh-CN"/>
        </w:rPr>
        <w:t>　　一、个人总结</w:t>
      </w:r>
      <w:r>
        <w:rPr>
          <w:lang w:eastAsia="zh-CN"/>
        </w:rPr>
        <w:br/>
      </w:r>
      <w:r>
        <w:rPr>
          <w:lang w:eastAsia="zh-CN"/>
        </w:rPr>
        <w:t>　　1、学习、工作的主要内容：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①根据客户需求录入ERP订单，核对产品数量价格，排定客户需求表，跟踪物料信息，协调生产计划，如交货出现冲突及异常及时反馈给客户，协商处理方案，排定交货计划，后续根据不同的贸易方式出货，保税报关出口或内销出货。</w:t>
      </w:r>
      <w:r>
        <w:rPr>
          <w:lang w:eastAsia="zh-CN"/>
        </w:rPr>
        <w:br/>
      </w:r>
      <w:r>
        <w:rPr>
          <w:lang w:eastAsia="zh-CN"/>
        </w:rPr>
        <w:t>　　②新客户的开发，新客户公司内部建档以及新项目的开发跟进，样品订单录入，样品制作寄送等流程的跟踪。</w:t>
      </w:r>
      <w:r>
        <w:rPr>
          <w:lang w:eastAsia="zh-CN"/>
        </w:rPr>
        <w:br/>
      </w:r>
      <w:r>
        <w:rPr>
          <w:lang w:eastAsia="zh-CN"/>
        </w:rPr>
        <w:t>　　④客户来访接待事宜；包括客户来访流程审批，派车，用餐，会议室酒店申请等安排。</w:t>
      </w:r>
      <w:r>
        <w:rPr>
          <w:lang w:eastAsia="zh-CN"/>
        </w:rPr>
        <w:br/>
      </w:r>
      <w:r>
        <w:rPr>
          <w:lang w:eastAsia="zh-CN"/>
        </w:rPr>
        <w:t>　　⑤根据客户提供的预测及内部评估未来需求作风险备料申请；制作各类销售报表，单据，文件，资料等；每月协助业务经理制定月度预测。销售计划并对跟踪预测达成情况。</w:t>
      </w:r>
      <w:r>
        <w:rPr>
          <w:lang w:eastAsia="zh-CN"/>
        </w:rPr>
        <w:br/>
      </w:r>
      <w:r>
        <w:rPr>
          <w:lang w:eastAsia="zh-CN"/>
        </w:rPr>
        <w:t>　　⑥协助业务经理进行内部报价工作，必要时整理成客户报价模块。</w:t>
      </w:r>
      <w:r>
        <w:rPr>
          <w:lang w:eastAsia="zh-CN"/>
        </w:rPr>
        <w:br/>
      </w:r>
      <w:r>
        <w:rPr>
          <w:lang w:eastAsia="zh-CN"/>
        </w:rPr>
        <w:t>　　⑦退货处理：ERP 退货处理，委托返工会议召开；排定返工计划。</w:t>
      </w:r>
      <w:r>
        <w:rPr>
          <w:lang w:eastAsia="zh-CN"/>
        </w:rPr>
        <w:br/>
      </w:r>
      <w:r>
        <w:rPr>
          <w:lang w:eastAsia="zh-CN"/>
        </w:rPr>
        <w:t>　　⑧月末对每个客户销售账单进行核对并制作回款计划，跟踪客户回款，如有异常及时反馈。</w:t>
      </w:r>
      <w:r>
        <w:rPr>
          <w:lang w:eastAsia="zh-CN"/>
        </w:rPr>
        <w:br/>
      </w:r>
      <w:r>
        <w:rPr>
          <w:lang w:eastAsia="zh-CN"/>
        </w:rPr>
        <w:t>　　2、成果收获：</w:t>
      </w:r>
      <w:r>
        <w:rPr>
          <w:lang w:eastAsia="zh-CN"/>
        </w:rPr>
        <w:br/>
      </w:r>
      <w:r>
        <w:rPr>
          <w:lang w:eastAsia="zh-CN"/>
        </w:rPr>
        <w:t>　　①A和B的业务上已经能独当一面了，能解决日常的订单交付业务。遇突发事件时，能较为及时做出应急反应并处理；能协助业务经理处理新客户导入以及建立内部资料；熟悉并帮助新项目的立项、制样、试产到导入批量整个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②在车间学习时，能直面整个生产过程，熟悉车间环境，产品以及整个的生产流程。还参与到产品的制作中，学习了解品质、TE、ME等各个职位的职责。</w:t>
      </w:r>
      <w:r>
        <w:rPr>
          <w:lang w:eastAsia="zh-CN"/>
        </w:rPr>
        <w:br/>
      </w:r>
      <w:r>
        <w:rPr>
          <w:lang w:eastAsia="zh-CN"/>
        </w:rPr>
        <w:t>　　③在业务助理岗位，能独立负责部分项目的业务以及整个订单交付过程。积极学习国际贸易中关于电子产品陆运、海运和空运等贸易知识。</w:t>
      </w:r>
      <w:r>
        <w:rPr>
          <w:lang w:eastAsia="zh-CN"/>
        </w:rPr>
        <w:br/>
      </w:r>
      <w:r>
        <w:rPr>
          <w:lang w:eastAsia="zh-CN"/>
        </w:rPr>
        <w:t>　　④做事需要有条理。助理工作其实需要做很多繁锁的事，而且会遇到突发的事情，这就需要判断并作出合理安排。轻重缓急要分清。树立正确的工作观念与时间观念，同时调整好自己的心态，充实自己，提高自己的心理素质与能力素质。</w:t>
      </w:r>
      <w:r>
        <w:rPr>
          <w:lang w:eastAsia="zh-CN"/>
        </w:rPr>
        <w:br/>
      </w:r>
      <w:r>
        <w:rPr>
          <w:lang w:eastAsia="zh-CN"/>
        </w:rPr>
        <w:t>　　⑤沟通很重要。不论是与客户，还是同事，沟通是必不可少的。万事开头难，与客户沟通都是一回生，二回熟，和客户关系建立好了，沟通好了，会让工作比较顺利的进行，减少摩擦的发生。我们的服务，就是要让客户对公司的产品和形象满意。</w:t>
      </w:r>
      <w:r>
        <w:rPr>
          <w:lang w:eastAsia="zh-CN"/>
        </w:rPr>
        <w:br/>
      </w:r>
      <w:r>
        <w:rPr>
          <w:lang w:eastAsia="zh-CN"/>
        </w:rPr>
        <w:t>　　3、未来工作计划：</w:t>
      </w:r>
      <w:r>
        <w:rPr>
          <w:lang w:eastAsia="zh-CN"/>
        </w:rPr>
        <w:br/>
      </w:r>
      <w:r>
        <w:rPr>
          <w:lang w:eastAsia="zh-CN"/>
        </w:rPr>
        <w:t>　　继续学习业务销售知识，夯实理论基础，进一步熟悉产品的制成原理，参与报价以及开发客户等工作。不断提高自己的综合能力，往业务经理的岗位上努力。</w:t>
      </w:r>
      <w:r>
        <w:rPr>
          <w:lang w:eastAsia="zh-CN"/>
        </w:rPr>
        <w:br/>
      </w:r>
      <w:r>
        <w:rPr>
          <w:lang w:eastAsia="zh-CN"/>
        </w:rPr>
        <w:t>　　二、导师评价：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在这一年里在指导与帮助下业务水平及专业水平有了明显的提升，已经能够独立承担业务助理工作任务。作为销售助理，平时事情繁重，即使在这样的情况下，工作认真，一丝不苟，并积极在各相关环节沟通，特别是在服务于百得、AK客户，面对内部产能人员受限的情况下，顶住了内外部压力，尽力达成客户期望。</w:t>
      </w:r>
      <w:r>
        <w:rPr>
          <w:lang w:eastAsia="zh-CN"/>
        </w:rPr>
        <w:br/>
      </w:r>
      <w:r>
        <w:rPr>
          <w:lang w:eastAsia="zh-CN"/>
        </w:rPr>
        <w:t>　　2、注重个人成长，在遇到问题时能反省自己，然后能有效的更改工作方式，从而能获得有效果的工作成果。悟性较强，在新的工作业务领域立即可以开展工作，灵活运用自己所学的知识解决工作中遇到的问题。</w:t>
      </w:r>
      <w:r>
        <w:rPr>
          <w:lang w:eastAsia="zh-CN"/>
        </w:rPr>
        <w:br/>
      </w:r>
      <w:r>
        <w:rPr>
          <w:lang w:eastAsia="zh-CN"/>
        </w:rPr>
        <w:t>　　3、继续加强前段销售知识学习，夯实理论基础，参与竞价以及开发客户等工作，多与国内外客人进行实战交流，往业务经理的岗位上努力。</w:t>
      </w:r>
      <w:r>
        <w:rPr>
          <w:lang w:eastAsia="zh-CN"/>
        </w:rPr>
        <w:br/>
      </w:r>
      <w:r>
        <w:rPr>
          <w:lang w:eastAsia="zh-CN"/>
        </w:rPr>
        <w:t xml:space="preserve">    销售助理工作总结2024 篇12 </w:t>
      </w:r>
      <w:r>
        <w:rPr>
          <w:lang w:eastAsia="zh-CN"/>
        </w:rPr>
        <w:br/>
      </w:r>
      <w:r>
        <w:rPr>
          <w:lang w:eastAsia="zh-CN"/>
        </w:rPr>
        <w:t>　　在实践工作中，我又对销售有了新的体验，在此我总结几点与大家分享：</w:t>
      </w:r>
      <w:r>
        <w:rPr>
          <w:lang w:eastAsia="zh-CN"/>
        </w:rPr>
        <w:br/>
      </w:r>
      <w:r>
        <w:rPr>
          <w:lang w:eastAsia="zh-CN"/>
        </w:rPr>
        <w:t>　　(一)不做作，以诚相待</w:t>
      </w:r>
      <w:r>
        <w:rPr>
          <w:lang w:eastAsia="zh-CN"/>
        </w:rPr>
        <w:br/>
      </w:r>
      <w:r>
        <w:rPr>
          <w:lang w:eastAsia="zh-CN"/>
        </w:rPr>
        <w:t>　　客户分辩的出真心假意。得到客户信任，客户听你的，反之，你所说的一切，都将起到反效果。</w:t>
      </w:r>
      <w:r>
        <w:rPr>
          <w:lang w:eastAsia="zh-CN"/>
        </w:rPr>
        <w:br/>
      </w:r>
      <w:r>
        <w:rPr>
          <w:lang w:eastAsia="zh-CN"/>
        </w:rPr>
        <w:t>　　(二)了解客户需求</w:t>
      </w:r>
      <w:r>
        <w:rPr>
          <w:lang w:eastAsia="zh-CN"/>
        </w:rPr>
        <w:br/>
      </w:r>
      <w:r>
        <w:rPr>
          <w:lang w:eastAsia="zh-CN"/>
        </w:rPr>
        <w:t>　　第一时间了解客户所需要的，做针对性讲解，否则，所说的一切都是白费时间。</w:t>
      </w:r>
      <w:r>
        <w:rPr>
          <w:lang w:eastAsia="zh-CN"/>
        </w:rPr>
        <w:br/>
      </w:r>
      <w:r>
        <w:rPr>
          <w:lang w:eastAsia="zh-CN"/>
        </w:rPr>
        <w:t>　　(三)推荐房源要有把握</w:t>
      </w:r>
      <w:r>
        <w:rPr>
          <w:lang w:eastAsia="zh-CN"/>
        </w:rPr>
        <w:br/>
      </w:r>
      <w:r>
        <w:rPr>
          <w:lang w:eastAsia="zh-CN"/>
        </w:rPr>
        <w:t>　　了解所有的房子，包括它的优劣势，做到对客户的所有问题都有合理解释，但对于明显硬伤，则不要强词夺理，任何东西没有完美的，要使客户了解，如果你看到了完美的，那必定存在谎言。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(四)坚持客户关系</w:t>
      </w:r>
      <w:r>
        <w:rPr>
          <w:lang w:eastAsia="zh-CN"/>
        </w:rPr>
        <w:br/>
      </w:r>
      <w:r>
        <w:rPr>
          <w:lang w:eastAsia="zh-CN"/>
        </w:rPr>
        <w:t>　　每个客户都有各种人脉，只要保证他们对项目的喜爱，他们会将喜爱传递，资源无穷无尽。</w:t>
      </w:r>
      <w:r>
        <w:rPr>
          <w:lang w:eastAsia="zh-CN"/>
        </w:rPr>
        <w:br/>
      </w:r>
      <w:r>
        <w:rPr>
          <w:lang w:eastAsia="zh-CN"/>
        </w:rPr>
        <w:t>　　(五)确定自我的身份</w:t>
      </w:r>
      <w:r>
        <w:rPr>
          <w:lang w:eastAsia="zh-CN"/>
        </w:rPr>
        <w:br/>
      </w:r>
      <w:r>
        <w:rPr>
          <w:lang w:eastAsia="zh-CN"/>
        </w:rPr>
        <w:t>　　我们不是在卖房子，而是顾问，以我们的专业来帮忙客户。多与客户讲讲专业知识，中立的评价其它楼盘，都能够增加客户的信任度。</w:t>
      </w:r>
      <w:r>
        <w:rPr>
          <w:lang w:eastAsia="zh-CN"/>
        </w:rPr>
        <w:br/>
      </w:r>
      <w:r>
        <w:rPr>
          <w:lang w:eastAsia="zh-CN"/>
        </w:rPr>
        <w:t>　　(六)团结、协作，好的团队所必需的。</w:t>
      </w:r>
      <w:r>
        <w:rPr>
          <w:lang w:eastAsia="zh-CN"/>
        </w:rPr>
        <w:br/>
      </w:r>
      <w:r>
        <w:rPr>
          <w:lang w:eastAsia="zh-CN"/>
        </w:rPr>
        <w:t>　　自我也还存在一些需要改善之处：</w:t>
      </w:r>
      <w:r>
        <w:rPr>
          <w:lang w:eastAsia="zh-CN"/>
        </w:rPr>
        <w:br/>
      </w:r>
      <w:r>
        <w:rPr>
          <w:lang w:eastAsia="zh-CN"/>
        </w:rPr>
        <w:t>　　一、有时缺乏耐心，对于一些问题较多或说话比较冲的客户往往会针锋相对。其实，对于这种客户可能采用迂回、或以柔克刚的方式更加有效，所以，今后要收敛脾气，增加耐心，使客户感觉更加贴心，才会有更多信任。</w:t>
      </w:r>
      <w:r>
        <w:rPr>
          <w:lang w:eastAsia="zh-CN"/>
        </w:rPr>
        <w:br/>
      </w:r>
      <w:r>
        <w:rPr>
          <w:lang w:eastAsia="zh-CN"/>
        </w:rPr>
        <w:t>　　二、对客户关切不够。有一些客户，需要销售人员的时时关切，否则，他们有问题可能不会找你询问，而是自我去找别人打听或自我瞎琢磨，这样，我们就会对他的成交丧失主动权。所以，以后我要加强与客户的联络，时时关切，经过询问引出他们心中的问题，再委婉解决，这样不但能够掌握先机，操控全局，并且还能够增加与客户之间的感情，增加客带的机率。</w:t>
      </w:r>
      <w:r>
        <w:rPr>
          <w:lang w:eastAsia="zh-CN"/>
        </w:rPr>
        <w:br/>
      </w:r>
      <w:r>
        <w:rPr>
          <w:lang w:eastAsia="zh-CN"/>
        </w:rPr>
        <w:t>　　现今我已来工作半年多了，在上半年的工作中，本人的销售套数为_套，总销额为_千万。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在今后的工作中，我要更加完善自我，提升自我，增加各方面的知识和对青岛各个地区的了解，不但要做好这个项目，更要跟着公司一齐转战南北，开拓新的战场。</w:t>
      </w:r>
      <w:r>
        <w:rPr>
          <w:lang w:eastAsia="zh-CN"/>
        </w:rPr>
        <w:br/>
      </w:r>
      <w:r>
        <w:rPr>
          <w:lang w:eastAsia="zh-CN"/>
        </w:rPr>
        <w:t>　　在此，我十分感激领导给我的这次锻炼机会，我也会更加努力的去工作，去学习，交出自我满意的成绩单。</w:t>
      </w:r>
      <w:r>
        <w:rPr>
          <w:lang w:eastAsia="zh-CN"/>
        </w:rPr>
        <w:br/>
      </w:r>
      <w:r>
        <w:rPr>
          <w:lang w:eastAsia="zh-CN"/>
        </w:rPr>
        <w:t>　　总之，今年我将更加努力做好自我份内的事情，并进取帮忙他人。也期望公司存在的一些问题能够妥善解决。不断的开发新品，不断开发新的区域，相信公司必须会走得更远，市场占有率更高，楚天人都会洋溢着幸福的笑容。</w:t>
      </w:r>
      <w:r>
        <w:rPr>
          <w:lang w:eastAsia="zh-CN"/>
        </w:rPr>
        <w:br/>
      </w:r>
      <w:r>
        <w:rPr>
          <w:lang w:eastAsia="zh-CN"/>
        </w:rPr>
        <w:t xml:space="preserve">    销售助理工作总结2024 篇13 </w:t>
      </w:r>
      <w:r>
        <w:rPr>
          <w:lang w:eastAsia="zh-CN"/>
        </w:rPr>
        <w:br/>
      </w:r>
      <w:r>
        <w:rPr>
          <w:lang w:eastAsia="zh-CN"/>
        </w:rPr>
        <w:t>　　自从转到销售部至今已经一年半了，回想自己这一年多所走过的路，所经历的事情，没有太多的感慨，没有太多的惊喜，更加多了一份镇定、从容的态度。在公司领导的带领和帮助下，加之部门同事的鼎力协助，自己立足本职工作，使得销售部的工作得以顺利进行。</w:t>
      </w:r>
      <w:r>
        <w:rPr>
          <w:lang w:eastAsia="zh-CN"/>
        </w:rPr>
        <w:br/>
      </w:r>
      <w:r>
        <w:rPr>
          <w:lang w:eastAsia="zh-CN"/>
        </w:rPr>
        <w:t>　　一、销售工作的总结</w:t>
      </w:r>
      <w:r>
        <w:rPr>
          <w:lang w:eastAsia="zh-CN"/>
        </w:rPr>
        <w:br/>
      </w:r>
      <w:r>
        <w:rPr>
          <w:lang w:eastAsia="zh-CN"/>
        </w:rPr>
        <w:t>　　1、销售报表的汇总</w:t>
      </w:r>
      <w:r>
        <w:rPr>
          <w:lang w:eastAsia="zh-CN"/>
        </w:rPr>
        <w:br/>
      </w:r>
      <w:r>
        <w:rPr>
          <w:lang w:eastAsia="zh-CN"/>
        </w:rPr>
        <w:t>　　销售报表是助理工作的首要任务，目前涉及的报表主要包括以下几个方面：</w:t>
      </w:r>
      <w:r>
        <w:rPr>
          <w:lang w:eastAsia="zh-CN"/>
        </w:rPr>
        <w:br/>
      </w:r>
      <w:r>
        <w:rPr>
          <w:lang w:eastAsia="zh-CN"/>
        </w:rPr>
        <w:t>　　（1）日报：销售毛利表、广本日报、销售日报表</w:t>
      </w:r>
      <w:r>
        <w:rPr>
          <w:lang w:eastAsia="zh-CN"/>
        </w:rPr>
        <w:br/>
      </w:r>
      <w:r>
        <w:rPr>
          <w:lang w:eastAsia="zh-CN"/>
        </w:rPr>
        <w:t>　　（2）周报：周一工作计划、周二经营分析会表</w:t>
      </w:r>
      <w:r>
        <w:rPr>
          <w:lang w:eastAsia="zh-CN"/>
        </w:rPr>
        <w:br/>
      </w:r>
      <w:r>
        <w:rPr>
          <w:lang w:eastAsia="zh-CN"/>
        </w:rPr>
        <w:t>　　（3）月报：经营月报、厂家月报、总经理月报、8号报表、发车计划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（4）年报：试乘试驾车半年报</w:t>
      </w:r>
      <w:r>
        <w:rPr>
          <w:lang w:eastAsia="zh-CN"/>
        </w:rPr>
        <w:br/>
      </w:r>
      <w:r>
        <w:rPr>
          <w:lang w:eastAsia="zh-CN"/>
        </w:rPr>
        <w:t>　　2、DMS系统的录入</w:t>
      </w:r>
      <w:r>
        <w:rPr>
          <w:lang w:eastAsia="zh-CN"/>
        </w:rPr>
        <w:br/>
      </w:r>
      <w:r>
        <w:rPr>
          <w:lang w:eastAsia="zh-CN"/>
        </w:rPr>
        <w:t>　　DMS系统的录入主要包括：订单的录入、已购车客户的录入以及接车、换车等系统操作。</w:t>
      </w:r>
      <w:r>
        <w:rPr>
          <w:lang w:eastAsia="zh-CN"/>
        </w:rPr>
        <w:br/>
      </w:r>
      <w:r>
        <w:rPr>
          <w:lang w:eastAsia="zh-CN"/>
        </w:rPr>
        <w:t>　　3、新车接车、入库</w:t>
      </w:r>
      <w:r>
        <w:rPr>
          <w:lang w:eastAsia="zh-CN"/>
        </w:rPr>
        <w:br/>
      </w:r>
      <w:r>
        <w:rPr>
          <w:lang w:eastAsia="zh-CN"/>
        </w:rPr>
        <w:t>　　（1）随时掌握发车情况，及时打印PDI单子、编号、入库。</w:t>
      </w:r>
      <w:r>
        <w:rPr>
          <w:lang w:eastAsia="zh-CN"/>
        </w:rPr>
        <w:br/>
      </w:r>
      <w:r>
        <w:rPr>
          <w:lang w:eastAsia="zh-CN"/>
        </w:rPr>
        <w:t>　　（2）外地调车的系统换入、换出以及发票的交接</w:t>
      </w:r>
      <w:r>
        <w:rPr>
          <w:lang w:eastAsia="zh-CN"/>
        </w:rPr>
        <w:br/>
      </w:r>
      <w:r>
        <w:rPr>
          <w:lang w:eastAsia="zh-CN"/>
        </w:rPr>
        <w:t>　　4、惠民系统资料的收集、上传和制作</w:t>
      </w:r>
      <w:r>
        <w:rPr>
          <w:lang w:eastAsia="zh-CN"/>
        </w:rPr>
        <w:br/>
      </w:r>
      <w:r>
        <w:rPr>
          <w:lang w:eastAsia="zh-CN"/>
        </w:rPr>
        <w:t>　　这是整个工作的重中之重，从最初的资料收集到最后的资料上传，都是一个艰难的过程。</w:t>
      </w:r>
      <w:r>
        <w:rPr>
          <w:lang w:eastAsia="zh-CN"/>
        </w:rPr>
        <w:br/>
      </w:r>
      <w:r>
        <w:rPr>
          <w:lang w:eastAsia="zh-CN"/>
        </w:rPr>
        <w:t>　　5、协助销售顾问做好贷款工作</w:t>
      </w:r>
      <w:r>
        <w:rPr>
          <w:lang w:eastAsia="zh-CN"/>
        </w:rPr>
        <w:br/>
      </w:r>
      <w:r>
        <w:rPr>
          <w:lang w:eastAsia="zh-CN"/>
        </w:rPr>
        <w:t>　　6、FO_MAIL和FTP邮件的及时转发和领导交办的其他事情</w:t>
      </w:r>
      <w:r>
        <w:rPr>
          <w:lang w:eastAsia="zh-CN"/>
        </w:rPr>
        <w:br/>
      </w:r>
      <w:r>
        <w:rPr>
          <w:lang w:eastAsia="zh-CN"/>
        </w:rPr>
        <w:t>　　二、出现的问题</w:t>
      </w:r>
      <w:r>
        <w:rPr>
          <w:lang w:eastAsia="zh-CN"/>
        </w:rPr>
        <w:br/>
      </w:r>
      <w:r>
        <w:rPr>
          <w:lang w:eastAsia="zh-CN"/>
        </w:rPr>
        <w:t>　　针对以上的工作，也出现了很多问题，主要有以下几个方面：</w:t>
      </w:r>
      <w:r>
        <w:rPr>
          <w:lang w:eastAsia="zh-CN"/>
        </w:rPr>
        <w:br/>
      </w:r>
      <w:r>
        <w:rPr>
          <w:lang w:eastAsia="zh-CN"/>
        </w:rPr>
        <w:t>　　1、有部分销售顾问的“销售合约书”填写不完整，更有甚者连车型都写错，导致助理录入系统错误；更有销售顾问在签过合同以后没有及时的把“销售合约书”放到我的桌子上，导致无法及时的录入毛利表和转订单客户</w:t>
      </w:r>
      <w:r>
        <w:rPr>
          <w:lang w:eastAsia="zh-CN"/>
        </w:rPr>
        <w:br/>
      </w:r>
      <w:r>
        <w:rPr>
          <w:lang w:eastAsia="zh-CN"/>
        </w:rPr>
        <w:t>　　2、在做已购车登记时发现有个别销售顾问的转资料东西缺发票或身份证甚至没有在PDI单子下面签字盖章，更有部门新销售顾问忘记写客户名字和联系方式，这些情况极大的影响了资料的录入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3、销售顾问没有在交车以后准时的把资料转给我，导致月底工作量很大</w:t>
      </w:r>
      <w:r>
        <w:rPr>
          <w:lang w:eastAsia="zh-CN"/>
        </w:rPr>
        <w:br/>
      </w:r>
      <w:r>
        <w:rPr>
          <w:lang w:eastAsia="zh-CN"/>
        </w:rPr>
        <w:t>　　4、在惠民资料收集时，经常出现没有及时把行驶证等资料转给我的情况，导致我不能及时制作、上传资料；另外，“节能产品惠民工程”用户确认表的填写一定要准确（日期一定要填写发票日期，发票号码、车架号等信息务必要填写准确无误），并且在填完以后一定要及时的把原件返给我，返给我的发票、身份证、暂住证、行驶证等资料一定要清晰准确</w:t>
      </w:r>
      <w:r>
        <w:rPr>
          <w:lang w:eastAsia="zh-CN"/>
        </w:rPr>
        <w:br/>
      </w:r>
      <w:r>
        <w:rPr>
          <w:lang w:eastAsia="zh-CN"/>
        </w:rPr>
        <w:t>　　5、在贷款工作中，有四个问题：一，部分销售顾问在客户去银行签合同以后没有及时准备好销售合约书和首付款收据影响银行的审批工作；二，在给贷款客户投保险时，一定要问清楚贷款客户必保的几大险种，以免影响客户后期放款；三，在转给我资料袋时总是欠缺交强险保单或身份证、暂住证，特别是GPS单子不知道提前让客户签字，这些问题直接影响到我准备抵押资料的进度；四，切忌贷款客户一定要把放款合同转交给客户，避免影响客户的解押手续造成投诉</w:t>
      </w:r>
      <w:r>
        <w:rPr>
          <w:lang w:eastAsia="zh-CN"/>
        </w:rPr>
        <w:br/>
      </w:r>
      <w:r>
        <w:rPr>
          <w:lang w:eastAsia="zh-CN"/>
        </w:rPr>
        <w:t xml:space="preserve">    销售助理工作总结2024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是20__年__月份到公司的，20__年__月份，我调到了国内部当销售助理，在没有负责市场部工作以前，我是没有销售经验的，仅凭对销售工作的热情，而缺乏行业销售经验和行业知识。为了迅速融入到这个行业中来，到国内部之后，一切从零开始，一边学习产品知识，一边尽我本职，担任期间，我学到了许多产品知识，从接单到发完货，认真监督检验货物。确保货物数量正确，不受损！但我也有做得不好的地方，比如在与客户的沟通中，我不能很快的回复客户的问题，不过请教了经理跟同事后，后来慢慢的我可以清楚、流利的应对客户所提到的各种问题，准确的.把握客户的需要，良好的与客户沟通，因此逐渐取得了客户的信任。在不断的学习产品知识和积累经验的同时，自己的能力都比以前有了一个较大幅度的提高。</w:t>
      </w:r>
      <w:r>
        <w:rPr>
          <w:lang w:eastAsia="zh-CN"/>
        </w:rPr>
        <w:br/>
      </w:r>
      <w:r>
        <w:rPr>
          <w:lang w:eastAsia="zh-CN"/>
        </w:rPr>
        <w:t>　　一、自__年5月份月底到现在，承蒙公司上级领导的厚爱，我调动到了北京办事处担任后勤！这几个月我完成的情况大概如下：</w:t>
      </w:r>
      <w:r>
        <w:rPr>
          <w:lang w:eastAsia="zh-CN"/>
        </w:rPr>
        <w:br/>
      </w:r>
      <w:r>
        <w:rPr>
          <w:lang w:eastAsia="zh-CN"/>
        </w:rPr>
        <w:t>　　1、财务方面，我天天都做好日记账，将天天的每一笔进出帐具体做好记录。上交总公司。应收账款，我把好关。督促销售员及时收回账款！财务方面，因为之前没接触过。还是有很多地方不懂。但是我会虚心讨教，把工作做得更出色。</w:t>
      </w:r>
      <w:r>
        <w:rPr>
          <w:lang w:eastAsia="zh-CN"/>
        </w:rPr>
        <w:br/>
      </w:r>
      <w:r>
        <w:rPr>
          <w:lang w:eastAsia="zh-CN"/>
        </w:rPr>
        <w:t>　　2、至于仓库的治理，天天认真登记出库情况，铺货登记。库存方面一般都是最低库存订货，但有时因为疏忽，零库存订货。造成断货的现象，这点我会细心。避免再有零库存订货的发生。</w:t>
      </w:r>
      <w:r>
        <w:rPr>
          <w:lang w:eastAsia="zh-CN"/>
        </w:rPr>
        <w:br/>
      </w:r>
      <w:r>
        <w:rPr>
          <w:lang w:eastAsia="zh-CN"/>
        </w:rPr>
        <w:t>　　3、帮销售员分担一些销售上的问题，销售员不在的时候，跟客户洽谈。接下订单。（当然。价格方面是咨询过销售员的。）这方面主要表现在电话，还有qq上~。因为之前在国内部担任助理时，与客户的沟通得到了锻炼，现在跟客户交流已经不成问题了。不过前几天因为我粗心，客户要货，我忘记跟销售员说。导致送货不及时，客户不满足。接下来的日子，我会尽量避免此类事情的发生。</w:t>
      </w:r>
      <w:r>
        <w:rPr>
          <w:lang w:eastAsia="zh-CN"/>
        </w:rPr>
        <w:br/>
      </w:r>
      <w:r>
        <w:rPr>
          <w:lang w:eastAsia="zh-CN"/>
        </w:rPr>
        <w:t>　　4、认真负责自己的本职工作，协助上司交代完成的工作。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二、以下是存在的问题</w:t>
      </w:r>
      <w:r>
        <w:rPr>
          <w:lang w:eastAsia="zh-CN"/>
        </w:rPr>
        <w:br/>
      </w:r>
      <w:r>
        <w:rPr>
          <w:lang w:eastAsia="zh-CN"/>
        </w:rPr>
        <w:t>　　1、总公司仓库希望能把严点。自办事处开办以来，那边发货频频出现差错。已经提议多次了，后来稍微了有了好转，但是这几次又出现了以前同样的错误，产品经常发错型号。</w:t>
      </w:r>
      <w:r>
        <w:rPr>
          <w:lang w:eastAsia="zh-CN"/>
        </w:rPr>
        <w:br/>
      </w:r>
      <w:r>
        <w:rPr>
          <w:lang w:eastAsia="zh-CN"/>
        </w:rPr>
        <w:t>　　2、返修货不及时，给客户留下不好的印象，感觉我们的售后服务做得不到位。</w:t>
      </w:r>
      <w:r>
        <w:rPr>
          <w:lang w:eastAsia="zh-CN"/>
        </w:rPr>
        <w:br/>
      </w:r>
      <w:r>
        <w:rPr>
          <w:lang w:eastAsia="zh-CN"/>
        </w:rPr>
        <w:t>　　客观上的一些因素虽然存在，在工作中其他的一些做法也有很大的问题，主要表现在销售工作最基本的客户访问量太少。北京办事处是今年六月份开始工作的，在开始工作倒现在有记载的客户访问记录有105个，加上没有记录的概括为20个，6个月的时间，总体计算三个销售人员一天拜访的客户量20个。从上面的数字上看我们基本的访问客户工作没有做好。以上是我的总结。有不对之处，还望上级领导指点！</w:t>
      </w:r>
      <w:r>
        <w:rPr>
          <w:lang w:eastAsia="zh-CN"/>
        </w:rPr>
        <w:br/>
      </w:r>
      <w:r>
        <w:rPr>
          <w:lang w:eastAsia="zh-CN"/>
        </w:rPr>
        <w:t xml:space="preserve">    销售助理工作总结2024 篇15 </w:t>
      </w:r>
      <w:r>
        <w:rPr>
          <w:lang w:eastAsia="zh-CN"/>
        </w:rPr>
        <w:br/>
      </w:r>
      <w:r>
        <w:rPr>
          <w:lang w:eastAsia="zh-CN"/>
        </w:rPr>
        <w:t>　　如何做好销售助理这一工作?这是做销售助理者经常会问的问题，也是做好销售助理必须要思考的一个问题，其实，要做好销售助理这份工作并不难，关键是要做到一个端正和四个熟悉。</w:t>
      </w:r>
      <w:r>
        <w:rPr>
          <w:lang w:eastAsia="zh-CN"/>
        </w:rPr>
        <w:br/>
      </w:r>
      <w:r>
        <w:rPr>
          <w:lang w:eastAsia="zh-CN"/>
        </w:rPr>
        <w:t>　　一个端正</w:t>
      </w:r>
      <w:r>
        <w:rPr>
          <w:lang w:eastAsia="zh-CN"/>
        </w:rPr>
        <w:br/>
      </w:r>
      <w:r>
        <w:rPr>
          <w:lang w:eastAsia="zh-CN"/>
        </w:rPr>
        <w:t>　　销售助理在营销系统里面是一个最没有成就感的角色。因此，平常的工作心态、敬业精神以及工作韧性显得尤其重要。人都是有喜怒哀乐的。可是做这个工作刚好相反，你决不能把喜怒哀乐表现在工作当中。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为什么说没有喜?</w:t>
      </w:r>
      <w:r>
        <w:rPr>
          <w:lang w:eastAsia="zh-CN"/>
        </w:rPr>
        <w:br/>
      </w:r>
      <w:r>
        <w:rPr>
          <w:lang w:eastAsia="zh-CN"/>
        </w:rPr>
        <w:t>　　公司有业绩了，营销总监可以喜，那是觉得自己领导有方;业务人员可以喜，那是觉得自己业务能力强，是公司的业务精英。销售助理在里面算什么?打杂呗!就是喜也是逼自己跟着傻笑。</w:t>
      </w:r>
      <w:r>
        <w:rPr>
          <w:lang w:eastAsia="zh-CN"/>
        </w:rPr>
        <w:br/>
      </w:r>
      <w:r>
        <w:rPr>
          <w:lang w:eastAsia="zh-CN"/>
        </w:rPr>
        <w:t>　　为什么说不能怒?</w:t>
      </w:r>
      <w:r>
        <w:rPr>
          <w:lang w:eastAsia="zh-CN"/>
        </w:rPr>
        <w:br/>
      </w:r>
      <w:r>
        <w:rPr>
          <w:lang w:eastAsia="zh-CN"/>
        </w:rPr>
        <w:t>　　客户在电话里可以朝你发火，领导可以拍着桌子朝你发火，区域经理也可以仗着自己有业绩狐假虎威地向你发发火，但是销售助理不能发火!你只要发点脾气，客户就会投诉你，领导就会说你心态不好，区域经理就会批你没有团队意识甚至在背后向领导告状等等。</w:t>
      </w:r>
      <w:r>
        <w:rPr>
          <w:lang w:eastAsia="zh-CN"/>
        </w:rPr>
        <w:br/>
      </w:r>
      <w:r>
        <w:rPr>
          <w:lang w:eastAsia="zh-CN"/>
        </w:rPr>
        <w:t>　　那还能哀和乐吗?</w:t>
      </w:r>
      <w:r>
        <w:rPr>
          <w:lang w:eastAsia="zh-CN"/>
        </w:rPr>
        <w:br/>
      </w:r>
      <w:r>
        <w:rPr>
          <w:lang w:eastAsia="zh-CN"/>
        </w:rPr>
        <w:t>　　哀了大家说你整天板着脸，缺乏活力，影响团队的战斗力。销售业绩好了，也不能表现得过于高兴。说不准有人偷偷蹦出一句有你屁事，你有什么好乐的!</w:t>
      </w:r>
      <w:r>
        <w:rPr>
          <w:lang w:eastAsia="zh-CN"/>
        </w:rPr>
        <w:br/>
      </w:r>
      <w:r>
        <w:rPr>
          <w:lang w:eastAsia="zh-CN"/>
        </w:rPr>
        <w:t>　　所以，在这个岗位上一定要抱着端正的职业心态，把团队的成就当做自己的成就，把团队的快乐当做自己的快乐，在平凡的岗位上坚持把平凡的工作做好。</w:t>
      </w:r>
      <w:r>
        <w:rPr>
          <w:lang w:eastAsia="zh-CN"/>
        </w:rPr>
        <w:br/>
      </w:r>
      <w:r>
        <w:rPr>
          <w:lang w:eastAsia="zh-CN"/>
        </w:rPr>
        <w:t>　　四个熟悉</w:t>
      </w:r>
      <w:r>
        <w:rPr>
          <w:lang w:eastAsia="zh-CN"/>
        </w:rPr>
        <w:br/>
      </w:r>
      <w:r>
        <w:rPr>
          <w:lang w:eastAsia="zh-CN"/>
        </w:rPr>
        <w:t>　　一名合格的销售助理应该熟悉自己所在岗位的工作职责和工作日程、业务流程、人际关系、产品知识和客户运营资料，这样才能做好自己的本职工作。</w:t>
      </w:r>
      <w:r>
        <w:rPr>
          <w:lang w:eastAsia="zh-CN"/>
        </w:rPr>
        <w:br/>
      </w:r>
      <w:r>
        <w:rPr>
          <w:lang w:eastAsia="zh-CN"/>
        </w:rPr>
        <w:t>　　第一，熟悉工作职责和工作日程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销售助理到职的第一天，需要先了解自己的工作职责以及这个职位的工作日程。每个公司都有自己的一些管理规则，岗位职责的设定也是如此。公司不同，分工也会不同。因此，熟悉工作职责可以帮助自己明确在公司扮演什么角色;而熟悉这个职位的工作日程，可以让自己更加深刻地认识这个职位每天要做哪些具体工作。</w:t>
      </w:r>
      <w:r>
        <w:rPr>
          <w:lang w:eastAsia="zh-CN"/>
        </w:rPr>
        <w:br/>
      </w:r>
      <w:r>
        <w:rPr>
          <w:lang w:eastAsia="zh-CN"/>
        </w:rPr>
        <w:t>　　这种所谓的了解，不能只停留在书面的范畴，还应该包括这个职位具体的工作如何开展，这才是最关键的。一般来讲，公司也会提供一定的协助以及交接，这时你可向这位与你交接的同事请教，或者请求你的上司提供协助。因为有时你到职的那一天，与你交接的同事往往就是刚好要离职或被公司辞退，因此对方容易有偏激的言行。此时你不需要过于计较对方的态度，也不要动摇自己加盟公司的信心，除了报以友好的笑容之外，就是给对方留下一个友善的印象。</w:t>
      </w:r>
      <w:r>
        <w:rPr>
          <w:lang w:eastAsia="zh-CN"/>
        </w:rPr>
        <w:br/>
      </w:r>
      <w:r>
        <w:rPr>
          <w:lang w:eastAsia="zh-CN"/>
        </w:rPr>
        <w:t>　　第二，熟悉业务流程和人际关系</w:t>
      </w:r>
      <w:r>
        <w:rPr>
          <w:lang w:eastAsia="zh-CN"/>
        </w:rPr>
        <w:br/>
      </w:r>
      <w:r>
        <w:rPr>
          <w:lang w:eastAsia="zh-CN"/>
        </w:rPr>
        <w:t>　　如果说岗位职责是明确自己需要做什么，那么业务流程就是指导自己应该怎么去做。而你能否做好这些工作的关键，就是你的人际关系处理得好不好。每个公司都有相应的一些业务流程，你可以尽快去了解。这里强调的重点问题是，这些业务流程在执行时，会关系到很多协作对象，因此你能否处理好与同事之间的人际关系，是你的工作能否顺利进行的关键要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作为新人，你的一举一动同事都很关注，这也是你们建立关系的良好契机。你千万不要凭借自己的喜好去拉帮结派，或者跟某些同事套近乎，你需要做的是对他们每个人都一样好、一样热情。有些管理不够规范的企业并没有有关流程的书面文件，而是成员之间形成的一种合作默契。因此，良好的工作关系更显得重要!</w:t>
      </w:r>
      <w:r>
        <w:rPr>
          <w:lang w:eastAsia="zh-CN"/>
        </w:rPr>
        <w:br/>
      </w:r>
      <w:r>
        <w:rPr>
          <w:lang w:eastAsia="zh-CN"/>
        </w:rPr>
        <w:t xml:space="preserve">    销售助理工作总结2024 篇16 </w:t>
      </w:r>
      <w:r>
        <w:rPr>
          <w:lang w:eastAsia="zh-CN"/>
        </w:rPr>
        <w:br/>
      </w:r>
      <w:r>
        <w:rPr>
          <w:lang w:eastAsia="zh-CN"/>
        </w:rPr>
        <w:t>　　一转眼试用期就要过去了，我也到了能否转正的关键时间点了。虽然对于自己这段时间工作的成绩有些信心，但还是难免会因为自己即将转成正式员工有所感到激动。虽然在这段时间里我还只是一个试用期的员工，但是我也没有因为自己的身份而有所懈怠，而是不断的学习，一直努力的工作，让自己能够更快的成长，能够承担起这份工作的职责。而我的努力了也没有白费，在这段时间里我的成长速度确实非常的快，也得到了主管和其他同事的一致认可，这让我也很是感激大家。下面就这段时间的工作做简要总结：</w:t>
      </w:r>
      <w:r>
        <w:rPr>
          <w:lang w:eastAsia="zh-CN"/>
        </w:rPr>
        <w:br/>
      </w:r>
      <w:r>
        <w:rPr>
          <w:lang w:eastAsia="zh-CN"/>
        </w:rPr>
        <w:t>　　一、思想上</w:t>
      </w:r>
      <w:r>
        <w:rPr>
          <w:lang w:eastAsia="zh-CN"/>
        </w:rPr>
        <w:br/>
      </w:r>
      <w:r>
        <w:rPr>
          <w:lang w:eastAsia="zh-CN"/>
        </w:rPr>
        <w:t>　　我一直谨记自己作为一名汽车销售助理的职责，不去做哪些超出我职责之外的事情，不让自己的精力分散到其他的地方。虽然在一开始刚刚工作的时候会感觉到很累，很难，但是我也都坚持了下来，让自己能够得到了很大的进步。也是一直把公司的利益放在第一位，没有做出损害公司利益的事情。</w:t>
      </w:r>
      <w:r>
        <w:rPr>
          <w:lang w:eastAsia="zh-CN"/>
        </w:rPr>
        <w:br/>
      </w:r>
      <w:r>
        <w:rPr>
          <w:lang w:eastAsia="zh-CN"/>
        </w:rPr>
        <w:t>　　二、工作上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我也是一直把自己的态度摆的很端正，没有应为自己是一个试用期员工而有所松懈，一直坚守在岗位上。也遇到过很多我自己解决不了的问题，但幸好有着领导和同事们的帮助让我能够很快的熟悉了工作内容，掌握了工作的方法。也很感谢大家能够接纳我，并没有因为我是新进员工而对我有所排挤，而是对我非常的热情，让我没用多久就迅速融入了这个大家庭当中。当然也在工作的时候出现过心态失衡的问题，而在我选择憋在心里的时候就感觉到了越发的难受，而领导也是在发现了我的问题之后对我进行了心理疏导，让我很快的调整了自己的心态。我想我能够坚持到现在缺少不了领导和同事们对我的帮助。</w:t>
      </w:r>
      <w:r>
        <w:rPr>
          <w:lang w:eastAsia="zh-CN"/>
        </w:rPr>
        <w:br/>
      </w:r>
      <w:r>
        <w:rPr>
          <w:lang w:eastAsia="zh-CN"/>
        </w:rPr>
        <w:t>　　虽然现在我的试用期马上就要结束了，但是我也不会因为这个原因就让自己感到松懈，而是会继续的学习，因为我知道自己还有很多不足的地方，只有这样，才能让我继续的进步，追赶上其他同事们前进的步伐，不至于掉下队。当然我也对自己有信心能够处理好以后的工作内容，毕竟我并不是一个懒惰的人。而转正之后我的工作压力肯定也会变得更加的大，但是我觉得自己能够抗住这份压力继续往前走的，也希望领导您能够有所了解，同意我的转正申请。</w:t>
      </w:r>
      <w:r>
        <w:rPr>
          <w:lang w:eastAsia="zh-CN"/>
        </w:rPr>
        <w:br/>
      </w:r>
      <w:r>
        <w:rPr>
          <w:lang w:eastAsia="zh-CN"/>
        </w:rPr>
        <w:t xml:space="preserve">    销售助理工作总结2024 篇17 </w:t>
      </w:r>
      <w:r>
        <w:rPr>
          <w:lang w:eastAsia="zh-CN"/>
        </w:rPr>
        <w:br/>
      </w:r>
      <w:r>
        <w:rPr>
          <w:lang w:eastAsia="zh-CN"/>
        </w:rPr>
        <w:t>　　20_年工作总结及20_年工作计划时间飞逝，进入a已经一年零两个月。期间，我一直很努力的想要做得更好，其中收获不少，也发现了很多自身需要改进的地方。现将20_年的工作做个总结，目的在于总结经验、吸取教训，提升自我，在20_年的工作中能更好地配合公司发展的目标，转化成自己的目标，并怀有必胜的信心，与公司一起达成预定的目标。</w:t>
      </w:r>
      <w:r>
        <w:rPr>
          <w:lang w:eastAsia="zh-CN"/>
        </w:rPr>
        <w:br/>
      </w:r>
      <w:r>
        <w:rPr>
          <w:lang w:eastAsia="zh-CN"/>
        </w:rPr>
        <w:t>　　一、20_年工作总结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进入a前，我的工作主要是负责生产计划、成本控制的工作，并没有销售经验。但是我知道无论从事任何的工作都应有一颗热忱的心。所以我是怀着一颗热忱的心投入这份工作。由于缺乏行业销售经验和行业知识，我坚持一边学习产品知识，一边做好自己的本职工作。担任期间，我学到了很多，但也有很多东西需要不断学习改进。</w:t>
      </w:r>
      <w:r>
        <w:rPr>
          <w:lang w:eastAsia="zh-CN"/>
        </w:rPr>
        <w:br/>
      </w:r>
      <w:r>
        <w:rPr>
          <w:lang w:eastAsia="zh-CN"/>
        </w:rPr>
        <w:t>　　1.1关于产品知识的学习。</w:t>
      </w:r>
      <w:r>
        <w:rPr>
          <w:lang w:eastAsia="zh-CN"/>
        </w:rPr>
        <w:br/>
      </w:r>
      <w:r>
        <w:rPr>
          <w:lang w:eastAsia="zh-CN"/>
        </w:rPr>
        <w:t>　　在学习产品知识的过程中，最大的不足是不能做到系统的学习，总是东凑凑，西拼拼，见到那个产品就去了解一下哪个产品，但没有深入的学习及把不同品牌的产品作对比。20_年公司组织了我们参与多场关于产品知识的学习，一直很感谢公司提供这样的机会让我们不断地提升自我，每每听到有这些学习的机会都会兴奋不已，但是每次学习过后都没有条理的整理学习笔记，培训过后也没有自行深入学习。如此的学习方式不但没有效率还造成知识点容易混淆，以至于到目前为止还没能对公司的产品有一个全面深入的学习。</w:t>
      </w:r>
      <w:r>
        <w:rPr>
          <w:lang w:eastAsia="zh-CN"/>
        </w:rPr>
        <w:br/>
      </w:r>
      <w:r>
        <w:rPr>
          <w:lang w:eastAsia="zh-CN"/>
        </w:rPr>
        <w:t>　　1.2关于外贸客人接待工作</w:t>
      </w:r>
      <w:r>
        <w:rPr>
          <w:lang w:eastAsia="zh-CN"/>
        </w:rPr>
        <w:br/>
      </w:r>
      <w:r>
        <w:rPr>
          <w:lang w:eastAsia="zh-CN"/>
        </w:rPr>
        <w:t>　　外贸客人的接待工作是我20_年里面觉得最具有挑战的工作。一是因为我本人的英语一直都只是停留在学生时代的应试阶段，直到进入a我才得以有机会真正接触外籍人员直接用英语沟通，凭着一颗不怕羞的心，我从一开始就硬着头皮去大胆与客人沟通，刚开始的时候真的是只能听懂日常用语，但是后面通过自身加强对公司热销售产品的翻译、熟记，现时进入门市的客户我都可以从容应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但是本年度在该方面的工作还是只注重了对公司已有产品的翻译了解，还不能做到对</w:t>
      </w:r>
      <w:r>
        <w:rPr>
          <w:lang w:eastAsia="zh-CN"/>
        </w:rPr>
        <w:br/>
      </w:r>
      <w:r>
        <w:rPr>
          <w:lang w:eastAsia="zh-CN"/>
        </w:rPr>
        <w:t>　　不同国家、不同世界区域的客户的销售习惯、市场方向、价格偏好等整理、总结，造成向客户推荐的产品的时候形式单一、不能因应客户的需求推荐产品，造成本年度很多客户进入门市咨询，但是成交量不大的这些结果。在日后的工作中将加倍努力，不断进步。</w:t>
      </w:r>
      <w:r>
        <w:rPr>
          <w:lang w:eastAsia="zh-CN"/>
        </w:rPr>
        <w:br/>
      </w:r>
      <w:r>
        <w:rPr>
          <w:lang w:eastAsia="zh-CN"/>
        </w:rPr>
        <w:t>　　1.3网络营销-全球速卖通推广跟进工作</w:t>
      </w:r>
      <w:r>
        <w:rPr>
          <w:lang w:eastAsia="zh-CN"/>
        </w:rPr>
        <w:br/>
      </w:r>
      <w:r>
        <w:rPr>
          <w:lang w:eastAsia="zh-CN"/>
        </w:rPr>
        <w:t>　　通过全球速卖通使我们有更多的机会接触终端批发零售商，小批量多批次快速销售，拓展利润空间、拓宽销售渠道。对于这样一个交易平台我一直以一种摸索前行的心态，做得好与坏并不是太重要，让自己有了一个放松的理由，没有让自己处于一个紧迫的状态中工作，我觉得这是速卖通一直没有成交量的主要原因。</w:t>
      </w:r>
      <w:r>
        <w:rPr>
          <w:lang w:eastAsia="zh-CN"/>
        </w:rPr>
        <w:br/>
      </w:r>
      <w:r>
        <w:rPr>
          <w:lang w:eastAsia="zh-CN"/>
        </w:rPr>
        <w:t>　　另外对商品的发布、店铺的修葺都是以个人有限的电商知识操作，没有主动的在线学习的平台操作视频。印刷行业专业英语水平有限，部门产品的特点、用处等翻译得不是太正确。也是造成全球速卖通这个平台没得到很好发展的原因。</w:t>
      </w:r>
      <w:r>
        <w:rPr>
          <w:lang w:eastAsia="zh-CN"/>
        </w:rPr>
        <w:br/>
      </w:r>
      <w:r>
        <w:rPr>
          <w:lang w:eastAsia="zh-CN"/>
        </w:rPr>
        <w:t>　　1.4关于ppt制作方面工作</w:t>
      </w:r>
      <w:r>
        <w:rPr>
          <w:lang w:eastAsia="zh-CN"/>
        </w:rPr>
        <w:br/>
      </w:r>
      <w:r>
        <w:rPr>
          <w:lang w:eastAsia="zh-CN"/>
        </w:rPr>
        <w:t>　　与英语口语情况一样，ppt制作也是进入a之后才得以有机会用学校学习的东西应用于实际工作中。从刚开始的只能在网上寻找合适的模板到自己通过不断学习能做到自己做模板，中间用了大概3个月的时间，后面又因工作原因每个月不断重复锻炼自己操作ppt的各个步骤，目前能基本熟悉ppt的各项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但是ppt各项功能键的操作指示一个表现形式，实际上我们更应该注重的还是对于数据的整理、分析，这些数据反映了怎样的一个规律，反映了一个什么问题。在这方面的工作，回看20_年全年的ppt我觉得自己所提炼出来的数据都只是一个数据的罗列，完全没有做到数据的分析以及利用这些数据反映的问题提出有效的改善措施及提升方案。这将是在20_年本人应该着重改善的地方。</w:t>
      </w:r>
      <w:r>
        <w:rPr>
          <w:lang w:eastAsia="zh-CN"/>
        </w:rPr>
        <w:br/>
      </w:r>
      <w:r>
        <w:rPr>
          <w:lang w:eastAsia="zh-CN"/>
        </w:rPr>
        <w:t>　　20_年取得了一定的进步，但是还是觉得自己不够努力，没有把应有的水平发挥出来。20_年要加强个人努力，做好计划工作，严格按照计划走好每一步，实现各个目标。</w:t>
      </w:r>
      <w:r>
        <w:rPr>
          <w:lang w:eastAsia="zh-CN"/>
        </w:rPr>
        <w:br/>
      </w:r>
      <w:r>
        <w:rPr>
          <w:lang w:eastAsia="zh-CN"/>
        </w:rPr>
        <w:t>　　二、20_年工作计划</w:t>
      </w:r>
      <w:r>
        <w:rPr>
          <w:lang w:eastAsia="zh-CN"/>
        </w:rPr>
        <w:br/>
      </w:r>
      <w:r>
        <w:rPr>
          <w:lang w:eastAsia="zh-CN"/>
        </w:rPr>
        <w:t>　　2.1加强学习</w:t>
      </w:r>
      <w:r>
        <w:rPr>
          <w:lang w:eastAsia="zh-CN"/>
        </w:rPr>
        <w:br/>
      </w:r>
      <w:r>
        <w:rPr>
          <w:lang w:eastAsia="zh-CN"/>
        </w:rPr>
        <w:t>　　a)13年购买了一本《胶印工艺指南》及《商务英语写作实例精解》至今没有看完，_年争取在6月份之前看完。本年度还考虑增加购买《胶印基础知识》这一本书对产品有一个更为全面的了解。</w:t>
      </w:r>
      <w:r>
        <w:rPr>
          <w:lang w:eastAsia="zh-CN"/>
        </w:rPr>
        <w:br/>
      </w:r>
      <w:r>
        <w:rPr>
          <w:lang w:eastAsia="zh-CN"/>
        </w:rPr>
        <w:t>　　b) 加强对产品的学习，对产品的应用，使用过程会遇到什么问题，同一大类产品的不同品牌的产品优劣势如何加以学习。</w:t>
      </w:r>
      <w:r>
        <w:rPr>
          <w:lang w:eastAsia="zh-CN"/>
        </w:rPr>
        <w:br/>
      </w:r>
      <w:r>
        <w:rPr>
          <w:lang w:eastAsia="zh-CN"/>
        </w:rPr>
        <w:t>　　c) 利用网络平台加强网络销售、行业发展趋势、外语的学习。</w:t>
      </w:r>
      <w:r>
        <w:rPr>
          <w:lang w:eastAsia="zh-CN"/>
        </w:rPr>
        <w:br/>
      </w:r>
      <w:r>
        <w:rPr>
          <w:lang w:eastAsia="zh-CN"/>
        </w:rPr>
        <w:t>　　2.2做好本职工作-网络销售</w:t>
      </w:r>
      <w:r>
        <w:rPr>
          <w:lang w:eastAsia="zh-CN"/>
        </w:rPr>
        <w:br/>
      </w:r>
      <w:r>
        <w:rPr>
          <w:lang w:eastAsia="zh-CN"/>
        </w:rPr>
        <w:t>　　a) 每周组织组员会议，总结上周工作情况，讨论下周工作重点，确保各组员紧跟工作计划开展各项工作。</w:t>
      </w:r>
      <w:r>
        <w:rPr>
          <w:lang w:eastAsia="zh-CN"/>
        </w:rPr>
        <w:br/>
      </w:r>
      <w:r>
        <w:rPr>
          <w:lang w:eastAsia="zh-CN"/>
        </w:rPr>
        <w:t>　　b) 网络平台日常工作开展要坚持做好产品信息、促销信息发布、网站平台的装修工作。</w:t>
      </w:r>
      <w:r>
        <w:rPr>
          <w:lang w:eastAsia="zh-CN"/>
        </w:rPr>
        <w:br/>
      </w:r>
      <w:r>
        <w:rPr>
          <w:lang w:eastAsia="zh-CN"/>
        </w:rPr>
        <w:t>　　2.3做好本职工作-外贸销售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a) 针对原有客户通过邮件、电话、微信、msn等方式进行联系，加强产品信息传达、了解客户新动向，加强联系，促进销售。</w:t>
      </w:r>
      <w:r>
        <w:rPr>
          <w:lang w:eastAsia="zh-CN"/>
        </w:rPr>
        <w:br/>
      </w:r>
      <w:r>
        <w:rPr>
          <w:lang w:eastAsia="zh-CN"/>
        </w:rPr>
        <w:t>　　b) 对不同国家、不同世界区域的客户的销售习惯、市场方向、价格偏好逐一了解，总结规律，利用这些规律指导报价、邮件形式、沟通用语、货运方式等工作。 c)加强全球速卖通网络平台上对保证客户资金、货物安全、节约运输成本的服务性工作。例如：平常可以在物流有外贸仓送货的时候主动出外了解外贸仓对不同国家不同运线的资讯，寻求可行的合作方法。跟进有国际快递业务的快递公司，如中国邮政小包、dhl、顺丰等报价，在网上发布详尽资讯。了解订船柜、集装箱等信息，必要时候可以提供给客户选择。</w:t>
      </w:r>
      <w:r>
        <w:rPr>
          <w:lang w:eastAsia="zh-CN"/>
        </w:rPr>
        <w:br/>
      </w:r>
      <w:r>
        <w:rPr>
          <w:lang w:eastAsia="zh-CN"/>
        </w:rPr>
        <w:t>　　三、结语</w:t>
      </w:r>
      <w:r>
        <w:rPr>
          <w:lang w:eastAsia="zh-CN"/>
        </w:rPr>
        <w:br/>
      </w:r>
      <w:r>
        <w:rPr>
          <w:lang w:eastAsia="zh-CN"/>
        </w:rPr>
        <w:t>　　20_年，我会加倍努力将我的工作能力提高到一个新的档次，不辜负大家对我的期望，我会尽我所能的工作，与公司一同进步，相信公司的明天会更好!</w:t>
      </w:r>
      <w:r>
        <w:rPr>
          <w:lang w:eastAsia="zh-CN"/>
        </w:rPr>
        <w:br/>
      </w:r>
      <w:r>
        <w:rPr>
          <w:lang w:eastAsia="zh-CN"/>
        </w:rPr>
        <w:t xml:space="preserve">    销售助理工作总结2024 篇18 </w:t>
      </w:r>
      <w:r>
        <w:rPr>
          <w:lang w:eastAsia="zh-CN"/>
        </w:rPr>
        <w:br/>
      </w:r>
      <w:r>
        <w:rPr>
          <w:lang w:eastAsia="zh-CN"/>
        </w:rPr>
        <w:t>　　助理工作总结</w:t>
      </w:r>
      <w:r>
        <w:rPr>
          <w:lang w:eastAsia="zh-CN"/>
        </w:rPr>
        <w:br/>
      </w:r>
      <w:r>
        <w:rPr>
          <w:lang w:eastAsia="zh-CN"/>
        </w:rPr>
        <w:t>　　一、前台接待方面。</w:t>
      </w:r>
      <w:r>
        <w:rPr>
          <w:lang w:eastAsia="zh-CN"/>
        </w:rPr>
        <w:br/>
      </w:r>
      <w:r>
        <w:rPr>
          <w:lang w:eastAsia="zh-CN"/>
        </w:rPr>
        <w:t>　　20__年_月至_月，我从事前台接待工作，接待人员是展现公司形象的第一人，在工作中，我严格按照公司要求，工装上岗，热情对待每一位来访客户，并指引到相关办公室，为领导带给了方便，也为客户带给了方便。一年来，共计接待用户达1000人次左右。</w:t>
      </w:r>
      <w:r>
        <w:rPr>
          <w:lang w:eastAsia="zh-CN"/>
        </w:rPr>
        <w:br/>
      </w:r>
      <w:r>
        <w:rPr>
          <w:lang w:eastAsia="zh-CN"/>
        </w:rPr>
        <w:t>　　二、会议接待方面。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1.外部会议接待[由整理]</w:t>
      </w:r>
      <w:r>
        <w:rPr>
          <w:lang w:eastAsia="zh-CN"/>
        </w:rPr>
        <w:br/>
      </w:r>
      <w:r>
        <w:rPr>
          <w:lang w:eastAsia="zh-CN"/>
        </w:rPr>
        <w:t>　　参与接待了联通全省财务会议、运维部工作会议、人力监察培训会议、全省G网经营部工作会议、分公司与分公司共同召开的经营分析会等大型会议，在这种外部会议中，严格按照会议需求高标准布置会场，用心协调酒店相关事宜，并做好会议过程中的服务，在这个过程中，我学到了更多的待人接物，服务礼物等相关知识，积累了很多的经验。</w:t>
      </w:r>
      <w:r>
        <w:rPr>
          <w:lang w:eastAsia="zh-CN"/>
        </w:rPr>
        <w:br/>
      </w:r>
      <w:r>
        <w:rPr>
          <w:lang w:eastAsia="zh-CN"/>
        </w:rPr>
        <w:t>　　2.内部会议管理</w:t>
      </w:r>
      <w:r>
        <w:rPr>
          <w:lang w:eastAsia="zh-CN"/>
        </w:rPr>
        <w:br/>
      </w:r>
      <w:r>
        <w:rPr>
          <w:lang w:eastAsia="zh-CN"/>
        </w:rPr>
        <w:t>　　按照各部门的需求合理安排会议室，以免造成会议冲突，并注意做好相关登记，以及会议室的卫生持续，公众物品的善后检查等工作，以便为本部人员带给更好的服务。一年来，共安排内部会议500次以上。</w:t>
      </w:r>
      <w:r>
        <w:rPr>
          <w:lang w:eastAsia="zh-CN"/>
        </w:rPr>
        <w:br/>
      </w:r>
      <w:r>
        <w:rPr>
          <w:lang w:eastAsia="zh-CN"/>
        </w:rPr>
        <w:t>　　3.视讯会议管理</w:t>
      </w:r>
      <w:r>
        <w:rPr>
          <w:lang w:eastAsia="zh-CN"/>
        </w:rPr>
        <w:br/>
      </w:r>
      <w:r>
        <w:rPr>
          <w:lang w:eastAsia="zh-CN"/>
        </w:rPr>
        <w:t>　　在召开总部或省分视讯会议的时候，按照通知要求，提前半小时准时打开视讯系统，确保会议按时接入，本年度无一例会议延时状况出现;在召开对县区会议时，提前进行会议预约，呼叫各终端，确保每个县区都能正常参会。</w:t>
      </w:r>
      <w:r>
        <w:rPr>
          <w:lang w:eastAsia="zh-CN"/>
        </w:rPr>
        <w:br/>
      </w:r>
      <w:r>
        <w:rPr>
          <w:lang w:eastAsia="zh-CN"/>
        </w:rPr>
        <w:t>　　三、费用报销、合同录入工作。</w:t>
      </w:r>
      <w:r>
        <w:rPr>
          <w:lang w:eastAsia="zh-CN"/>
        </w:rPr>
        <w:br/>
      </w:r>
      <w:r>
        <w:rPr>
          <w:lang w:eastAsia="zh-CN"/>
        </w:rPr>
        <w:t>　　在这方面，严格按照公司要求，周一汇总收集报销单据，周二找领导签字后录入ERP系统，并做好登记工作。一年来，录入报销单据1000余份。合同录入20余份。</w:t>
      </w:r>
      <w:r>
        <w:rPr>
          <w:lang w:eastAsia="zh-CN"/>
        </w:rPr>
        <w:br/>
      </w:r>
      <w:r>
        <w:rPr>
          <w:lang w:eastAsia="zh-CN"/>
        </w:rPr>
        <w:t>　　四、综合事务工作。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20__年_月，因部门人员变动，我被调至办公室，从事公安查询、外部文件签收、工会、办公耗材、食堂管理等工作。后期，又接手信息采编、会议记录、联通之窗、行政库管理等工作。</w:t>
      </w:r>
      <w:r>
        <w:rPr>
          <w:lang w:eastAsia="zh-CN"/>
        </w:rPr>
        <w:br/>
      </w:r>
      <w:r>
        <w:rPr>
          <w:lang w:eastAsia="zh-CN"/>
        </w:rPr>
        <w:t>　　至12月底，共接待公安查询300次左右，并做到态度热情，严格按照公司规定办理。收发外来文件90份左右，做到及时上传下达，不延时，不误事。报送信息20篇，采编联通之窗2期。</w:t>
      </w:r>
      <w:r>
        <w:rPr>
          <w:lang w:eastAsia="zh-CN"/>
        </w:rPr>
        <w:br/>
      </w:r>
      <w:r>
        <w:rPr>
          <w:lang w:eastAsia="zh-CN"/>
        </w:rPr>
        <w:t>　　对笔记本、台式机等小型固定资产做好登记与出入库工作，及时联系维修网点，进行电脑维护与维修，与其加强沟通，并要求为我们带给备用机，以免耽误正常工作。</w:t>
      </w:r>
      <w:r>
        <w:rPr>
          <w:lang w:eastAsia="zh-CN"/>
        </w:rPr>
        <w:br/>
      </w:r>
      <w:r>
        <w:rPr>
          <w:lang w:eastAsia="zh-CN"/>
        </w:rPr>
        <w:t xml:space="preserve">    销售助理工作总结2024 篇19 </w:t>
      </w:r>
      <w:r>
        <w:rPr>
          <w:lang w:eastAsia="zh-CN"/>
        </w:rPr>
        <w:br/>
      </w:r>
      <w:r>
        <w:rPr>
          <w:lang w:eastAsia="zh-CN"/>
        </w:rPr>
        <w:t>　　汇报人：__(20_-12-30)自从来到_______至今已经两个多月了,回想自己这两个多月所走过的路，所经历的事情，我多了一份镇定，从容的心态。在公司领导的带领和帮助下，加之部门同事的鼎力协助，自己立足本职工作，使得销售工作得及顺利进行。</w:t>
      </w:r>
      <w:r>
        <w:rPr>
          <w:lang w:eastAsia="zh-CN"/>
        </w:rPr>
        <w:br/>
      </w:r>
      <w:r>
        <w:rPr>
          <w:lang w:eastAsia="zh-CN"/>
        </w:rPr>
        <w:t>　　现将今年销售部工作的内容和感受总结如下：</w:t>
      </w:r>
      <w:r>
        <w:rPr>
          <w:lang w:eastAsia="zh-CN"/>
        </w:rPr>
        <w:br/>
      </w:r>
      <w:r>
        <w:rPr>
          <w:lang w:eastAsia="zh-CN"/>
        </w:rPr>
        <w:t>　　1. 负责销售部销售文件的管理、归档、整理、建档和保管工作。</w:t>
      </w:r>
      <w:r>
        <w:rPr>
          <w:lang w:eastAsia="zh-CN"/>
        </w:rPr>
        <w:br/>
      </w:r>
      <w:r>
        <w:rPr>
          <w:lang w:eastAsia="zh-CN"/>
        </w:rPr>
        <w:t>　　2. 客户资料的管理工作，包括的收集整理分析，相应信息的邮件，信息的反馈工作。</w:t>
      </w:r>
      <w:r>
        <w:rPr>
          <w:lang w:eastAsia="zh-CN"/>
        </w:rPr>
        <w:br/>
      </w:r>
      <w:r>
        <w:rPr>
          <w:lang w:eastAsia="zh-CN"/>
        </w:rPr>
        <w:t>　　3. 负责销售人员的销售指标统计，月度、季度、年度统计报表和报表的制作、编写等。</w:t>
      </w:r>
      <w:r>
        <w:rPr>
          <w:lang w:eastAsia="zh-CN"/>
        </w:rPr>
        <w:br/>
      </w:r>
      <w:r>
        <w:rPr>
          <w:lang w:eastAsia="zh-CN"/>
        </w:rPr>
        <w:t>　　4. 协助销售人员做好电话来访工作。在销售人员缺席时，及时转告客户信息等，并妥善保管。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5. 协助销售经理做好销售部内务，各种会议的记录等工作。</w:t>
      </w:r>
      <w:r>
        <w:rPr>
          <w:lang w:eastAsia="zh-CN"/>
        </w:rPr>
        <w:br/>
      </w:r>
      <w:r>
        <w:rPr>
          <w:lang w:eastAsia="zh-CN"/>
        </w:rPr>
        <w:t>　　6. 配合销售人员做合同的起草、审批、盖章等工作。</w:t>
      </w:r>
      <w:r>
        <w:rPr>
          <w:lang w:eastAsia="zh-CN"/>
        </w:rPr>
        <w:br/>
      </w:r>
      <w:r>
        <w:rPr>
          <w:lang w:eastAsia="zh-CN"/>
        </w:rPr>
        <w:t>　　7. 合同款到账后的登记，与销售人员对账、催款等。</w:t>
      </w:r>
      <w:r>
        <w:rPr>
          <w:lang w:eastAsia="zh-CN"/>
        </w:rPr>
        <w:br/>
      </w:r>
      <w:r>
        <w:rPr>
          <w:lang w:eastAsia="zh-CN"/>
        </w:rPr>
        <w:t>　　8. 做好各部门的协调工作。</w:t>
      </w:r>
      <w:r>
        <w:rPr>
          <w:lang w:eastAsia="zh-CN"/>
        </w:rPr>
        <w:br/>
      </w:r>
      <w:r>
        <w:rPr>
          <w:lang w:eastAsia="zh-CN"/>
        </w:rPr>
        <w:t>　　9. 认真完成上级临时交代的工作。</w:t>
      </w:r>
      <w:r>
        <w:rPr>
          <w:lang w:eastAsia="zh-CN"/>
        </w:rPr>
        <w:br/>
      </w:r>
      <w:r>
        <w:rPr>
          <w:lang w:eastAsia="zh-CN"/>
        </w:rPr>
        <w:t>　　总结这两个月来的工作，自己的工作仍存在很多问题和不足，在工作方法和技巧上有待于向领导和其他同事学习，20_年自己计划在去年工作得失的基础上取长补短，重点做好以下几个方面的工作：</w:t>
      </w:r>
      <w:r>
        <w:rPr>
          <w:lang w:eastAsia="zh-CN"/>
        </w:rPr>
        <w:br/>
      </w:r>
      <w:r>
        <w:rPr>
          <w:lang w:eastAsia="zh-CN"/>
        </w:rPr>
        <w:t>　　(一)努力协助部门领导和销售人员的销售工作。</w:t>
      </w:r>
      <w:r>
        <w:rPr>
          <w:lang w:eastAsia="zh-CN"/>
        </w:rPr>
        <w:br/>
      </w:r>
      <w:r>
        <w:rPr>
          <w:lang w:eastAsia="zh-CN"/>
        </w:rPr>
        <w:t>　　(二)逐步接手发票，催款等工作内容，一定做到细心无误。</w:t>
      </w:r>
      <w:r>
        <w:rPr>
          <w:lang w:eastAsia="zh-CN"/>
        </w:rPr>
        <w:br/>
      </w:r>
      <w:r>
        <w:rPr>
          <w:lang w:eastAsia="zh-CN"/>
        </w:rPr>
        <w:t>　　(三)销售日常文字性单据的精确度，仔细审核。</w:t>
      </w:r>
      <w:r>
        <w:rPr>
          <w:lang w:eastAsia="zh-CN"/>
        </w:rPr>
        <w:br/>
      </w:r>
      <w:r>
        <w:rPr>
          <w:lang w:eastAsia="zh-CN"/>
        </w:rPr>
        <w:t>　　(四)和客服部门及技术部门的沟通，不明确事情得力求明确，不了解知识得努力学习。</w:t>
      </w:r>
      <w:r>
        <w:rPr>
          <w:lang w:eastAsia="zh-CN"/>
        </w:rPr>
        <w:br/>
      </w:r>
      <w:r>
        <w:rPr>
          <w:lang w:eastAsia="zh-CN"/>
        </w:rPr>
        <w:t>　　(五)协助销售人员不断开发新的客户。</w:t>
      </w:r>
      <w:r>
        <w:rPr>
          <w:lang w:eastAsia="zh-CN"/>
        </w:rPr>
        <w:br/>
      </w:r>
      <w:r>
        <w:rPr>
          <w:lang w:eastAsia="zh-CN"/>
        </w:rPr>
        <w:t>　　(六)努力做好每一件事情，坚持再坚持!</w:t>
      </w:r>
      <w:r>
        <w:rPr>
          <w:lang w:eastAsia="zh-CN"/>
        </w:rPr>
        <w:br/>
      </w:r>
      <w:r>
        <w:rPr>
          <w:lang w:eastAsia="zh-CN"/>
        </w:rPr>
        <w:t>　　最后，工作过程中出现的问题归纳为以下几点：</w:t>
      </w:r>
      <w:r>
        <w:rPr>
          <w:lang w:eastAsia="zh-CN"/>
        </w:rPr>
        <w:br/>
      </w:r>
      <w:r>
        <w:rPr>
          <w:lang w:eastAsia="zh-CN"/>
        </w:rPr>
        <w:t>　　1.对于新入职员工，公司内部办公软件，流程，工作中会接触的表格的使用，希望能够加大培训力度。</w:t>
      </w:r>
      <w:r>
        <w:rPr>
          <w:lang w:eastAsia="zh-CN"/>
        </w:rPr>
        <w:br/>
      </w:r>
      <w:r>
        <w:rPr>
          <w:lang w:eastAsia="zh-CN"/>
        </w:rPr>
        <w:t>　　2.希望技术部能在公司邮箱为每个部门设置一个群组，以便部门之间沟通发送邮件时，做到没有遗漏。</w:t>
      </w:r>
      <w:r>
        <w:rPr>
          <w:lang w:eastAsia="zh-CN"/>
        </w:rPr>
        <w:br/>
      </w:r>
      <w:r>
        <w:rPr>
          <w:lang w:eastAsia="zh-CN"/>
        </w:rPr>
        <w:t>　　3.部门内部ftp，便于内部资料的及时发放，对于新入职员工所需的工作资料及表格的随时下载，提供方便。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总之，明年我将更加努力做好自己份内的事情，并积极帮助他人。也希望公司不断开发新的区域，无论是对于我个人还是对于公司，我都坚信：努力就会有收获!!相信公司一定会走得更远，市场占有率更高，年终总结的目的在于吸取教训，提高自己，提高工作效率及质量，所以，我有信心也有决心把明年的工作做的更好。</w:t>
      </w:r>
      <w:r>
        <w:rPr>
          <w:lang w:eastAsia="zh-CN"/>
        </w:rPr>
        <w:br/>
      </w:r>
      <w:r>
        <w:rPr>
          <w:lang w:eastAsia="zh-CN"/>
        </w:rPr>
        <w:t>　　以上是我的总结.有不对之处,还望领导指点!</w:t>
      </w:r>
      <w:r>
        <w:rPr>
          <w:lang w:eastAsia="zh-CN"/>
        </w:rPr>
        <w:br/>
      </w:r>
      <w:r>
        <w:rPr>
          <w:lang w:eastAsia="zh-CN"/>
        </w:rPr>
        <w:t xml:space="preserve">    销售助理工作总结2024 篇20 </w:t>
      </w:r>
      <w:r>
        <w:rPr>
          <w:lang w:eastAsia="zh-CN"/>
        </w:rPr>
        <w:br/>
      </w:r>
      <w:r>
        <w:rPr>
          <w:lang w:eastAsia="zh-CN"/>
        </w:rPr>
        <w:t>　　进入__县福满花园项目已有一年了。20_年的主要工作是协助王经理组建和管理销售部。经过所有销售部工作人员的共同努力，在过去这一年中取得了良好的销售业绩。为了提高自己的工作能力和效率，找出工作中的不足之处，现将20_年年度工作情况总结如下：</w:t>
      </w:r>
      <w:r>
        <w:rPr>
          <w:lang w:eastAsia="zh-CN"/>
        </w:rPr>
        <w:br/>
      </w:r>
      <w:r>
        <w:rPr>
          <w:lang w:eastAsia="zh-CN"/>
        </w:rPr>
        <w:t>　　1、销售人员培训</w:t>
      </w:r>
      <w:r>
        <w:rPr>
          <w:lang w:eastAsia="zh-CN"/>
        </w:rPr>
        <w:br/>
      </w:r>
      <w:r>
        <w:rPr>
          <w:lang w:eastAsia="zh-CN"/>
        </w:rPr>
        <w:t>　　销售部于20_年3月份开始组建，至今销售人员6人，管理人员2人，策划人员1人。初期的销售人员没有工作经验和房地产知识，工作开展进度很慢，在制定培训文件和培训计划后，协助王经理开展培训工作。现销售人员接待工作有所提高，对日常销售部的工作已能基本完成。</w:t>
      </w:r>
      <w:r>
        <w:rPr>
          <w:lang w:eastAsia="zh-CN"/>
        </w:rPr>
        <w:br/>
      </w:r>
      <w:r>
        <w:rPr>
          <w:lang w:eastAsia="zh-CN"/>
        </w:rPr>
        <w:t>　　2、客户来访统计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08年度到访客户共记850人次。客户来访的数据每星期收录电脑一次，详细记录来访时间、意向户型、电话等，为将来的客户鉴定做好基础工作。前期的数据存在许多问题，客户的数据不清晰，多数客户的职业和认知途径没有填写，对后期的宣传工作有一定影响，经过销售部周会提出此问题后，现阶段对客来访数据已有所改善。</w:t>
      </w:r>
      <w:r>
        <w:rPr>
          <w:lang w:eastAsia="zh-CN"/>
        </w:rPr>
        <w:br/>
      </w:r>
      <w:r>
        <w:rPr>
          <w:lang w:eastAsia="zh-CN"/>
        </w:rPr>
        <w:t>　　3、销售文件档案管理</w:t>
      </w:r>
      <w:r>
        <w:rPr>
          <w:lang w:eastAsia="zh-CN"/>
        </w:rPr>
        <w:br/>
      </w:r>
      <w:r>
        <w:rPr>
          <w:lang w:eastAsia="zh-CN"/>
        </w:rPr>
        <w:t>　　在20_年7月27日开展的vip卡活动，开始建立销售书面文件和电子档案两种。到20_年11月8日选房活动后，对已销售的商品房的认购书档案、商铺(vip增值确认书)、款申请书、退款确认书统一管理，按房号进行分区。所有的档案在书面文件和电子档案同步更新。</w:t>
      </w:r>
      <w:r>
        <w:rPr>
          <w:lang w:eastAsia="zh-CN"/>
        </w:rPr>
        <w:br/>
      </w:r>
      <w:r>
        <w:rPr>
          <w:lang w:eastAsia="zh-CN"/>
        </w:rPr>
        <w:t>　　4、销控管理和统计</w:t>
      </w:r>
      <w:r>
        <w:rPr>
          <w:lang w:eastAsia="zh-CN"/>
        </w:rPr>
        <w:br/>
      </w:r>
      <w:r>
        <w:rPr>
          <w:lang w:eastAsia="zh-CN"/>
        </w:rPr>
        <w:t>　　销控管理分为对外和对内两种，对外是以销控版贴红旗公开面对客户的形式。对内是王经理和我两层销控把关，分为书面文件和电子档案两种，书面文件只是简单的房号控制，电子档案对已售和未售商品房数据详细记录，包括客户资料、面积、价格、已付款等等。所有房号需要两人认可后才可签定认购书，确保不出现一房两卖的情况。</w:t>
      </w:r>
      <w:r>
        <w:rPr>
          <w:lang w:eastAsia="zh-CN"/>
        </w:rPr>
        <w:br/>
      </w:r>
      <w:r>
        <w:rPr>
          <w:lang w:eastAsia="zh-CN"/>
        </w:rPr>
        <w:t>　　5、销售现场管理</w:t>
      </w:r>
      <w:r>
        <w:rPr>
          <w:lang w:eastAsia="zh-CN"/>
        </w:rPr>
        <w:br/>
      </w:r>
      <w:r>
        <w:rPr>
          <w:lang w:eastAsia="zh-CN"/>
        </w:rPr>
        <w:t>　　按排销售人员的日常值班，针对每个销售期随时调整值班人员和值班时间，配合策划部进行各项宣传活动。现场管理由王经理主持每周召开例会，进行日常工作安排，销售人员在会议中交流意见和经验，项目的优劣势共享，发现问题及时解决，对客户提出的主要问题进行统一解答，提高销售率和销售人员接待客户的积极性。</w:t>
      </w:r>
      <w:r>
        <w:rPr>
          <w:lang w:eastAsia="zh-CN"/>
        </w:rPr>
        <w:br/>
      </w:r>
      <w:r>
        <w:rPr>
          <w:lang w:eastAsia="zh-CN"/>
        </w:rPr>
        <w:t>　　六、08年工作存在问题</w:t>
      </w:r>
      <w:r>
        <w:rPr>
          <w:lang w:eastAsia="zh-CN"/>
        </w:rPr>
        <w:br/>
      </w:r>
    </w:p>
    <w:p w:rsidR="001B1F19" w14:textId="27C3F48A">
      <w:pPr>
        <w:rPr>
          <w:rFonts w:hint="eastAsia"/>
          <w:lang w:eastAsia="zh-CN"/>
        </w:rPr>
      </w:pPr>
      <w:r>
        <w:rPr>
          <w:lang w:eastAsia="zh-CN"/>
        </w:rPr>
        <w:t>　　虽然08年销售部取得良好的成绩，但销售工作也不有许多不足之处。在一期参与了价格体系的制定，从中看到了自己知识面的不足之处;户型更改的过程也明白了自己对市场的敏感度不够。房地产的专业知识还需要进一步的提升，自己的工作能力需要加强提高。首先就是工作的积极性和主动性，很多时候都是都是陆总的提醒才去做的工作，在09年要改正，学会自己去找事做。对数据和图纸要加强理解和分析，让产品进更进一步的适合市场。自身的写作能力也是需要提高的一个重点。</w:t>
      </w:r>
      <w:r>
        <w:rPr>
          <w:lang w:eastAsia="zh-CN"/>
        </w:rPr>
        <w:br/>
      </w:r>
      <w:r>
        <w:rPr>
          <w:lang w:eastAsia="zh-CN"/>
        </w:rPr>
        <w:t>　　我相信在新的一年里，通过大家的努力，我们会做得更好。希望09年的销售成绩比08年的成绩更上一个台阶。</w:t>
      </w:r>
      <w:r>
        <w:rPr>
          <w:lang w:eastAsia="zh-CN"/>
        </w:rPr>
        <w:br/>
      </w:r>
      <w:r>
        <w:rPr>
          <w:lang w:eastAsia="zh-CN"/>
        </w:rPr>
        <w:t xml:space="preserve">    销售助理工作总结2024 篇21 </w:t>
      </w:r>
      <w:r>
        <w:rPr>
          <w:lang w:eastAsia="zh-CN"/>
        </w:rPr>
        <w:br/>
      </w:r>
      <w:r>
        <w:rPr>
          <w:lang w:eastAsia="zh-CN"/>
        </w:rPr>
        <w:t>　　__年即将过去，在这将近一年的时间中我通过努力的工作，也有了一点收获，临近年终，我对自己的工作做一下总结。目的在于吸取教训，提高自己，以至于把工作做的更好，自己有信心也有决心把明年的工作做的更好。下面我对今年的工作进行简要的总结。</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https://d.book118.com/647031133042006046</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47031133042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