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后进生转化工作总结精华15篇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w:t>
      </w:r>
      <w:r>
        <w:rPr>
          <w:lang w:eastAsia="zh-CN"/>
        </w:rPr>
        <w:br/>
      </w:r>
      <w:r>
        <w:rPr>
          <w:lang w:eastAsia="zh-CN"/>
        </w:rPr>
        <w:t xml:space="preserve">    根据您的要求，编辑为您准备了一篇关于“后进生转化工作总结”的文章。文档处理可以帮助我们更好地规划和实现健身计划。在我们开始写作之前，先浏览一下范文是一个好的选择，因为范文能够在写作过程中给予我们启发和灵感。请您务必关注此页面所展示的精彩内容，不要错过任何一个细节！ </w:t>
      </w:r>
      <w:r>
        <w:rPr>
          <w:lang w:eastAsia="zh-CN"/>
        </w:rPr>
        <w:br/>
      </w:r>
      <w:r>
        <w:rPr>
          <w:lang w:eastAsia="zh-CN"/>
        </w:rPr>
        <w:t xml:space="preserve">    后进生转化工作总结 篇1 </w:t>
      </w:r>
      <w:r>
        <w:rPr>
          <w:lang w:eastAsia="zh-CN"/>
        </w:rPr>
        <w:br/>
      </w:r>
      <w:r>
        <w:rPr>
          <w:lang w:eastAsia="zh-CN"/>
        </w:rPr>
        <w:t xml:space="preserve">    后进生通常是指那些在学习或思想品德等方面暂时比较落后的学生，那么我们的班主任及任课教师如何看待后进生，怎样做好教育转化后进生，主要应该做好四多一少。 </w:t>
      </w:r>
      <w:r>
        <w:rPr>
          <w:lang w:eastAsia="zh-CN"/>
        </w:rPr>
        <w:br/>
      </w:r>
      <w:r>
        <w:rPr>
          <w:lang w:eastAsia="zh-CN"/>
        </w:rPr>
        <w:t xml:space="preserve">    一、多一点理解和尊重 </w:t>
      </w:r>
      <w:r>
        <w:rPr>
          <w:lang w:eastAsia="zh-CN"/>
        </w:rPr>
        <w:br/>
      </w:r>
      <w:r>
        <w:rPr>
          <w:lang w:eastAsia="zh-CN"/>
        </w:rPr>
        <w:t xml:space="preserve">    因为后进生往往有较严重的自卑感，因此更需要得到教师的理解和尊重，由于他们的敏感，外表的调皮恰恰是内心脆弱的表现，所以要给他们更多的爱，树立他们正确的自尊心意识。 </w:t>
      </w:r>
      <w:r>
        <w:rPr>
          <w:lang w:eastAsia="zh-CN"/>
        </w:rPr>
        <w:br/>
      </w:r>
      <w:r>
        <w:rPr>
          <w:lang w:eastAsia="zh-CN"/>
        </w:rPr>
        <w:t xml:space="preserve">    二、多一点信任和扶持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有的学生在各方面表现都比较差，缺点毛病比较多，他们经常听到的是批评，遇到的是不信任的冷漠眼光。教育转化后进生，教师首先要相信他们，让他们也有发展特长的场所，也有发表见解和表现自己才能的机会。其次再给他们以多方面的帮助和扶持，在引导上下功夫。例如在学生的思想品德、行为习惯、学习、体育锻炼等方面。我们开展创优争先活动，在开展班级课外活动方面，让有特长的学生毛遂自荐，由学生自己组织各种群体活动，从而达到让他们自己教育自己的目的，树立自信心。</w:t>
      </w:r>
      <w:r>
        <w:rPr>
          <w:lang w:eastAsia="zh-CN"/>
        </w:rPr>
        <w:t xml:space="preserve"> </w:t>
      </w:r>
      <w:r>
        <w:rPr>
          <w:lang w:eastAsia="zh-CN"/>
        </w:rPr>
        <w:br/>
      </w:r>
      <w:r>
        <w:rPr>
          <w:lang w:eastAsia="zh-CN"/>
        </w:rPr>
        <w:t xml:space="preserve">    三、多一点表扬和鼓励 </w:t>
      </w:r>
      <w:r>
        <w:rPr>
          <w:lang w:eastAsia="zh-CN"/>
        </w:rPr>
        <w:br/>
      </w:r>
      <w:r>
        <w:rPr>
          <w:lang w:eastAsia="zh-CN"/>
        </w:rPr>
        <w:t xml:space="preserve">    一般说来，学生都喜欢被老师表扬，后进生更是如此，如果我们能认真挖掘他们潜在的闪光点，滤布并注意及时表扬他们哪怕是微小的进步，就会使他们感到老师对他的注意，使他们全面的认识和估价自己，从而鼓励其上进的勇气。 </w:t>
      </w:r>
      <w:r>
        <w:rPr>
          <w:lang w:eastAsia="zh-CN"/>
        </w:rPr>
        <w:br/>
      </w:r>
      <w:r>
        <w:rPr>
          <w:lang w:eastAsia="zh-CN"/>
        </w:rPr>
        <w:t xml:space="preserve">    四、多一点温暖和体贴 </w:t>
      </w:r>
      <w:r>
        <w:rPr>
          <w:lang w:eastAsia="zh-CN"/>
        </w:rPr>
        <w:br/>
      </w:r>
      <w:r>
        <w:rPr>
          <w:lang w:eastAsia="zh-CN"/>
        </w:rPr>
        <w:t xml:space="preserve">    对后进生，不能因为他们缺点多而冷淡、疏远他们，要抱着一颗爱心去亲近他们，多给他们一点温暖和体贴，要从思想政治学习、生活等方面真心实意的去关心爱护他们，发现他们的长处和短处，使其扬长避短，最大限度的发挥其聪明才智，压滤机滤布进而让他们亲身感受到老师真诚的体贴和关怀，体验到自己的价值。 </w:t>
      </w:r>
      <w:r>
        <w:rPr>
          <w:lang w:eastAsia="zh-CN"/>
        </w:rPr>
        <w:br/>
      </w:r>
      <w:r>
        <w:rPr>
          <w:lang w:eastAsia="zh-CN"/>
        </w:rPr>
        <w:t xml:space="preserve">    五、少一点歧视和挖苦 </w:t>
      </w:r>
      <w:r>
        <w:rPr>
          <w:lang w:eastAsia="zh-CN"/>
        </w:rPr>
        <w:br/>
      </w:r>
      <w:r>
        <w:rPr>
          <w:lang w:eastAsia="zh-CN"/>
        </w:rPr>
        <w:t xml:space="preserve">    后进生表面上嘻嘻哈哈，让老师头痛，自制力较差，但内心却非常敏感，所以老师的一个眼神，一举不经意的话语，都有可能伤害到他们的心，所以，在工作中，不能对后进生采取挖苦和歧视的态度，否则，将会严重伤害学生的自尊心，适得其反，给后进生转化工作带来被动。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后进生转化工作总结 篇2 </w:t>
      </w:r>
      <w:r>
        <w:rPr>
          <w:lang w:eastAsia="zh-CN"/>
        </w:rPr>
        <w:br/>
      </w:r>
      <w:r>
        <w:rPr>
          <w:lang w:eastAsia="zh-CN"/>
        </w:rPr>
        <w:t xml:space="preserve">    后进生的特点是没有养成良好的学习习惯，上课精力不集中，没有掌握正确的学习方法，学习成绩较差。上课时做小动作，做作业粗心大意，课堂上自由散漫，贪玩，有些知识不明白，却又不问老师。其实有几个学生本性不坏的，人也挺聪明的，就是懒，没有家长监督养成这样的习惯。针对这一实际情况，我首先要想方设法调动学生的学习积极性，更重要的是做好差生的转化工作。因此我重点针对本班的学困生做了辅差工作。具体说来做了以下几点工作： </w:t>
      </w:r>
      <w:r>
        <w:rPr>
          <w:lang w:eastAsia="zh-CN"/>
        </w:rPr>
        <w:br/>
      </w:r>
      <w:r>
        <w:rPr>
          <w:lang w:eastAsia="zh-CN"/>
        </w:rPr>
        <w:t xml:space="preserve">    一、要关心、爱护后进生 </w:t>
      </w:r>
      <w:r>
        <w:rPr>
          <w:lang w:eastAsia="zh-CN"/>
        </w:rPr>
        <w:br/>
      </w:r>
      <w:r>
        <w:rPr>
          <w:lang w:eastAsia="zh-CN"/>
        </w:rPr>
        <w:t xml:space="preserve">    任何学生、任何人都有优点和缺点，对于优生的优点是显而易见的，而对后进生则易发现其缺点，而看不到其优点，这种现象是不利于学生进步的，我们应该用发展的眼光来看待学生：差生的今天比他的昨天更好，即使不然，也应相信他的明天会比今天好。虽然他们有缺点，但他们同样懂得爱，而且更需要爱。作为老师，应尊重他们，进可能地去发现他们的闪光点，爱他们，爱是具体的，渗透在对学生的一言一行中，慢慢地去感动、感化学生。 </w:t>
      </w:r>
      <w:r>
        <w:rPr>
          <w:lang w:eastAsia="zh-CN"/>
        </w:rPr>
        <w:br/>
      </w:r>
      <w:r>
        <w:rPr>
          <w:lang w:eastAsia="zh-CN"/>
        </w:rPr>
        <w:t xml:space="preserve">    二、即时了解学生，并对症下药 </w:t>
      </w:r>
      <w:r>
        <w:rPr>
          <w:lang w:eastAsia="zh-CN"/>
        </w:rPr>
        <w:br/>
      </w:r>
      <w:r>
        <w:rPr>
          <w:lang w:eastAsia="zh-CN"/>
        </w:rPr>
        <w:t xml:space="preserve">    老师要及时、主动地去亲近、了解班里那些后进生，了解他们的苦恼和欢乐，了解他们的性格和才能，了解他们的理想和追求，了解他们的家庭环境及在家中的地位等有关的情况。老师要充满信心地去亲近他们，成为学生真正的朋友和知心人。然后，再根据该同学谈话的情况，进一步认真、仔细地分析后进生后进的原因。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三、要持之以恒地给后进生做工作 </w:t>
      </w:r>
      <w:r>
        <w:rPr>
          <w:lang w:eastAsia="zh-CN"/>
        </w:rPr>
        <w:br/>
      </w:r>
      <w:r>
        <w:rPr>
          <w:lang w:eastAsia="zh-CN"/>
        </w:rPr>
        <w:t xml:space="preserve">    学生的后进非一日造成的，在转化工作中，他们的思想行动可能会是反复的，好三天，坏三天，这也是正常的事，是进步中的曲折，绝不是徒劳无功。千万不能就此停止或说一些打击后进生的话语，会刺伤他们的自尊心的。 </w:t>
      </w:r>
      <w:r>
        <w:rPr>
          <w:lang w:eastAsia="zh-CN"/>
        </w:rPr>
        <w:br/>
      </w:r>
      <w:r>
        <w:rPr>
          <w:lang w:eastAsia="zh-CN"/>
        </w:rPr>
        <w:t xml:space="preserve">    四、优差结合，互帮共进。 </w:t>
      </w:r>
      <w:r>
        <w:rPr>
          <w:lang w:eastAsia="zh-CN"/>
        </w:rPr>
        <w:br/>
      </w:r>
      <w:r>
        <w:rPr>
          <w:lang w:eastAsia="zh-CN"/>
        </w:rPr>
        <w:t xml:space="preserve">    对差生的监管，除了教师的辅导外，我还发动优秀学生结对帮扶差生。每个组选有数学组长，组长除了重点检查差生的作业，还要对本组的差生进行出题练习并评改指导。学期末评选进步差生同时，评选最负责任的优秀组长，让学生之间的互帮互助发展成为一种良好的班风。 </w:t>
      </w:r>
      <w:r>
        <w:rPr>
          <w:lang w:eastAsia="zh-CN"/>
        </w:rPr>
        <w:br/>
      </w:r>
      <w:r>
        <w:rPr>
          <w:lang w:eastAsia="zh-CN"/>
        </w:rPr>
        <w:t xml:space="preserve">    除此外我还积极与学生的家长取得联系，把学生的发展进步及时告知家长，争取家长的互信和支持，让家长也来做好差生的督促作用，齐抓共管共同做好培辅工作。当然也有很多不足之处：比如说对差生还缺乏足够的耐心，对他们一再出现的错误不能平静地循循善诱。还有对优生的督促做得还不够，由于其它工作的开展，对差生的督促管理不能做到坚持不懈、持之以恒。这些需要不断改进。 </w:t>
      </w:r>
      <w:r>
        <w:rPr>
          <w:lang w:eastAsia="zh-CN"/>
        </w:rPr>
        <w:br/>
      </w:r>
      <w:r>
        <w:rPr>
          <w:lang w:eastAsia="zh-CN"/>
        </w:rPr>
        <w:t xml:space="preserve">    总之，培优辅差工作是一项长期的艰巨的工作，它需要我们更多地用心，用更多的爱心，用更多的时间和精力，不断努力，促进全体学生的共同进步！ </w:t>
      </w:r>
      <w:r>
        <w:rPr>
          <w:lang w:eastAsia="zh-CN"/>
        </w:rPr>
        <w:br/>
      </w:r>
      <w:r>
        <w:rPr>
          <w:lang w:eastAsia="zh-CN"/>
        </w:rPr>
        <w:t xml:space="preserve">    后进生转化工作总结 篇3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转化后进生是每个老师义不容辞的职责。每个班在不同程度上都有后进生，可如何对待他们呢？首先做到不厌弃他们，然后根据后进生的特点和形成原因做好转化工作。在我班后进生身上表现出来是由于自控能力差、基础差、年龄差距大造成的。只有分析后进生形成的原因，才能帮助他们克服缺点和毛病。这是我们科任老师份内的责任，因此，我是这样对待后进生的：</w:t>
      </w:r>
      <w:r>
        <w:rPr>
          <w:lang w:eastAsia="zh-CN"/>
        </w:rPr>
        <w:t xml:space="preserve"> </w:t>
      </w:r>
      <w:r>
        <w:rPr>
          <w:lang w:eastAsia="zh-CN"/>
        </w:rPr>
        <w:br/>
      </w:r>
      <w:r>
        <w:rPr>
          <w:lang w:eastAsia="zh-CN"/>
        </w:rPr>
        <w:t xml:space="preserve">    一、关心热爱后进生 </w:t>
      </w:r>
      <w:r>
        <w:rPr>
          <w:lang w:eastAsia="zh-CN"/>
        </w:rPr>
        <w:br/>
      </w:r>
      <w:r>
        <w:rPr>
          <w:lang w:eastAsia="zh-CN"/>
        </w:rPr>
        <w:t xml:space="preserve">    由于后进生存在不少的缺点和错误，因此经常受到老师们的批评，家长的指责，同学们的白眼。他们往往在同学中抬不起头。他们更需要的是老师的关心，家庭、集体的温暖。实践证明，要转化后进生，只有使后进生动情。我们只有用心灵的温暖去医治他们心灵的.创伤，用精神的甘露去洗涤他们精神上的污垢，只有消除了后进生对老师、家长、同学的对立情绪，才能开展转化工作。日常生活中，我从各方面去关心他们：在学习上热情地给予指导，遇到困难时给予真诚的帮助，有了点滴进步及时鼓励，犯了错误进行耐心地教育，使他们时时感到老师的爱护与关心，使逐步改正错误和缺点。 </w:t>
      </w:r>
      <w:r>
        <w:rPr>
          <w:lang w:eastAsia="zh-CN"/>
        </w:rPr>
        <w:br/>
      </w:r>
      <w:r>
        <w:rPr>
          <w:lang w:eastAsia="zh-CN"/>
        </w:rPr>
        <w:t xml:space="preserve">    二、了解后进生形成的原因是转化工作的先决条件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要做好转化后进生的工作，就得深入了解，全面分析后进生的特点和形成原因，坚持在了解中教育，在教育中了解。每接一个新的班级，我首先会从各方面去了解学生情况，特别是后进生的情况：双差生是哪些，家庭教育如何，主要问题是什么？单差生是哪些，家庭教育如何，主要问题是什么？在新的学期开学前，做到心中有数。</w:t>
      </w:r>
      <w:r>
        <w:rPr>
          <w:lang w:eastAsia="zh-CN"/>
        </w:rPr>
        <w:t xml:space="preserve"> </w:t>
      </w:r>
      <w:r>
        <w:rPr>
          <w:lang w:eastAsia="zh-CN"/>
        </w:rPr>
        <w:br/>
      </w:r>
      <w:r>
        <w:rPr>
          <w:lang w:eastAsia="zh-CN"/>
        </w:rPr>
        <w:t xml:space="preserve">    实践证明，只有全面了解后进生的情况，才能有的放矢，做好转化后进生的工作。 </w:t>
      </w:r>
      <w:r>
        <w:rPr>
          <w:lang w:eastAsia="zh-CN"/>
        </w:rPr>
        <w:br/>
      </w:r>
      <w:r>
        <w:rPr>
          <w:lang w:eastAsia="zh-CN"/>
        </w:rPr>
        <w:t xml:space="preserve">    后进生转化工作总结 篇4 </w:t>
      </w:r>
      <w:r>
        <w:rPr>
          <w:lang w:eastAsia="zh-CN"/>
        </w:rPr>
        <w:br/>
      </w:r>
      <w:r>
        <w:rPr>
          <w:lang w:eastAsia="zh-CN"/>
        </w:rPr>
        <w:t xml:space="preserve">    自踏上讲台那一刻起，我对“后进生”进行了深入细致的思考，后进生是指那些在学习成绩和思想品德两方面均暂时落后的学生。他们是在外部不良因素的影响下，通过内部后进心理促成的，归结起来，后进生的形成既有主观的原因，也有客观的原因。如不良的家庭教育，不良的社会风气，不良的传播媒介，学校教育不当和社会歧视等。作为特殊的群体，他们通常表现出思想品德不高、心理健康不全、行为习惯不良、学习成绩不佳等特点。根据以上特点，我对后进生进行了深入细致的转化工作，并取得了可喜的成绩，现总结如下： </w:t>
      </w:r>
      <w:r>
        <w:rPr>
          <w:lang w:eastAsia="zh-CN"/>
        </w:rPr>
        <w:br/>
      </w:r>
      <w:r>
        <w:rPr>
          <w:lang w:eastAsia="zh-CN"/>
        </w:rPr>
        <w:t xml:space="preserve">    一、对症下药，有的放矢。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差生的转化工作如同良医用药：要对症下药，做到药到病除，也就是要找到“差“的病根。因此，首先要着手于“诊断”，对差生进行全面了解，全面分析，从中找到差生的根源及主要因素，了解差生的性格爱好，主要优缺点及落后的原因，学校、家庭、社会对他们的影响如何？然后有的放矢，帮助他改正。如我班王兴同学，平时学习懒散，上课经常打瞌睡，早上、晚上进教室较迟，学习目的不明确，基础很差，作业常不完成，字迹非常潦草，在许多方面对自己要求不严格，听不进别人的劝告，固执己见。找他谈话，他却闭口无言，自己也多次观察证实之后，不急于批评他，惩处他，而是摸索他的心理特点，发现他具有逆反心理并且胆小。寻找机会和他心平气和地谈，一次不够，二次，三次，我连续找他谈话，帮他认识错误，当他有点滴进步时我就马上在班级里表扬他，肯定他的优点，帮助他树立自信心，逐渐改正缺点和不足。</w:t>
      </w:r>
      <w:r>
        <w:rPr>
          <w:lang w:eastAsia="zh-CN"/>
        </w:rPr>
        <w:t xml:space="preserve"> </w:t>
      </w:r>
      <w:r>
        <w:rPr>
          <w:lang w:eastAsia="zh-CN"/>
        </w:rPr>
        <w:br/>
      </w:r>
      <w:r>
        <w:rPr>
          <w:lang w:eastAsia="zh-CN"/>
        </w:rPr>
        <w:t xml:space="preserve">    二、晓之以理，施之以情。 </w:t>
      </w:r>
      <w:r>
        <w:rPr>
          <w:lang w:eastAsia="zh-CN"/>
        </w:rPr>
        <w:br/>
      </w:r>
      <w:r>
        <w:rPr>
          <w:lang w:eastAsia="zh-CN"/>
        </w:rPr>
        <w:t xml:space="preserve">    工作中，我深刻地体会到差生更需要集体的温暖与师生的爱和信任。因此师生关系融洽是转化差生的一个重要方面，为此要正确地对待差生，做到“四不”，“三会”。即不歧视，不排斥，不粗暴，不揭旧病。要与优生一视同仁；会批评，会谈心，会表扬。然后晓之以理，施之以情，利用全班同学及家庭、好友巧妙地使之密切与老师们结合，达到交流、融洽感情的目的。当学生体验到老师对自己的'一片爱心和殷切期望时，他们就会变得“亲其师而信其道”。 </w:t>
      </w:r>
      <w:r>
        <w:rPr>
          <w:lang w:eastAsia="zh-CN"/>
        </w:rPr>
        <w:br/>
      </w:r>
      <w:r>
        <w:rPr>
          <w:lang w:eastAsia="zh-CN"/>
        </w:rPr>
        <w:t xml:space="preserve">    三、尊重信任，唤起自尊心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自尊心是人的自我意识的重要标志之一，是进步的动力之一，表现为对个人的自我尊重，也要别人尊重自己的权利和人格。教师应当尊重、信任后进生，逐步消除他们的疑虑。自卑心理，唤起自尊心，培植自尊心。所以教师应特别注意以下几点：（１）对后进生要求要适度。要求过高，他们会认为高不可攀，望而却步；要求过低，不利于培养后进生的学习毅力和克服困难的能力。（２）让后进生获得成功。只有当他们真正体验到经过努力而获成功的欢悦时，才能树立起进步的信心和愿望。教师可以布置一些他们力所能及的任务，在完成之后给以适当的鼓励。（３）让后进生充分发展自己的才能，充分展示自己的长处。在挑选班干部时应加以考虑，让他们也能担任一定职务，在集体中发挥作用。</w:t>
      </w:r>
      <w:r>
        <w:rPr>
          <w:lang w:eastAsia="zh-CN"/>
        </w:rPr>
        <w:t xml:space="preserve"> </w:t>
      </w:r>
      <w:r>
        <w:rPr>
          <w:lang w:eastAsia="zh-CN"/>
        </w:rPr>
        <w:br/>
      </w:r>
      <w:r>
        <w:rPr>
          <w:lang w:eastAsia="zh-CN"/>
        </w:rPr>
        <w:t xml:space="preserve">    后进生的转化不可能一蹴而就，一般要经历醒悟、转变、反复、稳定四个阶段。因此，在转化过程中，后进生故态复萌，出现多次反复，是一种正常现象。对这项十分艰苦的工作，教师一定要有满腔热情，必须遵循教育规律，“反复抓，抓反复”，因势利导，使后进生保持不断前进的势头。 </w:t>
      </w:r>
      <w:r>
        <w:rPr>
          <w:lang w:eastAsia="zh-CN"/>
        </w:rPr>
        <w:br/>
      </w:r>
      <w:r>
        <w:rPr>
          <w:lang w:eastAsia="zh-CN"/>
        </w:rPr>
        <w:t xml:space="preserve">    转化后进生工作最主要的是研究后进生心理，帮助他们克服障碍，养成良好行为习惯。在自己一个年多的教学工作中，我深刻地感觉后进生中真正智力差的只有个别，大部分学生是因为学习目的不明确，学习积极性欠缺，行为、学习习惯较差等原因造成的，而导致这些原因的症结所在，往往是因为他们存在着不同程度的心理障碍。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总之，通向孩子心灵之路的并不是肥沃的田野。在这片肥沃的土地上要获得丰收，需要辛勤耕耘，加强田间管理，更需要温暖的阳光、湿润的雨露。只有教师的爱化为阳光、化作雨露，才能滋润出一批批破土而出的幼苗。对后进生，我们更要倾注爱心，以尊重、赏识唤起他们的进取心，以真诚、宽容激发他们的上进心，努力消除他们的心理障碍，引导他们力争上游、健康成长。只要我们从热爱学生的真诚愿望出发，动之以情，深于父母，晓之以理，细如雨丝，一定能更好地做好后进生的转化工作。</w:t>
      </w:r>
      <w:r>
        <w:rPr>
          <w:lang w:eastAsia="zh-CN"/>
        </w:rPr>
        <w:t xml:space="preserve"> </w:t>
      </w:r>
      <w:r>
        <w:rPr>
          <w:lang w:eastAsia="zh-CN"/>
        </w:rPr>
        <w:br/>
      </w:r>
      <w:r>
        <w:rPr>
          <w:lang w:eastAsia="zh-CN"/>
        </w:rPr>
        <w:t xml:space="preserve">    后进生转化工作总结 篇5 </w:t>
      </w:r>
      <w:r>
        <w:rPr>
          <w:lang w:eastAsia="zh-CN"/>
        </w:rPr>
        <w:br/>
      </w:r>
      <w:r>
        <w:rPr>
          <w:lang w:eastAsia="zh-CN"/>
        </w:rPr>
        <w:t xml:space="preserve">    一、了解学生“差”的原因 </w:t>
      </w:r>
      <w:r>
        <w:rPr>
          <w:lang w:eastAsia="zh-CN"/>
        </w:rPr>
        <w:br/>
      </w:r>
      <w:r>
        <w:rPr>
          <w:lang w:eastAsia="zh-CN"/>
        </w:rPr>
        <w:t xml:space="preserve">    这两位学生因为各个方面的原因，造成不认真上课，学习成绩很差，其实，金无足赤，人无完人。学困生是一个很大的团体，需要长期的去做工作，时间可以改变很多学生的成长轨迹，把很多差生改造成良好。我先深入他们、全面了解他们的心态，对他们学习目的、态度、兴趣、爱好、志向、心理变化和生理特点、等方面作全面调查、深入研究，并采取分类教育修正教育方式，在良好的学习氛围中使后进生转变思想，鼓励他们从自己身边的小事做起，一步一步地培养他们乐观向上的生活态度。 </w:t>
      </w:r>
      <w:r>
        <w:rPr>
          <w:lang w:eastAsia="zh-CN"/>
        </w:rPr>
        <w:br/>
      </w:r>
      <w:r>
        <w:rPr>
          <w:lang w:eastAsia="zh-CN"/>
        </w:rPr>
        <w:t xml:space="preserve">    二、建立融洽的师生关系 </w:t>
      </w:r>
      <w:r>
        <w:rPr>
          <w:lang w:eastAsia="zh-CN"/>
        </w:rPr>
        <w:br/>
      </w:r>
      <w:r>
        <w:rPr>
          <w:lang w:eastAsia="zh-CN"/>
        </w:rPr>
        <w:t xml:space="preserve">    作为教师，教育和管理学生为己任，因此，对他们在活动中要多留意、多观察、多关心、多鼓励，努力沟通师生情感，搭起相互信任的友爱桥梁，建立起和谐平等、融洽纯真的师生关系。掌握他们的心态，以及教育启发的方式，让他们觉得自己的荣辱牵动着老师的心理，从他们的一言一行中善于发现闪光点，鼓励他们培养乐观的生活态度，帮助他们树立追求目标、激发学习的兴趣。 </w:t>
      </w:r>
      <w:r>
        <w:rPr>
          <w:lang w:eastAsia="zh-CN"/>
        </w:rPr>
        <w:br/>
      </w:r>
      <w:r>
        <w:rPr>
          <w:lang w:eastAsia="zh-CN"/>
        </w:rPr>
        <w:t xml:space="preserve">    三、培养兴趣，营造浓厚的学习氛围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兴趣是学习的挚友，让他们主动积极地获取知识营养，提高学习效果，形成兴趣，成为开发人的智力的动力。因此，我在教学实践中细细调查、研究、比较，掌握了每个他们的特点，切中火候，对症下药。</w:t>
      </w:r>
      <w:r>
        <w:rPr>
          <w:lang w:eastAsia="zh-CN"/>
        </w:rPr>
        <w:t xml:space="preserve"> </w:t>
      </w:r>
      <w:r>
        <w:rPr>
          <w:lang w:eastAsia="zh-CN"/>
        </w:rPr>
        <w:br/>
      </w:r>
      <w:r>
        <w:rPr>
          <w:lang w:eastAsia="zh-CN"/>
        </w:rPr>
        <w:t xml:space="preserve">    本学期，他们两个后进生取得了很大的进步，单元测试两个学生都取得了良好的成绩，特别是他们的思想，取得了良好的转变。这段时间，他们都进行了认真地复习，相信他们在期考会取得很大的进步。 </w:t>
      </w:r>
      <w:r>
        <w:rPr>
          <w:lang w:eastAsia="zh-CN"/>
        </w:rPr>
        <w:br/>
      </w:r>
      <w:r>
        <w:rPr>
          <w:lang w:eastAsia="zh-CN"/>
        </w:rPr>
        <w:t xml:space="preserve">    后进生转化工作总结 篇6 </w:t>
      </w:r>
      <w:r>
        <w:rPr>
          <w:lang w:eastAsia="zh-CN"/>
        </w:rPr>
        <w:br/>
      </w:r>
      <w:r>
        <w:rPr>
          <w:lang w:eastAsia="zh-CN"/>
        </w:rPr>
        <w:t xml:space="preserve">    一个学期即将结束，在这一学期中对后进生的转化取得了较好的效果，为了在今后的教学工作中对后进生的转化进行行之有效的措施，对本学期的后进生的转化作以下的工作总结。 </w:t>
      </w:r>
      <w:r>
        <w:rPr>
          <w:lang w:eastAsia="zh-CN"/>
        </w:rPr>
        <w:br/>
      </w:r>
      <w:r>
        <w:rPr>
          <w:lang w:eastAsia="zh-CN"/>
        </w:rPr>
        <w:t xml:space="preserve">    一、深入学生，全面了解学生的心态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在教学实践中，教师们有一个共识：那就是一提到学困生，无不摇头叹息，说他们是“孺子不可教”，“朽木不可雕”。其实，金无足赤，人无完人。如果教师们换个角度，放弃门缝里看人的偏见，就会欣喜地发现学困生并非不可救药，这就要求教师深入学生、全面了解学困生的心态，对学困生学习目的、态度、兴趣、爱好、志向、心理变化和生理特点、家庭环境、生活环境以及行为品德等方面作全面调查、深入研究，并采取分类教育的方式，随时比较和修正教育方式，让学生在教师的熏陶下潜移默化地克制约束不良心态的滋生发展，用教师美好的灵悟、理智来塑造学生美好纯洁的心灵，使学困生领悟到身边的同学、老师都对“我”的进步寄予很大的希望，在良好的学习氛围中使后进生转变思想，鼓足勇气，直面现实，积极向上，鼓励他们从自己身边的小事做起，一步一步地培养学困生乐观向上的生活态度，使教师的情感理智融入他们的心田，并能扎根、发芽、开花和结果。</w:t>
      </w:r>
      <w:r>
        <w:rPr>
          <w:lang w:eastAsia="zh-CN"/>
        </w:rPr>
        <w:t xml:space="preserve"> </w:t>
      </w:r>
      <w:r>
        <w:rPr>
          <w:lang w:eastAsia="zh-CN"/>
        </w:rPr>
        <w:br/>
      </w:r>
      <w:r>
        <w:rPr>
          <w:lang w:eastAsia="zh-CN"/>
        </w:rPr>
        <w:t xml:space="preserve">    二、和谐平等，建立融洽的师生关系 </w:t>
      </w:r>
      <w:r>
        <w:rPr>
          <w:lang w:eastAsia="zh-CN"/>
        </w:rPr>
        <w:br/>
      </w:r>
      <w:r>
        <w:rPr>
          <w:lang w:eastAsia="zh-CN"/>
        </w:rPr>
        <w:t xml:space="preserve">    作为教师，自身的职业决定了育人的职责，教师时刻应以组织、教育和管理学生为己任，因此，对学困生在活动中要多留意、多观察、多关心、多鼓励，努力沟通师生情感，搭起相互信任的友爱桥梁，建立起和谐平等、融洽纯真的师生关系。掌握学困生的心态、心理障碍、思想负担、精神压力，以及教育启发的方式，耐心热情地替他们排忧解难，想他们之所想，急他们之所急，让他们觉得自己的荣辱牵动着老师的心理，老师的得失同样成为他们脸上“阴晴变化的招牌”，向他们无私地奉献出真挚的爱，从他们的一言一行中善于发现闪光点，挖掘他们内在的潜力，鼓励他们培养乐观的生活态度，帮助他们树立追求目标、激发学习的兴趣。在人格上与优等生平等相待，发现他们身上的不良习惯和不良行为，要找准切合点，正面启发诱导，耐心说服教育。 </w:t>
      </w:r>
      <w:r>
        <w:rPr>
          <w:lang w:eastAsia="zh-CN"/>
        </w:rPr>
        <w:br/>
      </w:r>
      <w:r>
        <w:rPr>
          <w:lang w:eastAsia="zh-CN"/>
        </w:rPr>
        <w:t xml:space="preserve">    三、培养兴趣，营造浓厚的学习氛围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学生学习成绩的优劣由学生学习责任性强弱和学习兴趣的浓淡来决定。辩证唯物主义观点认为：事物的发展变化有它的规律性，外因是事物变化的条件，内因是事物变化的根据，内因通过外因而发生变化。”学生这个内因只有通过教师这个外因才能发生变化。兴趣是学习的挚友，学生主动积极地获取知识营养，提高学习效果，形成兴趣，才能成为开发人的智力的动力。因此，我们在教学实践中细细调查、研究、比较，掌握了每个后进生的特点，切中火候，对症下药。</w:t>
      </w:r>
      <w:r>
        <w:rPr>
          <w:lang w:eastAsia="zh-CN"/>
        </w:rPr>
        <w:t xml:space="preserve"> </w:t>
      </w:r>
      <w:r>
        <w:rPr>
          <w:lang w:eastAsia="zh-CN"/>
        </w:rPr>
        <w:br/>
      </w:r>
      <w:r>
        <w:rPr>
          <w:lang w:eastAsia="zh-CN"/>
        </w:rPr>
        <w:t xml:space="preserve">    四、加强辅导，铸就自信的天地 </w:t>
      </w:r>
      <w:r>
        <w:rPr>
          <w:lang w:eastAsia="zh-CN"/>
        </w:rPr>
        <w:br/>
      </w:r>
      <w:r>
        <w:rPr>
          <w:lang w:eastAsia="zh-CN"/>
        </w:rPr>
        <w:t xml:space="preserve">    教师要真正做学生的良师益友，善解人意，除了献给他们一片爱心外，还要替他们排扰解难。学困生之所以学习进步迟缓，原因固然很多，但我觉得他们的心理障碍莫过于基础差，在别人面前抬不起头而丧失学习信心，遇到难题自己难以解决而觉得孤立无援，陷入无可奈何之中。我针对学困生这种心理，作具体分析，找出问题的症结和原因，找准突破口。如举古今中外名人成长的范例。通过这些例子的启发教育，让学困生从思想和心理上增强克服困难的勇气和信心，减轻学困生精神上的压力。教育方式上本着多鼓励表扬、少指责批判的原则，引导学困生向优等生学习，使后进生由被动学习变为主动学习。 </w:t>
      </w:r>
      <w:r>
        <w:rPr>
          <w:lang w:eastAsia="zh-CN"/>
        </w:rPr>
        <w:br/>
      </w:r>
      <w:r>
        <w:rPr>
          <w:lang w:eastAsia="zh-CN"/>
        </w:rPr>
        <w:t xml:space="preserve">    五、创设情境，教给正确的学习方法 </w:t>
      </w:r>
      <w:r>
        <w:rPr>
          <w:lang w:eastAsia="zh-CN"/>
        </w:rPr>
        <w:br/>
      </w:r>
      <w:r>
        <w:rPr>
          <w:lang w:eastAsia="zh-CN"/>
        </w:rPr>
        <w:t xml:space="preserve">    对学困生除了加强思想品德、行为规范等方面的教育外，教师教学中还应借助一切可利用的条件创设情境，让学生在轻松愉快的气氛中掌握知识，根据学科特点和作业练习要求引导学生选择正确的学习方法。例如：阅读法、思考法、比较归纳法、识记法、回忆重现法、分析法、观察实践法等。实践证明，学困生与优等生不是一成不变的。给学困生多一点关心，多一点温暖，教给他们正确的学习方法，课堂教学与课外辅导相结合，都可能使学困生从思想品行到学习技能上与优等生相媲美。 </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六、耐心克制，创设进取的转化环境 </w:t>
      </w:r>
      <w:r>
        <w:rPr>
          <w:lang w:eastAsia="zh-CN"/>
        </w:rPr>
        <w:br/>
      </w:r>
      <w:r>
        <w:rPr>
          <w:lang w:eastAsia="zh-CN"/>
        </w:rPr>
        <w:t xml:space="preserve">    教师的耐心和克制是指在教育过程中能够自觉调节与控制自己的情绪与行为，善于约束自己的言行、克制自己消极情绪的一种意志品质。它是教师转化学困生成功与否的重要品质。对于顽皮淘气、不守纪律且学习基础差，又总是赶不上队的学生和对学生中间产生的有损班集体荣誉、而在学生中造成不良因素误入歧途的学生，如果教师没有教育的耐心和克制，在这些现象面前就会无法自觉地控制和支配自己的教育行为，并会显得冲动、甚至予以严重的体罚。这就会激怒学生，形成一种强烈的对抗心理，使学生对教师形成鄙视态度，不接受批评意见。教师在学生中的威信便荡然无存。因此，教师在与学生交往过程中，应给学生创造和提供一种良好的、融洽的学习、生活氛围，把自己置身于学生之中，而不能凌驾于学生之上，盛气凌人。其一言一行、一举一动都应给学生以亲近感。只有这样，学生才能轻松愉快地学生、生活，并在各项活动中发挥自主性和创造性。 </w:t>
      </w:r>
      <w:r>
        <w:rPr>
          <w:lang w:eastAsia="zh-CN"/>
        </w:rPr>
        <w:br/>
      </w:r>
      <w:r>
        <w:rPr>
          <w:lang w:eastAsia="zh-CN"/>
        </w:rPr>
        <w:t xml:space="preserve">    总之，一个学生思想觉悟的提高、道德行为的形成、学习成绩的取得都离不开教师平时的关心和呵护，而对后进生的转化，更应倾注教师不懈的努力，在实施素质教育的今天，我们更应更新观念，探索新的教育方法，努力做好后进生的转化工作。 </w:t>
      </w:r>
      <w:r>
        <w:rPr>
          <w:lang w:eastAsia="zh-CN"/>
        </w:rPr>
        <w:br/>
      </w:r>
      <w:r>
        <w:rPr>
          <w:lang w:eastAsia="zh-CN"/>
        </w:rPr>
        <w:t xml:space="preserve">    后进生转化工作总结 篇7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六一班学生—冷同学，本学期新来的一个男同学，瘦瘦小小，对着他说话时，他完全没在一个调上，上课喜欢说话，要么搞小动作，要么大声说话，影响他人上课。下课生龙活虎，喜欢追逐打闹，对着其他同学动手动脚，经常遭到同学的告状。于是，我开始找他谈话，希望他以学习为重，努力学习，认真听课，按时完成作业，做一个让同学们喜欢，老师喜爱，家长放心的孩子。每次他口头上都答应的好好的，可不到几天，老毛病又犯，把之前的承诺忘得一干二净。</w:t>
      </w:r>
      <w:r>
        <w:rPr>
          <w:lang w:eastAsia="zh-CN"/>
        </w:rPr>
        <w:t xml:space="preserve"> </w:t>
      </w:r>
      <w:r>
        <w:rPr>
          <w:lang w:eastAsia="zh-CN"/>
        </w:rPr>
        <w:br/>
      </w:r>
      <w:r>
        <w:rPr>
          <w:lang w:eastAsia="zh-CN"/>
        </w:rPr>
        <w:t xml:space="preserve">    为了有针对性地工作，我开始对他的家庭情况进行摸底了解。结果打听下来，原来他是单亲孩子，从小没有妈妈，缺少母爱。我开始对他之前的表现表示理解了，缺少爱的小孩，无非就是想在人群中表现的“出色”，从而引起别人的注意力。于是，我开始找他谈话，在班上对其他同学说要多和他一起玩，一起进步，多次对他心理教育。对他的进步当着全班的面提出表扬。 </w:t>
      </w:r>
      <w:r>
        <w:rPr>
          <w:lang w:eastAsia="zh-CN"/>
        </w:rPr>
        <w:br/>
      </w:r>
      <w:r>
        <w:rPr>
          <w:lang w:eastAsia="zh-CN"/>
        </w:rPr>
        <w:t xml:space="preserve">    除了对他进行心理鼓励，我还特意安排一个较好的女生和他一起当同桌，教他做题，一起讨论问题，督促他写作业。事前，我也对这个女生做了思想工作，为了班集体，不要歧视他，嘲笑他，让他融入班集体，尽自己最大的力，帮助他进步。 </w:t>
      </w:r>
      <w:r>
        <w:rPr>
          <w:lang w:eastAsia="zh-CN"/>
        </w:rPr>
        <w:br/>
      </w:r>
      <w:r>
        <w:rPr>
          <w:lang w:eastAsia="zh-CN"/>
        </w:rPr>
        <w:t xml:space="preserve">    慢慢地，在同学们的帮助下，冷同学开始有了进步，当然，但是我还是不会发过他的每一次进步，并且明显地夸大他的进步在班上对他进行表扬。对他的错误及时地提出并让其改正。现在虽然成绩还是未能提上来，但是学习习惯和行为习惯进步很大，上课能安静地听老师讲课，有时候还会举手回答简单的问题，真是出人意外。完成作业的质量页有所提高。 </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今后，我对他的教育将会持续，和班上同学一起帮助他进步，让其感受到班级的温暖，同学们的关爱，让他更开心更快乐地在班上学习。 </w:t>
      </w:r>
      <w:r>
        <w:rPr>
          <w:lang w:eastAsia="zh-CN"/>
        </w:rPr>
        <w:br/>
      </w:r>
      <w:r>
        <w:rPr>
          <w:lang w:eastAsia="zh-CN"/>
        </w:rPr>
        <w:t xml:space="preserve">    后进生转化工作总结 篇8 </w:t>
      </w:r>
      <w:r>
        <w:rPr>
          <w:lang w:eastAsia="zh-CN"/>
        </w:rPr>
        <w:br/>
      </w:r>
      <w:r>
        <w:rPr>
          <w:lang w:eastAsia="zh-CN"/>
        </w:rPr>
        <w:t xml:space="preserve">    后进生转化工作总结精选 </w:t>
      </w:r>
      <w:r>
        <w:rPr>
          <w:lang w:eastAsia="zh-CN"/>
        </w:rPr>
        <w:br/>
      </w:r>
      <w:r>
        <w:rPr>
          <w:lang w:eastAsia="zh-CN"/>
        </w:rPr>
        <w:t xml:space="preserve">    后进生转化工作总结（一） </w:t>
      </w:r>
      <w:r>
        <w:rPr>
          <w:lang w:eastAsia="zh-CN"/>
        </w:rPr>
        <w:br/>
      </w:r>
      <w:r>
        <w:rPr>
          <w:lang w:eastAsia="zh-CN"/>
        </w:rPr>
        <w:t xml:space="preserve">    一个学期即将结束，在这一学期中对后进生的转化取得了较好的效果，为了在今后的教学工作中对后进生的转化进行行之有效的措施，对本学期的后进生的转化作以下的工作总结。 </w:t>
      </w:r>
      <w:r>
        <w:rPr>
          <w:lang w:eastAsia="zh-CN"/>
        </w:rPr>
        <w:br/>
      </w:r>
      <w:r>
        <w:rPr>
          <w:lang w:eastAsia="zh-CN"/>
        </w:rPr>
        <w:t xml:space="preserve">    "后进生"即"差生"，有的是双差生，不但学习差，而且品行差，每个班或多或少的都存在这样的学生，其表现为：厌学，自我调节能力差而产生厌烦情绪； 成绩差 学习目的不明确、思想觉悟低；不良风气、好惹是非、生性孤僻、不善于团结同学、不遵守纪律和校纪班规、不受纪律约束 。 其形成的客观原因是：社会、家庭、学校 ；主观原因是：学习目的不明确、缺乏社会责任感 、自我约束能力差、家长溺爱孩子、经济困难、家长不支持。针对此现象，我采取了以下措施： </w:t>
      </w:r>
      <w:r>
        <w:rPr>
          <w:lang w:eastAsia="zh-CN"/>
        </w:rPr>
        <w:br/>
      </w:r>
      <w:r>
        <w:rPr>
          <w:lang w:eastAsia="zh-CN"/>
        </w:rPr>
        <w:t xml:space="preserve">    1、用发展的观点看学生。应当纵向地看到：今天的后进生，不一定明天还是后进生，后进生的今天比他的昨天好，即使不然，也应相信他的明天会比今天好。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2、进行思想教育。做学生的思想工作，消除学生的自卑感，在课堂上对他们进行多提问，让他们树立了成功的喜悦，树立自信心，让他们端正了学习态度，明确了学习目的，培养他们的良好的学习习惯，激发了他们的学习兴趣，培养刻苦学习的意志，教给学习方法，对他们热心帮助，对他们进行个别的辅导，树立起了刻苦学习的信心，从而提高学习成绩。</w:t>
      </w:r>
      <w:r>
        <w:rPr>
          <w:lang w:eastAsia="zh-CN"/>
        </w:rPr>
        <w:t xml:space="preserve"> </w:t>
      </w:r>
      <w:r>
        <w:rPr>
          <w:lang w:eastAsia="zh-CN"/>
        </w:rPr>
        <w:br/>
      </w:r>
      <w:r>
        <w:rPr>
          <w:lang w:eastAsia="zh-CN"/>
        </w:rPr>
        <w:t xml:space="preserve">    3、一视同仁。在学习中对他们进行耐心的辅导，对他们不歧视，不打击，不挖苦，保护好后进生的自尊心，用爱心去精心呵护，少批评多表扬。 </w:t>
      </w:r>
      <w:r>
        <w:rPr>
          <w:lang w:eastAsia="zh-CN"/>
        </w:rPr>
        <w:br/>
      </w:r>
      <w:r>
        <w:rPr>
          <w:lang w:eastAsia="zh-CN"/>
        </w:rPr>
        <w:t xml:space="preserve">    缺点，以发扬优点，克服缺点。一分为二的在他们身上寻找闪光点。 </w:t>
      </w:r>
      <w:r>
        <w:rPr>
          <w:lang w:eastAsia="zh-CN"/>
        </w:rPr>
        <w:br/>
      </w:r>
      <w:r>
        <w:rPr>
          <w:lang w:eastAsia="zh-CN"/>
        </w:rPr>
        <w:t xml:space="preserve">    5、发挥集体力量，创造转化环境：一帮一结对子，给他们配小老师，进行结对子帮扶， 多让他们参加力所能及的活动；在学生中树立起他们好的形象，让他们感到集体的温暖，激发他们的学习的积极性。 </w:t>
      </w:r>
      <w:r>
        <w:rPr>
          <w:lang w:eastAsia="zh-CN"/>
        </w:rPr>
        <w:br/>
      </w:r>
      <w:r>
        <w:rPr>
          <w:lang w:eastAsia="zh-CN"/>
        </w:rPr>
        <w:t xml:space="preserve">    心理特征、兴趣爱、道德品行，找出根本问题；并多给后进生关爱和信任，对其进行赏识激励，逐渐让他们克服了自身的缺点，真正的把后进生的转化落实到实处，才能将后进转换成中游生，转化成为一名成绩较好的学生。 </w:t>
      </w:r>
      <w:r>
        <w:rPr>
          <w:lang w:eastAsia="zh-CN"/>
        </w:rPr>
        <w:br/>
      </w:r>
      <w:r>
        <w:rPr>
          <w:lang w:eastAsia="zh-CN"/>
        </w:rPr>
        <w:t xml:space="preserve">    7、经常与家长联系互通后进生的学习情况，取得了家长的支持与配合。指导家长要正确的教育自己的子女，取得了社会力量的支持，共同搞好了后进生的转化工作。才能提高后进生的教育教学的质量，完成教育教学的任务。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通过努力，后进生有了很大的改变，思想进步了，成绩提高了，学习积极性高了，但是要做到对后进生的彻底的改进，必须狠下苦功，是一个长期的细心的工作，抓反复</w:t>
      </w:r>
      <w:r>
        <w:rPr>
          <w:lang w:eastAsia="zh-CN"/>
        </w:rPr>
        <w:t xml:space="preserve"> 反复抓，一有苗头，就不失时机地加以引导和帮助，才能得到彻底的转变，才能提高教育教学的质量，完成教学任务。</w:t>
      </w:r>
      <w:r>
        <w:rPr>
          <w:lang w:eastAsia="zh-CN"/>
        </w:rPr>
        <w:t xml:space="preserve"> </w:t>
      </w:r>
      <w:r>
        <w:rPr>
          <w:lang w:eastAsia="zh-CN"/>
        </w:rPr>
        <w:br/>
      </w:r>
      <w:r>
        <w:rPr>
          <w:lang w:eastAsia="zh-CN"/>
        </w:rPr>
        <w:t xml:space="preserve">    后进生转化工作总结（二） </w:t>
      </w:r>
      <w:r>
        <w:rPr>
          <w:lang w:eastAsia="zh-CN"/>
        </w:rPr>
        <w:br/>
      </w:r>
      <w:r>
        <w:rPr>
          <w:lang w:eastAsia="zh-CN"/>
        </w:rPr>
        <w:t xml:space="preserve">    后进生，一般是指思想品德和学习成绩暂时落后于同年级的学生。他们缺乏上进心，没有良好的行为习惯，常犯错误。人数虽然少，但对班级的消极影响较大，如果不能做好后进生的转化工作，班级的正常教学秩序以及学习常规就会受到影响。因此，做好后进生的转化工作是班主任工作的一项重要内容。 </w:t>
      </w:r>
      <w:r>
        <w:rPr>
          <w:lang w:eastAsia="zh-CN"/>
        </w:rPr>
        <w:br/>
      </w:r>
      <w:r>
        <w:rPr>
          <w:lang w:eastAsia="zh-CN"/>
        </w:rPr>
        <w:t xml:space="preserve">    如何做好后进生的转化工作呢？现谈谈我在实践工作中的一些体会及做法。 </w:t>
      </w:r>
      <w:r>
        <w:rPr>
          <w:lang w:eastAsia="zh-CN"/>
        </w:rPr>
        <w:br/>
      </w:r>
      <w:r>
        <w:rPr>
          <w:lang w:eastAsia="zh-CN"/>
        </w:rPr>
        <w:t xml:space="preserve">    1、摸清班级学生素质结构，建立后进生档案 </w:t>
      </w:r>
      <w:r>
        <w:rPr>
          <w:lang w:eastAsia="zh-CN"/>
        </w:rPr>
        <w:br/>
      </w:r>
      <w:r>
        <w:rPr>
          <w:lang w:eastAsia="zh-CN"/>
        </w:rPr>
        <w:t xml:space="preserve">    后进生的形成原因十分复杂，从外因上看，主要是家庭、社会的一些不良影响；从内因上看，学生社会阅历浅，知识经验少，是非能力差，意志薄弱，性格孤僻等，都很容易成为后进生接受消极影响的内部动因。因此转化后进生，首先要找出他们在思想品德及学习上落后于其他同学的原因，了解后进生的思想表现、个性心理特征、兴趣爱好、学习成绩、身体状况、家庭情况、社会交往等，为每个人建立个人档案，做到心中有数。这样才能在转化过程中根据他们的不同情况，因势利导地进行有针对性的教育，促使他们向好的方面转化。 </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2、要善于发现后进生的闪光点 </w:t>
      </w:r>
      <w:r>
        <w:rPr>
          <w:lang w:eastAsia="zh-CN"/>
        </w:rPr>
        <w:br/>
      </w:r>
      <w:r>
        <w:rPr>
          <w:lang w:eastAsia="zh-CN"/>
        </w:rPr>
        <w:t xml:space="preserve">    人民教育家陶行知先生说过：“你的教鞭下有瓦特，你的冷眼下有牛顿，你的讥笑中有爱迪生”。 事实证明，后进生并不是一无长处、各方面都差的“坏孩子”，更不是智商低下、不可教育的“低能儿”。 每个后进生都有他的闪光点，作为教育工作者，要善于从不同角度欣赏每一个学生，细心挖掘后进生身上的闪光点，哪怕是微弱的一点，也要千方百计发扬光大，以此作为转化的突破口。 </w:t>
      </w:r>
      <w:r>
        <w:rPr>
          <w:lang w:eastAsia="zh-CN"/>
        </w:rPr>
        <w:br/>
      </w:r>
      <w:r>
        <w:rPr>
          <w:lang w:eastAsia="zh-CN"/>
        </w:rPr>
        <w:t xml:space="preserve">    在我所教的班级里有一位学生，是大多数老师眼中的问题学生，上课不专心听讲，思想常开小差，喜欢和老师对着干，生活中我行我素，学习成绩差，好象一无是处。但经过一段时间的接触，我发现他喜欢打篮球，而且在校运会中表现出很强的集体荣誉感和组织能力。所以我决定先让他当任班级的体育委员，并鼓励他多组织班级的体育活动，例如和兄弟班级的篮球赛、拔河比赛等。在这些活动中让他发现自己的价值，消除自卑感。随后通过与他谈心了解到，以前由于学习成绩差，长期得不到同学和老师的重视，所以有些自暴自弃，自我放弃。但经过这段时间的努力，他的行为已经得到了全班同学和老师的认可，他感觉到自己也能为这个班级做出有益的贡献，心里非常的满足，犯错误的现象也明显减少了。 </w:t>
      </w:r>
      <w:r>
        <w:rPr>
          <w:lang w:eastAsia="zh-CN"/>
        </w:rPr>
        <w:br/>
      </w:r>
      <w:r>
        <w:rPr>
          <w:lang w:eastAsia="zh-CN"/>
        </w:rPr>
        <w:t xml:space="preserve">    3、热情鼓励，激发后进生的上进心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后进生由于在思想和学习上的暂时落后，常受到父母的训斥，同学的瞧不起，老师的冷落，因此，自卑感和逆反心理强。但他们也是有思想、有自尊、有主见、相对独立的人，也渴望获得别人的尊重，被人理解，被人关心，渴望融入集体之中。如果我们能满足他们的这种需求，让他们感受到关心和温暖，他们就会产生一种积极向上的动力，乐于接受教育。对于后进生我会给予更多的宽容和理解，在批评他们时尽量注意语言的技巧，批评要含蓄，尽量给予更多的表扬和鼓励。使他们能够有施展所长，取得成绩的天地。</w:t>
      </w:r>
      <w:r>
        <w:rPr>
          <w:lang w:eastAsia="zh-CN"/>
        </w:rPr>
        <w:t xml:space="preserve"> </w:t>
      </w:r>
      <w:r>
        <w:rPr>
          <w:lang w:eastAsia="zh-CN"/>
        </w:rPr>
        <w:br/>
      </w:r>
      <w:r>
        <w:rPr>
          <w:lang w:eastAsia="zh-CN"/>
        </w:rPr>
        <w:t xml:space="preserve">    4、根据后进生的实际情况，设立合理的目标。 </w:t>
      </w:r>
      <w:r>
        <w:rPr>
          <w:lang w:eastAsia="zh-CN"/>
        </w:rPr>
        <w:br/>
      </w:r>
      <w:r>
        <w:rPr>
          <w:lang w:eastAsia="zh-CN"/>
        </w:rPr>
        <w:t xml:space="preserve">    在设立目标时要因人而异，设立多层次的目标。只要他们在原有的'基础上有所提高，就应给予奖励，让他们感到成功并不困难，感到成就感。 </w:t>
      </w:r>
      <w:r>
        <w:rPr>
          <w:lang w:eastAsia="zh-CN"/>
        </w:rPr>
        <w:br/>
      </w:r>
      <w:r>
        <w:rPr>
          <w:lang w:eastAsia="zh-CN"/>
        </w:rPr>
        <w:t xml:space="preserve">    特别是对后进生的学习成绩要宽容对待，不能一下子就要求过高，否则欲速者不达，容易伤害其自信心，引起负面效应。在平时不要老是拿他们与班级的优秀生的成绩作对比，甚至在班上评头品足，讥笑讽刺，这只会加深后进生逆反心理；也不能专门表扬奖励优秀生，使得后进生可望不可及，产生自卑感。因此，在每次考试后我除了表彰班级中的前十名外，还特别设立了“进歩奖”，这样能使后进生在转化过程中有获奖的机会，这确实对后进生有推动作用，后进生只要自己与自己比较，有了一定进歩，就可以获奖，从而不断提高后进生的自信心，感到成功的乐趣和存在的价值，激发他们不断向目标奋进。 </w:t>
      </w:r>
      <w:r>
        <w:rPr>
          <w:lang w:eastAsia="zh-CN"/>
        </w:rPr>
        <w:br/>
      </w:r>
      <w:r>
        <w:rPr>
          <w:lang w:eastAsia="zh-CN"/>
        </w:rPr>
        <w:t xml:space="preserve">    后进生由于学习习惯和基础比较差，因此，在目标设立后，还要帮助其克服实现目标过程中的障碍，平时对他们加强辅导，课堂上多提问后进生，调动他们积极思维。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https://d.book118.com/648041002012006044</w:t>
        </w:r>
      </w:hyperlink>
    </w:p>
    <w:p w:rsidR="001B1F19">
      <w:pPr>
        <w:rPr>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48041002012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