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班主任个人年度工作总结</w:t>
      </w:r>
    </w:p>
    <w:p>
      <w:pPr>
        <w:spacing w:before="100" w:after="200" w:line="360" w:lineRule="auto"/>
        <w:ind w:firstLine="576"/>
        <w:jc w:val="left"/>
      </w:pPr>
      <w:r>
        <w:rPr>
          <w:rFonts w:ascii="宋体" w:eastAsia="宋体" w:hAnsi="宋体"/>
          <w:sz w:val="28"/>
        </w:rPr>
        <w:t>本学期我任五年级班主任，和他们已经共同学习生活了一年，对学生情况有较深的了解。本班有学生41人，自制力较差的就有6名。本着爱每一个学生，使他们因为有我这样的班主任，每天能快乐充实;同时让他们在获取书本知识的同时还学会了做人。下面就本学期的班主任工作做以下小结：</w:t>
      </w:r>
    </w:p>
    <w:p>
      <w:pPr>
        <w:spacing w:before="100" w:after="200" w:line="360" w:lineRule="auto"/>
        <w:jc w:val="left"/>
      </w:pPr>
      <w:r>
        <w:rPr>
          <w:rFonts w:ascii="宋体 (中文正文)" w:eastAsia="宋体" w:hAnsi="宋体 (中文正文)"/>
          <w:b/>
          <w:sz w:val="28"/>
        </w:rPr>
        <w:t>一、日常行为规范的落实：</w:t>
      </w:r>
    </w:p>
    <w:p>
      <w:pPr>
        <w:spacing w:before="100" w:after="200" w:line="360" w:lineRule="auto"/>
        <w:ind w:firstLine="576"/>
        <w:jc w:val="left"/>
      </w:pPr>
      <w:r>
        <w:rPr>
          <w:rFonts w:ascii="宋体" w:eastAsia="宋体" w:hAnsi="宋体"/>
          <w:sz w:val="28"/>
        </w:rPr>
        <w:t>虽然以前一直在抓日常行为规范，但都不是特别到位，这学期在新的要求下，我们班从各个方面重新规范。每天有专人负责检查两操情况;有专人负责教室及卫生区卫生;有专人负责课堂及课外纪律;有专人负责文明礼貌及方行举止;有专人负责学习情况。每天一汇报，学习和行为习惯各进行星级评比，效果良好。</w:t>
      </w:r>
    </w:p>
    <w:p>
      <w:pPr>
        <w:spacing w:before="100" w:after="200" w:line="360" w:lineRule="auto"/>
        <w:jc w:val="left"/>
      </w:pPr>
      <w:r>
        <w:rPr>
          <w:rFonts w:ascii="宋体 (中文正文)" w:eastAsia="宋体" w:hAnsi="宋体 (中文正文)"/>
          <w:b/>
          <w:sz w:val="28"/>
        </w:rPr>
        <w:t>二、干部队伍的组建和培养：</w:t>
      </w:r>
    </w:p>
    <w:p>
      <w:pPr>
        <w:spacing w:before="100" w:after="200" w:line="360" w:lineRule="auto"/>
        <w:ind w:firstLine="576"/>
        <w:jc w:val="left"/>
      </w:pPr>
      <w:r>
        <w:rPr>
          <w:rFonts w:ascii="宋体" w:eastAsia="宋体" w:hAnsi="宋体"/>
          <w:sz w:val="28"/>
        </w:rPr>
        <w:t>大力表扬干部优点，宣传他们的先进事迹，帮助班干部树立威信;在鼓励干部大胆工作，指点他们工作方法的同时，更严格要求干部个人在知识、能力上取得更大进步，在纪律上以身作则，力求从各方面给全班起到模范带头作用，以点带面。</w:t>
      </w:r>
    </w:p>
    <w:p>
      <w:pPr>
        <w:spacing w:before="100" w:after="200" w:line="360" w:lineRule="auto"/>
        <w:jc w:val="left"/>
      </w:pPr>
      <w:r>
        <w:rPr>
          <w:rFonts w:ascii="宋体 (中文正文)" w:eastAsia="宋体" w:hAnsi="宋体 (中文正文)"/>
          <w:sz w:val="28"/>
        </w:rPr>
        <w:t>三、狠抓教育教学工作：</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利用班会向学生进行人生观及理想教育，跟科任老师密切配合，从抓学习态度入手，每天抓好教育教学工作。这学期，我们班整体学习风气逐渐浓厚，有一种比学赶帮的氛围。每天的早读有课代表和老师定内容，只要同学们一到教室，就书声琅琅了。</w:t>
      </w:r>
    </w:p>
    <w:p>
      <w:pPr>
        <w:spacing w:before="100" w:after="200" w:line="360" w:lineRule="auto"/>
        <w:jc w:val="left"/>
      </w:pPr>
      <w:r>
        <w:rPr>
          <w:rFonts w:ascii="宋体 (中文正文)" w:eastAsia="宋体" w:hAnsi="宋体 (中文正文)"/>
          <w:b/>
          <w:sz w:val="28"/>
        </w:rPr>
        <w:t>四、班主任对学生的评价策略：</w:t>
      </w:r>
    </w:p>
    <w:p>
      <w:pPr>
        <w:spacing w:before="100" w:after="200" w:line="360" w:lineRule="auto"/>
        <w:ind w:firstLine="576"/>
        <w:jc w:val="left"/>
      </w:pPr>
      <w:r>
        <w:rPr>
          <w:rFonts w:ascii="宋体" w:eastAsia="宋体" w:hAnsi="宋体"/>
          <w:sz w:val="28"/>
        </w:rPr>
        <w:t>对学生的评价必须讲究策略。班主任要把握"激励胜于颂扬，表扬胜于批评"的原则，让学生"在鼓励中发扬成绩，在微笑中认识不足"，在轻松愉快的氛围中受到爱的熏陶，情的感染，懂得理的澄清，保证学生健康地成长。</w:t>
      </w:r>
    </w:p>
    <w:p>
      <w:pPr>
        <w:spacing w:before="100" w:after="200" w:line="360" w:lineRule="auto"/>
        <w:jc w:val="left"/>
      </w:pPr>
      <w:r>
        <w:rPr>
          <w:rFonts w:ascii="宋体 (中文正文)" w:eastAsia="宋体" w:hAnsi="宋体 (中文正文)"/>
          <w:b/>
          <w:sz w:val="28"/>
        </w:rPr>
        <w:t>五、注重了后进生的转化工作：</w:t>
      </w:r>
    </w:p>
    <w:p>
      <w:pPr>
        <w:spacing w:before="100" w:after="200" w:line="360" w:lineRule="auto"/>
        <w:ind w:firstLine="576"/>
        <w:jc w:val="left"/>
      </w:pPr>
      <w:r>
        <w:rPr>
          <w:rFonts w:ascii="宋体" w:eastAsia="宋体" w:hAnsi="宋体"/>
          <w:sz w:val="28"/>
        </w:rPr>
        <w:t>在后进生的转化方面，我分了两类，一种是仅学习成绩差的;一种是行为习惯、纪律方面差的。我针对各自的特点及后进的原因，对症下药，长期不懈地去辅导教育他们，感觉都有了不同的进步。</w:t>
      </w:r>
    </w:p>
    <w:p>
      <w:pPr>
        <w:spacing w:before="100" w:after="200" w:line="360" w:lineRule="auto"/>
        <w:jc w:val="left"/>
      </w:pPr>
      <w:r>
        <w:rPr>
          <w:rFonts w:ascii="宋体 (中文正文)" w:eastAsia="宋体" w:hAnsi="宋体 (中文正文)"/>
          <w:b/>
          <w:sz w:val="28"/>
        </w:rPr>
        <w:t>六、反思自己的工作，确定今后的努力方向：</w:t>
      </w:r>
    </w:p>
    <w:p>
      <w:pPr>
        <w:spacing w:before="100" w:after="200" w:line="360" w:lineRule="auto"/>
        <w:ind w:firstLine="576"/>
        <w:jc w:val="left"/>
      </w:pPr>
      <w:r>
        <w:rPr>
          <w:rFonts w:ascii="宋体" w:eastAsia="宋体" w:hAnsi="宋体"/>
          <w:sz w:val="28"/>
        </w:rPr>
        <w:t>1、随着学生岁数的增长，适时灵活的改变教育教学方法方式。</w:t>
      </w:r>
    </w:p>
    <w:p>
      <w:pPr>
        <w:spacing w:before="100" w:after="200" w:line="360" w:lineRule="auto"/>
        <w:ind w:firstLine="576"/>
        <w:jc w:val="left"/>
      </w:pPr>
      <w:r>
        <w:rPr>
          <w:rFonts w:ascii="宋体" w:eastAsia="宋体" w:hAnsi="宋体"/>
          <w:sz w:val="28"/>
        </w:rPr>
        <w:t>2、学习累，要如何让他们学好又轻松有兴趣不厌学</w:t>
      </w:r>
    </w:p>
    <w:p>
      <w:pPr>
        <w:spacing w:before="100" w:after="200" w:line="360" w:lineRule="auto"/>
        <w:ind w:firstLine="576"/>
        <w:jc w:val="left"/>
      </w:pPr>
      <w:r>
        <w:rPr>
          <w:rFonts w:ascii="宋体" w:eastAsia="宋体" w:hAnsi="宋体"/>
          <w:sz w:val="28"/>
        </w:rPr>
        <w:t>3、对边缘生的辅导要继续抓好，更耐心的辅导。</w:t>
      </w:r>
    </w:p>
    <w:p>
      <w:pPr>
        <w:spacing w:before="100" w:after="200" w:line="360" w:lineRule="auto"/>
        <w:ind w:firstLine="576"/>
        <w:jc w:val="left"/>
      </w:pPr>
      <w:r>
        <w:rPr>
          <w:rFonts w:ascii="宋体" w:eastAsia="宋体" w:hAnsi="宋体"/>
          <w:sz w:val="28"/>
        </w:rPr>
        <w:t>4、以“会学习，会做事，会做人为教育宗旨，去教育和疏导学生"学会生存，学会学习，学会关心，学会做事，学会生活"。</w:t>
      </w:r>
    </w:p>
    <w:p>
      <w:pPr>
        <w:spacing w:before="100" w:after="200" w:line="360" w:lineRule="auto"/>
        <w:ind w:firstLine="576"/>
        <w:jc w:val="left"/>
      </w:pPr>
      <w:r>
        <w:rPr>
          <w:rFonts w:ascii="宋体" w:eastAsia="宋体" w:hAnsi="宋体"/>
          <w:sz w:val="28"/>
        </w:rPr>
        <w:t>总之，班主任工作的内容是比较复杂和繁重的。但是，只要我们真诚地捧着一颗"爱心"，加深理论修养，在实践中不断完善自己，会把班主任工作干好的。</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忙忙碌碌中，一学期又已经临近尾声了。本学期，我们班更换了数学、英语两位老师，经历了家长的不解和顾虑，经历了学生的迷茫和无所适从，最终趋于稳定，完成了过渡。回顾一学期的工作，我想从融合、投入、沟通、探索和反思几方面来进行总结。</w:t>
      </w:r>
    </w:p>
    <w:p>
      <w:pPr>
        <w:spacing w:before="100" w:after="200" w:line="360" w:lineRule="auto"/>
        <w:jc w:val="left"/>
      </w:pPr>
      <w:r>
        <w:rPr>
          <w:rFonts w:ascii="宋体 (中文正文)" w:eastAsia="宋体" w:hAnsi="宋体 (中文正文)"/>
          <w:b/>
          <w:sz w:val="28"/>
        </w:rPr>
        <w:t>一、融合</w:t>
      </w:r>
    </w:p>
    <w:p>
      <w:pPr>
        <w:spacing w:before="100" w:after="200" w:line="360" w:lineRule="auto"/>
        <w:ind w:firstLine="576"/>
        <w:jc w:val="left"/>
      </w:pPr>
      <w:r>
        <w:rPr>
          <w:rFonts w:ascii="宋体" w:eastAsia="宋体" w:hAnsi="宋体"/>
          <w:sz w:val="28"/>
        </w:rPr>
        <w:t>黄老师、尹老师刚接手我们这个班级，来自家长的压力迎面而来，虽经多方解释，部分家长始终不肯释怀。在这种情况下，两位老师开始接触学生，在教学中，尹老师、黄老师教学特色各不相同，学生不适应，家长就向我施加压力，要求和两位老师直接对话，两位老师也因为刚接班，而受到了一定的影响。我就和尹老师、黄老师商量，让他们暂时不要和家长沟通，放手工作免受影响，尽快让学生适应，家长那边我先顶着。经过一个月的磨合，学生终于适应了两位老师的教学风格，家长也真正认可了两位老师。我们五A班也完成了新学期的融合。</w:t>
      </w:r>
    </w:p>
    <w:p>
      <w:pPr>
        <w:spacing w:before="100" w:after="200" w:line="360" w:lineRule="auto"/>
        <w:ind w:firstLine="576"/>
        <w:jc w:val="left"/>
      </w:pPr>
      <w:r>
        <w:rPr>
          <w:rFonts w:ascii="宋体" w:eastAsia="宋体" w:hAnsi="宋体"/>
          <w:sz w:val="28"/>
        </w:rPr>
        <w:t>为了使班级的管理更加完善，日常工作中，我们语数英三科老师，经常在一起讨论班级的管理。说要求纪律，大家一起要求，说抓书写，大家也一起来。就连奖罚我们三科也采用了统一标准的加分、扣分制度。在大家的共同努力下，本学期，我们班级的纪律、学习风气明显有进步。</w:t>
      </w:r>
    </w:p>
    <w:p>
      <w:pPr>
        <w:spacing w:before="100" w:after="200" w:line="360" w:lineRule="auto"/>
        <w:jc w:val="left"/>
      </w:pPr>
      <w:r>
        <w:rPr>
          <w:rFonts w:ascii="宋体 (中文正文)" w:eastAsia="宋体" w:hAnsi="宋体 (中文正文)"/>
          <w:b/>
          <w:sz w:val="28"/>
        </w:rPr>
        <w:t>二、投入</w:t>
      </w:r>
    </w:p>
    <w:p>
      <w:pPr>
        <w:spacing w:before="100" w:after="200" w:line="360" w:lineRule="auto"/>
        <w:ind w:firstLine="576"/>
        <w:jc w:val="left"/>
      </w:pPr>
      <w:r>
        <w:rPr>
          <w:rFonts w:ascii="宋体" w:eastAsia="宋体" w:hAnsi="宋体"/>
          <w:sz w:val="28"/>
        </w:rPr>
        <w:t>“一分耕耘一分收获”,这话一点都不错。为了班级的稳定，我每天一到教学楼，就进教室，整理整理卫生、指导学生读读书，下课我也总是等下节课老师进班我才离开。课堂课余，我经常留意学生的言行举止，对于好的行为，在班上公开表扬，对于个别不好的行为，我就单独找他们沟通。每次我的晚修，我就会找上几个学生聊一聊，遇到情绪有状况的学生，我也会第一时间找他谈一谈。慢慢地，班上的孩子课下找我聊天、“汇报”的多了起来，让我更好地了解到班上学生的动向。经过一学期的努力，班级管理更趋于稳定。</w:t>
      </w:r>
    </w:p>
    <w:p>
      <w:pPr>
        <w:spacing w:before="100" w:after="200" w:line="360" w:lineRule="auto"/>
        <w:jc w:val="left"/>
        <w:sectPr w:rsidSect="00034616">
          <w:type w:val="nextPage"/>
          <w:pgSz w:w="11906" w:h="16838"/>
          <w:pgMar w:top="1440" w:right="1440" w:bottom="1440" w:left="1440" w:header="720" w:footer="720" w:gutter="0"/>
          <w:pgNumType w:start="3"/>
          <w:cols w:space="720"/>
          <w:titlePg w:val="0"/>
          <w:docGrid w:linePitch="360"/>
        </w:sectPr>
      </w:pPr>
      <w:r>
        <w:rPr>
          <w:rFonts w:ascii="宋体 (中文正文)" w:eastAsia="宋体" w:hAnsi="宋体 (中文正文)"/>
          <w:b/>
          <w:sz w:val="28"/>
        </w:rPr>
        <w:t>三、沟通</w:t>
      </w:r>
    </w:p>
    <w:p>
      <w:pPr>
        <w:spacing w:before="100" w:after="200" w:line="360" w:lineRule="auto"/>
        <w:ind w:firstLine="576"/>
        <w:jc w:val="left"/>
      </w:pPr>
      <w:r>
        <w:rPr>
          <w:rFonts w:ascii="宋体" w:eastAsia="宋体" w:hAnsi="宋体"/>
          <w:sz w:val="28"/>
        </w:rPr>
        <w:t>我们班上有两个个性特别强的孩子，和别的孩子不合群，对于老师的正面教导不太情愿接受，导致班上很多违纪行为都能归结到这两个孩子的身上，使班级的管理一度显得比较乱。考虑到两个孩子的特殊性，以及班级管理的稳定性，我就多次和家长沟通、和这两个孩子谈心，和这两个孩子交朋友。对待他们的进步和长处，我经常进行鼓励和表扬，对于他们的不足和违纪，我总是报以宽容的同时，耐心地教导。过程是漫长的，孩子的表现也是反复的。但，现在两个孩子已经能够很好地融入集体中，进步也能够明显地看到。</w:t>
      </w:r>
    </w:p>
    <w:p>
      <w:pPr>
        <w:spacing w:before="100" w:after="200" w:line="360" w:lineRule="auto"/>
        <w:ind w:firstLine="576"/>
        <w:jc w:val="left"/>
      </w:pPr>
      <w:r>
        <w:rPr>
          <w:rFonts w:ascii="宋体" w:eastAsia="宋体" w:hAnsi="宋体"/>
          <w:sz w:val="28"/>
        </w:rPr>
        <w:t>为了更好地和家长进行交流，本学期开始，经教务处批准，我向家长发了倡议书，和家长约定每周三晚上7:30-8:30一起登录家长群，每周一个主题，大家一起交流。老师和家长们一起交流过孩子们的学习习惯、书写习惯、听课习惯、作业习惯等主题，老师和家长都畅所欲言，很多家长都说受益不少。</w:t>
      </w:r>
    </w:p>
    <w:p>
      <w:pPr>
        <w:spacing w:before="100" w:after="200" w:line="360" w:lineRule="auto"/>
        <w:jc w:val="left"/>
      </w:pPr>
      <w:r>
        <w:rPr>
          <w:rFonts w:ascii="宋体 (中文正文)" w:eastAsia="宋体" w:hAnsi="宋体 (中文正文)"/>
          <w:b/>
          <w:sz w:val="28"/>
        </w:rPr>
        <w:t>四、探索</w:t>
      </w:r>
    </w:p>
    <w:p>
      <w:pPr>
        <w:spacing w:before="100" w:after="200" w:line="360" w:lineRule="auto"/>
        <w:ind w:firstLine="576"/>
        <w:jc w:val="left"/>
      </w:pPr>
      <w:r>
        <w:rPr>
          <w:rFonts w:ascii="宋体" w:eastAsia="宋体" w:hAnsi="宋体"/>
          <w:sz w:val="28"/>
        </w:rPr>
        <w:t>张校一直强调要发展就要拥抱变化，我在班级管理方面也在寻求着发展和变化。本学期，为了营造更好的班级凝聚力，积极在班上开展团队活动，师生同玩同乐。并且搭建了“班级日记”这一平台来增进同学之间的友谊，全班同学一起记录班级发生的各种事情，班级日记上可以展示文采，可以展示绘画设计，班上的孩子们都很期待早一点再轮到自己。今后，为了班级的进步，我会更加努力探索，积极实践。</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当然工作中还有很多的不足，有待我去改进，我愿用我积极的态度，更多的爱心、耐心来关心、爱护、帮助我的孩子们，使孩子们的成长之路更顺畅。</w:t>
      </w:r>
    </w:p>
    <w:p>
      <w:pPr>
        <w:spacing w:before="100" w:after="200" w:line="360" w:lineRule="auto"/>
        <w:ind w:firstLine="576"/>
        <w:jc w:val="left"/>
      </w:pPr>
      <w:r>
        <w:rPr>
          <w:rFonts w:ascii="宋体" w:eastAsia="宋体" w:hAnsi="宋体"/>
          <w:sz w:val="28"/>
        </w:rPr>
        <w:t>时光荏苒，在不经意间，2022年已经从我们身边溜走了!时间在指间流逝，还来不及体会其中的酸甜苦辣，一学期，转瞬间就在每天匆忙的脚步声中结束了。六年级的他们已经开始了在知与不知中间徘徊。作为他们的班主任，我既为他们开始“知”而高兴，也为他们中的有一些孩子仍“不知”而担忧。</w:t>
      </w:r>
    </w:p>
    <w:p>
      <w:pPr>
        <w:spacing w:before="100" w:after="200" w:line="360" w:lineRule="auto"/>
        <w:jc w:val="left"/>
      </w:pPr>
      <w:r>
        <w:rPr>
          <w:rFonts w:ascii="宋体 (中文正文)" w:eastAsia="宋体" w:hAnsi="宋体 (中文正文)"/>
          <w:b/>
          <w:sz w:val="28"/>
        </w:rPr>
        <w:t>一、知羞耻，却不知控制自己的情绪</w:t>
      </w:r>
    </w:p>
    <w:p>
      <w:pPr>
        <w:spacing w:before="100" w:after="200" w:line="360" w:lineRule="auto"/>
        <w:ind w:firstLine="576"/>
        <w:jc w:val="left"/>
      </w:pPr>
      <w:r>
        <w:rPr>
          <w:rFonts w:ascii="宋体" w:eastAsia="宋体" w:hAnsi="宋体"/>
          <w:sz w:val="28"/>
        </w:rPr>
        <w:t>六年级的他们开始知道懂得了廉耻之心，特别是不愿意在老师和同学们的面前承认自己的不足，或者是不敢面对自己的错误。一旦出现了错误或者不足被老师或者同学们发现后，他们会找各种各样的借口来掩盖自己的事情的真相，给自己暂时找一个避风的港湾。</w:t>
      </w:r>
    </w:p>
    <w:p>
      <w:pPr>
        <w:spacing w:before="100" w:after="200" w:line="360" w:lineRule="auto"/>
        <w:ind w:firstLine="576"/>
        <w:jc w:val="left"/>
      </w:pPr>
      <w:r>
        <w:rPr>
          <w:rFonts w:ascii="宋体" w:eastAsia="宋体" w:hAnsi="宋体"/>
          <w:sz w:val="28"/>
        </w:rPr>
        <w:t>说实在的，有很多的人看到这样的孩子就会冠以“爱撒谎”这样的词语来评价这样的孩子。我不这样认为。我认为这是成长中的孩子自尊心的在生长的初期表现，我们有责任要维护孩子们的在成长的过程中展露出来的品行。</w:t>
      </w:r>
    </w:p>
    <w:p>
      <w:pPr>
        <w:spacing w:before="100" w:after="200" w:line="360" w:lineRule="auto"/>
        <w:ind w:firstLine="576"/>
        <w:jc w:val="left"/>
      </w:pPr>
      <w:r>
        <w:rPr>
          <w:rFonts w:ascii="宋体" w:eastAsia="宋体" w:hAnsi="宋体"/>
          <w:sz w:val="28"/>
        </w:rPr>
        <w:t>或许这样的孩子不是一个人，也不是两个人。因此，很多人都认为自己没有能力一下子管理好那么多的孩子的同一个问题的教育。我确实是一下子不可能管理很多孩子爱撒谎的不良习惯。但是，我有能力从一个两个孩子开始关注起。</w:t>
      </w:r>
    </w:p>
    <w:p>
      <w:pPr>
        <w:spacing w:before="100" w:after="200" w:line="360" w:lineRule="auto"/>
        <w:ind w:firstLine="576"/>
        <w:jc w:val="left"/>
      </w:pPr>
      <w:r>
        <w:rPr>
          <w:rFonts w:ascii="宋体" w:eastAsia="宋体" w:hAnsi="宋体"/>
          <w:sz w:val="28"/>
        </w:rPr>
        <w:t>小熊和小秦就是这样的孩子。</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有一段时间，数学老师反映班上有抄写作业的现象。通过班级小调查，小熊就在抄袭作业的行列之中。为了让每一个被调查的孩子的家长也知道此件事情，我请他们每一个人回家写一份关于自己抄写作业的说明书，然后请家长签字。</w:t>
      </w:r>
    </w:p>
    <w:p>
      <w:pPr>
        <w:spacing w:before="100" w:after="200" w:line="360" w:lineRule="auto"/>
        <w:ind w:firstLine="576"/>
        <w:jc w:val="left"/>
      </w:pPr>
      <w:r>
        <w:rPr>
          <w:rFonts w:ascii="宋体" w:eastAsia="宋体" w:hAnsi="宋体"/>
          <w:sz w:val="28"/>
        </w:rPr>
        <w:t>第二天每一个人都拿来了属于自己的说明书。唯独小熊同学仅仅只是写了我们班上有这样的现象。通过家长的签字，显而易见，家长不仅不知道小熊在学校的不良表现，而且还为自己的孩子在这样的环境中学习而感到担忧。</w:t>
      </w:r>
    </w:p>
    <w:p>
      <w:pPr>
        <w:spacing w:before="100" w:after="200" w:line="360" w:lineRule="auto"/>
        <w:ind w:firstLine="576"/>
        <w:jc w:val="left"/>
      </w:pPr>
      <w:r>
        <w:rPr>
          <w:rFonts w:ascii="宋体" w:eastAsia="宋体" w:hAnsi="宋体"/>
          <w:sz w:val="28"/>
        </w:rPr>
        <w:t>看到这样的情形，我没有批评他，而是指出他这样做的目的就是为了逃脱家长的批评与教育。他点头认可我的说法。这样，我就和他约法三章，在老师的面前详细具体的讲述自己抄写作业的情形，只要是真实具体的，我就不告诉家长，不清家长来学校签字。</w:t>
      </w:r>
    </w:p>
    <w:p>
      <w:pPr>
        <w:spacing w:before="100" w:after="200" w:line="360" w:lineRule="auto"/>
        <w:ind w:firstLine="576"/>
        <w:jc w:val="left"/>
      </w:pPr>
      <w:r>
        <w:rPr>
          <w:rFonts w:ascii="宋体" w:eastAsia="宋体" w:hAnsi="宋体"/>
          <w:sz w:val="28"/>
        </w:rPr>
        <w:t>小熊欣然接受了这个要求。详细的在说明书中谢了自己抄写作业这样的事实。我知道，这样的孩子就凭借这样的一次教育是不会改掉自己的不良习惯的。我对这样一件事情从开始的调查对最后的结尾，每一个环节都是我自己亲自进行。很多同学也感受到了老师的重视，自己再也不敢忽视。但是，我知道诸如小熊这一类的同学却认为我这一次就这样将这样一件事情不了了之，而实际上，他们几个人没有真正的受到教育。我猜测小熊可能还会犯事。</w:t>
      </w:r>
    </w:p>
    <w:p>
      <w:pPr>
        <w:spacing w:before="100" w:after="200" w:line="360" w:lineRule="auto"/>
        <w:ind w:firstLine="576"/>
        <w:jc w:val="left"/>
      </w:pPr>
      <w:r>
        <w:rPr>
          <w:rFonts w:ascii="宋体" w:eastAsia="宋体" w:hAnsi="宋体"/>
          <w:sz w:val="28"/>
        </w:rPr>
        <w:t>果不其然，在过了一段时间以后，又有老师向我这个班主任反应，课堂上有很多孩子喜欢嘲笑别人。意料之中的是，小熊和小秦又在其中。</w:t>
      </w:r>
    </w:p>
    <w:p>
      <w:pPr>
        <w:spacing w:before="100" w:after="200" w:line="360" w:lineRule="auto"/>
        <w:ind w:firstLine="576"/>
        <w:jc w:val="left"/>
      </w:pPr>
      <w:r>
        <w:rPr>
          <w:rFonts w:ascii="宋体" w:eastAsia="宋体" w:hAnsi="宋体"/>
          <w:sz w:val="28"/>
        </w:rPr>
        <w:t>这一次，我严格的要求每一位被调查的同学必须将说明书写清楚，然后给家长看过之后签字。小熊实在无法接受这样的事实。眼泪巴巴的。我没有同情他。第二天，他竟然将同一个故事情节重演。这一次，我没有同情他，也没有就此放过。而是，请他再一次回家向家长写说明书，而且还要讲上一次撒谎的事情也要写说明书中去。</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他终于感受到了事情的严重性。央求老师再给他一次机会。我断然拒绝了。在第三天的说明书上，看到了家长能够对于两次事件的态度。</w:t>
      </w:r>
    </w:p>
    <w:p>
      <w:pPr>
        <w:spacing w:before="100" w:after="200" w:line="360" w:lineRule="auto"/>
        <w:ind w:firstLine="576"/>
        <w:jc w:val="left"/>
      </w:pPr>
      <w:r>
        <w:rPr>
          <w:rFonts w:ascii="宋体" w:eastAsia="宋体" w:hAnsi="宋体"/>
          <w:sz w:val="28"/>
        </w:rPr>
        <w:t>我不是杀鸡给猴看。因为孩子们不是动物，他们是人，是有血有肉有情感的人。很多人总是抱怨孩子不好教育。我个人认为是当我们发现了孩子的不足的时候没有帮助他们切切实实得进行改正。多数人只是口头上批评教育，或者是棍棒来惩罚。如果每次当我们发现了成长中的孩子身上发现了一个不太闪亮的光电的时候，我们要持之以恒的帮助他们，对他们的帮助落到实处。</w:t>
      </w:r>
    </w:p>
    <w:p>
      <w:pPr>
        <w:spacing w:before="100" w:after="200" w:line="360" w:lineRule="auto"/>
        <w:jc w:val="left"/>
      </w:pPr>
      <w:r>
        <w:rPr>
          <w:rFonts w:ascii="宋体 (中文正文)" w:eastAsia="宋体" w:hAnsi="宋体 (中文正文)"/>
          <w:b/>
          <w:sz w:val="28"/>
        </w:rPr>
        <w:t>二、知上进，却不知激发前进的劲头</w:t>
      </w:r>
    </w:p>
    <w:p>
      <w:pPr>
        <w:spacing w:before="100" w:after="200" w:line="360" w:lineRule="auto"/>
        <w:ind w:firstLine="576"/>
        <w:jc w:val="left"/>
      </w:pPr>
      <w:r>
        <w:rPr>
          <w:rFonts w:ascii="宋体" w:eastAsia="宋体" w:hAnsi="宋体"/>
          <w:sz w:val="28"/>
        </w:rPr>
        <w:t>在《中国教育报》中有位专家曾说过一句话，施教之功，先在激趣，巧在授法，重在练能，贵在养习。这句话可以说是教育理论中的精髓。一直以来，我都在努力地沿着他这一理论进行教学、进行班级管理。</w:t>
      </w:r>
    </w:p>
    <w:p>
      <w:pPr>
        <w:spacing w:before="100" w:after="200" w:line="360" w:lineRule="auto"/>
        <w:ind w:firstLine="576"/>
        <w:jc w:val="left"/>
      </w:pPr>
      <w:r>
        <w:rPr>
          <w:rFonts w:ascii="宋体" w:eastAsia="宋体" w:hAnsi="宋体"/>
          <w:sz w:val="28"/>
        </w:rPr>
        <w:t>借助班会、夕会以及平时的课堂教学，我引导学生学会利用时间，学会珍惜时间。每一天早晨，我鼓励他们尽量赶在八点十分走进教室，学校是安排八点二十进教室。或许十分钟的时间，对人们来说并不算什么，可是，对于一个会学习的孩子来说，它是一笔巨大的财富。</w:t>
      </w:r>
    </w:p>
    <w:p>
      <w:pPr>
        <w:spacing w:before="100" w:after="200" w:line="360" w:lineRule="auto"/>
        <w:ind w:firstLine="576"/>
        <w:jc w:val="left"/>
      </w:pPr>
      <w:r>
        <w:rPr>
          <w:rFonts w:ascii="宋体" w:eastAsia="宋体" w:hAnsi="宋体"/>
          <w:sz w:val="28"/>
        </w:rPr>
        <w:t>我请他们算一道数学题目，每一天早来教室十分钟，一周会比别人多几分钟，一个月会比别人多多少时间当这个简明的数学题真实地再现在他们的面前的时候，他们很是愕然!这，算是在他们心里埋下了一颗亟待发芽的种子。</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按照老师的要求八点十分来到教室，几乎每一个学生都可以做到。但是，并不是每一个学生都能够做到来学校早读。于是，在最初的几天，我故意来的比较早，看看是哪一些同学来到教室就开始早读。每一天将这一些同学的名单进行公布，并且还通过家校通，用短信的方式让每一个家长都知道。</w:t>
      </w:r>
    </w:p>
    <w:p>
      <w:pPr>
        <w:spacing w:before="100" w:after="200" w:line="360" w:lineRule="auto"/>
        <w:ind w:firstLine="576"/>
        <w:jc w:val="left"/>
      </w:pPr>
      <w:r>
        <w:rPr>
          <w:rFonts w:ascii="宋体" w:eastAsia="宋体" w:hAnsi="宋体"/>
          <w:sz w:val="28"/>
        </w:rPr>
        <w:t>对于孩子的教育，不仅只是老师一个的事情，也不仅仅只是家长的事情，只有家校联手才会起到事半功倍的作用。慢慢地，早晨进入教室开始早读的学生也越老越多。看到可喜的场面，我依然没有放弃，我依然每一天坚持比很多同学早来到教室。我依然每一天</w:t>
      </w:r>
    </w:p>
    <w:p>
      <w:pPr>
        <w:spacing w:before="100" w:after="200" w:line="360" w:lineRule="auto"/>
        <w:ind w:firstLine="576"/>
        <w:jc w:val="left"/>
      </w:pPr>
      <w:r>
        <w:rPr>
          <w:rFonts w:ascii="宋体" w:eastAsia="宋体" w:hAnsi="宋体"/>
          <w:sz w:val="28"/>
        </w:rPr>
        <w:t>攻不受表扬的学生，我依然通过短信平台给家长发送表扬的短信，尽力让每一个家长都知道哪一些同学在受表扬。有时候，还会对经常受表扬的接受一些奖励。我要将这样一件事情落实到实处，让每一个人同学在早读的过程中感受到这是自己该做的事情，是一种责任，我必须要做好。</w:t>
      </w:r>
    </w:p>
    <w:p>
      <w:pPr>
        <w:spacing w:before="100" w:after="200" w:line="360" w:lineRule="auto"/>
        <w:ind w:firstLine="576"/>
        <w:jc w:val="left"/>
      </w:pPr>
      <w:r>
        <w:rPr>
          <w:rFonts w:ascii="宋体" w:eastAsia="宋体" w:hAnsi="宋体"/>
          <w:sz w:val="28"/>
        </w:rPr>
        <w:t>慢慢地，我开始三天两头的早来，遇到了问题立刻马上解决，绝不马虎!再后来，我几乎一个礼拜也就一次比他们中的几个人来得早一些。</w:t>
      </w:r>
    </w:p>
    <w:p>
      <w:pPr>
        <w:spacing w:before="100" w:after="200" w:line="360" w:lineRule="auto"/>
        <w:ind w:firstLine="576"/>
        <w:jc w:val="left"/>
      </w:pPr>
      <w:r>
        <w:rPr>
          <w:rFonts w:ascii="宋体" w:eastAsia="宋体" w:hAnsi="宋体"/>
          <w:sz w:val="28"/>
        </w:rPr>
        <w:t>于是乎，我将所有的权力下放给班干部，教育他们早读该如何去做。六年级已经过去了半个学期，我早就已经开始当上了甩手掌柜了。熟话说，书读百遍其义自见。在每一天的晨读中，许多学生都受益匪浅。平时不爱记不爱背诵的知识，在晨读的过程中反复的进行多次以后，很多篇章，很多美文，他们都能够熟读成诵，为他们积淀了很深的文化底蕴。</w:t>
      </w:r>
    </w:p>
    <w:p>
      <w:pPr>
        <w:spacing w:before="100" w:after="200" w:line="360" w:lineRule="auto"/>
        <w:jc w:val="left"/>
      </w:pPr>
      <w:r>
        <w:rPr>
          <w:rFonts w:ascii="宋体 (中文正文)" w:eastAsia="宋体" w:hAnsi="宋体 (中文正文)"/>
          <w:b/>
          <w:sz w:val="28"/>
        </w:rPr>
        <w:t>三、知荣辱，却不知承担自己的责任</w:t>
      </w:r>
    </w:p>
    <w:p>
      <w:pPr>
        <w:spacing w:before="100" w:after="200" w:line="360" w:lineRule="auto"/>
        <w:ind w:firstLine="576"/>
        <w:jc w:val="left"/>
      </w:pPr>
      <w:r>
        <w:rPr>
          <w:rFonts w:ascii="宋体" w:eastAsia="宋体" w:hAnsi="宋体"/>
          <w:sz w:val="28"/>
        </w:rPr>
        <w:t>六年级的他们虽然比一年级的时候要高要大，但是，在很多家长的眼里，他们还是宝贝，舍不得让他们动手做一些家务活，也舍不得让他们去进行必要的劳作。因此很多孩子在劳作的时候，显得手脚及其的不协调。</w:t>
      </w:r>
    </w:p>
    <w:p>
      <w:pPr>
        <w:spacing w:before="100" w:after="200" w:line="360" w:lineRule="auto"/>
        <w:ind w:firstLine="576"/>
        <w:jc w:val="left"/>
      </w:pPr>
      <w:r>
        <w:rPr>
          <w:rFonts w:ascii="宋体" w:eastAsia="宋体" w:hAnsi="宋体"/>
          <w:sz w:val="28"/>
        </w:rPr>
        <w:t>这样，在每一次的大扫除的时候，总是让我一个人忙得团团转，他们却是嘻嘻嘻哈哈的玩得不亦乐乎。</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于是乎，我决定教会他们劳作，让我自己快乐的玩乐着。</w:t>
      </w:r>
    </w:p>
    <w:p>
      <w:pPr>
        <w:spacing w:before="100" w:after="200" w:line="360" w:lineRule="auto"/>
        <w:ind w:firstLine="576"/>
        <w:jc w:val="left"/>
      </w:pPr>
      <w:r>
        <w:rPr>
          <w:rFonts w:ascii="宋体" w:eastAsia="宋体" w:hAnsi="宋体"/>
          <w:sz w:val="28"/>
        </w:rPr>
        <w:t>全班51个同学，分成两大块，女生主管教室的清洁，男生主管包干区的清洁。30个女生留下26名女生给能干的许可欣安排教室里的清洁。班主任的所有权力下放给许可欣。只要是许可欣安排的事情任何一个女生都不得违抗，如果许可欣的安排有问题，可以找老师，老师会公平公正的解决。</w:t>
      </w:r>
    </w:p>
    <w:p>
      <w:pPr>
        <w:spacing w:before="100" w:after="200" w:line="360" w:lineRule="auto"/>
        <w:ind w:firstLine="576"/>
        <w:jc w:val="left"/>
      </w:pPr>
      <w:r>
        <w:rPr>
          <w:rFonts w:ascii="宋体" w:eastAsia="宋体" w:hAnsi="宋体"/>
          <w:sz w:val="28"/>
        </w:rPr>
        <w:t>包干区的男生被我分成了两拨，一拨人管理一个周的包干区的清洁，分别由夏楚乔和白宇豪去管理。安排好人数，我带领他们每一个人来到包干区，将他们每一个人的都安排好固定的位置，让他们每一个人都明确自己的职责。并且手把手地教会他们如何做好属于自己范围内的清洁卫生。六年级的他们不傻，只是缺乏管教。一旦会了，他们做起事情来往往都会给人意料之外的感受。</w:t>
      </w:r>
    </w:p>
    <w:p>
      <w:pPr>
        <w:spacing w:before="100" w:after="200" w:line="360" w:lineRule="auto"/>
        <w:ind w:firstLine="576"/>
        <w:jc w:val="left"/>
      </w:pPr>
      <w:r>
        <w:rPr>
          <w:rFonts w:ascii="宋体" w:eastAsia="宋体" w:hAnsi="宋体"/>
          <w:sz w:val="28"/>
        </w:rPr>
        <w:t>因此，在最初的每一周的前几天，我都会尽量的早来学校，我之需要远远的看着那一群如狼一样的男孩子做清洁，他们就会很快的完成任务，那长长的跑道没有一片树叶，甚至连塑胶跑道上的灰尘也被他们扫走。</w:t>
      </w:r>
    </w:p>
    <w:p>
      <w:pPr>
        <w:spacing w:before="100" w:after="200" w:line="360" w:lineRule="auto"/>
        <w:ind w:firstLine="576"/>
        <w:jc w:val="left"/>
      </w:pPr>
      <w:r>
        <w:rPr>
          <w:rFonts w:ascii="宋体" w:eastAsia="宋体" w:hAnsi="宋体"/>
          <w:sz w:val="28"/>
        </w:rPr>
        <w:t>班主任关注了，而且关注的事情班主任还经常在落实，这样孩子们也不会马虎。已经不记得有多少次，他们将那一面已经有一些退色的卫生流动红旗拿回教室悬挂在最显眼的位置。</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有人说：“要给人以阳光，你心中必须拥有太阳。”班主任是教育者、领路人，只要我们班主任心中拥有太阳，洞悉学生的心理，对学生教育动之以情，晓之以理，持之以恒，和风细雨，定然润物无声。班主任是这个社会上官职最小的管，因此，他们所管理的事情也都是一些芝麻绿豆一样的小事情。古人不是说吗，勿以善小而不为。虽然班主任的事情很多很杂很细小，平凡的我愿意带领这样一群孩子每一天从做好每一件小事情开始每一天的生活。</w:t>
      </w:r>
    </w:p>
    <w:p>
      <w:pPr>
        <w:spacing w:before="100" w:after="200" w:line="360" w:lineRule="auto"/>
        <w:ind w:firstLine="576"/>
        <w:jc w:val="left"/>
      </w:pPr>
      <w:r>
        <w:rPr>
          <w:rFonts w:ascii="宋体" w:eastAsia="宋体" w:hAnsi="宋体"/>
          <w:sz w:val="28"/>
        </w:rPr>
        <w:t>本学年，我从事高一年级班主任工作，积极配合学校和年级的要求，认真开展班级管理的各项工作，为了实现我心中的理想目标，我在班级管理的很多方面做了尝试，也收到了一定的效果，现对本学年的班级管理工作做一下总结，以期不断改进，为以后开展班主任工作积累经验：</w:t>
      </w:r>
    </w:p>
    <w:p>
      <w:pPr>
        <w:spacing w:before="100" w:after="200" w:line="360" w:lineRule="auto"/>
        <w:ind w:firstLine="576"/>
        <w:jc w:val="left"/>
      </w:pPr>
      <w:r>
        <w:rPr>
          <w:rFonts w:ascii="宋体" w:eastAsia="宋体" w:hAnsi="宋体"/>
          <w:sz w:val="28"/>
        </w:rPr>
        <w:t>首先，我在思想上加强自我修养。引导班风学风建设。热爱祖国、拥护党的领导，忠诚人民的教育事业，模范遵守师德规范。热爱本职工作，事业心、责任感强，工作态度端正，作风正派。因此班级作风正，学风浓。班风积极健康，学生团结向上，班干部的工作能力有很大提高，大部分学生已经逐渐养成良好的学习习惯生活习惯。也受到年级领导的一致好评。</w:t>
      </w:r>
    </w:p>
    <w:p>
      <w:pPr>
        <w:spacing w:before="100" w:after="200" w:line="360" w:lineRule="auto"/>
        <w:ind w:firstLine="576"/>
        <w:jc w:val="left"/>
      </w:pPr>
      <w:r>
        <w:rPr>
          <w:rFonts w:ascii="宋体" w:eastAsia="宋体" w:hAnsi="宋体"/>
          <w:sz w:val="28"/>
        </w:rPr>
        <w:t>其次，我努力创设一个和谐稳定的班集体。真诚关心和爱护学生，不仅在思想上、学习上、生活上等给予关心，而且要具体体现在实际行动上。不论是成绩好的还是成绩差的，不论是家庭富裕的还是条件较差的，不论他是否犯过错误，班主任都要一视如仁，不搞特殊化，不偏见，公平、公正、平等对待班上每一位同学，融洽师生关系，增强师生情感交流渠道，让学生学习有一个温馨和谐的场所。我班单亲的孩子比较多，他们的性格或多或少都有点偏激，古怪，孤僻，同学之间很不容易沟通，我就开展丰富多彩的活动，放手让同学们去做,在具体策划,组织过程中我只起指导作用,活动结束后及时进行表扬或鼓励,使学生的主体精神在表现后得到弘扬.班级的凝聚力通过这些活动得到了很大的增强.这些学生就逐步融入了班集体，班级也变得和谐稳定了。</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第三，把管理学生的权力交给学生，让他们自己管理自己，当家作主。首先，我让班长带领学生制定班规班纪，大家共同讨论，举手表决，通过了一系列条例，谁违反了怎么办等等;其次，明确班委职责，“鸟无头不飞，人无头部走”，班委要积极带好头，各尽其责，认真考评，认真布置，使每一样工作都有条不紊地进行;最后要明确目标，要有班级理想，有一个共同的信念，共同的追求。经过一学年的努力，班级有了很大的变化，学生的积极性很高，自律意识很强，也收到了极好的效果。我班在年级的各项评比中成绩都名列前茅，先后获得了“优秀班集体”“学习先进集体”“文明班级”“文明宿舍”等荣誉称号，获得了年级领导的一致好评，学生的积极性更高了，凝聚力更强了，班级跟有活力了。</w:t>
      </w:r>
    </w:p>
    <w:p>
      <w:pPr>
        <w:spacing w:before="100" w:after="200" w:line="360" w:lineRule="auto"/>
        <w:ind w:firstLine="576"/>
        <w:jc w:val="left"/>
      </w:pPr>
      <w:r>
        <w:rPr>
          <w:rFonts w:ascii="宋体" w:eastAsia="宋体" w:hAnsi="宋体"/>
          <w:sz w:val="28"/>
        </w:rPr>
        <w:t>第四，身教重于言教，为人师表,率先垂范。很多时候，我发现问题时并不立即找学生，而是默默地做好。尽管我没说，可学生看在眼里，一切就都明白了，他们也会把事情做得更好。榜样的力量是无穷的。在工作实践中,要求学生做到的,我首先带头做到;要求学生讲文明礼貌,我首先做到尊重每一位学生;教育他们热爱劳动,年级布置除草任务后，我和学生一起除草，有的荆棘刺手，我就亲自拔;教育学生搞好团结,我首先做到和科任老师,年级同志搞好团结，和学生交知心朋友。</w:t>
      </w:r>
    </w:p>
    <w:p>
      <w:pPr>
        <w:spacing w:before="100" w:after="200" w:line="360" w:lineRule="auto"/>
        <w:ind w:firstLine="576"/>
        <w:jc w:val="left"/>
      </w:pPr>
      <w:r>
        <w:rPr>
          <w:rFonts w:ascii="宋体" w:eastAsia="宋体" w:hAnsi="宋体"/>
          <w:sz w:val="28"/>
        </w:rPr>
        <w:t>第五，了解每一位学生的情况个性，做好工作笔记。我为每一位学生都做了情况记录表，详细记录着他们的成长轨迹。所以借用兵家的一句话“知己知彼百战百胜”，我觉得没有我处理不好的事情，就是因为我平时做个有心人，将工作做到了实处，学生也将我当做朋友，有了烦心事总是找我化解，我也很高兴，毕竟付出有了回报。学生们每天都在愉快地学习，在健康地成长，我希望看到他们灿烂的笑容，矫健的身影。</w:t>
      </w:r>
    </w:p>
    <w:p>
      <w:pPr>
        <w:spacing w:before="100" w:after="200" w:line="360" w:lineRule="auto"/>
        <w:ind w:firstLine="576"/>
        <w:jc w:val="left"/>
      </w:pPr>
      <w:r>
        <w:rPr>
          <w:rFonts w:ascii="宋体" w:eastAsia="宋体" w:hAnsi="宋体"/>
          <w:sz w:val="28"/>
        </w:rPr>
        <w:t>最后，在这一学年里，我收获了很多，既有经验也有教训。不足的地方还很多，工作还不够细致，还需进一步努力，力争把工作做得更好。</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师范毕业踏进二师附小的大门，就和孩子们在一起，转眼间担任班主任工作已经三十二个年头了。送走了六届毕业班为“班集体灵魂”的班主任，应该充分认识到自己所承担的历史重任，并认真去履行。我很欣慰的是，一直在尽心尽力地做着这项工作。</w:t>
      </w:r>
    </w:p>
    <w:p>
      <w:pPr>
        <w:spacing w:before="100" w:after="200" w:line="360" w:lineRule="auto"/>
        <w:jc w:val="left"/>
      </w:pPr>
      <w:r>
        <w:rPr>
          <w:rFonts w:ascii="宋体 (中文正文)" w:eastAsia="宋体" w:hAnsi="宋体 (中文正文)"/>
          <w:b/>
          <w:sz w:val="28"/>
        </w:rPr>
        <w:t>一、寓教于乐，其乐融融</w:t>
      </w:r>
    </w:p>
    <w:p>
      <w:pPr>
        <w:spacing w:before="100" w:after="200" w:line="360" w:lineRule="auto"/>
        <w:ind w:firstLine="576"/>
        <w:jc w:val="left"/>
      </w:pPr>
      <w:r>
        <w:rPr>
          <w:rFonts w:ascii="宋体" w:eastAsia="宋体" w:hAnsi="宋体"/>
          <w:sz w:val="28"/>
        </w:rPr>
        <w:t>每接一个班，先成为学生的知心朋友。学生喜欢老师了，他就喜欢上你的课，他就会听你的话，你的班级就好管理了。怎么让学生喜欢你呢那就要融入到他们的生活中，了解他们。常说，玩是孩子的天性。那就和孩子一起玩呗。每到下课的时候，操场上就会出现我和孩子一起游戏、活动的身影：踢毽子、跳绳、跳皮筋。只要学生会玩的，我都会玩，而且比他们玩得好。看到你不仅有丰富的知识，而且还比他们玩得好。就会不自觉地喜欢你，佩服你。这时候，教育的时机就来了。在玩中教育他们，达到了寓教于乐的目的。更重要的是运动会上有我班孩子的身影，多次取得年级前几名的好成绩;军训赛场有我们飒爽的英姿，汇报演出成绩突出;校讯通第七届书香班级有我们的作品，获得书香班级称号;学校跳长绳比赛，我们遥遥领先取得第一名的优异成绩。</w:t>
      </w:r>
    </w:p>
    <w:p>
      <w:pPr>
        <w:spacing w:before="100" w:after="200" w:line="360" w:lineRule="auto"/>
        <w:ind w:firstLine="576"/>
        <w:jc w:val="left"/>
      </w:pPr>
      <w:r>
        <w:rPr>
          <w:rFonts w:ascii="宋体" w:eastAsia="宋体" w:hAnsi="宋体"/>
          <w:sz w:val="28"/>
        </w:rPr>
        <w:t>我也取得了书香班级辅导老师一等奖。</w:t>
      </w:r>
    </w:p>
    <w:p>
      <w:pPr>
        <w:spacing w:before="100" w:after="200" w:line="360" w:lineRule="auto"/>
        <w:jc w:val="left"/>
      </w:pPr>
      <w:r>
        <w:rPr>
          <w:rFonts w:ascii="宋体 (中文正文)" w:eastAsia="宋体" w:hAnsi="宋体 (中文正文)"/>
          <w:b/>
          <w:sz w:val="28"/>
        </w:rPr>
        <w:t>二、为人师表，言传身教</w:t>
      </w:r>
    </w:p>
    <w:p>
      <w:pPr>
        <w:spacing w:before="100" w:after="200" w:line="360" w:lineRule="auto"/>
        <w:ind w:firstLine="576"/>
        <w:jc w:val="left"/>
      </w:pPr>
      <w:r>
        <w:rPr>
          <w:rFonts w:ascii="宋体" w:eastAsia="宋体" w:hAnsi="宋体"/>
          <w:sz w:val="28"/>
        </w:rPr>
        <w:t>加里宁说过：“教师每天仿佛蹲在一面镜子前，外面几百双精细的富有敏感的善于窥视出教师优点和缺点的孩子的眼睛，在不断地盯视着他。”因此，作为教师要为人师表，力争用自己的言行去感染学生，使他们从自己的言行中受到良好的熏陶。</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https://d.book118.com/648056036013006036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4805603601300603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