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23360309</w:t>
        <w:br/>
        <w:t>被告</w:t>
        <w:br/>
        <w:t>1541809</w:t>
        <w:br/>
        <w:t>定罪</w:t>
        <w:br/>
        <w:t>10160</w:t>
        <w:br/>
        <w:t>免罪</w:t>
        <w:br/>
        <w:t>2</w:t>
        <w:br/>
        <w:t>同样的作案手法</w:t>
        <w:br/>
        <w:t>我们还需要看结果吗？</w:t>
        <w:br/>
        <w:t>Do</w:t>
      </w:r>
      <w:r>
        <w:t xml:space="preserve"> I</w:t>
      </w:r>
      <w:r>
        <w:t xml:space="preserve"> even</w:t>
      </w:r>
      <w:r>
        <w:t xml:space="preserve"> need</w:t>
      </w:r>
      <w:r>
        <w:t xml:space="preserve"> to</w:t>
      </w:r>
      <w:r>
        <w:t xml:space="preserve"> ask?</w:t>
        <w:br/>
        <w:t>这并不是看起来那样</w:t>
        <w:br/>
        <w:t>It's</w:t>
      </w:r>
      <w:r>
        <w:t xml:space="preserve"> not</w:t>
      </w:r>
      <w:r>
        <w:t xml:space="preserve"> what</w:t>
      </w:r>
      <w:r>
        <w:t xml:space="preserve"> it</w:t>
      </w:r>
      <w:r>
        <w:t xml:space="preserve"> looks</w:t>
      </w:r>
      <w:r>
        <w:t xml:space="preserve"> like.</w:t>
        <w:br/>
        <w:t>你的弟弟想把我们榨干？</w:t>
        <w:br/>
        <w:t>Your</w:t>
      </w:r>
      <w:r>
        <w:t xml:space="preserve"> brother</w:t>
      </w:r>
      <w:r>
        <w:t xml:space="preserve"> hustling</w:t>
      </w:r>
      <w:r>
        <w:t xml:space="preserve"> us?</w:t>
        <w:br/>
        <w:t>我以前只玩过一次</w:t>
        <w:br/>
        <w:t>I've</w:t>
      </w:r>
      <w:r>
        <w:t xml:space="preserve"> only</w:t>
      </w:r>
      <w:r>
        <w:t xml:space="preserve"> played</w:t>
      </w:r>
      <w:r>
        <w:t xml:space="preserve"> once</w:t>
      </w:r>
      <w:r>
        <w:t xml:space="preserve"> before.</w:t>
        <w:br/>
        <w:t>事实上当我有一个pocket</w:t>
      </w:r>
      <w:r>
        <w:t xml:space="preserve"> pair的时候</w:t>
      </w:r>
      <w:r>
        <w:t xml:space="preserve"> 我有八分之一的机会得分</w:t>
        <w:br/>
        <w:t>I</w:t>
      </w:r>
      <w:r>
        <w:t xml:space="preserve"> actually</w:t>
      </w:r>
      <w:r>
        <w:t xml:space="preserve"> have</w:t>
      </w:r>
      <w:r>
        <w:t xml:space="preserve"> a</w:t>
      </w:r>
      <w:r>
        <w:t xml:space="preserve"> one</w:t>
      </w:r>
      <w:r>
        <w:t xml:space="preserve"> in</w:t>
      </w:r>
      <w:r>
        <w:t xml:space="preserve"> eight</w:t>
      </w:r>
      <w:r>
        <w:t xml:space="preserve"> chance</w:t>
      </w:r>
      <w:r>
        <w:t xml:space="preserve"> of</w:t>
      </w:r>
      <w:r>
        <w:t xml:space="preserve"> hitting</w:t>
      </w:r>
      <w:r>
        <w:t xml:space="preserve"> a</w:t>
      </w:r>
      <w:r>
        <w:t xml:space="preserve"> set</w:t>
      </w:r>
      <w:r>
        <w:t xml:space="preserve"> when</w:t>
      </w:r>
      <w:r>
        <w:t xml:space="preserve"> I'm</w:t>
      </w:r>
      <w:r>
        <w:t xml:space="preserve"> holding</w:t>
      </w:r>
      <w:r>
        <w:t xml:space="preserve"> a</w:t>
      </w:r>
      <w:r>
        <w:t xml:space="preserve"> pocket</w:t>
      </w:r>
      <w:r>
        <w:t xml:space="preserve"> pair.</w:t>
        <w:br/>
        <w:t>我留下三张合适的牌</w:t>
      </w:r>
      <w:r>
        <w:t xml:space="preserve"> 换掉两张</w:t>
        <w:br/>
        <w:t>I'm</w:t>
      </w:r>
      <w:r>
        <w:t xml:space="preserve"> about</w:t>
      </w:r>
      <w:r>
        <w:t xml:space="preserve"> 50/50</w:t>
      </w:r>
      <w:r>
        <w:t xml:space="preserve"> to</w:t>
      </w:r>
      <w:r>
        <w:t xml:space="preserve"> draw</w:t>
      </w:r>
      <w:r>
        <w:t xml:space="preserve"> a</w:t>
      </w:r>
      <w:r>
        <w:t xml:space="preserve"> flush</w:t>
      </w:r>
      <w:r>
        <w:t xml:space="preserve"> with</w:t>
      </w:r>
      <w:r>
        <w:t xml:space="preserve"> three</w:t>
      </w:r>
      <w:r>
        <w:t xml:space="preserve"> suited</w:t>
      </w:r>
      <w:r>
        <w:t xml:space="preserve"> cards</w:t>
      </w:r>
      <w:r>
        <w:t xml:space="preserve"> in</w:t>
      </w:r>
      <w:r>
        <w:t xml:space="preserve"> my</w:t>
      </w:r>
      <w:r>
        <w:t xml:space="preserve"> hand,</w:t>
        <w:br/>
        <w:t>就有了一半的机会得到同花的五张牌</w:t>
        <w:br/>
        <w:t>two</w:t>
      </w:r>
      <w:r>
        <w:t xml:space="preserve"> off</w:t>
      </w:r>
      <w:r>
        <w:t xml:space="preserve"> the</w:t>
      </w:r>
      <w:r>
        <w:t xml:space="preserve"> draw.</w:t>
        <w:br/>
        <w:t>同时我计算了我的分数</w:t>
        <w:br/>
        <w:t>I</w:t>
      </w:r>
      <w:r>
        <w:t xml:space="preserve"> also</w:t>
      </w:r>
      <w:r>
        <w:t xml:space="preserve"> count</w:t>
      </w:r>
      <w:r>
        <w:t xml:space="preserve"> my</w:t>
      </w:r>
      <w:r>
        <w:t xml:space="preserve"> outs.</w:t>
        <w:br/>
        <w:t>先乘以二</w:t>
        <w:br/>
        <w:t>I-I</w:t>
      </w:r>
      <w:r>
        <w:t xml:space="preserve"> multiply</w:t>
      </w:r>
      <w:r>
        <w:t xml:space="preserve"> by</w:t>
      </w:r>
      <w:r>
        <w:t xml:space="preserve"> two.</w:t>
        <w:br/>
        <w:t>再加上一</w:t>
        <w:br/>
        <w:t>I</w:t>
      </w:r>
      <w:r>
        <w:t xml:space="preserve"> add</w:t>
      </w:r>
      <w:r>
        <w:t xml:space="preserve"> one.</w:t>
        <w:br/>
        <w:t>这就是我大概的胜率</w:t>
        <w:br/>
        <w:t>That's</w:t>
      </w:r>
      <w:r>
        <w:t xml:space="preserve"> roughly</w:t>
      </w:r>
      <w:r>
        <w:t xml:space="preserve"> my</w:t>
      </w:r>
      <w:r>
        <w:t xml:space="preserve"> percentage</w:t>
      </w:r>
      <w:r>
        <w:t xml:space="preserve"> of</w:t>
      </w:r>
      <w:r>
        <w:t xml:space="preserve"> hitting.</w:t>
        <w:br/>
        <w:t>稍等一下你来替我吧</w:t>
        <w:br/>
        <w:t>I'll</w:t>
      </w:r>
      <w:r>
        <w:t xml:space="preserve"> be</w:t>
      </w:r>
      <w:r>
        <w:t xml:space="preserve"> asking</w:t>
      </w:r>
      <w:r>
        <w:t xml:space="preserve"> you</w:t>
      </w:r>
      <w:r>
        <w:t xml:space="preserve"> soon</w:t>
      </w:r>
      <w:r>
        <w:t xml:space="preserve"> to</w:t>
      </w:r>
      <w:r>
        <w:t xml:space="preserve"> take</w:t>
      </w:r>
      <w:r>
        <w:t xml:space="preserve"> my</w:t>
      </w:r>
      <w:r>
        <w:t xml:space="preserve"> seat.</w:t>
        <w:br/>
        <w:t>你的儿子会把我们全部吃掉</w:t>
        <w:br/>
        <w:t>Your</w:t>
      </w:r>
      <w:r>
        <w:t xml:space="preserve"> son</w:t>
      </w:r>
      <w:r>
        <w:t xml:space="preserve"> is</w:t>
      </w:r>
      <w:r>
        <w:t xml:space="preserve"> killing</w:t>
      </w:r>
      <w:r>
        <w:t xml:space="preserve"> us,</w:t>
      </w:r>
      <w:r>
        <w:t xml:space="preserve"> okay?</w:t>
        <w:br/>
        <w:t>不</w:t>
      </w:r>
      <w:r>
        <w:t xml:space="preserve"> 我不来</w:t>
        <w:br/>
        <w:t>No,</w:t>
      </w:r>
      <w:r>
        <w:t xml:space="preserve"> not</w:t>
      </w:r>
      <w:r>
        <w:t xml:space="preserve"> me.</w:t>
        <w:br/>
        <w:t>上次Charlie玩的时候</w:t>
        <w:br/>
        <w:t>The</w:t>
      </w:r>
      <w:r>
        <w:t xml:space="preserve"> only</w:t>
      </w:r>
      <w:r>
        <w:t xml:space="preserve"> other</w:t>
      </w:r>
      <w:r>
        <w:t xml:space="preserve"> time</w:t>
      </w:r>
      <w:r>
        <w:t xml:space="preserve"> Charlie</w:t>
      </w:r>
      <w:r>
        <w:t xml:space="preserve"> played,</w:t>
        <w:br/>
        <w:t>我就听了一大堆这个数学家</w:t>
      </w:r>
      <w:r>
        <w:t xml:space="preserve"> 关于赌博的理论</w:t>
        <w:br/>
        <w:t>I</w:t>
      </w:r>
      <w:r>
        <w:t xml:space="preserve"> learned</w:t>
      </w:r>
      <w:r>
        <w:t xml:space="preserve"> my</w:t>
      </w:r>
      <w:r>
        <w:t xml:space="preserve"> lesson</w:t>
      </w:r>
      <w:r>
        <w:t xml:space="preserve"> about</w:t>
      </w:r>
      <w:r>
        <w:t xml:space="preserve"> gambling</w:t>
      </w:r>
      <w:r>
        <w:t xml:space="preserve"> with</w:t>
      </w:r>
      <w:r>
        <w:t xml:space="preserve"> a</w:t>
      </w:r>
      <w:r>
        <w:t xml:space="preserve"> mathematician.</w:t>
        <w:br/>
        <w:t>我们来玩玩bottle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caps怎么样？</w:t>
        <w:br/>
        <w:t>Weren't</w:t>
      </w:r>
      <w:r>
        <w:t xml:space="preserve"> we</w:t>
      </w:r>
      <w:r>
        <w:t xml:space="preserve"> playing</w:t>
      </w:r>
      <w:r>
        <w:t xml:space="preserve"> with</w:t>
      </w:r>
      <w:r>
        <w:t xml:space="preserve"> bottle</w:t>
      </w:r>
      <w:r>
        <w:t xml:space="preserve"> caps?</w:t>
        <w:br/>
        <w:t>Yeah...</w:t>
      </w:r>
      <w:r>
        <w:t xml:space="preserve"> 不然你很快就会</w:t>
        <w:br/>
        <w:t>Yeah...</w:t>
        <w:br/>
        <w:t>把我的车也赢去了</w:t>
        <w:br/>
        <w:t>or</w:t>
      </w:r>
      <w:r>
        <w:t xml:space="preserve"> else</w:t>
      </w:r>
      <w:r>
        <w:t xml:space="preserve"> you'd</w:t>
      </w:r>
      <w:r>
        <w:t xml:space="preserve"> have</w:t>
      </w:r>
      <w:r>
        <w:t xml:space="preserve"> walked</w:t>
      </w:r>
      <w:r>
        <w:t xml:space="preserve"> away</w:t>
      </w:r>
      <w:r>
        <w:t xml:space="preserve"> with</w:t>
      </w:r>
      <w:r>
        <w:t xml:space="preserve"> the</w:t>
      </w:r>
      <w:r>
        <w:t xml:space="preserve"> pink</w:t>
      </w:r>
      <w:r>
        <w:t xml:space="preserve"> slip</w:t>
      </w:r>
      <w:r>
        <w:t xml:space="preserve"> to</w:t>
      </w:r>
      <w:r>
        <w:t xml:space="preserve"> my</w:t>
      </w:r>
      <w:r>
        <w:t xml:space="preserve"> car.</w:t>
        <w:br/>
        <w:t>你们知道</w:t>
      </w:r>
      <w:r>
        <w:t xml:space="preserve"> 这里有不少的运气成分</w:t>
        <w:br/>
        <w:t>You</w:t>
      </w:r>
      <w:r>
        <w:t xml:space="preserve"> know,</w:t>
      </w:r>
      <w:r>
        <w:t xml:space="preserve"> there</w:t>
      </w:r>
      <w:r>
        <w:t xml:space="preserve"> is</w:t>
      </w:r>
      <w:r>
        <w:t xml:space="preserve"> some</w:t>
      </w:r>
      <w:r>
        <w:t xml:space="preserve"> element</w:t>
      </w:r>
      <w:r>
        <w:t xml:space="preserve"> of</w:t>
      </w:r>
      <w:r>
        <w:t xml:space="preserve"> chance</w:t>
      </w:r>
      <w:r>
        <w:t xml:space="preserve"> here.</w:t>
        <w:br/>
        <w:t>我...我只是比较幸运而已</w:t>
        <w:br/>
        <w:t>You</w:t>
      </w:r>
      <w:r>
        <w:t xml:space="preserve"> know,</w:t>
      </w:r>
      <w:r>
        <w:t xml:space="preserve"> I-I-I</w:t>
      </w:r>
      <w:r>
        <w:t xml:space="preserve"> may</w:t>
      </w:r>
      <w:r>
        <w:t xml:space="preserve"> just</w:t>
      </w:r>
      <w:r>
        <w:t xml:space="preserve"> be</w:t>
      </w:r>
      <w:r>
        <w:t xml:space="preserve"> getting</w:t>
      </w:r>
      <w:r>
        <w:t xml:space="preserve"> lucky.</w:t>
        <w:br/>
        <w:t>这真有趣</w:t>
      </w:r>
      <w:r>
        <w:t xml:space="preserve"> 把筹码放在那里</w:t>
        <w:br/>
        <w:t>That's</w:t>
      </w:r>
      <w:r>
        <w:t xml:space="preserve"> funny,</w:t>
      </w:r>
      <w:r>
        <w:t xml:space="preserve"> Sinclair.Keep</w:t>
      </w:r>
      <w:r>
        <w:t xml:space="preserve"> that</w:t>
      </w:r>
      <w:r>
        <w:t xml:space="preserve"> up.</w:t>
        <w:br/>
        <w:t>当棒球赛开始</w:t>
      </w:r>
      <w:r>
        <w:t xml:space="preserve"> 它们就会回到我这儿来</w:t>
        <w:br/>
        <w:t>It</w:t>
      </w:r>
      <w:r>
        <w:t xml:space="preserve"> comes</w:t>
      </w:r>
      <w:r>
        <w:t xml:space="preserve"> back</w:t>
      </w:r>
      <w:r>
        <w:t xml:space="preserve"> to</w:t>
      </w:r>
      <w:r>
        <w:t xml:space="preserve"> me</w:t>
      </w:r>
      <w:r>
        <w:t xml:space="preserve"> when</w:t>
      </w:r>
      <w:r>
        <w:t xml:space="preserve"> baseball</w:t>
      </w:r>
      <w:r>
        <w:t xml:space="preserve"> starts.</w:t>
        <w:br/>
        <w:t>棒球？</w:t>
        <w:br/>
        <w:t>Baseball?</w:t>
        <w:br/>
        <w:t>FBI有自己的球队？</w:t>
        <w:br/>
        <w:t>The</w:t>
      </w:r>
      <w:r>
        <w:t xml:space="preserve"> FBI</w:t>
      </w:r>
      <w:r>
        <w:t xml:space="preserve"> have</w:t>
      </w:r>
      <w:r>
        <w:t xml:space="preserve"> a</w:t>
      </w:r>
      <w:r>
        <w:t xml:space="preserve"> team?</w:t>
        <w:br/>
        <w:t>是的</w:t>
      </w:r>
      <w:r>
        <w:t xml:space="preserve"> 我们系统有一个联盟</w:t>
        <w:br/>
        <w:t>Yeah,</w:t>
      </w:r>
      <w:r>
        <w:t xml:space="preserve"> we</w:t>
      </w:r>
      <w:r>
        <w:t xml:space="preserve"> got</w:t>
      </w:r>
      <w:r>
        <w:t xml:space="preserve"> a</w:t>
      </w:r>
      <w:r>
        <w:t xml:space="preserve"> whole</w:t>
      </w:r>
      <w:r>
        <w:t xml:space="preserve"> league.</w:t>
        <w:br/>
        <w:t>包括了</w:t>
      </w:r>
      <w:r>
        <w:t xml:space="preserve"> uh</w:t>
      </w:r>
      <w:r>
        <w:t xml:space="preserve"> </w:t>
      </w:r>
      <w:r>
        <w:t xml:space="preserve"> 洛杉矶警&amp;hearts;察&amp;hearts;局</w:t>
      </w:r>
      <w:r>
        <w:t xml:space="preserve"> 州公&amp;hearts;安&amp;hearts;部</w:t>
        <w:br/>
        <w:t>There's,</w:t>
      </w:r>
      <w:r>
        <w:t xml:space="preserve"> uh,</w:t>
      </w:r>
      <w:r>
        <w:t xml:space="preserve"> LAPD,Sheriffs'</w:t>
      </w:r>
      <w:r>
        <w:t xml:space="preserve"> Department...</w:t>
        <w:br/>
        <w:t>地方检察院队非常的厉害</w:t>
        <w:br/>
        <w:t>D.A.'s</w:t>
      </w:r>
      <w:r>
        <w:t xml:space="preserve"> got</w:t>
      </w:r>
      <w:r>
        <w:t xml:space="preserve"> the</w:t>
      </w:r>
      <w:r>
        <w:t xml:space="preserve"> killer</w:t>
      </w:r>
      <w:r>
        <w:t xml:space="preserve"> squad.</w:t>
        <w:br/>
        <w:t>现在正在San</w:t>
      </w:r>
      <w:r>
        <w:t xml:space="preserve"> Diego</w:t>
        <w:br/>
        <w:t>Now</w:t>
      </w:r>
      <w:r>
        <w:t xml:space="preserve"> that</w:t>
      </w:r>
      <w:r>
        <w:t xml:space="preserve"> Kraft's</w:t>
      </w:r>
      <w:r>
        <w:t xml:space="preserve"> in</w:t>
      </w:r>
      <w:r>
        <w:t xml:space="preserve"> San</w:t>
      </w:r>
      <w:r>
        <w:t xml:space="preserve"> Diego,</w:t>
        <w:br/>
        <w:t>你们就是没有一个强力的击球手</w:t>
        <w:br/>
        <w:t>you</w:t>
      </w:r>
      <w:r>
        <w:t xml:space="preserve"> guys</w:t>
      </w:r>
      <w:r>
        <w:t xml:space="preserve"> don't</w:t>
      </w:r>
      <w:r>
        <w:t xml:space="preserve"> have</w:t>
      </w:r>
      <w:r>
        <w:t xml:space="preserve"> a</w:t>
      </w:r>
      <w:r>
        <w:t xml:space="preserve"> power</w:t>
      </w:r>
      <w:r>
        <w:t xml:space="preserve"> hitter.</w:t>
        <w:br/>
        <w:t>Don怎么样？</w:t>
        <w:br/>
        <w:t>What</w:t>
      </w:r>
      <w:r>
        <w:t xml:space="preserve"> about</w:t>
      </w:r>
      <w:r>
        <w:t xml:space="preserve"> Don?</w:t>
        <w:br/>
        <w:t>我没有参加</w:t>
        <w:br/>
        <w:t>It's</w:t>
      </w:r>
      <w:r>
        <w:t xml:space="preserve"> not</w:t>
      </w:r>
      <w:r>
        <w:t xml:space="preserve"> my</w:t>
      </w:r>
      <w:r>
        <w:t xml:space="preserve"> thing.</w:t>
        <w:br/>
        <w:t>Oh</w:t>
      </w:r>
      <w:r>
        <w:t xml:space="preserve"> 你也打棒球？</w:t>
        <w:br/>
        <w:t>Oh,</w:t>
      </w:r>
      <w:r>
        <w:t xml:space="preserve"> you</w:t>
      </w:r>
      <w:r>
        <w:t xml:space="preserve"> play?</w:t>
        <w:br/>
        <w:t>Don上大学就拿了棒球的奖学金</w:t>
        <w:br/>
        <w:t>Don</w:t>
      </w:r>
      <w:r>
        <w:t xml:space="preserve"> went</w:t>
      </w:r>
      <w:r>
        <w:t xml:space="preserve"> to</w:t>
      </w:r>
      <w:r>
        <w:t xml:space="preserve"> college</w:t>
      </w:r>
      <w:r>
        <w:t xml:space="preserve"> on</w:t>
      </w:r>
      <w:r>
        <w:t xml:space="preserve"> a</w:t>
      </w:r>
      <w:r>
        <w:t xml:space="preserve"> baseball</w:t>
      </w:r>
      <w:r>
        <w:t xml:space="preserve"> scholarship.</w:t>
        <w:br/>
        <w:t>你们怎么想的----</w:t>
      </w:r>
      <w:r>
        <w:t xml:space="preserve"> 他打过专业2级的比赛</w:t>
        <w:br/>
        <w:t>What</w:t>
      </w:r>
      <w:r>
        <w:t xml:space="preserve"> are</w:t>
      </w:r>
      <w:r>
        <w:t xml:space="preserve"> you</w:t>
      </w:r>
      <w:r>
        <w:t xml:space="preserve"> talking</w:t>
      </w:r>
      <w:r>
        <w:t xml:space="preserve"> about...you</w:t>
      </w:r>
      <w:r>
        <w:t xml:space="preserve"> played</w:t>
      </w:r>
      <w:r>
        <w:t xml:space="preserve"> pro</w:t>
      </w:r>
      <w:r>
        <w:t xml:space="preserve"> second</w:t>
      </w:r>
      <w:r>
        <w:t xml:space="preserve"> base.</w:t>
        <w:br/>
        <w:t>做一垒打已经是很早以前的事情了</w:t>
        <w:br/>
        <w:t>Single</w:t>
      </w:r>
      <w:r>
        <w:t xml:space="preserve"> "A"</w:t>
      </w:r>
      <w:r>
        <w:t xml:space="preserve"> about</w:t>
      </w:r>
      <w:r>
        <w:t xml:space="preserve"> a</w:t>
      </w:r>
      <w:r>
        <w:t xml:space="preserve"> million</w:t>
      </w:r>
      <w:r>
        <w:t xml:space="preserve"> years</w:t>
      </w:r>
      <w:r>
        <w:t xml:space="preserve"> ago.</w:t>
        <w:br/>
        <w:t>那太棒了</w:t>
        <w:br/>
        <w:t>That's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great.</w:t>
        <w:br/>
        <w:t>今年你就可以冒名参赛</w:t>
        <w:br/>
        <w:t>You're</w:t>
      </w:r>
      <w:r>
        <w:t xml:space="preserve"> this</w:t>
      </w:r>
      <w:r>
        <w:t xml:space="preserve"> year's</w:t>
      </w:r>
      <w:r>
        <w:t xml:space="preserve"> ringer.</w:t>
        <w:br/>
        <w:t>不</w:t>
      </w:r>
      <w:r>
        <w:t xml:space="preserve"> 对不起</w:t>
      </w:r>
      <w:r>
        <w:t xml:space="preserve"> 我没有兴趣</w:t>
        <w:br/>
        <w:t>No.</w:t>
      </w:r>
      <w:r>
        <w:t xml:space="preserve"> I'm</w:t>
      </w:r>
      <w:r>
        <w:t xml:space="preserve"> sorry.</w:t>
        <w:br/>
        <w:t>我没有兴趣</w:t>
      </w:r>
      <w:r>
        <w:t xml:space="preserve"> 伙计们</w:t>
        <w:br/>
        <w:t>Not</w:t>
      </w:r>
      <w:r>
        <w:t xml:space="preserve"> interested,</w:t>
      </w:r>
      <w:r>
        <w:t xml:space="preserve"> buddy.</w:t>
        <w:br/>
        <w:t>别这样</w:t>
        <w:br/>
        <w:t>Come</w:t>
      </w:r>
      <w:r>
        <w:t xml:space="preserve"> on,</w:t>
        <w:br/>
        <w:t>你应该加入</w:t>
      </w:r>
      <w:r>
        <w:t xml:space="preserve"> -</w:t>
      </w:r>
      <w:r>
        <w:t xml:space="preserve"> 来吧来吧</w:t>
        <w:br/>
        <w:t>yougotta</w:t>
      </w:r>
      <w:r>
        <w:t xml:space="preserve"> do</w:t>
      </w:r>
      <w:r>
        <w:t xml:space="preserve"> it.</w:t>
      </w:r>
      <w:r>
        <w:t xml:space="preserve"> -</w:t>
      </w:r>
      <w:r>
        <w:t xml:space="preserve"> Come</w:t>
      </w:r>
      <w:r>
        <w:t xml:space="preserve"> on.</w:t>
        <w:br/>
        <w:t>请稍等</w:t>
        <w:br/>
        <w:t>Excuse</w:t>
      </w:r>
      <w:r>
        <w:t xml:space="preserve"> me.</w:t>
        <w:br/>
        <w:t>Epps.</w:t>
        <w:br/>
        <w:t>Epps.</w:t>
        <w:br/>
        <w:t>我们马上就去</w:t>
        <w:br/>
        <w:t>We'll</w:t>
      </w:r>
      <w:r>
        <w:t xml:space="preserve"> be</w:t>
      </w:r>
      <w:r>
        <w:t xml:space="preserve"> right</w:t>
      </w:r>
      <w:r>
        <w:t xml:space="preserve"> there.</w:t>
        <w:br/>
        <w:t>那么</w:t>
      </w:r>
      <w:r>
        <w:t xml:space="preserve"> 你做了些什么</w:t>
      </w:r>
      <w:r>
        <w:t xml:space="preserve"> </w:t>
      </w:r>
      <w:r>
        <w:t xml:space="preserve"> 小姐？</w:t>
        <w:br/>
        <w:t>And</w:t>
      </w:r>
      <w:r>
        <w:t xml:space="preserve"> then</w:t>
      </w:r>
      <w:r>
        <w:t xml:space="preserve"> what</w:t>
      </w:r>
      <w:r>
        <w:t xml:space="preserve"> did</w:t>
      </w:r>
      <w:r>
        <w:t xml:space="preserve"> you</w:t>
      </w:r>
      <w:r>
        <w:t xml:space="preserve"> do,</w:t>
      </w:r>
      <w:r>
        <w:t xml:space="preserve"> miss?</w:t>
        <w:br/>
        <w:t>我去敲门</w:t>
        <w:br/>
        <w:t>I</w:t>
      </w:r>
      <w:r>
        <w:t xml:space="preserve"> tried</w:t>
      </w:r>
      <w:r>
        <w:t xml:space="preserve"> the</w:t>
      </w:r>
      <w:r>
        <w:t xml:space="preserve"> door,</w:t>
        <w:br/>
        <w:t>但是他并没有回应...</w:t>
        <w:br/>
        <w:t>but</w:t>
      </w:r>
      <w:r>
        <w:t xml:space="preserve"> he</w:t>
      </w:r>
      <w:r>
        <w:t xml:space="preserve"> didn't</w:t>
      </w:r>
      <w:r>
        <w:t xml:space="preserve"> answer...</w:t>
        <w:br/>
        <w:t>Mm-hmm.</w:t>
      </w:r>
      <w:r>
        <w:t xml:space="preserve"> -</w:t>
      </w:r>
      <w:r>
        <w:t xml:space="preserve"> ...所以我就直接进去了</w:t>
        <w:br/>
        <w:t>Mm-hmm.</w:t>
      </w:r>
      <w:r>
        <w:t xml:space="preserve"> -</w:t>
      </w:r>
      <w:r>
        <w:t xml:space="preserve"> ...so</w:t>
      </w:r>
      <w:r>
        <w:t xml:space="preserve"> I</w:t>
      </w:r>
      <w:r>
        <w:t xml:space="preserve"> went</w:t>
      </w:r>
      <w:r>
        <w:t xml:space="preserve"> in.</w:t>
        <w:br/>
        <w:t>你看见什么了吗?</w:t>
      </w:r>
      <w:r>
        <w:t xml:space="preserve"> -</w:t>
      </w:r>
      <w:r>
        <w:t xml:space="preserve"> Hey.</w:t>
        <w:br/>
        <w:t>Did</w:t>
      </w:r>
      <w:r>
        <w:t xml:space="preserve"> you</w:t>
      </w:r>
      <w:r>
        <w:t xml:space="preserve"> see</w:t>
      </w:r>
      <w:r>
        <w:t xml:space="preserve"> anybody?</w:t>
      </w:r>
      <w:r>
        <w:t xml:space="preserve"> -</w:t>
      </w:r>
      <w:r>
        <w:t xml:space="preserve"> Hey.</w:t>
        <w:br/>
        <w:t>我听到什么了吗?</w:t>
        <w:br/>
        <w:t>Did</w:t>
      </w:r>
      <w:r>
        <w:t xml:space="preserve"> you</w:t>
      </w:r>
      <w:r>
        <w:t xml:space="preserve"> hear</w:t>
      </w:r>
      <w:r>
        <w:t xml:space="preserve"> anything?</w:t>
        <w:br/>
        <w:t>受害人的女朋友</w:t>
      </w:r>
      <w:r>
        <w:t xml:space="preserve"> -</w:t>
      </w:r>
      <w:r>
        <w:t xml:space="preserve"> Mm-hmm.</w:t>
        <w:br/>
        <w:t>Victim's</w:t>
      </w:r>
      <w:r>
        <w:t xml:space="preserve"> girlfriend.</w:t>
      </w:r>
      <w:r>
        <w:t xml:space="preserve"> -</w:t>
      </w:r>
      <w:r>
        <w:t xml:space="preserve"> Mm-hmm.</w:t>
        <w:br/>
        <w:t>验尸官推定死亡事件是在今天早晨八点钟左右</w:t>
        <w:br/>
        <w:t>Coroner</w:t>
      </w:r>
      <w:r>
        <w:t xml:space="preserve"> put</w:t>
      </w:r>
      <w:r>
        <w:t xml:space="preserve"> time</w:t>
      </w:r>
      <w:r>
        <w:t xml:space="preserve"> of</w:t>
      </w:r>
      <w:r>
        <w:t xml:space="preserve"> death</w:t>
      </w:r>
      <w:r>
        <w:t xml:space="preserve"> around</w:t>
      </w:r>
      <w:r>
        <w:t xml:space="preserve"> 8:00</w:t>
      </w:r>
      <w:r>
        <w:t xml:space="preserve"> this</w:t>
      </w:r>
      <w:r>
        <w:t xml:space="preserve"> morning.</w:t>
        <w:br/>
        <w:t>死者的名字是Trevor</w:t>
      </w:r>
      <w:r>
        <w:t xml:space="preserve"> Riley</w:t>
      </w:r>
      <w:r>
        <w:t xml:space="preserve"> 27岁</w:t>
        <w:br/>
        <w:t>Victim's</w:t>
      </w:r>
      <w:r>
        <w:t xml:space="preserve"> name</w:t>
      </w:r>
      <w:r>
        <w:t xml:space="preserve"> is</w:t>
      </w:r>
      <w:r>
        <w:t xml:space="preserve"> Trevor</w:t>
      </w:r>
      <w:r>
        <w:t xml:space="preserve"> Riley,</w:t>
      </w:r>
      <w:r>
        <w:t xml:space="preserve"> 27.</w:t>
        <w:br/>
        <w:t>因为股票诈骗而被联邦授权通缉</w:t>
        <w:br/>
        <w:t>Wanted</w:t>
      </w:r>
      <w:r>
        <w:t xml:space="preserve"> on</w:t>
      </w:r>
      <w:r>
        <w:t xml:space="preserve"> a</w:t>
      </w:r>
      <w:r>
        <w:t xml:space="preserve"> federal</w:t>
      </w:r>
      <w:r>
        <w:t xml:space="preserve"> warrant</w:t>
      </w:r>
      <w:r>
        <w:t xml:space="preserve"> for</w:t>
      </w:r>
      <w:r>
        <w:t xml:space="preserve"> stock</w:t>
      </w:r>
      <w:r>
        <w:t xml:space="preserve"> fraud.</w:t>
        <w:br/>
        <w:t>他的死因是？</w:t>
        <w:br/>
        <w:t>What'd</w:t>
      </w:r>
      <w:r>
        <w:t xml:space="preserve"> he</w:t>
      </w:r>
      <w:r>
        <w:t xml:space="preserve"> die</w:t>
      </w:r>
      <w:r>
        <w:t xml:space="preserve"> of?</w:t>
        <w:br/>
        <w:t>和以前一个案件的受害者一样...</w:t>
        <w:br/>
        <w:t>The</w:t>
      </w:r>
      <w:r>
        <w:t xml:space="preserve"> same</w:t>
      </w:r>
      <w:r>
        <w:t xml:space="preserve"> way</w:t>
      </w:r>
      <w:r>
        <w:t xml:space="preserve"> as</w:t>
      </w:r>
      <w:r>
        <w:t xml:space="preserve"> a</w:t>
      </w:r>
      <w:r>
        <w:t xml:space="preserve"> victim</w:t>
      </w:r>
      <w:r>
        <w:t xml:space="preserve"> from</w:t>
      </w:r>
      <w:r>
        <w:t xml:space="preserve"> a</w:t>
      </w:r>
      <w:r>
        <w:t xml:space="preserve"> previous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case...</w:t>
        <w:br/>
        <w:t>那个案件是你一年前结案的</w:t>
        <w:br/>
        <w:t>one</w:t>
      </w:r>
      <w:r>
        <w:t xml:space="preserve"> you</w:t>
      </w:r>
      <w:r>
        <w:t xml:space="preserve"> closed</w:t>
      </w:r>
      <w:r>
        <w:t xml:space="preserve"> a</w:t>
      </w:r>
      <w:r>
        <w:t xml:space="preserve"> year</w:t>
      </w:r>
      <w:r>
        <w:t xml:space="preserve"> ago.</w:t>
        <w:br/>
        <w:t>什么?!</w:t>
        <w:br/>
        <w:t>What?!</w:t>
        <w:br/>
        <w:t>很显然</w:t>
      </w:r>
      <w:r>
        <w:t xml:space="preserve"> 他是被绞死的</w:t>
        <w:br/>
        <w:t>He</w:t>
      </w:r>
      <w:r>
        <w:t xml:space="preserve"> was</w:t>
      </w:r>
      <w:r>
        <w:t xml:space="preserve"> definitely</w:t>
      </w:r>
      <w:r>
        <w:t xml:space="preserve"> garroted.</w:t>
        <w:br/>
        <w:t>头部遭受了严重的损伤</w:t>
        <w:br/>
        <w:t>Head's</w:t>
      </w:r>
      <w:r>
        <w:t xml:space="preserve"> nearly</w:t>
      </w:r>
      <w:r>
        <w:t xml:space="preserve"> severed.</w:t>
        <w:br/>
        <w:t>就像是</w:t>
      </w:r>
      <w:r>
        <w:t xml:space="preserve"> Lisa</w:t>
      </w:r>
      <w:r>
        <w:t xml:space="preserve"> Bayle</w:t>
      </w:r>
      <w:r>
        <w:t xml:space="preserve"> 凶杀案一样</w:t>
        <w:br/>
        <w:t>Same</w:t>
      </w:r>
      <w:r>
        <w:t xml:space="preserve"> as</w:t>
      </w:r>
      <w:r>
        <w:t xml:space="preserve"> the</w:t>
      </w:r>
      <w:r>
        <w:t xml:space="preserve"> Lisa</w:t>
      </w:r>
      <w:r>
        <w:t xml:space="preserve"> Bayle</w:t>
      </w:r>
      <w:r>
        <w:t xml:space="preserve"> murder.</w:t>
        <w:br/>
        <w:t>看看他的后背</w:t>
        <w:br/>
        <w:t>Check</w:t>
      </w:r>
      <w:r>
        <w:t xml:space="preserve"> his</w:t>
      </w:r>
      <w:r>
        <w:t xml:space="preserve"> back.</w:t>
        <w:br/>
        <w:t>Yep.</w:t>
        <w:br/>
        <w:t>Yep.</w:t>
        <w:br/>
        <w:t>看起来曾经被膝盖压在这里作为支撑</w:t>
        <w:br/>
        <w:t>Looks</w:t>
      </w:r>
      <w:r>
        <w:t xml:space="preserve"> like</w:t>
      </w:r>
      <w:r>
        <w:t xml:space="preserve"> a</w:t>
      </w:r>
      <w:r>
        <w:t xml:space="preserve"> knee</w:t>
      </w:r>
      <w:r>
        <w:t xml:space="preserve"> could've</w:t>
      </w:r>
      <w:r>
        <w:t xml:space="preserve"> been</w:t>
      </w:r>
      <w:r>
        <w:t xml:space="preserve"> pressed</w:t>
      </w:r>
      <w:r>
        <w:t xml:space="preserve"> in</w:t>
      </w:r>
      <w:r>
        <w:t xml:space="preserve"> here</w:t>
      </w:r>
      <w:r>
        <w:t xml:space="preserve"> for</w:t>
      </w:r>
      <w:r>
        <w:t xml:space="preserve"> leverage.</w:t>
        <w:br/>
        <w:t>同样和Bayle案很像</w:t>
        <w:br/>
        <w:t>Also</w:t>
      </w:r>
      <w:r>
        <w:t xml:space="preserve"> like</w:t>
      </w:r>
      <w:r>
        <w:t xml:space="preserve"> the</w:t>
      </w:r>
      <w:r>
        <w:t xml:space="preserve"> Bayle</w:t>
      </w:r>
      <w:r>
        <w:t xml:space="preserve"> case.</w:t>
        <w:br/>
        <w:t>这个</w:t>
        <w:br/>
        <w:t>And</w:t>
      </w:r>
      <w:r>
        <w:t xml:space="preserve"> this.</w:t>
        <w:br/>
        <w:t>看起来像是作案用的金属丝</w:t>
        <w:br/>
        <w:t>Looks</w:t>
      </w:r>
      <w:r>
        <w:t xml:space="preserve"> like</w:t>
      </w:r>
      <w:r>
        <w:t xml:space="preserve"> the</w:t>
      </w:r>
      <w:r>
        <w:t xml:space="preserve"> wire</w:t>
      </w:r>
      <w:r>
        <w:t xml:space="preserve"> he</w:t>
      </w:r>
      <w:r>
        <w:t xml:space="preserve"> used</w:t>
      </w:r>
      <w:r>
        <w:t xml:space="preserve"> to</w:t>
      </w:r>
      <w:r>
        <w:t xml:space="preserve"> kill</w:t>
      </w:r>
      <w:r>
        <w:t xml:space="preserve"> him</w:t>
        <w:br/>
        <w:t>他把他的工作手套捆在这里</w:t>
        <w:br/>
        <w:t>he</w:t>
      </w:r>
      <w:r>
        <w:t xml:space="preserve"> wrapped</w:t>
      </w:r>
      <w:r>
        <w:t xml:space="preserve"> around</w:t>
      </w:r>
      <w:r>
        <w:t xml:space="preserve"> his</w:t>
      </w:r>
      <w:r>
        <w:t xml:space="preserve"> work</w:t>
      </w:r>
      <w:r>
        <w:t xml:space="preserve"> gloves</w:t>
      </w:r>
      <w:r>
        <w:t xml:space="preserve"> here.</w:t>
        <w:br/>
        <w:t>也许我们能从里面获取一些DNA？</w:t>
        <w:br/>
        <w:t>Maybe</w:t>
      </w:r>
      <w:r>
        <w:t xml:space="preserve"> we</w:t>
      </w:r>
      <w:r>
        <w:t xml:space="preserve"> can</w:t>
      </w:r>
      <w:r>
        <w:t xml:space="preserve"> get</w:t>
      </w:r>
      <w:r>
        <w:t xml:space="preserve"> some</w:t>
      </w:r>
      <w:r>
        <w:t xml:space="preserve"> DNA</w:t>
      </w:r>
      <w:r>
        <w:t xml:space="preserve"> out</w:t>
      </w:r>
      <w:r>
        <w:t xml:space="preserve"> of</w:t>
      </w:r>
      <w:r>
        <w:t xml:space="preserve"> these?</w:t>
        <w:br/>
        <w:t>我想他在里面还戴了橡胶手套</w:t>
        <w:br/>
        <w:t>He</w:t>
      </w:r>
      <w:r>
        <w:t xml:space="preserve"> wore</w:t>
      </w:r>
      <w:r>
        <w:t xml:space="preserve"> latex</w:t>
      </w:r>
      <w:r>
        <w:t xml:space="preserve"> gloves</w:t>
      </w:r>
      <w:r>
        <w:t xml:space="preserve"> underneath</w:t>
      </w:r>
      <w:r>
        <w:t xml:space="preserve"> 'em.</w:t>
        <w:br/>
        <w:t>Cliff</w:t>
      </w:r>
      <w:r>
        <w:t xml:space="preserve"> Howard承认了自己的罪行</w:t>
        <w:br/>
        <w:t>I</w:t>
      </w:r>
      <w:r>
        <w:t xml:space="preserve"> mean,</w:t>
      </w:r>
      <w:r>
        <w:t xml:space="preserve"> Cliff</w:t>
      </w:r>
      <w:r>
        <w:t xml:space="preserve"> Howard</w:t>
      </w:r>
      <w:r>
        <w:t xml:space="preserve"> confessed</w:t>
      </w:r>
      <w:r>
        <w:t xml:space="preserve"> to</w:t>
      </w:r>
      <w:r>
        <w:t xml:space="preserve"> the</w:t>
      </w:r>
      <w:r>
        <w:t xml:space="preserve"> crime.</w:t>
        <w:br/>
        <w:t>我们在Lisa</w:t>
      </w:r>
      <w:r>
        <w:t xml:space="preserve"> Bayle的尸体上找到了他的指纹</w:t>
        <w:br/>
        <w:t>We</w:t>
      </w:r>
      <w:r>
        <w:t xml:space="preserve"> have</w:t>
      </w:r>
      <w:r>
        <w:t xml:space="preserve"> his</w:t>
      </w:r>
      <w:r>
        <w:t xml:space="preserve"> fingerprint</w:t>
      </w:r>
      <w:r>
        <w:t xml:space="preserve"> on</w:t>
      </w:r>
      <w:r>
        <w:t xml:space="preserve"> Lisa</w:t>
      </w:r>
      <w:r>
        <w:t xml:space="preserve"> Bayle's</w:t>
      </w:r>
      <w:r>
        <w:t xml:space="preserve"> body.</w:t>
        <w:br/>
        <w:t>还有目击证人对他进行指证</w:t>
        <w:br/>
        <w:t>An</w:t>
      </w:r>
      <w:r>
        <w:t xml:space="preserve"> eyewitness</w:t>
      </w:r>
      <w:r>
        <w:t xml:space="preserve"> put</w:t>
      </w:r>
      <w:r>
        <w:t xml:space="preserve"> him</w:t>
      </w:r>
      <w:r>
        <w:t xml:space="preserve"> at</w:t>
      </w:r>
      <w:r>
        <w:t xml:space="preserve"> the</w:t>
      </w:r>
      <w:r>
        <w:t xml:space="preserve"> scene.</w:t>
        <w:br/>
        <w:t>有可能是模仿作案---有人看到过Bayle案件的报告</w:t>
        <w:br/>
        <w:t>Could</w:t>
      </w:r>
      <w:r>
        <w:t xml:space="preserve"> be</w:t>
      </w:r>
      <w:r>
        <w:t xml:space="preserve"> a</w:t>
      </w:r>
      <w:r>
        <w:t xml:space="preserve"> copycat...someone</w:t>
      </w:r>
      <w:r>
        <w:t xml:space="preserve"> who</w:t>
      </w:r>
      <w:r>
        <w:t xml:space="preserve"> read</w:t>
      </w:r>
      <w:r>
        <w:t xml:space="preserve"> about</w:t>
      </w:r>
      <w:r>
        <w:t xml:space="preserve"> the</w:t>
      </w:r>
      <w:r>
        <w:t xml:space="preserve"> Bayle</w:t>
      </w:r>
      <w:r>
        <w:t xml:space="preserve"> case.</w:t>
        <w:br/>
        <w:t>不会</w:t>
        <w:br/>
        <w:t>No.</w:t>
        <w:br/>
        <w:t>我们没有透露过细节关于那个手套以及背后的压痕</w:t>
        <w:br/>
        <w:t>We</w:t>
      </w:r>
      <w:r>
        <w:t xml:space="preserve"> never</w:t>
      </w:r>
      <w:r>
        <w:t xml:space="preserve"> released</w:t>
      </w:r>
      <w:r>
        <w:t xml:space="preserve"> the</w:t>
      </w:r>
      <w:r>
        <w:t xml:space="preserve"> detail</w:t>
      </w:r>
      <w:r>
        <w:t xml:space="preserve"> about</w:t>
      </w:r>
      <w:r>
        <w:t xml:space="preserve"> the</w:t>
      </w:r>
      <w:r>
        <w:t xml:space="preserve"> gloves</w:t>
      </w:r>
      <w:r>
        <w:t xml:space="preserve"> to</w:t>
      </w:r>
      <w:r>
        <w:t xml:space="preserve"> the</w:t>
      </w:r>
      <w:r>
        <w:t xml:space="preserve"> press.</w:t>
        <w:br/>
        <w:t>当时我没有抓错人吗？</w:t>
        <w:br/>
        <w:t>Did</w:t>
      </w:r>
      <w:r>
        <w:t xml:space="preserve"> I</w:t>
      </w:r>
      <w:r>
        <w:t xml:space="preserve"> actually</w:t>
      </w:r>
      <w:r>
        <w:t xml:space="preserve"> put</w:t>
      </w:r>
      <w:r>
        <w:t xml:space="preserve"> the</w:t>
      </w:r>
      <w:r>
        <w:t xml:space="preserve"> wrong</w:t>
      </w:r>
      <w:r>
        <w:t xml:space="preserve"> guy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jail?</w:t>
        <w:br/>
        <w:t>我们每天都在使用数学...</w:t>
        <w:br/>
        <w:t>We</w:t>
      </w:r>
      <w:r>
        <w:t xml:space="preserve"> all</w:t>
      </w:r>
      <w:r>
        <w:t xml:space="preserve"> use</w:t>
      </w:r>
      <w:r>
        <w:t xml:space="preserve"> math</w:t>
      </w:r>
      <w:r>
        <w:t xml:space="preserve"> every</w:t>
      </w:r>
      <w:r>
        <w:t xml:space="preserve"> day...every</w:t>
      </w:r>
      <w:r>
        <w:t xml:space="preserve"> day...</w:t>
        <w:br/>
        <w:t>预报天气...</w:t>
        <w:br/>
        <w:t>to</w:t>
      </w:r>
      <w:r>
        <w:t xml:space="preserve"> forecast</w:t>
      </w:r>
      <w:r>
        <w:t xml:space="preserve"> weather...</w:t>
        <w:br/>
        <w:t>记录时间...</w:t>
        <w:br/>
        <w:t>to</w:t>
      </w:r>
      <w:r>
        <w:t xml:space="preserve"> tell</w:t>
      </w:r>
      <w:r>
        <w:t xml:space="preserve"> time...</w:t>
        <w:br/>
        <w:t>运作经济...</w:t>
        <w:br/>
        <w:t>to</w:t>
      </w:r>
      <w:r>
        <w:t xml:space="preserve"> handle</w:t>
      </w:r>
      <w:r>
        <w:t xml:space="preserve"> money...to</w:t>
      </w:r>
      <w:r>
        <w:t xml:space="preserve"> handle</w:t>
      </w:r>
      <w:r>
        <w:t xml:space="preserve"> money...</w:t>
        <w:br/>
        <w:t>数学不仅仅是公式和方程式</w:t>
        <w:br/>
        <w:t>math</w:t>
      </w:r>
      <w:r>
        <w:t xml:space="preserve"> is</w:t>
      </w:r>
      <w:r>
        <w:t xml:space="preserve"> more</w:t>
      </w:r>
      <w:r>
        <w:t xml:space="preserve"> than</w:t>
      </w:r>
      <w:r>
        <w:t xml:space="preserve"> formulas</w:t>
      </w:r>
      <w:r>
        <w:t xml:space="preserve"> and</w:t>
      </w:r>
      <w:r>
        <w:t xml:space="preserve"> equations.</w:t>
        <w:br/>
        <w:t>有逻辑的</w:t>
        <w:br/>
        <w:t>It's</w:t>
      </w:r>
      <w:r>
        <w:t xml:space="preserve"> logic.</w:t>
        <w:br/>
        <w:t>有理性的</w:t>
        <w:br/>
        <w:t>It's</w:t>
      </w:r>
      <w:r>
        <w:t xml:space="preserve"> rationality.</w:t>
        <w:br/>
        <w:t>我们可以处理很多神秘的事物</w:t>
        <w:br/>
        <w:t>It's</w:t>
      </w:r>
      <w:r>
        <w:t xml:space="preserve"> using</w:t>
      </w:r>
      <w:r>
        <w:t xml:space="preserve"> your</w:t>
      </w:r>
      <w:r>
        <w:t xml:space="preserve"> mind</w:t>
      </w:r>
      <w:r>
        <w:t xml:space="preserve"> to</w:t>
      </w:r>
      <w:r>
        <w:t xml:space="preserve"> solve</w:t>
      </w:r>
      <w:r>
        <w:t xml:space="preserve"> the</w:t>
      </w:r>
      <w:r>
        <w:t xml:space="preserve"> biggest</w:t>
      </w:r>
      <w:r>
        <w:t xml:space="preserve"> mysteries</w:t>
      </w:r>
      <w:r>
        <w:t xml:space="preserve"> we</w:t>
      </w:r>
      <w:r>
        <w:t xml:space="preserve"> know.</w:t>
        <w:br/>
        <w:t>两个受害者</w:t>
      </w:r>
      <w:r>
        <w:t xml:space="preserve"> 同样的作案手法</w:t>
        <w:br/>
        <w:t>Two</w:t>
      </w:r>
      <w:r>
        <w:t xml:space="preserve"> victims,</w:t>
      </w:r>
      <w:r>
        <w:t xml:space="preserve"> same</w:t>
      </w:r>
      <w:r>
        <w:t xml:space="preserve"> M.O.</w:t>
        <w:br/>
        <w:t>一个案件是一年半前的</w:t>
        <w:br/>
        <w:t>One</w:t>
      </w:r>
      <w:r>
        <w:t xml:space="preserve"> case</w:t>
      </w:r>
      <w:r>
        <w:t xml:space="preserve"> is</w:t>
      </w:r>
      <w:r>
        <w:t xml:space="preserve"> a</w:t>
      </w:r>
      <w:r>
        <w:t xml:space="preserve"> year</w:t>
      </w:r>
      <w:r>
        <w:t xml:space="preserve"> and</w:t>
      </w:r>
      <w:r>
        <w:t xml:space="preserve"> a</w:t>
      </w:r>
      <w:r>
        <w:t xml:space="preserve"> half</w:t>
      </w:r>
      <w:r>
        <w:t xml:space="preserve"> old,</w:t>
        <w:br/>
        <w:t>而另一个是刚刚发生的</w:t>
        <w:br/>
        <w:t>the</w:t>
      </w:r>
      <w:r>
        <w:t xml:space="preserve"> other</w:t>
      </w:r>
      <w:r>
        <w:t xml:space="preserve"> is</w:t>
      </w:r>
      <w:r>
        <w:t xml:space="preserve"> brand-new.</w:t>
        <w:br/>
        <w:t>Riley谎称自己是一个投资顾问</w:t>
        <w:br/>
        <w:t>So,</w:t>
      </w:r>
      <w:r>
        <w:t xml:space="preserve"> Riley</w:t>
      </w:r>
      <w:r>
        <w:t xml:space="preserve"> here</w:t>
      </w:r>
      <w:r>
        <w:t xml:space="preserve"> fancies</w:t>
      </w:r>
      <w:r>
        <w:t xml:space="preserve"> himself</w:t>
      </w:r>
      <w:r>
        <w:t xml:space="preserve"> an</w:t>
      </w:r>
      <w:r>
        <w:t xml:space="preserve"> investment</w:t>
      </w:r>
      <w:r>
        <w:t xml:space="preserve"> advisor,</w:t>
        <w:br/>
        <w:t>他被定诈骗罪</w:t>
        <w:br/>
        <w:t>yet</w:t>
      </w:r>
      <w:r>
        <w:t xml:space="preserve"> he's</w:t>
      </w:r>
      <w:r>
        <w:t xml:space="preserve"> convicted</w:t>
      </w:r>
      <w:r>
        <w:t xml:space="preserve"> of</w:t>
      </w:r>
      <w:r>
        <w:t xml:space="preserve"> fraud,</w:t>
        <w:br/>
        <w:t>因勒索而两次被逮捕</w:t>
        <w:br/>
        <w:t>arrested</w:t>
      </w:r>
      <w:r>
        <w:t xml:space="preserve"> twice</w:t>
      </w:r>
      <w:r>
        <w:t xml:space="preserve"> for</w:t>
      </w:r>
      <w:r>
        <w:t xml:space="preserve"> blackmail.</w:t>
        <w:br/>
        <w:t>在他的电脑上发现了电子表格</w:t>
        <w:br/>
        <w:t>He's</w:t>
      </w:r>
      <w:r>
        <w:t xml:space="preserve"> got</w:t>
      </w:r>
      <w:r>
        <w:t xml:space="preserve"> spreadsheets</w:t>
      </w:r>
      <w:r>
        <w:t xml:space="preserve"> on</w:t>
      </w:r>
      <w:r>
        <w:t xml:space="preserve"> his</w:t>
      </w:r>
      <w:r>
        <w:t xml:space="preserve"> computer.</w:t>
        <w:br/>
        <w:t>我们需要法&amp;hearts;院&amp;hearts;授权的会计师来核查</w:t>
        <w:br/>
        <w:t>We'll</w:t>
      </w:r>
      <w:r>
        <w:t xml:space="preserve"> need</w:t>
      </w:r>
      <w:r>
        <w:t xml:space="preserve"> a</w:t>
      </w:r>
      <w:r>
        <w:t xml:space="preserve"> forensic</w:t>
      </w:r>
      <w:r>
        <w:t xml:space="preserve"> accountant</w:t>
      </w:r>
      <w:r>
        <w:t xml:space="preserve"> to</w:t>
      </w:r>
      <w:r>
        <w:t xml:space="preserve"> untangle</w:t>
      </w:r>
      <w:r>
        <w:t xml:space="preserve"> them.</w:t>
        <w:br/>
        <w:t>他是怎么勒索的？</w:t>
        <w:br/>
        <w:t>What</w:t>
      </w:r>
      <w:r>
        <w:t xml:space="preserve"> kind</w:t>
      </w:r>
      <w:r>
        <w:t xml:space="preserve"> of</w:t>
      </w:r>
      <w:r>
        <w:t xml:space="preserve"> blackmail</w:t>
      </w:r>
      <w:r>
        <w:t xml:space="preserve"> was</w:t>
      </w:r>
      <w:r>
        <w:t xml:space="preserve"> he</w:t>
      </w:r>
      <w:r>
        <w:t xml:space="preserve"> into?</w:t>
        <w:br/>
        <w:t>去查一查</w:t>
        <w:br/>
        <w:t>Check</w:t>
      </w:r>
      <w:r>
        <w:t xml:space="preserve"> it</w:t>
      </w:r>
      <w:r>
        <w:t xml:space="preserve"> out.</w:t>
        <w:br/>
        <w:t>他--他和一个已婚的妇女上&amp;hearts;床&amp;hearts;</w:t>
        <w:br/>
        <w:t>He-He</w:t>
      </w:r>
      <w:r>
        <w:t xml:space="preserve"> would</w:t>
      </w:r>
      <w:r>
        <w:t xml:space="preserve"> sleep</w:t>
      </w:r>
      <w:r>
        <w:t xml:space="preserve"> with</w:t>
      </w:r>
      <w:r>
        <w:t xml:space="preserve"> married</w:t>
      </w:r>
      <w:r>
        <w:t xml:space="preserve"> women,</w:t>
        <w:br/>
        <w:t>然后恐吓如果不付钱的话就告诉她的丈夫</w:t>
        <w:br/>
        <w:t>threaten</w:t>
      </w:r>
      <w:r>
        <w:t xml:space="preserve"> to</w:t>
      </w:r>
      <w:r>
        <w:t xml:space="preserve"> tell</w:t>
      </w:r>
      <w:r>
        <w:t xml:space="preserve"> the</w:t>
      </w:r>
      <w:r>
        <w:t xml:space="preserve"> husband</w:t>
      </w:r>
      <w:r>
        <w:t xml:space="preserve"> if</w:t>
      </w:r>
      <w:r>
        <w:t xml:space="preserve"> they</w:t>
      </w:r>
      <w:r>
        <w:t xml:space="preserve"> didn't</w:t>
      </w:r>
      <w:r>
        <w:t xml:space="preserve"> pay</w:t>
      </w:r>
      <w:r>
        <w:t xml:space="preserve"> him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off.</w:t>
        <w:br/>
        <w:t>干得漂亮</w:t>
        <w:br/>
        <w:t>Classy.</w:t>
        <w:br/>
        <w:t>Yeah</w:t>
      </w:r>
      <w:r>
        <w:t xml:space="preserve"> 能干的家伙</w:t>
        <w:br/>
        <w:t>Yeah.</w:t>
      </w:r>
      <w:r>
        <w:t xml:space="preserve"> Nice</w:t>
      </w:r>
      <w:r>
        <w:t xml:space="preserve"> guy.</w:t>
        <w:br/>
        <w:t>这是一个铁案</w:t>
      </w:r>
      <w:r>
        <w:t xml:space="preserve"> Don</w:t>
        <w:br/>
        <w:t>????,It</w:t>
      </w:r>
      <w:r>
        <w:t xml:space="preserve"> was</w:t>
      </w:r>
      <w:r>
        <w:t xml:space="preserve"> a</w:t>
      </w:r>
      <w:r>
        <w:t xml:space="preserve"> solid</w:t>
      </w:r>
      <w:r>
        <w:t xml:space="preserve"> job,</w:t>
      </w:r>
      <w:r>
        <w:t xml:space="preserve"> Don.</w:t>
        <w:br/>
        <w:t>指纹</w:t>
      </w:r>
      <w:r>
        <w:t xml:space="preserve"> 目击者</w:t>
      </w:r>
      <w:r>
        <w:t xml:space="preserve"> 以及自己的认罪</w:t>
        <w:br/>
        <w:t>Fingerprint,</w:t>
      </w:r>
      <w:r>
        <w:t xml:space="preserve"> eyewitness,confession.</w:t>
        <w:br/>
        <w:t>她被发现在自己的车里面</w:t>
        <w:br/>
        <w:t>She</w:t>
      </w:r>
      <w:r>
        <w:t xml:space="preserve"> was</w:t>
      </w:r>
      <w:r>
        <w:t xml:space="preserve"> found</w:t>
      </w:r>
      <w:r>
        <w:t xml:space="preserve"> in</w:t>
      </w:r>
      <w:r>
        <w:t xml:space="preserve"> her</w:t>
      </w:r>
      <w:r>
        <w:t xml:space="preserve"> car,</w:t>
        <w:br/>
        <w:t>但是我十分的肯定她是在另外的某个地方被杀</w:t>
        <w:br/>
        <w:t>although</w:t>
      </w:r>
      <w:r>
        <w:t xml:space="preserve"> I'm</w:t>
      </w:r>
      <w:r>
        <w:t xml:space="preserve"> pretty</w:t>
      </w:r>
      <w:r>
        <w:t xml:space="preserve"> darn</w:t>
      </w:r>
      <w:r>
        <w:t xml:space="preserve"> sure</w:t>
      </w:r>
      <w:r>
        <w:t xml:space="preserve"> she</w:t>
      </w:r>
      <w:r>
        <w:t xml:space="preserve"> was</w:t>
      </w:r>
      <w:r>
        <w:t xml:space="preserve"> killed</w:t>
      </w:r>
      <w:r>
        <w:t xml:space="preserve"> someplace</w:t>
      </w:r>
      <w:r>
        <w:t xml:space="preserve"> else.</w:t>
        <w:br/>
        <w:t>而他很明显是在自己的公&amp;hearts;寓&amp;hearts;里面遇害</w:t>
        <w:br/>
        <w:t>He</w:t>
      </w:r>
      <w:r>
        <w:t xml:space="preserve"> was</w:t>
      </w:r>
      <w:r>
        <w:t xml:space="preserve"> definitely</w:t>
      </w:r>
      <w:r>
        <w:t xml:space="preserve"> killed</w:t>
      </w:r>
      <w:r>
        <w:t xml:space="preserve"> in</w:t>
      </w:r>
      <w:r>
        <w:t xml:space="preserve"> his</w:t>
      </w:r>
      <w:r>
        <w:t xml:space="preserve"> apartment.</w:t>
        <w:br/>
        <w:t>除了这个</w:t>
        <w:br/>
        <w:t>I</w:t>
      </w:r>
      <w:r>
        <w:t xml:space="preserve"> mean,</w:t>
      </w:r>
      <w:r>
        <w:t xml:space="preserve"> other</w:t>
      </w:r>
      <w:r>
        <w:t xml:space="preserve"> than</w:t>
      </w:r>
      <w:r>
        <w:t xml:space="preserve"> that,</w:t>
        <w:br/>
        <w:t>其他的细节都惊人的一致</w:t>
        <w:br/>
        <w:t>every</w:t>
      </w:r>
      <w:r>
        <w:t xml:space="preserve"> detail</w:t>
      </w:r>
      <w:r>
        <w:t xml:space="preserve"> matches</w:t>
      </w:r>
      <w:r>
        <w:t xml:space="preserve"> up</w:t>
      </w:r>
      <w:r>
        <w:t xml:space="preserve"> perfectly.</w:t>
        <w:br/>
        <w:t>Hello?有人在家吗?</w:t>
        <w:br/>
        <w:t>Hello?</w:t>
      </w:r>
      <w:r>
        <w:t xml:space="preserve"> Anybody</w:t>
      </w:r>
      <w:r>
        <w:t xml:space="preserve"> home?</w:t>
        <w:br/>
        <w:t>Yeah</w:t>
      </w:r>
      <w:r>
        <w:t xml:space="preserve"> </w:t>
      </w:r>
      <w:r>
        <w:t xml:space="preserve"> Donny</w:t>
      </w:r>
      <w:r>
        <w:t xml:space="preserve"> </w:t>
      </w:r>
      <w:r>
        <w:t xml:space="preserve"> 我在这里</w:t>
        <w:br/>
        <w:t>Yeah,</w:t>
      </w:r>
      <w:r>
        <w:t xml:space="preserve"> Donny,I'm</w:t>
      </w:r>
      <w:r>
        <w:t xml:space="preserve"> here.</w:t>
        <w:br/>
        <w:t>Hey</w:t>
      </w:r>
      <w:r>
        <w:t xml:space="preserve"> </w:t>
      </w:r>
      <w:r>
        <w:t xml:space="preserve"> Dad</w:t>
      </w:r>
      <w:r>
        <w:t xml:space="preserve"> Charlie在哪里？</w:t>
        <w:br/>
        <w:t>Hey,</w:t>
      </w:r>
      <w:r>
        <w:t xml:space="preserve"> Dad,</w:t>
      </w:r>
      <w:r>
        <w:t xml:space="preserve"> where's</w:t>
      </w:r>
      <w:r>
        <w:t xml:space="preserve"> Charlie?</w:t>
        <w:br/>
        <w:t>Oh,我正在和Charlie聊天</w:t>
        <w:br/>
        <w:t>Oh,</w:t>
      </w:r>
      <w:r>
        <w:t xml:space="preserve"> I</w:t>
      </w:r>
      <w:r>
        <w:t xml:space="preserve"> was</w:t>
      </w:r>
      <w:r>
        <w:t xml:space="preserve"> just</w:t>
      </w:r>
      <w:r>
        <w:t xml:space="preserve"> talking</w:t>
      </w:r>
      <w:r>
        <w:t xml:space="preserve"> to</w:t>
      </w:r>
      <w:r>
        <w:t xml:space="preserve"> Charlie.</w:t>
        <w:br/>
        <w:t>他说你们FBI队正需要一个击球手</w:t>
        <w:br/>
        <w:t>He</w:t>
      </w:r>
      <w:r>
        <w:t xml:space="preserve"> said</w:t>
      </w:r>
      <w:r>
        <w:t xml:space="preserve"> your</w:t>
      </w:r>
      <w:r>
        <w:t xml:space="preserve"> FBI</w:t>
      </w:r>
      <w:r>
        <w:t xml:space="preserve"> team</w:t>
      </w:r>
      <w:r>
        <w:t xml:space="preserve"> needs</w:t>
      </w:r>
      <w:r>
        <w:t xml:space="preserve"> another</w:t>
      </w:r>
      <w:r>
        <w:t xml:space="preserve"> hitter.</w:t>
        <w:br/>
        <w:t>为什么你不加入?</w:t>
        <w:br/>
        <w:t>Why</w:t>
      </w:r>
      <w:r>
        <w:t xml:space="preserve"> aren't</w:t>
      </w:r>
      <w:r>
        <w:t xml:space="preserve"> you</w:t>
      </w:r>
      <w:r>
        <w:t xml:space="preserve"> playing</w:t>
      </w:r>
      <w:r>
        <w:t xml:space="preserve"> baseball</w:t>
      </w:r>
      <w:r>
        <w:t xml:space="preserve"> with</w:t>
      </w:r>
      <w:r>
        <w:t xml:space="preserve"> them?</w:t>
        <w:br/>
        <w:t>因为我没空来打棒球</w:t>
        <w:br/>
        <w:t>Because</w:t>
      </w:r>
      <w:r>
        <w:t xml:space="preserve"> I</w:t>
      </w:r>
      <w:r>
        <w:t xml:space="preserve"> don't</w:t>
      </w:r>
      <w:r>
        <w:t xml:space="preserve"> have</w:t>
      </w:r>
      <w:r>
        <w:t xml:space="preserve"> time</w:t>
      </w:r>
      <w:r>
        <w:t xml:space="preserve"> for</w:t>
      </w:r>
      <w:r>
        <w:t xml:space="preserve"> that.</w:t>
        <w:br/>
        <w:t>Hey</w:t>
      </w:r>
      <w:r>
        <w:t xml:space="preserve"> </w:t>
      </w:r>
      <w:r>
        <w:t xml:space="preserve"> Charlie</w:t>
        <w:br/>
        <w:t>Hey,</w:t>
      </w:r>
      <w:r>
        <w:t xml:space="preserve"> Charlie.</w:t>
        <w:br/>
        <w:t>你应该去的</w:t>
        <w:br/>
        <w:t>You</w:t>
      </w:r>
      <w:r>
        <w:t xml:space="preserve"> should</w:t>
      </w:r>
      <w:r>
        <w:t xml:space="preserve"> play.</w:t>
        <w:br/>
        <w:t>我是说</w:t>
      </w:r>
      <w:r>
        <w:t xml:space="preserve"> </w:t>
      </w:r>
      <w:r>
        <w:t xml:space="preserve"> 你没有理由要浪费这个机会...</w:t>
        <w:br/>
        <w:t>I</w:t>
      </w:r>
      <w:r>
        <w:t xml:space="preserve"> mean,</w:t>
      </w:r>
      <w:r>
        <w:t xml:space="preserve"> there's</w:t>
      </w:r>
      <w:r>
        <w:t xml:space="preserve"> no</w:t>
      </w:r>
      <w:r>
        <w:t xml:space="preserve"> reason</w:t>
      </w:r>
      <w:r>
        <w:t xml:space="preserve"> to</w:t>
      </w:r>
      <w:r>
        <w:t xml:space="preserve"> waste</w:t>
      </w:r>
      <w:r>
        <w:t xml:space="preserve"> that</w:t>
      </w:r>
      <w:r>
        <w:t xml:space="preserve"> experience...</w:t>
        <w:br/>
        <w:t>他们正需要一个强力的击球手</w:t>
      </w:r>
      <w:r>
        <w:t xml:space="preserve"> -</w:t>
      </w:r>
      <w:r>
        <w:t xml:space="preserve"> 你现在有空吗?</w:t>
        <w:br/>
        <w:t>they</w:t>
      </w:r>
      <w:r>
        <w:t xml:space="preserve"> need</w:t>
      </w:r>
      <w:r>
        <w:t xml:space="preserve"> a</w:t>
      </w:r>
      <w:r>
        <w:t xml:space="preserve"> power</w:t>
      </w:r>
      <w:r>
        <w:t xml:space="preserve"> hitter.</w:t>
      </w:r>
      <w:r>
        <w:t xml:space="preserve"> -</w:t>
      </w:r>
      <w:r>
        <w:t xml:space="preserve"> Look,</w:t>
      </w:r>
      <w:r>
        <w:t xml:space="preserve"> you</w:t>
      </w:r>
      <w:r>
        <w:t xml:space="preserve"> got</w:t>
      </w:r>
      <w:r>
        <w:t xml:space="preserve"> a</w:t>
      </w:r>
      <w:r>
        <w:t xml:space="preserve"> minute?</w:t>
        <w:br/>
        <w:t>这就是我想说的</w:t>
        <w:br/>
        <w:t>That's</w:t>
      </w:r>
      <w:r>
        <w:t xml:space="preserve"> what</w:t>
      </w:r>
      <w:r>
        <w:t xml:space="preserve"> I</w:t>
      </w:r>
      <w:r>
        <w:t xml:space="preserve"> was</w:t>
      </w:r>
      <w:r>
        <w:t xml:space="preserve"> getting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at.</w:t>
        <w:br/>
        <w:t>好的</w:t>
      </w:r>
      <w:r>
        <w:t xml:space="preserve"> 谢谢</w:t>
      </w:r>
      <w:r>
        <w:t xml:space="preserve"> -</w:t>
      </w:r>
      <w:r>
        <w:t xml:space="preserve"> 我马上要参加一个半个小时后的学术研讨会</w:t>
        <w:br/>
        <w:t>All</w:t>
      </w:r>
      <w:r>
        <w:t xml:space="preserve"> right,</w:t>
      </w:r>
      <w:r>
        <w:t xml:space="preserve"> thanks.</w:t>
      </w:r>
      <w:r>
        <w:t xml:space="preserve"> -</w:t>
      </w:r>
      <w:r>
        <w:t xml:space="preserve"> Actually,</w:t>
      </w:r>
      <w:r>
        <w:t xml:space="preserve"> I</w:t>
      </w:r>
      <w:r>
        <w:t xml:space="preserve"> got</w:t>
      </w:r>
      <w:r>
        <w:t xml:space="preserve"> a</w:t>
      </w:r>
      <w:r>
        <w:t xml:space="preserve"> seminar</w:t>
      </w:r>
      <w:r>
        <w:t xml:space="preserve"> in</w:t>
      </w:r>
      <w:r>
        <w:t xml:space="preserve"> about</w:t>
      </w:r>
      <w:r>
        <w:t xml:space="preserve"> a</w:t>
      </w:r>
      <w:r>
        <w:t xml:space="preserve"> half</w:t>
      </w:r>
      <w:r>
        <w:t xml:space="preserve"> hour.</w:t>
        <w:br/>
        <w:t>就说几句话</w:t>
      </w:r>
      <w:r>
        <w:t xml:space="preserve"> 怎么样?</w:t>
        <w:br/>
        <w:t>Just</w:t>
      </w:r>
      <w:r>
        <w:t xml:space="preserve"> give</w:t>
      </w:r>
      <w:r>
        <w:t xml:space="preserve"> me</w:t>
      </w:r>
      <w:r>
        <w:t xml:space="preserve"> a</w:t>
      </w:r>
      <w:r>
        <w:t xml:space="preserve"> minute,all</w:t>
      </w:r>
      <w:r>
        <w:t xml:space="preserve"> right?</w:t>
        <w:br/>
        <w:t>这是我们从电脑里面拷贝出来的文件</w:t>
      </w:r>
      <w:r>
        <w:t xml:space="preserve"> 我们认为它能够证明某种诈骗</w:t>
        <w:br/>
        <w:t>This</w:t>
      </w:r>
      <w:r>
        <w:t xml:space="preserve"> is</w:t>
      </w:r>
      <w:r>
        <w:t xml:space="preserve"> a</w:t>
      </w:r>
      <w:r>
        <w:t xml:space="preserve"> copy</w:t>
      </w:r>
      <w:r>
        <w:t xml:space="preserve"> of</w:t>
      </w:r>
      <w:r>
        <w:t xml:space="preserve"> a</w:t>
      </w:r>
      <w:r>
        <w:t xml:space="preserve"> file</w:t>
      </w:r>
      <w:r>
        <w:t xml:space="preserve"> we</w:t>
      </w:r>
      <w:r>
        <w:t xml:space="preserve"> pulled</w:t>
      </w:r>
      <w:r>
        <w:t xml:space="preserve"> off</w:t>
      </w:r>
      <w:r>
        <w:t xml:space="preserve"> a</w:t>
      </w:r>
      <w:r>
        <w:t xml:space="preserve"> computer</w:t>
      </w:r>
      <w:r>
        <w:t xml:space="preserve"> that</w:t>
      </w:r>
      <w:r>
        <w:t xml:space="preserve"> we</w:t>
      </w:r>
      <w:r>
        <w:t xml:space="preserve"> think</w:t>
      </w:r>
      <w:r>
        <w:t xml:space="preserve"> shows</w:t>
      </w:r>
      <w:r>
        <w:t xml:space="preserve"> some</w:t>
      </w:r>
      <w:r>
        <w:t xml:space="preserve"> kind</w:t>
      </w:r>
      <w:r>
        <w:t xml:space="preserve"> of</w:t>
      </w:r>
      <w:r>
        <w:t xml:space="preserve"> fraud.</w:t>
        <w:br/>
        <w:t>但是我们的授权会计师用脚趾头想问题</w:t>
        <w:br/>
        <w:t>The</w:t>
      </w:r>
      <w:r>
        <w:t xml:space="preserve"> problem</w:t>
      </w:r>
      <w:r>
        <w:t xml:space="preserve"> is</w:t>
      </w:r>
      <w:r>
        <w:t xml:space="preserve"> our</w:t>
      </w:r>
      <w:r>
        <w:t xml:space="preserve"> accountants</w:t>
      </w:r>
      <w:r>
        <w:t xml:space="preserve"> are</w:t>
      </w:r>
      <w:r>
        <w:t xml:space="preserve"> up</w:t>
      </w:r>
      <w:r>
        <w:t xml:space="preserve"> to</w:t>
      </w:r>
      <w:r>
        <w:t xml:space="preserve"> their</w:t>
      </w:r>
      <w:r>
        <w:t xml:space="preserve"> necks</w:t>
      </w:r>
      <w:r>
        <w:t xml:space="preserve"> in</w:t>
      </w:r>
      <w:r>
        <w:t xml:space="preserve"> this</w:t>
      </w:r>
      <w:r>
        <w:t xml:space="preserve"> big</w:t>
      </w:r>
      <w:r>
        <w:t xml:space="preserve"> racketeering</w:t>
      </w:r>
      <w:r>
        <w:t xml:space="preserve"> case;</w:t>
        <w:br/>
        <w:t>他们在下个星期以前搞不定这件事情</w:t>
        <w:br/>
        <w:t>they're</w:t>
      </w:r>
      <w:r>
        <w:t xml:space="preserve"> not</w:t>
      </w:r>
      <w:r>
        <w:t xml:space="preserve"> going</w:t>
      </w:r>
      <w:r>
        <w:t xml:space="preserve"> to</w:t>
      </w:r>
      <w:r>
        <w:t xml:space="preserve"> be</w:t>
      </w:r>
      <w:r>
        <w:t xml:space="preserve"> able</w:t>
      </w:r>
      <w:r>
        <w:t xml:space="preserve"> to</w:t>
      </w:r>
      <w:r>
        <w:t xml:space="preserve"> get</w:t>
      </w:r>
      <w:r>
        <w:t xml:space="preserve"> to</w:t>
      </w:r>
      <w:r>
        <w:t xml:space="preserve"> it</w:t>
      </w:r>
      <w:r>
        <w:t xml:space="preserve"> till</w:t>
      </w:r>
      <w:r>
        <w:t xml:space="preserve"> next</w:t>
      </w:r>
      <w:r>
        <w:t xml:space="preserve"> week.</w:t>
        <w:br/>
        <w:t>我很愿意帮忙</w:t>
        <w:br/>
        <w:t>Well,</w:t>
      </w:r>
      <w:r>
        <w:t xml:space="preserve"> love</w:t>
      </w:r>
      <w:r>
        <w:t xml:space="preserve"> to</w:t>
      </w:r>
      <w:r>
        <w:t xml:space="preserve"> help,</w:t>
        <w:br/>
        <w:t>但是我的准备这次学术研讨会的内容</w:t>
      </w:r>
      <w:r>
        <w:t xml:space="preserve"> 关于随机正交多项式的零元素</w:t>
        <w:br/>
        <w:t>but</w:t>
      </w:r>
      <w:r>
        <w:t xml:space="preserve"> I'm</w:t>
      </w:r>
      <w:r>
        <w:t xml:space="preserve"> preparing</w:t>
      </w:r>
      <w:r>
        <w:t xml:space="preserve"> a</w:t>
      </w:r>
      <w:r>
        <w:t xml:space="preserve"> seminar</w:t>
      </w:r>
      <w:r>
        <w:t xml:space="preserve"> on</w:t>
      </w:r>
      <w:r>
        <w:t xml:space="preserve"> zeros</w:t>
      </w:r>
      <w:r>
        <w:t xml:space="preserve"> of</w:t>
      </w:r>
      <w:r>
        <w:t xml:space="preserve"> random</w:t>
      </w:r>
      <w:r>
        <w:t xml:space="preserve"> orthogonal</w:t>
      </w:r>
      <w:r>
        <w:t xml:space="preserve"> polynomials.</w:t>
        <w:br/>
        <w:br/>
        <w:t>我没法优先的处理你的问题</w:t>
        <w:br/>
        <w:t>This</w:t>
      </w:r>
      <w:r>
        <w:t xml:space="preserve"> really</w:t>
      </w:r>
      <w:r>
        <w:t xml:space="preserve"> isn't</w:t>
      </w:r>
      <w:r>
        <w:t xml:space="preserve"> an</w:t>
      </w:r>
      <w:r>
        <w:t xml:space="preserve"> advanced</w:t>
      </w:r>
      <w:r>
        <w:t xml:space="preserve"> application.</w:t>
        <w:br/>
        <w:t>就当帮我一个忙吧</w:t>
      </w:r>
      <w:r>
        <w:t xml:space="preserve"> 怎么样?</w:t>
        <w:br/>
        <w:t>Look,</w:t>
      </w:r>
      <w:r>
        <w:t xml:space="preserve"> please,</w:t>
      </w:r>
      <w:r>
        <w:t xml:space="preserve"> just</w:t>
      </w:r>
      <w:r>
        <w:t xml:space="preserve"> do</w:t>
      </w:r>
      <w:r>
        <w:t xml:space="preserve"> me</w:t>
      </w:r>
      <w:r>
        <w:t xml:space="preserve"> a</w:t>
      </w:r>
      <w:r>
        <w:t xml:space="preserve"> favor,</w:t>
      </w:r>
      <w:r>
        <w:t xml:space="preserve"> all</w:t>
      </w:r>
      <w:r>
        <w:t xml:space="preserve"> right?</w:t>
        <w:br/>
        <w:t>15个月前</w:t>
      </w:r>
      <w:r>
        <w:t xml:space="preserve"> 我结了一桩案件</w:t>
        <w:br/>
        <w:t>15</w:t>
      </w:r>
      <w:r>
        <w:t xml:space="preserve"> months</w:t>
      </w:r>
      <w:r>
        <w:t xml:space="preserve"> ago,</w:t>
      </w:r>
      <w:r>
        <w:t xml:space="preserve"> I</w:t>
      </w:r>
      <w:r>
        <w:t xml:space="preserve"> closed</w:t>
      </w:r>
      <w:r>
        <w:t xml:space="preserve"> a</w:t>
      </w:r>
      <w:r>
        <w:t xml:space="preserve"> case:</w:t>
        <w:br/>
        <w:t>关于谋杀一个年轻的母亲</w:t>
        <w:br/>
        <w:t>the</w:t>
      </w:r>
      <w:r>
        <w:t xml:space="preserve"> murder</w:t>
      </w:r>
      <w:r>
        <w:t xml:space="preserve"> of</w:t>
      </w:r>
      <w:r>
        <w:t xml:space="preserve"> a</w:t>
      </w:r>
      <w:r>
        <w:t xml:space="preserve"> young</w:t>
      </w:r>
      <w:r>
        <w:t xml:space="preserve"> mother.</w:t>
        <w:br/>
        <w:t>现在</w:t>
      </w:r>
      <w:r>
        <w:t xml:space="preserve"> 那个罪犯正在监狱里面</w:t>
        <w:br/>
        <w:t>Now,</w:t>
      </w:r>
      <w:r>
        <w:t xml:space="preserve"> the</w:t>
      </w:r>
      <w:r>
        <w:t xml:space="preserve"> guy's</w:t>
      </w:r>
      <w:r>
        <w:t xml:space="preserve"> in</w:t>
      </w:r>
      <w:r>
        <w:t xml:space="preserve"> jail,</w:t>
        <w:br/>
        <w:t>但是刚才我们提到的文件的所有者</w:t>
      </w:r>
      <w:r>
        <w:t xml:space="preserve"> 被几乎完全一样的方式杀害</w:t>
        <w:br/>
        <w:t>but</w:t>
      </w:r>
      <w:r>
        <w:t xml:space="preserve"> the</w:t>
      </w:r>
      <w:r>
        <w:t xml:space="preserve"> owner</w:t>
      </w:r>
      <w:r>
        <w:t xml:space="preserve"> of</w:t>
      </w:r>
      <w:r>
        <w:t xml:space="preserve"> the</w:t>
      </w:r>
      <w:r>
        <w:t xml:space="preserve"> computer</w:t>
      </w:r>
      <w:r>
        <w:t xml:space="preserve"> we're</w:t>
      </w:r>
      <w:r>
        <w:t xml:space="preserve"> talking</w:t>
      </w:r>
      <w:r>
        <w:t xml:space="preserve"> about</w:t>
      </w:r>
      <w:r>
        <w:t xml:space="preserve"> here</w:t>
      </w:r>
      <w:r>
        <w:t xml:space="preserve"> was</w:t>
      </w:r>
      <w:r>
        <w:t xml:space="preserve"> just</w:t>
      </w:r>
      <w:r>
        <w:t xml:space="preserve"> killed</w:t>
      </w:r>
      <w:r>
        <w:t xml:space="preserve"> in</w:t>
      </w:r>
      <w:r>
        <w:t xml:space="preserve"> the</w:t>
      </w:r>
      <w:r>
        <w:t xml:space="preserve"> exact</w:t>
      </w:r>
      <w:r>
        <w:t xml:space="preserve"> same</w:t>
      </w:r>
      <w:r>
        <w:t xml:space="preserve"> way.</w:t>
        <w:br/>
        <w:t>你怀疑两个是有联&amp;hearts;系&amp;hearts;的</w:t>
        <w:br/>
        <w:t>You</w:t>
      </w:r>
      <w:r>
        <w:t xml:space="preserve"> suspect</w:t>
      </w:r>
      <w:r>
        <w:t xml:space="preserve"> the</w:t>
      </w:r>
      <w:r>
        <w:t xml:space="preserve"> two</w:t>
      </w:r>
      <w:r>
        <w:t xml:space="preserve"> are</w:t>
      </w:r>
      <w:r>
        <w:t xml:space="preserve"> related.</w:t>
        <w:br/>
        <w:t>这正是我要证明的东西</w:t>
        <w:br/>
        <w:t>Well,</w:t>
      </w:r>
      <w:r>
        <w:t xml:space="preserve"> that's</w:t>
      </w:r>
      <w:r>
        <w:t xml:space="preserve"> what</w:t>
      </w:r>
      <w:r>
        <w:t xml:space="preserve"> I'm</w:t>
      </w:r>
      <w:r>
        <w:t xml:space="preserve"> trying</w:t>
      </w:r>
      <w:r>
        <w:t xml:space="preserve"> to</w:t>
      </w:r>
      <w:r>
        <w:t xml:space="preserve"> determine.</w:t>
        <w:br/>
        <w:t>好的好的</w:t>
      </w:r>
      <w:r>
        <w:t xml:space="preserve"> 我会看看的</w:t>
      </w:r>
      <w:r>
        <w:t xml:space="preserve"> -</w:t>
      </w:r>
      <w:r>
        <w:t xml:space="preserve"> 谢谢你</w:t>
        <w:br/>
        <w:t>All</w:t>
      </w:r>
      <w:r>
        <w:t xml:space="preserve"> right,</w:t>
      </w:r>
      <w:r>
        <w:t xml:space="preserve"> all</w:t>
      </w:r>
      <w:r>
        <w:t xml:space="preserve"> right,I'll</w:t>
      </w:r>
      <w:r>
        <w:t xml:space="preserve"> check</w:t>
      </w:r>
      <w:r>
        <w:t xml:space="preserve"> it</w:t>
      </w:r>
      <w:r>
        <w:t xml:space="preserve"> out.</w:t>
      </w:r>
      <w:r>
        <w:t xml:space="preserve"> -</w:t>
      </w:r>
      <w:r>
        <w:t xml:space="preserve"> Thank</w:t>
      </w:r>
      <w:r>
        <w:t xml:space="preserve"> You</w:t>
        <w:br/>
        <w:t>那么...</w:t>
      </w:r>
      <w:r>
        <w:t xml:space="preserve"> </w:t>
        <w:br/>
        <w:t>So,</w:t>
        <w:br/>
        <w:t>你认为上次那个案件你们搞错了吗？</w:t>
        <w:br/>
        <w:t>what...you</w:t>
      </w:r>
      <w:r>
        <w:t xml:space="preserve"> think</w:t>
      </w:r>
      <w:r>
        <w:t xml:space="preserve"> you</w:t>
      </w:r>
      <w:r>
        <w:t xml:space="preserve"> made</w:t>
      </w:r>
      <w:r>
        <w:t xml:space="preserve"> a</w:t>
      </w:r>
      <w:r>
        <w:t xml:space="preserve"> mistake</w:t>
      </w:r>
      <w:r>
        <w:t xml:space="preserve"> on</w:t>
      </w:r>
      <w:r>
        <w:t xml:space="preserve"> your</w:t>
      </w:r>
      <w:r>
        <w:t xml:space="preserve"> old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case?</w:t>
        <w:br/>
        <w:t>不</w:t>
        <w:br/>
        <w:t>No.</w:t>
        <w:br/>
        <w:t>我们有坚实的证据</w:t>
        <w:br/>
        <w:t>I</w:t>
      </w:r>
      <w:r>
        <w:t xml:space="preserve"> mean,</w:t>
      </w:r>
      <w:r>
        <w:t xml:space="preserve"> we</w:t>
      </w:r>
      <w:r>
        <w:t xml:space="preserve"> had</w:t>
      </w:r>
      <w:r>
        <w:t xml:space="preserve"> solid</w:t>
      </w:r>
      <w:r>
        <w:t xml:space="preserve"> evidence,</w:t>
        <w:br/>
        <w:t>但是这两宗案件之间的相似性...</w:t>
        <w:br/>
        <w:t>but</w:t>
      </w:r>
      <w:r>
        <w:t xml:space="preserve"> the</w:t>
      </w:r>
      <w:r>
        <w:t xml:space="preserve"> similarity</w:t>
      </w:r>
      <w:r>
        <w:t xml:space="preserve"> between</w:t>
      </w:r>
      <w:r>
        <w:t xml:space="preserve"> the</w:t>
      </w:r>
      <w:r>
        <w:t xml:space="preserve"> cases</w:t>
      </w:r>
      <w:r>
        <w:t xml:space="preserve"> is</w:t>
      </w:r>
      <w:r>
        <w:t xml:space="preserve"> just...</w:t>
        <w:br/>
        <w:t>太明显了</w:t>
        <w:br/>
        <w:t>it's</w:t>
      </w:r>
      <w:r>
        <w:t xml:space="preserve"> too</w:t>
      </w:r>
      <w:r>
        <w:t xml:space="preserve"> glaring.</w:t>
        <w:br/>
        <w:t>好吧</w:t>
      </w:r>
      <w:r>
        <w:t xml:space="preserve"> 呃...</w:t>
        <w:br/>
        <w:t>Well,</w:t>
      </w:r>
      <w:r>
        <w:t xml:space="preserve"> uh...</w:t>
        <w:br/>
        <w:t>那个在监狱里的家伙是谁？</w:t>
        <w:br/>
        <w:t>who's</w:t>
      </w:r>
      <w:r>
        <w:t xml:space="preserve"> the</w:t>
      </w:r>
      <w:r>
        <w:t xml:space="preserve"> guy</w:t>
      </w:r>
      <w:r>
        <w:t xml:space="preserve"> that's</w:t>
      </w:r>
      <w:r>
        <w:t xml:space="preserve"> in</w:t>
      </w:r>
      <w:r>
        <w:t xml:space="preserve"> jail?</w:t>
        <w:br/>
        <w:t>Cliff</w:t>
      </w:r>
      <w:r>
        <w:t xml:space="preserve"> Howard.</w:t>
        <w:br/>
        <w:t>Cliff</w:t>
      </w:r>
      <w:r>
        <w:t xml:space="preserve"> Howard.</w:t>
        <w:br/>
        <w:t>他有抢劫</w:t>
      </w:r>
      <w:r>
        <w:t xml:space="preserve"> 劫车的前科</w:t>
        <w:br/>
        <w:t>He</w:t>
      </w:r>
      <w:r>
        <w:t xml:space="preserve"> had</w:t>
      </w:r>
      <w:r>
        <w:t xml:space="preserve"> a</w:t>
      </w:r>
      <w:r>
        <w:t xml:space="preserve"> record</w:t>
      </w:r>
      <w:r>
        <w:t xml:space="preserve"> for</w:t>
      </w:r>
      <w:r>
        <w:t xml:space="preserve"> robbery,</w:t>
      </w:r>
      <w:r>
        <w:t xml:space="preserve"> carjacking.</w:t>
        <w:br/>
        <w:t>他住在我们找到受害人的那个街区</w:t>
        <w:br/>
        <w:t>I</w:t>
      </w:r>
      <w:r>
        <w:t xml:space="preserve"> mean,</w:t>
      </w:r>
      <w:r>
        <w:t xml:space="preserve"> he</w:t>
      </w:r>
      <w:r>
        <w:t xml:space="preserve"> lived</w:t>
      </w:r>
      <w:r>
        <w:t xml:space="preserve"> blocks</w:t>
      </w:r>
      <w:r>
        <w:t xml:space="preserve"> from</w:t>
      </w:r>
      <w:r>
        <w:t xml:space="preserve"> where</w:t>
      </w:r>
      <w:r>
        <w:t xml:space="preserve"> we</w:t>
      </w:r>
      <w:r>
        <w:t xml:space="preserve"> found</w:t>
      </w:r>
      <w:r>
        <w:t xml:space="preserve"> the</w:t>
      </w:r>
      <w:r>
        <w:t xml:space="preserve"> victim.</w:t>
        <w:br/>
        <w:t>陪审团也认为是这个家伙犯的事吗？</w:t>
        <w:br/>
        <w:t>Well,</w:t>
      </w:r>
      <w:r>
        <w:t xml:space="preserve"> a</w:t>
      </w:r>
      <w:r>
        <w:t xml:space="preserve"> jury</w:t>
      </w:r>
      <w:r>
        <w:t xml:space="preserve"> thought</w:t>
      </w:r>
      <w:r>
        <w:t xml:space="preserve"> they</w:t>
      </w:r>
      <w:r>
        <w:t xml:space="preserve"> had</w:t>
      </w:r>
      <w:r>
        <w:t xml:space="preserve"> the</w:t>
      </w:r>
      <w:r>
        <w:t xml:space="preserve"> right</w:t>
      </w:r>
      <w:r>
        <w:t xml:space="preserve"> guy,</w:t>
      </w:r>
      <w:r>
        <w:t xml:space="preserve"> didn't</w:t>
      </w:r>
      <w:r>
        <w:t xml:space="preserve"> they?</w:t>
        <w:br/>
        <w:t>不</w:t>
      </w:r>
      <w:r>
        <w:t xml:space="preserve"> 当时并没有经过审判</w:t>
        <w:br/>
        <w:t>No.</w:t>
      </w:r>
      <w:r>
        <w:t xml:space="preserve"> Never</w:t>
      </w:r>
      <w:r>
        <w:t xml:space="preserve"> went</w:t>
      </w:r>
      <w:r>
        <w:t xml:space="preserve"> to</w:t>
      </w:r>
      <w:r>
        <w:t xml:space="preserve"> trial.</w:t>
        <w:br/>
        <w:t>他自觉的认罪以避免遭到判决无期徒刑</w:t>
        <w:br/>
        <w:t>Pleaded</w:t>
      </w:r>
      <w:r>
        <w:t xml:space="preserve"> guilty</w:t>
      </w:r>
      <w:r>
        <w:t xml:space="preserve"> to</w:t>
      </w:r>
      <w:r>
        <w:t xml:space="preserve"> avoid</w:t>
      </w:r>
      <w:r>
        <w:t xml:space="preserve"> a</w:t>
      </w:r>
      <w:r>
        <w:t xml:space="preserve"> life</w:t>
      </w:r>
      <w:r>
        <w:t xml:space="preserve"> sentence.</w:t>
        <w:br/>
        <w:t>当我移开Trevor</w:t>
      </w:r>
      <w:r>
        <w:t xml:space="preserve"> Riley的尸体的时候</w:t>
        <w:br/>
        <w:t>As</w:t>
      </w:r>
      <w:r>
        <w:t xml:space="preserve"> I</w:t>
      </w:r>
      <w:r>
        <w:t xml:space="preserve"> was</w:t>
      </w:r>
      <w:r>
        <w:t xml:space="preserve"> removing</w:t>
      </w:r>
      <w:r>
        <w:t xml:space="preserve"> Trevor</w:t>
      </w:r>
      <w:r>
        <w:t xml:space="preserve"> Riley's</w:t>
      </w:r>
      <w:r>
        <w:t xml:space="preserve"> body,</w:t>
        <w:br/>
        <w:t>我发现这个贴板松了</w:t>
        <w:br/>
        <w:t>I</w:t>
      </w:r>
      <w:r>
        <w:t xml:space="preserve"> noticed</w:t>
      </w:r>
      <w:r>
        <w:t xml:space="preserve"> the</w:t>
      </w:r>
      <w:r>
        <w:t xml:space="preserve"> facing</w:t>
      </w:r>
      <w:r>
        <w:t xml:space="preserve"> was</w:t>
      </w:r>
      <w:r>
        <w:t xml:space="preserve"> loose,</w:t>
        <w:br/>
        <w:t>然后我就拉开看看...</w:t>
        <w:br/>
        <w:t>and</w:t>
      </w:r>
      <w:r>
        <w:t xml:space="preserve"> when</w:t>
      </w:r>
      <w:r>
        <w:t xml:space="preserve"> I</w:t>
      </w:r>
      <w:r>
        <w:t xml:space="preserve"> pulled</w:t>
      </w:r>
      <w:r>
        <w:t xml:space="preserve"> it</w:t>
      </w:r>
      <w:r>
        <w:t xml:space="preserve"> off...</w:t>
        <w:br/>
        <w:t>这就是了</w:t>
      </w:r>
      <w:r>
        <w:t xml:space="preserve"> 有好几千吧?</w:t>
        <w:br/>
        <w:t>Must</w:t>
      </w:r>
      <w:r>
        <w:t xml:space="preserve"> be</w:t>
      </w:r>
      <w:r>
        <w:t xml:space="preserve"> what,several</w:t>
      </w:r>
      <w:r>
        <w:t xml:space="preserve"> thousand?</w:t>
        <w:br/>
        <w:t>老大...</w:t>
        <w:br/>
        <w:t>Sir...</w:t>
        <w:br/>
        <w:t>这里还有更多的</w:t>
        <w:br/>
        <w:t>we</w:t>
      </w:r>
      <w:r>
        <w:t xml:space="preserve"> got</w:t>
      </w:r>
      <w:r>
        <w:t xml:space="preserve"> some</w:t>
      </w:r>
      <w:r>
        <w:t xml:space="preserve"> more</w:t>
      </w:r>
      <w:r>
        <w:t xml:space="preserve"> over</w:t>
      </w:r>
      <w:r>
        <w:t xml:space="preserve"> here.</w:t>
        <w:br/>
        <w:t>这是最后的了</w:t>
        <w:br/>
        <w:t>Here's</w:t>
      </w:r>
      <w:r>
        <w:t xml:space="preserve"> the</w:t>
      </w:r>
      <w:r>
        <w:t xml:space="preserve"> last</w:t>
      </w:r>
      <w:r>
        <w:t xml:space="preserve"> of</w:t>
      </w:r>
      <w:r>
        <w:t xml:space="preserve"> it.</w:t>
        <w:br/>
        <w:t>大概有525,000美元</w:t>
        <w:br/>
        <w:t>About</w:t>
      </w:r>
      <w:r>
        <w:t xml:space="preserve"> $525,000.</w:t>
        <w:br/>
        <w:t>Yeah</w:t>
      </w:r>
      <w:r>
        <w:t xml:space="preserve"> </w:t>
      </w:r>
      <w:r>
        <w:t xml:space="preserve"> 他没法向银行解释这么大一笔款子</w:t>
        <w:br/>
        <w:t>Yeah.</w:t>
      </w:r>
      <w:r>
        <w:t xml:space="preserve"> No</w:t>
      </w:r>
      <w:r>
        <w:t xml:space="preserve"> way</w:t>
      </w:r>
      <w:r>
        <w:t xml:space="preserve"> he</w:t>
      </w:r>
      <w:r>
        <w:t xml:space="preserve"> could</w:t>
      </w:r>
      <w:r>
        <w:t xml:space="preserve"> explain</w:t>
      </w:r>
      <w:r>
        <w:t xml:space="preserve"> all</w:t>
      </w:r>
      <w:r>
        <w:t xml:space="preserve"> this</w:t>
      </w:r>
      <w:r>
        <w:t xml:space="preserve"> to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bank.</w:t>
        <w:br/>
        <w:t>Mm-mm.</w:t>
        <w:br/>
        <w:t>Mm-mm.</w:t>
        <w:br/>
        <w:t>信箱里面没有信件</w:t>
        <w:br/>
        <w:t>No</w:t>
      </w:r>
      <w:r>
        <w:t xml:space="preserve"> mail</w:t>
      </w:r>
      <w:r>
        <w:t xml:space="preserve"> in</w:t>
      </w:r>
      <w:r>
        <w:t xml:space="preserve"> the</w:t>
      </w:r>
      <w:r>
        <w:t xml:space="preserve"> box,</w:t>
        <w:br/>
        <w:t>电&amp;hearts;话&amp;hearts;关掉了</w:t>
        <w:br/>
        <w:t>phone's</w:t>
      </w:r>
      <w:r>
        <w:t xml:space="preserve"> turned</w:t>
      </w:r>
      <w:r>
        <w:t xml:space="preserve"> off,</w:t>
        <w:br/>
        <w:t>所有的家具都是租来的</w:t>
        <w:br/>
        <w:t>and</w:t>
      </w:r>
      <w:r>
        <w:t xml:space="preserve"> all</w:t>
      </w:r>
      <w:r>
        <w:t xml:space="preserve"> of</w:t>
      </w:r>
      <w:r>
        <w:t xml:space="preserve"> his</w:t>
      </w:r>
      <w:r>
        <w:t xml:space="preserve"> furniture's</w:t>
      </w:r>
      <w:r>
        <w:t xml:space="preserve"> rented.</w:t>
        <w:br/>
        <w:t>无论他是怎么行骗的</w:t>
      </w:r>
      <w:r>
        <w:t xml:space="preserve"> 他都打算继续下去</w:t>
        <w:br/>
        <w:t>Whatever</w:t>
      </w:r>
      <w:r>
        <w:t xml:space="preserve"> his</w:t>
      </w:r>
      <w:r>
        <w:t xml:space="preserve"> scam</w:t>
      </w:r>
      <w:r>
        <w:t xml:space="preserve"> was,he</w:t>
      </w:r>
      <w:r>
        <w:t xml:space="preserve"> was</w:t>
      </w:r>
      <w:r>
        <w:t xml:space="preserve"> getting</w:t>
      </w:r>
      <w:r>
        <w:t xml:space="preserve"> ready</w:t>
      </w:r>
      <w:r>
        <w:t xml:space="preserve"> to</w:t>
      </w:r>
      <w:r>
        <w:t xml:space="preserve"> move</w:t>
      </w:r>
      <w:r>
        <w:t xml:space="preserve"> on.</w:t>
        <w:br/>
        <w:t>对.</w:t>
        <w:br/>
        <w:t>Yep.</w:t>
        <w:br/>
        <w:t>是邻居</w:t>
        <w:br/>
        <w:t>Neighbor.</w:t>
        <w:br/>
        <w:t>我们过去看看</w:t>
        <w:br/>
        <w:t>Let's</w:t>
      </w:r>
      <w:r>
        <w:t xml:space="preserve"> go</w:t>
      </w:r>
      <w:r>
        <w:t xml:space="preserve"> check</w:t>
      </w:r>
      <w:r>
        <w:t xml:space="preserve"> him</w:t>
      </w:r>
      <w:r>
        <w:t xml:space="preserve"> out.</w:t>
        <w:br/>
        <w:t>昨晚当他们发现尸体的时候</w:t>
      </w:r>
      <w:r>
        <w:t xml:space="preserve"> 我正在听歌&amp;hearts;剧</w:t>
        <w:br/>
        <w:t>I</w:t>
      </w:r>
      <w:r>
        <w:t xml:space="preserve"> was</w:t>
      </w:r>
      <w:r>
        <w:t xml:space="preserve"> at</w:t>
      </w:r>
      <w:r>
        <w:t xml:space="preserve"> the</w:t>
      </w:r>
      <w:r>
        <w:t xml:space="preserve"> opera</w:t>
      </w:r>
      <w:r>
        <w:t xml:space="preserve"> last</w:t>
      </w:r>
      <w:r>
        <w:t xml:space="preserve"> night</w:t>
      </w:r>
      <w:r>
        <w:t xml:space="preserve"> when</w:t>
      </w:r>
      <w:r>
        <w:t xml:space="preserve"> they</w:t>
      </w:r>
      <w:r>
        <w:t xml:space="preserve"> found</w:t>
      </w:r>
      <w:r>
        <w:t xml:space="preserve"> the</w:t>
      </w:r>
      <w:r>
        <w:t xml:space="preserve"> body.</w:t>
        <w:br/>
        <w:t>我们认为他是在昨天早晨被杀害的</w:t>
      </w:r>
      <w:r>
        <w:t xml:space="preserve"> </w:t>
      </w:r>
      <w:r>
        <w:t xml:space="preserve"> 大概是早晨八点钟左右</w:t>
        <w:br/>
        <w:t>We</w:t>
      </w:r>
      <w:r>
        <w:t xml:space="preserve"> think</w:t>
      </w:r>
      <w:r>
        <w:t xml:space="preserve"> he</w:t>
      </w:r>
      <w:r>
        <w:t xml:space="preserve"> was</w:t>
      </w:r>
      <w:r>
        <w:t xml:space="preserve"> killed</w:t>
      </w:r>
      <w:r>
        <w:t xml:space="preserve"> yesterday</w:t>
      </w:r>
      <w:r>
        <w:t xml:space="preserve"> morning</w:t>
      </w:r>
      <w:r>
        <w:t xml:space="preserve"> at</w:t>
      </w:r>
      <w:r>
        <w:t xml:space="preserve"> about</w:t>
      </w:r>
      <w:r>
        <w:t xml:space="preserve"> 8:00</w:t>
      </w:r>
      <w:r>
        <w:t xml:space="preserve"> a.m.</w:t>
        <w:br/>
        <w:t>那个时候你在家里吗？</w:t>
        <w:br/>
        <w:t>Were</w:t>
      </w:r>
      <w:r>
        <w:t xml:space="preserve"> you</w:t>
      </w:r>
      <w:r>
        <w:t xml:space="preserve"> home?</w:t>
        <w:br/>
        <w:t>当时我已经准备去学校了</w:t>
        <w:br/>
        <w:t>I</w:t>
      </w:r>
      <w:r>
        <w:t xml:space="preserve"> was</w:t>
      </w:r>
      <w:r>
        <w:t xml:space="preserve"> getting</w:t>
      </w:r>
      <w:r>
        <w:t xml:space="preserve"> ready</w:t>
      </w:r>
      <w:r>
        <w:t xml:space="preserve"> for</w:t>
      </w:r>
      <w:r>
        <w:t xml:space="preserve"> school.</w:t>
        <w:br/>
        <w:t>我听到他那边在争吵</w:t>
        <w:br/>
        <w:t>I</w:t>
      </w:r>
      <w:r>
        <w:t xml:space="preserve"> heard</w:t>
      </w:r>
      <w:r>
        <w:t xml:space="preserve"> him</w:t>
      </w:r>
      <w:r>
        <w:t xml:space="preserve"> having</w:t>
      </w:r>
      <w:r>
        <w:t xml:space="preserve"> an</w:t>
      </w:r>
      <w:r>
        <w:t xml:space="preserve"> argument.</w:t>
        <w:br/>
        <w:t>虽然我的音乐声音很大</w:t>
        <w:br/>
        <w:t>I</w:t>
      </w:r>
      <w:r>
        <w:t xml:space="preserve"> had</w:t>
      </w:r>
      <w:r>
        <w:t xml:space="preserve"> my</w:t>
      </w:r>
      <w:r>
        <w:t xml:space="preserve"> music</w:t>
      </w:r>
      <w:r>
        <w:t xml:space="preserve"> on</w:t>
      </w:r>
      <w:r>
        <w:t xml:space="preserve"> loud,</w:t>
        <w:br/>
        <w:t>但是他们的声音更大</w:t>
        <w:br/>
        <w:t>but</w:t>
      </w:r>
      <w:r>
        <w:t xml:space="preserve"> they</w:t>
      </w:r>
      <w:r>
        <w:t xml:space="preserve"> were</w:t>
      </w:r>
      <w:r>
        <w:t xml:space="preserve"> louder.</w:t>
        <w:br/>
        <w:t>"他们"?</w:t>
      </w:r>
      <w:r>
        <w:t xml:space="preserve"> -</w:t>
      </w:r>
      <w:r>
        <w:t xml:space="preserve"> Yeah.</w:t>
        <w:br/>
        <w:t>"They"?</w:t>
      </w:r>
      <w:r>
        <w:t xml:space="preserve"> -</w:t>
      </w:r>
      <w:r>
        <w:t xml:space="preserve"> Yeah.</w:t>
        <w:br/>
        <w:t>是一个电工</w:t>
        <w:br/>
        <w:t>The</w:t>
      </w:r>
      <w:r>
        <w:t xml:space="preserve"> electrician.</w:t>
        <w:br/>
        <w:t>如果你再见到他的话</w:t>
      </w:r>
      <w:r>
        <w:t xml:space="preserve"> 能不能认得出来?</w:t>
        <w:br/>
        <w:t>Would</w:t>
      </w:r>
      <w:r>
        <w:t xml:space="preserve"> you</w:t>
      </w:r>
      <w:r>
        <w:t xml:space="preserve"> recognize</w:t>
      </w:r>
      <w:r>
        <w:t xml:space="preserve"> the</w:t>
      </w:r>
      <w:r>
        <w:t xml:space="preserve"> man</w:t>
      </w:r>
      <w:r>
        <w:t xml:space="preserve"> if</w:t>
      </w:r>
      <w:r>
        <w:t xml:space="preserve"> you</w:t>
      </w:r>
      <w:r>
        <w:t xml:space="preserve"> saw</w:t>
      </w:r>
      <w:r>
        <w:t xml:space="preserve"> him</w:t>
      </w:r>
      <w:r>
        <w:t xml:space="preserve"> again?</w:t>
        <w:br/>
        <w:t>Yeah</w:t>
      </w:r>
      <w:r>
        <w:t xml:space="preserve"> 他是一个西班牙人</w:t>
      </w:r>
      <w:r>
        <w:t xml:space="preserve"> </w:t>
        <w:br/>
        <w:t>Yeah,</w:t>
      </w:r>
      <w:r>
        <w:t xml:space="preserve"> he's</w:t>
      </w:r>
      <w:r>
        <w:t xml:space="preserve"> Hispanic.</w:t>
        <w:br/>
        <w:t>秃顶...</w:t>
        <w:br/>
        <w:t>Bald...</w:t>
        <w:br/>
        <w:t>他的车上印有"电气连接"</w:t>
        <w:br/>
        <w:t>His</w:t>
      </w:r>
      <w:r>
        <w:t xml:space="preserve"> van</w:t>
      </w:r>
      <w:r>
        <w:t xml:space="preserve"> says</w:t>
      </w:r>
      <w:r>
        <w:t xml:space="preserve"> "The</w:t>
      </w:r>
      <w:r>
        <w:t xml:space="preserve"> Electrician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Connection."</w:t>
        <w:br/>
        <w:t>你是一个老师?</w:t>
        <w:br/>
        <w:t>So,</w:t>
      </w:r>
      <w:r>
        <w:t xml:space="preserve"> you're</w:t>
      </w:r>
      <w:r>
        <w:t xml:space="preserve"> a</w:t>
      </w:r>
      <w:r>
        <w:t xml:space="preserve"> teacher?</w:t>
        <w:br/>
        <w:t>是的</w:t>
        <w:br/>
        <w:t>Yes.</w:t>
        <w:br/>
        <w:t>我在Westmore教授音乐</w:t>
        <w:br/>
        <w:t>I</w:t>
      </w:r>
      <w:r>
        <w:t xml:space="preserve"> teach</w:t>
      </w:r>
      <w:r>
        <w:t xml:space="preserve"> music</w:t>
      </w:r>
      <w:r>
        <w:t xml:space="preserve"> at</w:t>
      </w:r>
      <w:r>
        <w:t xml:space="preserve"> Westmore.</w:t>
        <w:br/>
        <w:t>你和Trevor</w:t>
      </w:r>
      <w:r>
        <w:t xml:space="preserve"> Riley</w:t>
      </w:r>
      <w:r>
        <w:t xml:space="preserve"> 有任何生意上或者经济事务上的来往吗?</w:t>
        <w:br/>
        <w:t>Did</w:t>
      </w:r>
      <w:r>
        <w:t xml:space="preserve"> you</w:t>
      </w:r>
      <w:r>
        <w:t xml:space="preserve"> ever</w:t>
      </w:r>
      <w:r>
        <w:t xml:space="preserve"> do</w:t>
      </w:r>
      <w:r>
        <w:t xml:space="preserve"> any</w:t>
      </w:r>
      <w:r>
        <w:t xml:space="preserve"> business</w:t>
      </w:r>
      <w:r>
        <w:t xml:space="preserve"> or</w:t>
      </w:r>
      <w:r>
        <w:t xml:space="preserve"> have</w:t>
      </w:r>
      <w:r>
        <w:t xml:space="preserve"> any</w:t>
      </w:r>
      <w:r>
        <w:t xml:space="preserve"> financial</w:t>
      </w:r>
      <w:r>
        <w:t xml:space="preserve"> dealings</w:t>
      </w:r>
      <w:r>
        <w:t xml:space="preserve"> with</w:t>
      </w:r>
      <w:r>
        <w:t xml:space="preserve"> him?</w:t>
        <w:br/>
        <w:t>没有</w:t>
      </w:r>
      <w:r>
        <w:t xml:space="preserve"> </w:t>
        <w:br/>
        <w:t>No.</w:t>
        <w:br/>
        <w:t>我知道他是一个类似于投资顾问一类的人?</w:t>
        <w:br/>
        <w:t>I</w:t>
      </w:r>
      <w:r>
        <w:t xml:space="preserve"> understand</w:t>
      </w:r>
      <w:r>
        <w:t xml:space="preserve"> he</w:t>
      </w:r>
      <w:r>
        <w:t xml:space="preserve"> was</w:t>
      </w:r>
      <w:r>
        <w:t xml:space="preserve"> some</w:t>
      </w:r>
      <w:r>
        <w:t xml:space="preserve"> kind</w:t>
      </w:r>
      <w:r>
        <w:t xml:space="preserve"> of</w:t>
      </w:r>
      <w:r>
        <w:t xml:space="preserve"> investment</w:t>
      </w:r>
      <w:r>
        <w:t xml:space="preserve"> counselor?</w:t>
        <w:br/>
        <w:t>Uh...我没有这方面的需求</w:t>
        <w:br/>
        <w:t>Uh...</w:t>
      </w:r>
      <w:r>
        <w:t xml:space="preserve"> I</w:t>
      </w:r>
      <w:r>
        <w:t xml:space="preserve"> didn't</w:t>
      </w:r>
      <w:r>
        <w:t xml:space="preserve"> have</w:t>
      </w:r>
      <w:r>
        <w:t xml:space="preserve"> any</w:t>
      </w:r>
      <w:r>
        <w:t xml:space="preserve"> need</w:t>
      </w:r>
      <w:r>
        <w:t xml:space="preserve"> for</w:t>
      </w:r>
      <w:r>
        <w:t xml:space="preserve"> that.</w:t>
        <w:br/>
        <w:t>教师的薪水足够了</w:t>
      </w:r>
      <w:r>
        <w:t xml:space="preserve"> 能够理解吧?</w:t>
        <w:br/>
        <w:t>Teacher's</w:t>
      </w:r>
      <w:r>
        <w:t xml:space="preserve"> salary,you</w:t>
      </w:r>
      <w:r>
        <w:t xml:space="preserve"> understand?</w:t>
        <w:br/>
        <w:t>你去过Trevor</w:t>
      </w:r>
      <w:r>
        <w:t xml:space="preserve"> Riley的公&amp;hearts;寓&amp;hearts;吗</w:t>
      </w:r>
      <w:r>
        <w:t xml:space="preserve"> Salazar先生?</w:t>
        <w:br/>
        <w:t>Were</w:t>
      </w:r>
      <w:r>
        <w:t xml:space="preserve"> you</w:t>
      </w:r>
      <w:r>
        <w:t xml:space="preserve"> ever</w:t>
      </w:r>
      <w:r>
        <w:t xml:space="preserve"> at</w:t>
      </w:r>
      <w:r>
        <w:t xml:space="preserve"> Trevor</w:t>
      </w:r>
      <w:r>
        <w:t xml:space="preserve"> Riley's</w:t>
      </w:r>
      <w:r>
        <w:t xml:space="preserve"> apartment,</w:t>
      </w:r>
      <w:r>
        <w:t xml:space="preserve"> Mr.</w:t>
      </w:r>
      <w:r>
        <w:t xml:space="preserve"> Salazar?</w:t>
        <w:br/>
        <w:t>是的</w:t>
      </w:r>
      <w:r>
        <w:t xml:space="preserve"> 我到过那里</w:t>
        <w:br/>
        <w:t>Yeah,</w:t>
      </w:r>
      <w:r>
        <w:t xml:space="preserve"> I</w:t>
      </w:r>
      <w:r>
        <w:t xml:space="preserve"> was</w:t>
      </w:r>
      <w:r>
        <w:t xml:space="preserve"> at</w:t>
      </w:r>
      <w:r>
        <w:t xml:space="preserve"> Trevor</w:t>
      </w:r>
      <w:r>
        <w:t xml:space="preserve"> Riley's</w:t>
      </w:r>
      <w:r>
        <w:t xml:space="preserve"> place.</w:t>
        <w:br/>
        <w:t>去修电灯</w:t>
        <w:br/>
        <w:t>To</w:t>
      </w:r>
      <w:r>
        <w:t xml:space="preserve"> fix</w:t>
      </w:r>
      <w:r>
        <w:t xml:space="preserve"> the</w:t>
      </w:r>
      <w:r>
        <w:t xml:space="preserve"> lights.</w:t>
        <w:br/>
        <w:t>昨天早晨?</w:t>
        <w:br/>
        <w:t>Yesterday</w:t>
      </w:r>
      <w:r>
        <w:t xml:space="preserve"> morning?</w:t>
        <w:br/>
        <w:t>两个月前.</w:t>
        <w:br/>
        <w:t>Two</w:t>
      </w:r>
      <w:r>
        <w:t xml:space="preserve"> months</w:t>
      </w:r>
      <w:r>
        <w:t xml:space="preserve"> ago.</w:t>
        <w:br/>
        <w:t>你还为Riley做过其他的事情吗?</w:t>
        <w:br/>
        <w:t>Did</w:t>
      </w:r>
      <w:r>
        <w:t xml:space="preserve"> you</w:t>
      </w:r>
      <w:r>
        <w:t xml:space="preserve"> do</w:t>
      </w:r>
      <w:r>
        <w:t xml:space="preserve"> any</w:t>
      </w:r>
      <w:r>
        <w:t xml:space="preserve"> other</w:t>
      </w:r>
      <w:r>
        <w:t xml:space="preserve"> work</w:t>
      </w:r>
      <w:r>
        <w:t xml:space="preserve"> for</w:t>
      </w:r>
      <w:r>
        <w:t xml:space="preserve"> Mr.</w:t>
      </w:r>
      <w:r>
        <w:t xml:space="preserve"> Riley?</w:t>
        <w:br/>
        <w:t>怎么了</w:t>
      </w:r>
      <w:r>
        <w:t xml:space="preserve"> 发生了什么事情?</w:t>
        <w:br/>
        <w:t>Why?</w:t>
      </w:r>
      <w:r>
        <w:t xml:space="preserve"> What's</w:t>
      </w:r>
      <w:r>
        <w:t xml:space="preserve"> going</w:t>
      </w:r>
      <w:r>
        <w:t xml:space="preserve"> on?</w:t>
        <w:br/>
        <w:t>做过其他的工作吗</w:t>
      </w:r>
      <w:r>
        <w:t xml:space="preserve"> </w:t>
      </w:r>
      <w:r>
        <w:t xml:space="preserve"> Salazar先生?</w:t>
        <w:br/>
        <w:t>Any</w:t>
      </w:r>
      <w:r>
        <w:t xml:space="preserve"> other</w:t>
      </w:r>
      <w:r>
        <w:t xml:space="preserve"> work,Mr.</w:t>
      </w:r>
      <w:r>
        <w:t xml:space="preserve"> Salazar?</w:t>
        <w:br/>
        <w:t>我为他的电脑走了几条地线</w:t>
        <w:br/>
        <w:t>I</w:t>
      </w:r>
      <w:r>
        <w:t xml:space="preserve"> ran</w:t>
      </w:r>
      <w:r>
        <w:t xml:space="preserve"> some</w:t>
      </w:r>
      <w:r>
        <w:t xml:space="preserve"> grounded</w:t>
      </w:r>
      <w:r>
        <w:t xml:space="preserve"> outlets</w:t>
      </w:r>
      <w:r>
        <w:t xml:space="preserve"> for</w:t>
      </w:r>
      <w:r>
        <w:t xml:space="preserve"> his</w:t>
      </w:r>
      <w:r>
        <w:t xml:space="preserve"> computers.</w:t>
        <w:br/>
        <w:t>你的公&amp;hearts;司&amp;hearts;并没有这个的相关纪录</w:t>
        <w:br/>
        <w:t>Your</w:t>
      </w:r>
      <w:r>
        <w:t xml:space="preserve"> company</w:t>
      </w:r>
      <w:r>
        <w:t xml:space="preserve"> doesn't</w:t>
      </w:r>
      <w:r>
        <w:t xml:space="preserve"> have</w:t>
      </w:r>
      <w:r>
        <w:t xml:space="preserve"> a</w:t>
      </w:r>
      <w:r>
        <w:t xml:space="preserve"> record</w:t>
      </w:r>
      <w:r>
        <w:t xml:space="preserve"> of</w:t>
      </w:r>
      <w:r>
        <w:t xml:space="preserve"> that.</w:t>
        <w:br/>
        <w:t>如果我的老板知道了</w:t>
      </w:r>
      <w:r>
        <w:t xml:space="preserve"> 我就会被炒鱿鱼</w:t>
        <w:br/>
        <w:t>My</w:t>
      </w:r>
      <w:r>
        <w:t xml:space="preserve"> boss</w:t>
      </w:r>
      <w:r>
        <w:t xml:space="preserve"> finds</w:t>
      </w:r>
      <w:r>
        <w:t xml:space="preserve"> out,I'm</w:t>
      </w:r>
      <w:r>
        <w:t xml:space="preserve"> fired,</w:t>
      </w:r>
      <w:r>
        <w:t xml:space="preserve"> okay?</w:t>
        <w:br/>
        <w:t>我有三个孩子要养.</w:t>
        <w:br/>
        <w:t>I've</w:t>
      </w:r>
      <w:r>
        <w:t xml:space="preserve"> got</w:t>
      </w:r>
      <w:r>
        <w:t xml:space="preserve"> three</w:t>
      </w:r>
      <w:r>
        <w:t xml:space="preserve"> kids.</w:t>
        <w:br/>
        <w:t>我必须私下里接一些事情</w:t>
        <w:br/>
        <w:t>I</w:t>
      </w:r>
      <w:r>
        <w:t xml:space="preserve"> got</w:t>
      </w:r>
      <w:r>
        <w:t xml:space="preserve"> to</w:t>
      </w:r>
      <w:r>
        <w:t xml:space="preserve"> take</w:t>
      </w:r>
      <w:r>
        <w:t xml:space="preserve"> work</w:t>
      </w:r>
      <w:r>
        <w:t xml:space="preserve"> off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books.</w:t>
        <w:br/>
        <w:t>我是在上班时间前去的那里</w:t>
        <w:br/>
        <w:t>I</w:t>
      </w:r>
      <w:r>
        <w:t xml:space="preserve"> went</w:t>
      </w:r>
      <w:r>
        <w:t xml:space="preserve"> there</w:t>
      </w:r>
      <w:r>
        <w:t xml:space="preserve"> before</w:t>
      </w:r>
      <w:r>
        <w:t xml:space="preserve"> work,never</w:t>
      </w:r>
      <w:r>
        <w:t xml:space="preserve"> on</w:t>
      </w:r>
      <w:r>
        <w:t xml:space="preserve"> the</w:t>
      </w:r>
      <w:r>
        <w:t xml:space="preserve"> clock.</w:t>
        <w:br/>
        <w:t>你什么时候安装的地线?</w:t>
        <w:br/>
        <w:t>When</w:t>
      </w:r>
      <w:r>
        <w:t xml:space="preserve"> did</w:t>
      </w:r>
      <w:r>
        <w:t xml:space="preserve"> you</w:t>
      </w:r>
      <w:r>
        <w:t xml:space="preserve"> install</w:t>
      </w:r>
      <w:r>
        <w:t xml:space="preserve"> the</w:t>
      </w:r>
      <w:r>
        <w:t xml:space="preserve"> outlets?</w:t>
        <w:br/>
        <w:t>我一共去过3次</w:t>
        <w:br/>
        <w:t>I</w:t>
      </w:r>
      <w:r>
        <w:t xml:space="preserve"> made</w:t>
      </w:r>
      <w:r>
        <w:t xml:space="preserve"> three</w:t>
      </w:r>
      <w:r>
        <w:t xml:space="preserve"> visits.</w:t>
        <w:br/>
        <w:t>最后一次是一个星期以前</w:t>
        <w:br/>
        <w:t>The</w:t>
      </w:r>
      <w:r>
        <w:t xml:space="preserve"> last</w:t>
      </w:r>
      <w:r>
        <w:t xml:space="preserve"> one</w:t>
      </w:r>
      <w:r>
        <w:t xml:space="preserve"> was</w:t>
      </w:r>
      <w:r>
        <w:t xml:space="preserve"> a</w:t>
      </w:r>
      <w:r>
        <w:t xml:space="preserve"> week</w:t>
      </w:r>
      <w:r>
        <w:t xml:space="preserve"> ago.</w:t>
        <w:br/>
        <w:t>你一个FBI到底来...</w:t>
      </w:r>
      <w:r>
        <w:t xml:space="preserve"> -</w:t>
      </w:r>
      <w:r>
        <w:t xml:space="preserve"> 你和Riley有过任何的争执吗</w:t>
        <w:br/>
        <w:t>How</w:t>
      </w:r>
      <w:r>
        <w:t xml:space="preserve"> is</w:t>
      </w:r>
      <w:r>
        <w:t xml:space="preserve"> this</w:t>
      </w:r>
      <w:r>
        <w:t xml:space="preserve"> an</w:t>
      </w:r>
      <w:r>
        <w:t xml:space="preserve"> FBI...</w:t>
      </w:r>
      <w:r>
        <w:t xml:space="preserve"> -</w:t>
      </w:r>
      <w:r>
        <w:t xml:space="preserve"> Did</w:t>
      </w:r>
      <w:r>
        <w:t xml:space="preserve"> you</w:t>
      </w:r>
      <w:r>
        <w:t xml:space="preserve"> ever</w:t>
      </w:r>
      <w:r>
        <w:t xml:space="preserve"> have</w:t>
      </w:r>
      <w:r>
        <w:t xml:space="preserve"> any</w:t>
      </w:r>
      <w:r>
        <w:t xml:space="preserve"> disagreements</w:t>
      </w:r>
      <w:r>
        <w:t xml:space="preserve"> with</w:t>
      </w:r>
      <w:r>
        <w:t xml:space="preserve"> Riley,</w:t>
        <w:br/>
        <w:t>任何时候?</w:t>
        <w:br/>
        <w:t>at</w:t>
      </w:r>
      <w:r>
        <w:t xml:space="preserve"> all,at</w:t>
      </w:r>
      <w:r>
        <w:t xml:space="preserve"> any</w:t>
      </w:r>
      <w:r>
        <w:t xml:space="preserve"> time?</w:t>
        <w:br/>
        <w:t>当我完成我的工作的时候...</w:t>
        <w:br/>
        <w:t>When</w:t>
      </w:r>
      <w:r>
        <w:t xml:space="preserve"> I</w:t>
      </w:r>
      <w:r>
        <w:t xml:space="preserve"> was</w:t>
      </w:r>
      <w:r>
        <w:t xml:space="preserve"> finished...</w:t>
        <w:br/>
        <w:t>他想少付一些</w:t>
        <w:br/>
        <w:t>he</w:t>
      </w:r>
      <w:r>
        <w:t xml:space="preserve"> tried</w:t>
      </w:r>
      <w:r>
        <w:t xml:space="preserve"> to</w:t>
      </w:r>
      <w:r>
        <w:t xml:space="preserve"> underpay</w:t>
      </w:r>
      <w:r>
        <w:t xml:space="preserve"> me.</w:t>
        <w:br/>
        <w:t>但是我们已经解决了</w:t>
        <w:br/>
        <w:t>We</w:t>
      </w:r>
      <w:r>
        <w:t xml:space="preserve"> worked</w:t>
      </w:r>
      <w:r>
        <w:t xml:space="preserve"> it</w:t>
      </w:r>
      <w:r>
        <w:t xml:space="preserve"> out.</w:t>
        <w:br/>
        <w:t>那么就是说你昨天早晨不在那里?</w:t>
        <w:br/>
        <w:t>And</w:t>
      </w:r>
      <w:r>
        <w:t xml:space="preserve"> you</w:t>
      </w:r>
      <w:r>
        <w:t xml:space="preserve"> weren't</w:t>
      </w:r>
      <w:r>
        <w:t xml:space="preserve"> there</w:t>
      </w:r>
      <w:r>
        <w:t xml:space="preserve"> yesterday</w:t>
      </w:r>
      <w:r>
        <w:t xml:space="preserve"> morning?</w:t>
        <w:br/>
        <w:t>我在击球笼俱乐部</w:t>
        <w:br/>
        <w:t>I</w:t>
      </w:r>
      <w:r>
        <w:t xml:space="preserve"> was</w:t>
      </w:r>
      <w:r>
        <w:t xml:space="preserve"> at</w:t>
      </w:r>
      <w:r>
        <w:t xml:space="preserve"> the</w:t>
      </w:r>
      <w:r>
        <w:t xml:space="preserve"> batting</w:t>
      </w:r>
      <w:r>
        <w:t xml:space="preserve"> cages.</w:t>
        <w:br/>
        <w:t>我每周二和四去那里</w:t>
        <w:br/>
        <w:t>I'm</w:t>
      </w:r>
      <w:r>
        <w:t xml:space="preserve"> there</w:t>
      </w:r>
      <w:r>
        <w:t xml:space="preserve"> every</w:t>
      </w:r>
      <w:r>
        <w:t xml:space="preserve"> Tuesday</w:t>
      </w:r>
      <w:r>
        <w:t xml:space="preserve"> and</w:t>
      </w:r>
      <w:r>
        <w:t xml:space="preserve"> Thursday.</w:t>
        <w:br/>
        <w:t>会员们能随时来</w:t>
        <w:br/>
        <w:t>Members</w:t>
      </w:r>
      <w:r>
        <w:t xml:space="preserve"> can</w:t>
      </w:r>
      <w:r>
        <w:t xml:space="preserve"> come</w:t>
      </w:r>
      <w:r>
        <w:t xml:space="preserve"> and</w:t>
      </w:r>
      <w:r>
        <w:t xml:space="preserve"> go</w:t>
      </w:r>
      <w:r>
        <w:t xml:space="preserve"> whenever.</w:t>
        <w:br/>
        <w:t>他们不需要签到吗?</w:t>
        <w:br/>
        <w:t>They</w:t>
      </w:r>
      <w:r>
        <w:t xml:space="preserve"> don't</w:t>
      </w:r>
      <w:r>
        <w:t xml:space="preserve"> have</w:t>
      </w:r>
      <w:r>
        <w:t xml:space="preserve"> to</w:t>
      </w:r>
      <w:r>
        <w:t xml:space="preserve"> sign</w:t>
      </w:r>
      <w:r>
        <w:t xml:space="preserve"> in?</w:t>
        <w:br/>
        <w:t>不用</w:t>
      </w:r>
      <w:r>
        <w:t xml:space="preserve"> 他们有一个密&amp;hearts;码&amp;hearts;</w:t>
        <w:br/>
        <w:t>No,</w:t>
      </w:r>
      <w:r>
        <w:t xml:space="preserve"> they</w:t>
      </w:r>
      <w:r>
        <w:t xml:space="preserve"> get</w:t>
      </w:r>
      <w:r>
        <w:t xml:space="preserve"> a</w:t>
      </w:r>
      <w:r>
        <w:t xml:space="preserve"> combination.</w:t>
        <w:br/>
        <w:t>能够在早晨六点至晚上十一点中</w:t>
        <w:br/>
        <w:t>They</w:t>
      </w:r>
      <w:r>
        <w:t xml:space="preserve"> can</w:t>
      </w:r>
      <w:r>
        <w:t xml:space="preserve"> punch</w:t>
      </w:r>
      <w:r>
        <w:t xml:space="preserve"> it</w:t>
      </w:r>
      <w:r>
        <w:t xml:space="preserve"> in</w:t>
      </w:r>
      <w:r>
        <w:t xml:space="preserve"> anytime</w:t>
        <w:br/>
        <w:t>任何时间来打卡</w:t>
        <w:br/>
        <w:t>between</w:t>
      </w:r>
      <w:r>
        <w:t xml:space="preserve"> 6:00</w:t>
      </w:r>
      <w:r>
        <w:t xml:space="preserve"> a.m.</w:t>
      </w:r>
      <w:r>
        <w:t xml:space="preserve"> and</w:t>
      </w:r>
      <w:r>
        <w:t xml:space="preserve"> 11:00</w:t>
      </w:r>
      <w:r>
        <w:t xml:space="preserve"> p.m.</w:t>
        <w:br/>
        <w:t>在周末会持续到午夜</w:t>
        <w:br/>
        <w:t>Midnight</w:t>
      </w:r>
      <w:r>
        <w:t xml:space="preserve"> on</w:t>
      </w:r>
      <w:r>
        <w:t xml:space="preserve"> weekends.</w:t>
        <w:br/>
        <w:t>那么安全录像呢?</w:t>
        <w:br/>
        <w:t>How</w:t>
      </w:r>
      <w:r>
        <w:t xml:space="preserve"> about</w:t>
      </w:r>
      <w:r>
        <w:t xml:space="preserve"> a</w:t>
      </w:r>
      <w:r>
        <w:t xml:space="preserve"> security</w:t>
      </w:r>
      <w:r>
        <w:t xml:space="preserve"> cam?</w:t>
        <w:br/>
        <w:t>有什么办法我们能够看到录像带?</w:t>
        <w:br/>
        <w:t>Any</w:t>
      </w:r>
      <w:r>
        <w:t xml:space="preserve"> way</w:t>
      </w:r>
      <w:r>
        <w:t xml:space="preserve"> I</w:t>
      </w:r>
      <w:r>
        <w:t xml:space="preserve"> can</w:t>
      </w:r>
      <w:r>
        <w:t xml:space="preserve"> get</w:t>
      </w:r>
      <w:r>
        <w:t xml:space="preserve"> a</w:t>
      </w:r>
      <w:r>
        <w:t xml:space="preserve"> look</w:t>
      </w:r>
      <w:r>
        <w:t xml:space="preserve"> at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tape?</w:t>
        <w:br/>
        <w:t>那个被一个球给打坏了</w:t>
        <w:br/>
        <w:t>It</w:t>
      </w:r>
      <w:r>
        <w:t xml:space="preserve"> got</w:t>
      </w:r>
      <w:r>
        <w:t xml:space="preserve"> busted.</w:t>
        <w:br/>
        <w:t>一个坏球</w:t>
        <w:br/>
        <w:t>Foul</w:t>
      </w:r>
      <w:r>
        <w:t xml:space="preserve"> ball.</w:t>
        <w:br/>
        <w:t>那么Salazar和受害者有过打斗</w:t>
        <w:br/>
        <w:t>So</w:t>
      </w:r>
      <w:r>
        <w:t xml:space="preserve"> Salazar</w:t>
      </w:r>
      <w:r>
        <w:t xml:space="preserve"> has</w:t>
      </w:r>
      <w:r>
        <w:t xml:space="preserve"> a</w:t>
      </w:r>
      <w:r>
        <w:t xml:space="preserve"> fight</w:t>
      </w:r>
      <w:r>
        <w:t xml:space="preserve"> with</w:t>
      </w:r>
      <w:r>
        <w:t xml:space="preserve"> the</w:t>
      </w:r>
      <w:r>
        <w:t xml:space="preserve"> victim,</w:t>
        <w:br/>
        <w:t>他的说辞并不可靠</w:t>
        <w:br/>
        <w:t>and</w:t>
      </w:r>
      <w:r>
        <w:t xml:space="preserve"> his</w:t>
      </w:r>
      <w:r>
        <w:t xml:space="preserve"> alibi</w:t>
      </w:r>
      <w:r>
        <w:t xml:space="preserve"> doesn't</w:t>
      </w:r>
      <w:r>
        <w:t xml:space="preserve"> hold</w:t>
      </w:r>
      <w:r>
        <w:t xml:space="preserve"> up.</w:t>
        <w:br/>
        <w:t>你是觉得一个电工有合适的金属线来实施杀害?</w:t>
        <w:br/>
        <w:t>I</w:t>
      </w:r>
      <w:r>
        <w:t xml:space="preserve"> mean,</w:t>
      </w:r>
      <w:r>
        <w:t xml:space="preserve"> you</w:t>
      </w:r>
      <w:r>
        <w:t xml:space="preserve"> got</w:t>
      </w:r>
      <w:r>
        <w:t xml:space="preserve"> to</w:t>
      </w:r>
      <w:r>
        <w:t xml:space="preserve"> figure</w:t>
      </w:r>
      <w:r>
        <w:t xml:space="preserve"> an</w:t>
      </w:r>
      <w:r>
        <w:t xml:space="preserve"> electrician's</w:t>
      </w:r>
      <w:r>
        <w:t xml:space="preserve"> gonna</w:t>
      </w:r>
      <w:r>
        <w:t xml:space="preserve"> have</w:t>
      </w:r>
      <w:r>
        <w:t xml:space="preserve"> the</w:t>
      </w:r>
      <w:r>
        <w:t xml:space="preserve"> fine-gauge</w:t>
      </w:r>
      <w:r>
        <w:t xml:space="preserve"> wire</w:t>
      </w:r>
      <w:r>
        <w:t xml:space="preserve"> used</w:t>
      </w:r>
      <w:r>
        <w:t xml:space="preserve"> in</w:t>
      </w:r>
      <w:r>
        <w:t xml:space="preserve"> both</w:t>
      </w:r>
      <w:r>
        <w:t xml:space="preserve"> killings,</w:t>
      </w:r>
      <w:r>
        <w:t xml:space="preserve"> right?</w:t>
        <w:br/>
        <w:t>Yeah.</w:t>
        <w:br/>
        <w:t>Yeah.</w:t>
        <w:br/>
        <w:t>也许他在Lisa</w:t>
      </w:r>
      <w:r>
        <w:t xml:space="preserve"> Bayle的家里也做过事情</w:t>
        <w:br/>
        <w:t>Maybe</w:t>
      </w:r>
      <w:r>
        <w:t xml:space="preserve"> he</w:t>
      </w:r>
      <w:r>
        <w:t xml:space="preserve"> did</w:t>
      </w:r>
      <w:r>
        <w:t xml:space="preserve"> some</w:t>
      </w:r>
      <w:r>
        <w:t xml:space="preserve"> work</w:t>
      </w:r>
      <w:r>
        <w:t xml:space="preserve"> at</w:t>
      </w:r>
      <w:r>
        <w:t xml:space="preserve"> Lisa</w:t>
      </w:r>
      <w:r>
        <w:t xml:space="preserve"> Bayle's</w:t>
      </w:r>
      <w:r>
        <w:t xml:space="preserve"> house.</w:t>
        <w:br/>
        <w:t>如果我们能证明Salazar杀害了Trevor</w:t>
      </w:r>
      <w:r>
        <w:t xml:space="preserve"> Riley</w:t>
        <w:br/>
        <w:t>You're</w:t>
      </w:r>
      <w:r>
        <w:t xml:space="preserve"> thinking</w:t>
      </w:r>
      <w:r>
        <w:t xml:space="preserve"> if</w:t>
      </w:r>
      <w:r>
        <w:t xml:space="preserve"> we</w:t>
      </w:r>
      <w:r>
        <w:t xml:space="preserve"> can</w:t>
      </w:r>
      <w:r>
        <w:t xml:space="preserve"> prove</w:t>
      </w:r>
      <w:r>
        <w:t xml:space="preserve"> Salazar</w:t>
      </w:r>
      <w:r>
        <w:t xml:space="preserve"> killed</w:t>
      </w:r>
      <w:r>
        <w:t xml:space="preserve"> Trevor</w:t>
      </w:r>
      <w:r>
        <w:t xml:space="preserve"> Riley,</w:t>
        <w:br/>
        <w:t>那么我们就能找到Salazar和Bayle的联&amp;hearts;系&amp;hearts;...</w:t>
        <w:br/>
        <w:t>then</w:t>
      </w:r>
      <w:r>
        <w:t xml:space="preserve"> we</w:t>
      </w:r>
      <w:r>
        <w:t xml:space="preserve"> find</w:t>
      </w:r>
      <w:r>
        <w:t xml:space="preserve"> a</w:t>
      </w:r>
      <w:r>
        <w:t xml:space="preserve"> link</w:t>
      </w:r>
      <w:r>
        <w:t xml:space="preserve"> between</w:t>
      </w:r>
      <w:r>
        <w:t xml:space="preserve"> Salaza</w:t>
      </w:r>
      <w:r>
        <w:t xml:space="preserve"> and</w:t>
      </w:r>
      <w:r>
        <w:t xml:space="preserve"> Bayle...</w:t>
        <w:br/>
        <w:t>我认为我们应该集中精力在是什么让Riley被杀了</w:t>
        <w:br/>
        <w:t>I'm</w:t>
      </w:r>
      <w:r>
        <w:t xml:space="preserve"> thinking</w:t>
      </w:r>
      <w:r>
        <w:t xml:space="preserve"> we</w:t>
      </w:r>
      <w:r>
        <w:t xml:space="preserve"> should</w:t>
      </w:r>
      <w:r>
        <w:t xml:space="preserve"> be</w:t>
      </w:r>
      <w:r>
        <w:t xml:space="preserve"> focusing</w:t>
      </w:r>
      <w:r>
        <w:t xml:space="preserve"> on</w:t>
      </w:r>
      <w:r>
        <w:t xml:space="preserve"> what</w:t>
      </w:r>
      <w:r>
        <w:t xml:space="preserve"> got</w:t>
      </w:r>
      <w:r>
        <w:t xml:space="preserve"> Riley</w:t>
      </w:r>
      <w:r>
        <w:t xml:space="preserve"> killed.</w:t>
        <w:br/>
        <w:t>Riley采用了一种...</w:t>
        <w:br/>
        <w:t>Riley</w:t>
      </w:r>
      <w:r>
        <w:t xml:space="preserve"> was</w:t>
      </w:r>
      <w:r>
        <w:t xml:space="preserve"> running</w:t>
      </w:r>
      <w:r>
        <w:t xml:space="preserve"> a</w:t>
      </w:r>
      <w:r>
        <w:t xml:space="preserve"> fraud...</w:t>
        <w:br/>
        <w:t>类似于金字塔的方式行骗</w:t>
        <w:br/>
        <w:t>a</w:t>
      </w:r>
      <w:r>
        <w:t xml:space="preserve"> classic</w:t>
      </w:r>
      <w:r>
        <w:t xml:space="preserve"> pyramid</w:t>
      </w:r>
      <w:r>
        <w:t xml:space="preserve"> scheme.</w:t>
        <w:br/>
        <w:t>你直接告诉我们你得到了什么吧</w:t>
        <w:br/>
        <w:t>Why</w:t>
      </w:r>
      <w:r>
        <w:t xml:space="preserve"> don't</w:t>
      </w:r>
      <w:r>
        <w:t xml:space="preserve"> you</w:t>
      </w:r>
      <w:r>
        <w:t xml:space="preserve"> tell</w:t>
      </w:r>
      <w:r>
        <w:t xml:space="preserve"> us</w:t>
      </w:r>
      <w:r>
        <w:t xml:space="preserve"> what</w:t>
      </w:r>
      <w:r>
        <w:t xml:space="preserve"> you</w:t>
      </w:r>
      <w:r>
        <w:t xml:space="preserve"> know?</w:t>
        <w:br/>
        <w:t>他给Smith-Waterson的每个投资者发一封电子邮件</w:t>
        <w:br/>
        <w:t>He</w:t>
      </w:r>
      <w:r>
        <w:t xml:space="preserve"> sent</w:t>
      </w:r>
      <w:r>
        <w:t xml:space="preserve"> e-mails</w:t>
      </w:r>
      <w:r>
        <w:t xml:space="preserve"> to</w:t>
      </w:r>
      <w:r>
        <w:t xml:space="preserve"> investors</w:t>
      </w:r>
      <w:r>
        <w:t xml:space="preserve"> at</w:t>
      </w:r>
      <w:r>
        <w:t xml:space="preserve"> Smith-Waterson</w:t>
        <w:br/>
        <w:t>并使那个邮件看起来像是官方的通知</w:t>
        <w:br/>
        <w:t>that</w:t>
      </w:r>
      <w:r>
        <w:t xml:space="preserve"> looked</w:t>
      </w:r>
      <w:r>
        <w:t xml:space="preserve"> like</w:t>
      </w:r>
      <w:r>
        <w:t xml:space="preserve"> official</w:t>
      </w:r>
      <w:r>
        <w:t xml:space="preserve"> communication.</w:t>
        <w:br/>
        <w:t>这就是"哄骗"</w:t>
        <w:br/>
        <w:t>It's</w:t>
      </w:r>
      <w:r>
        <w:t xml:space="preserve"> called</w:t>
      </w:r>
      <w:r>
        <w:t xml:space="preserve"> "spoofing."</w:t>
        <w:br/>
        <w:t>这些邮件声明他为Smith-Waterson代言</w:t>
        <w:br/>
        <w:t>Those</w:t>
      </w:r>
      <w:r>
        <w:t xml:space="preserve"> e-mails</w:t>
      </w:r>
      <w:r>
        <w:t xml:space="preserve"> claimed</w:t>
      </w:r>
      <w:r>
        <w:t xml:space="preserve"> that</w:t>
      </w:r>
      <w:r>
        <w:t xml:space="preserve"> he</w:t>
      </w:r>
      <w:r>
        <w:t xml:space="preserve"> was</w:t>
      </w:r>
      <w:r>
        <w:t xml:space="preserve"> connected</w:t>
      </w:r>
      <w:r>
        <w:t xml:space="preserve"> to</w:t>
      </w:r>
      <w:r>
        <w:t xml:space="preserve"> Smith-Waterson;</w:t>
        <w:br/>
        <w:t>并要求投资者将自己的信息发给他</w:t>
        <w:br/>
        <w:t>asked</w:t>
      </w:r>
      <w:r>
        <w:t xml:space="preserve"> investors</w:t>
      </w:r>
      <w:r>
        <w:t xml:space="preserve"> to</w:t>
      </w:r>
      <w:r>
        <w:t xml:space="preserve"> send</w:t>
      </w:r>
      <w:r>
        <w:t xml:space="preserve"> him</w:t>
      </w:r>
      <w:r>
        <w:t xml:space="preserve"> information:</w:t>
        <w:br/>
        <w:t>用户名</w:t>
      </w:r>
      <w:r>
        <w:t xml:space="preserve"> 密&amp;hearts;码&amp;hearts;</w:t>
      </w:r>
      <w:r>
        <w:t xml:space="preserve"> 以及其他的一些东西...</w:t>
        <w:br/>
        <w:t>user</w:t>
      </w:r>
      <w:r>
        <w:t xml:space="preserve"> I.D.'s,</w:t>
      </w:r>
      <w:r>
        <w:t xml:space="preserve"> security</w:t>
      </w:r>
      <w:r>
        <w:t xml:space="preserve"> codes</w:t>
      </w:r>
      <w:r>
        <w:t xml:space="preserve"> and</w:t>
      </w:r>
      <w:r>
        <w:t xml:space="preserve"> such...</w:t>
        <w:br/>
        <w:t>所以他能够进入他们的账户</w:t>
        <w:br/>
        <w:t>so</w:t>
      </w:r>
      <w:r>
        <w:t xml:space="preserve"> he</w:t>
      </w:r>
      <w:r>
        <w:t xml:space="preserve"> could</w:t>
      </w:r>
      <w:r>
        <w:t xml:space="preserve"> get</w:t>
      </w:r>
      <w:r>
        <w:t xml:space="preserve"> into</w:t>
      </w:r>
      <w:r>
        <w:t xml:space="preserve"> their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accounts.</w:t>
        <w:br/>
        <w:t>那么为什么没有人抱怨少了钱?</w:t>
        <w:br/>
        <w:t>Now,</w:t>
      </w:r>
      <w:r>
        <w:t xml:space="preserve"> why</w:t>
      </w:r>
      <w:r>
        <w:t xml:space="preserve"> didn't</w:t>
      </w:r>
      <w:r>
        <w:t xml:space="preserve"> people</w:t>
      </w:r>
      <w:r>
        <w:t xml:space="preserve"> complain</w:t>
      </w:r>
      <w:r>
        <w:t xml:space="preserve"> about</w:t>
      </w:r>
      <w:r>
        <w:t xml:space="preserve"> missing</w:t>
      </w:r>
      <w:r>
        <w:t xml:space="preserve"> money?</w:t>
        <w:br/>
        <w:t>Riley是一个非常非常聪明的人</w:t>
        <w:br/>
        <w:t>Mr.</w:t>
      </w:r>
      <w:r>
        <w:t xml:space="preserve"> Riley</w:t>
      </w:r>
      <w:r>
        <w:t xml:space="preserve"> was</w:t>
      </w:r>
      <w:r>
        <w:t xml:space="preserve"> a</w:t>
      </w:r>
      <w:r>
        <w:t xml:space="preserve"> very,very</w:t>
      </w:r>
      <w:r>
        <w:t xml:space="preserve"> smart</w:t>
      </w:r>
      <w:r>
        <w:t xml:space="preserve"> man.</w:t>
        <w:br/>
        <w:t>他没有采用一次性提走很多钱</w:t>
        <w:br/>
        <w:t>Instead</w:t>
      </w:r>
      <w:r>
        <w:t xml:space="preserve"> of</w:t>
      </w:r>
      <w:r>
        <w:t xml:space="preserve"> pulling</w:t>
      </w:r>
      <w:r>
        <w:t xml:space="preserve"> out</w:t>
      </w:r>
      <w:r>
        <w:t xml:space="preserve"> lump</w:t>
      </w:r>
      <w:r>
        <w:t xml:space="preserve"> sums,</w:t>
        <w:br/>
        <w:t>而马上引起注意这种办法</w:t>
        <w:br/>
        <w:t>which</w:t>
      </w:r>
      <w:r>
        <w:t xml:space="preserve"> might</w:t>
      </w:r>
      <w:r>
        <w:t xml:space="preserve"> draw</w:t>
      </w:r>
      <w:r>
        <w:t xml:space="preserve"> immediate</w:t>
      </w:r>
      <w:r>
        <w:t xml:space="preserve"> notice,</w:t>
        <w:br/>
        <w:t>他安排了一种方法慢慢的提走</w:t>
      </w:r>
      <w:r>
        <w:t xml:space="preserve"> 一笔巨额的款项而不被发现</w:t>
        <w:br/>
        <w:t>he</w:t>
      </w:r>
      <w:r>
        <w:t xml:space="preserve"> had</w:t>
      </w:r>
      <w:r>
        <w:t xml:space="preserve"> a</w:t>
      </w:r>
      <w:r>
        <w:t xml:space="preserve"> scheme</w:t>
      </w:r>
      <w:r>
        <w:t xml:space="preserve"> to</w:t>
      </w:r>
      <w:r>
        <w:t xml:space="preserve"> drain</w:t>
      </w:r>
      <w:r>
        <w:t xml:space="preserve"> out</w:t>
      </w:r>
      <w:r>
        <w:t xml:space="preserve"> of</w:t>
      </w:r>
      <w:r>
        <w:t xml:space="preserve"> large</w:t>
      </w:r>
      <w:r>
        <w:t xml:space="preserve"> sums</w:t>
      </w:r>
      <w:r>
        <w:t xml:space="preserve"> without</w:t>
      </w:r>
      <w:r>
        <w:t xml:space="preserve"> raising</w:t>
      </w:r>
      <w:r>
        <w:t xml:space="preserve"> an</w:t>
      </w:r>
      <w:r>
        <w:t xml:space="preserve"> alarm.</w:t>
        <w:br/>
        <w:t>他一开始从一些账户里面提走2美元...</w:t>
        <w:br/>
        <w:t>He</w:t>
      </w:r>
      <w:r>
        <w:t xml:space="preserve"> started</w:t>
      </w:r>
      <w:r>
        <w:t xml:space="preserve"> by</w:t>
      </w:r>
      <w:r>
        <w:t xml:space="preserve"> taking</w:t>
      </w:r>
      <w:r>
        <w:t xml:space="preserve"> two</w:t>
      </w:r>
      <w:r>
        <w:t xml:space="preserve"> dollars</w:t>
      </w:r>
      <w:r>
        <w:t xml:space="preserve"> out</w:t>
      </w:r>
      <w:r>
        <w:t xml:space="preserve"> of</w:t>
      </w:r>
      <w:r>
        <w:t xml:space="preserve"> each</w:t>
      </w:r>
      <w:r>
        <w:t xml:space="preserve"> account...</w:t>
        <w:br/>
        <w:t>然后</w:t>
      </w:r>
      <w:r>
        <w:t xml:space="preserve"> 他在几天中</w:t>
        <w:br/>
        <w:t>then</w:t>
      </w:r>
      <w:r>
        <w:t xml:space="preserve"> he'd</w:t>
      </w:r>
      <w:r>
        <w:t xml:space="preserve"> replace</w:t>
      </w:r>
      <w:r>
        <w:t xml:space="preserve"> the</w:t>
      </w:r>
      <w:r>
        <w:t xml:space="preserve"> money</w:t>
      </w:r>
      <w:r>
        <w:t xml:space="preserve"> within</w:t>
      </w:r>
      <w:r>
        <w:t xml:space="preserve"> a</w:t>
      </w:r>
      <w:r>
        <w:t xml:space="preserve"> few</w:t>
      </w:r>
      <w:r>
        <w:t xml:space="preserve"> days</w:t>
        <w:br/>
        <w:t>利用从其他两个账户里的提来的2美元填补这个空缺</w:t>
        <w:br/>
        <w:t>by</w:t>
      </w:r>
      <w:r>
        <w:t xml:space="preserve"> taking</w:t>
      </w:r>
      <w:r>
        <w:t xml:space="preserve"> two</w:t>
      </w:r>
      <w:r>
        <w:t xml:space="preserve"> more</w:t>
      </w:r>
      <w:r>
        <w:t xml:space="preserve"> dollars</w:t>
      </w:r>
      <w:r>
        <w:t xml:space="preserve"> out</w:t>
      </w:r>
      <w:r>
        <w:t xml:space="preserve"> of</w:t>
      </w:r>
      <w:r>
        <w:t xml:space="preserve"> two</w:t>
      </w:r>
      <w:r>
        <w:t xml:space="preserve"> more</w:t>
      </w:r>
      <w:r>
        <w:t xml:space="preserve"> accounts.</w:t>
        <w:br/>
        <w:t>这样他就归还了2美元</w:t>
        <w:br/>
        <w:t>So</w:t>
      </w:r>
      <w:r>
        <w:t xml:space="preserve"> he'd</w:t>
      </w:r>
      <w:r>
        <w:t xml:space="preserve"> put</w:t>
      </w:r>
      <w:r>
        <w:t xml:space="preserve"> two</w:t>
      </w:r>
      <w:r>
        <w:t xml:space="preserve"> bucks</w:t>
      </w:r>
      <w:r>
        <w:t xml:space="preserve"> back,</w:t>
        <w:br/>
        <w:t>然后将另外2美元占为己有</w:t>
        <w:br/>
        <w:t>and</w:t>
      </w:r>
      <w:r>
        <w:t xml:space="preserve"> keep</w:t>
      </w:r>
      <w:r>
        <w:t xml:space="preserve"> the</w:t>
      </w:r>
      <w:r>
        <w:t xml:space="preserve"> other</w:t>
      </w:r>
      <w:r>
        <w:t xml:space="preserve"> two</w:t>
      </w:r>
      <w:r>
        <w:t xml:space="preserve"> for</w:t>
      </w:r>
      <w:r>
        <w:t xml:space="preserve"> himself.</w:t>
        <w:br/>
        <w:t>他将这些纪录为账户错误</w:t>
      </w:r>
      <w:r>
        <w:t xml:space="preserve"> </w:t>
      </w:r>
      <w:r>
        <w:t xml:space="preserve"> 因为数额很小</w:t>
      </w:r>
      <w:r>
        <w:t xml:space="preserve"> </w:t>
        <w:br/>
        <w:t>He</w:t>
      </w:r>
      <w:r>
        <w:t xml:space="preserve"> recorded</w:t>
      </w:r>
      <w:r>
        <w:t xml:space="preserve"> them</w:t>
      </w:r>
      <w:r>
        <w:t xml:space="preserve"> as</w:t>
      </w:r>
      <w:r>
        <w:t xml:space="preserve"> accounting</w:t>
      </w:r>
      <w:r>
        <w:t xml:space="preserve"> errors</w:t>
      </w:r>
      <w:r>
        <w:t xml:space="preserve"> with</w:t>
      </w:r>
      <w:r>
        <w:t xml:space="preserve"> amounts</w:t>
      </w:r>
      <w:r>
        <w:t xml:space="preserve"> so</w:t>
      </w:r>
      <w:r>
        <w:t xml:space="preserve"> small,</w:t>
        <w:br/>
        <w:t>没有人去复查</w:t>
        <w:br/>
        <w:t>no</w:t>
      </w:r>
      <w:r>
        <w:t xml:space="preserve"> one</w:t>
      </w:r>
      <w:r>
        <w:t xml:space="preserve"> double-checked.</w:t>
        <w:br/>
        <w:t>那么</w:t>
      </w:r>
      <w:r>
        <w:t xml:space="preserve"> 2美元又是怎么变成50万美元的?</w:t>
        <w:br/>
        <w:t>Okay,</w:t>
      </w:r>
      <w:r>
        <w:t xml:space="preserve"> so</w:t>
      </w:r>
      <w:r>
        <w:t xml:space="preserve"> how</w:t>
      </w:r>
      <w:r>
        <w:t xml:space="preserve"> does</w:t>
      </w:r>
      <w:r>
        <w:t xml:space="preserve"> two</w:t>
      </w:r>
      <w:r>
        <w:t xml:space="preserve"> dollars</w:t>
      </w:r>
      <w:r>
        <w:t xml:space="preserve"> become</w:t>
      </w:r>
      <w:r>
        <w:t xml:space="preserve"> half</w:t>
      </w:r>
      <w:r>
        <w:t xml:space="preserve"> a</w:t>
      </w:r>
      <w:r>
        <w:t xml:space="preserve"> million?</w:t>
        <w:br/>
        <w:t>Okay...</w:t>
      </w:r>
      <w:r>
        <w:t xml:space="preserve"> uh...</w:t>
        <w:br/>
        <w:t>Okay...</w:t>
      </w:r>
      <w:r>
        <w:t xml:space="preserve"> uh...</w:t>
        <w:br/>
        <w:t>这是一个好问题</w:t>
        <w:br/>
        <w:t>good</w:t>
      </w:r>
      <w:r>
        <w:t xml:space="preserve"> quesstion.</w:t>
        <w:br/>
        <w:t>And...</w:t>
        <w:br/>
        <w:t>And...</w:t>
        <w:br/>
        <w:br/>
        <w:t>我将这张纸折叠两次</w:t>
        <w:br/>
        <w:t>I've</w:t>
      </w:r>
      <w:r>
        <w:t xml:space="preserve"> folded</w:t>
      </w:r>
      <w:r>
        <w:t xml:space="preserve"> this</w:t>
      </w:r>
      <w:r>
        <w:t xml:space="preserve"> paper</w:t>
      </w:r>
      <w:r>
        <w:t xml:space="preserve"> twice.</w:t>
        <w:br/>
        <w:t>这样它就有原来的4倍的厚度</w:t>
        <w:br/>
        <w:t>It</w:t>
      </w:r>
      <w:r>
        <w:t xml:space="preserve"> is</w:t>
      </w:r>
      <w:r>
        <w:t xml:space="preserve"> now</w:t>
      </w:r>
      <w:r>
        <w:t xml:space="preserve"> four</w:t>
      </w:r>
      <w:r>
        <w:t xml:space="preserve"> times</w:t>
      </w:r>
      <w:r>
        <w:t xml:space="preserve"> as</w:t>
      </w:r>
      <w:r>
        <w:t xml:space="preserve"> thick</w:t>
      </w:r>
      <w:r>
        <w:t xml:space="preserve"> as</w:t>
      </w:r>
      <w:r>
        <w:t xml:space="preserve"> it</w:t>
      </w:r>
      <w:r>
        <w:t xml:space="preserve"> was.</w:t>
        <w:br/>
        <w:t>如果我将它折叠50次</w:t>
        <w:br/>
        <w:t>If</w:t>
      </w:r>
      <w:r>
        <w:t xml:space="preserve"> I</w:t>
      </w:r>
      <w:r>
        <w:t xml:space="preserve"> could</w:t>
      </w:r>
      <w:r>
        <w:t xml:space="preserve"> potentially</w:t>
      </w:r>
      <w:r>
        <w:t xml:space="preserve"> fold</w:t>
      </w:r>
      <w:r>
        <w:t xml:space="preserve"> it</w:t>
      </w:r>
      <w:r>
        <w:t xml:space="preserve"> 50</w:t>
      </w:r>
      <w:r>
        <w:t xml:space="preserve"> times,</w:t>
        <w:br/>
        <w:t>你们认为它会有多高?</w:t>
        <w:br/>
        <w:t>how</w:t>
      </w:r>
      <w:r>
        <w:t xml:space="preserve"> tall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resulting</w:t>
      </w:r>
      <w:r>
        <w:t xml:space="preserve"> stack</w:t>
      </w:r>
      <w:r>
        <w:t xml:space="preserve"> of</w:t>
      </w:r>
      <w:r>
        <w:t xml:space="preserve"> paper</w:t>
      </w:r>
      <w:r>
        <w:t xml:space="preserve"> would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be?</w:t>
        <w:br/>
        <w:t>我想至少有2英尺吧</w:t>
        <w:br/>
        <w:t>Well,</w:t>
      </w:r>
      <w:r>
        <w:t xml:space="preserve"> I</w:t>
      </w:r>
      <w:r>
        <w:t xml:space="preserve"> mean,</w:t>
      </w:r>
      <w:r>
        <w:t xml:space="preserve"> it's</w:t>
      </w:r>
      <w:r>
        <w:t xml:space="preserve"> got</w:t>
      </w:r>
      <w:r>
        <w:t xml:space="preserve"> to</w:t>
      </w:r>
      <w:r>
        <w:t xml:space="preserve"> be</w:t>
      </w:r>
      <w:r>
        <w:t xml:space="preserve"> at</w:t>
      </w:r>
      <w:r>
        <w:t xml:space="preserve"> least</w:t>
      </w:r>
      <w:r>
        <w:t xml:space="preserve"> a</w:t>
      </w:r>
      <w:r>
        <w:t xml:space="preserve"> couple</w:t>
      </w:r>
      <w:r>
        <w:t xml:space="preserve"> feet.</w:t>
        <w:br/>
        <w:t>不</w:t>
      </w:r>
      <w:r>
        <w:t xml:space="preserve"> 不</w:t>
      </w:r>
      <w:r>
        <w:t xml:space="preserve"> 我觉得应该会有一栋楼那么高</w:t>
        <w:br/>
        <w:t>No,</w:t>
      </w:r>
      <w:r>
        <w:t xml:space="preserve"> no,</w:t>
      </w:r>
      <w:r>
        <w:t xml:space="preserve"> I'd</w:t>
      </w:r>
      <w:r>
        <w:t xml:space="preserve"> say</w:t>
      </w:r>
      <w:r>
        <w:t xml:space="preserve"> more</w:t>
      </w:r>
      <w:r>
        <w:t xml:space="preserve"> like</w:t>
      </w:r>
      <w:r>
        <w:t xml:space="preserve"> a</w:t>
      </w:r>
      <w:r>
        <w:t xml:space="preserve"> building.</w:t>
        <w:br/>
        <w:t>事实上高到可以达到太阳</w:t>
        <w:br/>
        <w:t>Tall</w:t>
      </w:r>
      <w:r>
        <w:t xml:space="preserve"> enough</w:t>
      </w:r>
      <w:r>
        <w:t xml:space="preserve"> to</w:t>
      </w:r>
      <w:r>
        <w:t xml:space="preserve"> reach</w:t>
      </w:r>
      <w:r>
        <w:t xml:space="preserve"> the</w:t>
      </w:r>
      <w:r>
        <w:t xml:space="preserve"> sun.</w:t>
        <w:br/>
        <w:t>Wow.</w:t>
        <w:br/>
        <w:t>Wow.</w:t>
        <w:br/>
        <w:t>这是一个等比级数</w:t>
        <w:br/>
        <w:t>It's</w:t>
      </w:r>
      <w:r>
        <w:t xml:space="preserve"> a</w:t>
      </w:r>
      <w:r>
        <w:t xml:space="preserve"> geometric</w:t>
      </w:r>
      <w:r>
        <w:t xml:space="preserve"> progression.</w:t>
        <w:br/>
        <w:t>很明显</w:t>
      </w:r>
      <w:r>
        <w:t xml:space="preserve"> 你不可能折叠这张纸50</w:t>
        <w:br/>
        <w:t>I</w:t>
      </w:r>
      <w:r>
        <w:t xml:space="preserve"> mean,</w:t>
      </w:r>
      <w:r>
        <w:t xml:space="preserve"> obviously,</w:t>
      </w:r>
      <w:r>
        <w:t xml:space="preserve"> you</w:t>
      </w:r>
      <w:r>
        <w:t xml:space="preserve"> cannot</w:t>
      </w:r>
      <w:r>
        <w:t xml:space="preserve"> fold</w:t>
      </w:r>
      <w:r>
        <w:t xml:space="preserve"> this</w:t>
      </w:r>
      <w:r>
        <w:t xml:space="preserve"> paper</w:t>
      </w:r>
      <w:r>
        <w:t xml:space="preserve"> 50</w:t>
      </w:r>
      <w:r>
        <w:t xml:space="preserve"> times.</w:t>
        <w:br/>
        <w:t>一个叫Britney</w:t>
      </w:r>
      <w:r>
        <w:t xml:space="preserve"> Gallivan的高中生</w:t>
        <w:br/>
        <w:t>A</w:t>
      </w:r>
      <w:r>
        <w:t xml:space="preserve"> high</w:t>
      </w:r>
      <w:r>
        <w:t xml:space="preserve"> school</w:t>
      </w:r>
      <w:r>
        <w:t xml:space="preserve"> student</w:t>
      </w:r>
      <w:r>
        <w:t xml:space="preserve"> named</w:t>
      </w:r>
      <w:r>
        <w:t xml:space="preserve"> Britney</w:t>
      </w:r>
      <w:r>
        <w:t xml:space="preserve"> Gallivan</w:t>
        <w:br/>
        <w:t>找到一种办法将一张纸折了12次</w:t>
        <w:br/>
        <w:t>predicted</w:t>
      </w:r>
      <w:r>
        <w:t xml:space="preserve"> a</w:t>
      </w:r>
      <w:r>
        <w:t xml:space="preserve"> way</w:t>
      </w:r>
      <w:r>
        <w:t xml:space="preserve"> to</w:t>
      </w:r>
      <w:r>
        <w:t xml:space="preserve"> do</w:t>
      </w:r>
      <w:r>
        <w:t xml:space="preserve"> it</w:t>
      </w:r>
      <w:r>
        <w:t xml:space="preserve"> 12</w:t>
      </w:r>
      <w:r>
        <w:t xml:space="preserve"> times</w:t>
        <w:br/>
        <w:t>并且亲自实施</w:t>
        <w:br/>
        <w:t>and</w:t>
      </w:r>
      <w:r>
        <w:t xml:space="preserve"> then</w:t>
      </w:r>
      <w:r>
        <w:t xml:space="preserve"> she</w:t>
      </w:r>
      <w:r>
        <w:t xml:space="preserve"> did</w:t>
      </w:r>
      <w:r>
        <w:t xml:space="preserve"> it</w:t>
      </w:r>
      <w:r>
        <w:t xml:space="preserve"> with</w:t>
      </w:r>
      <w:r>
        <w:t xml:space="preserve"> actual</w:t>
      </w:r>
      <w:r>
        <w:t xml:space="preserve"> paper.</w:t>
        <w:br/>
        <w:t>她创造了一个世界纪录</w:t>
        <w:br/>
        <w:t>She</w:t>
      </w:r>
      <w:r>
        <w:t xml:space="preserve"> set</w:t>
      </w:r>
      <w:r>
        <w:t xml:space="preserve"> a</w:t>
      </w:r>
      <w:r>
        <w:t xml:space="preserve"> world</w:t>
      </w:r>
      <w:r>
        <w:t xml:space="preserve"> record.</w:t>
        <w:br/>
        <w:t>那有多高?</w:t>
        <w:br/>
        <w:t>How</w:t>
      </w:r>
      <w:r>
        <w:t xml:space="preserve"> tall</w:t>
      </w:r>
      <w:r>
        <w:t xml:space="preserve"> was</w:t>
      </w:r>
      <w:r>
        <w:t xml:space="preserve"> it?</w:t>
        <w:br/>
        <w:t>Oh...</w:t>
      </w:r>
      <w:r>
        <w:t xml:space="preserve"> 1.5英尺</w:t>
        <w:br/>
        <w:t>Oh...</w:t>
      </w:r>
      <w:r>
        <w:t xml:space="preserve"> a</w:t>
      </w:r>
      <w:r>
        <w:t xml:space="preserve"> foot</w:t>
      </w:r>
      <w:r>
        <w:t xml:space="preserve"> and</w:t>
      </w:r>
      <w:r>
        <w:t xml:space="preserve"> a</w:t>
      </w:r>
      <w:r>
        <w:t xml:space="preserve"> half.</w:t>
        <w:br/>
        <w:t>这个理论同样适用于这个挪款占用</w:t>
        <w:br/>
        <w:t>The</w:t>
      </w:r>
      <w:r>
        <w:t xml:space="preserve"> same</w:t>
      </w:r>
      <w:r>
        <w:t xml:space="preserve"> principal</w:t>
      </w:r>
      <w:r>
        <w:t xml:space="preserve"> applies</w:t>
      </w:r>
      <w:r>
        <w:t xml:space="preserve"> to</w:t>
      </w:r>
      <w:r>
        <w:t xml:space="preserve"> embezzlement.</w:t>
        <w:br/>
        <w:t>每一次操作都会使牵涉的账户翻倍</w:t>
        <w:br/>
        <w:t>However,</w:t>
      </w:r>
      <w:r>
        <w:t xml:space="preserve"> it</w:t>
      </w:r>
      <w:r>
        <w:t xml:space="preserve"> takes</w:t>
      </w:r>
      <w:r>
        <w:t xml:space="preserve"> twice</w:t>
      </w:r>
      <w:r>
        <w:t xml:space="preserve"> as</w:t>
      </w:r>
      <w:r>
        <w:t xml:space="preserve"> many</w:t>
      </w:r>
      <w:r>
        <w:t xml:space="preserve"> accounts</w:t>
      </w:r>
      <w:r>
        <w:t xml:space="preserve"> at</w:t>
      </w:r>
      <w:r>
        <w:t xml:space="preserve"> each</w:t>
      </w:r>
      <w:r>
        <w:t xml:space="preserve"> level.</w:t>
        <w:br/>
        <w:t>这就是金字塔理论...</w:t>
        <w:br/>
        <w:t>It's</w:t>
      </w:r>
      <w:r>
        <w:t xml:space="preserve"> a</w:t>
      </w:r>
      <w:r>
        <w:t xml:space="preserve"> pyramid</w:t>
      </w:r>
      <w:r>
        <w:t xml:space="preserve"> scheme...</w:t>
        <w:br/>
        <w:t>你知道</w:t>
      </w:r>
      <w:r>
        <w:t xml:space="preserve"> 这是不能持续的</w:t>
      </w:r>
      <w:r>
        <w:t xml:space="preserve"> 但是...</w:t>
        <w:br/>
        <w:t>you</w:t>
      </w:r>
      <w:r>
        <w:t xml:space="preserve"> know,</w:t>
      </w:r>
      <w:r>
        <w:t xml:space="preserve"> it</w:t>
      </w:r>
      <w:r>
        <w:t xml:space="preserve"> can't</w:t>
      </w:r>
      <w:r>
        <w:t xml:space="preserve"> last,</w:t>
      </w:r>
      <w:r>
        <w:t xml:space="preserve"> but...</w:t>
        <w:br/>
        <w:t>在第19次的时候</w:t>
        <w:br/>
        <w:t>by</w:t>
      </w:r>
      <w:r>
        <w:t xml:space="preserve"> the</w:t>
      </w:r>
      <w:r>
        <w:t xml:space="preserve"> 19th</w:t>
      </w:r>
      <w:r>
        <w:t xml:space="preserve"> progression,</w:t>
        <w:br/>
        <w:t>Riley就得到了524,288美元...</w:t>
        <w:br/>
        <w:t>Riley</w:t>
      </w:r>
      <w:r>
        <w:t xml:space="preserve"> had</w:t>
      </w:r>
      <w:r>
        <w:t xml:space="preserve"> siphoned</w:t>
      </w:r>
      <w:r>
        <w:t xml:space="preserve"> off</w:t>
      </w:r>
      <w:r>
        <w:t xml:space="preserve"> $524,288...</w:t>
        <w:br/>
        <w:t>是的</w:t>
      </w:r>
      <w:r>
        <w:t xml:space="preserve"> 因为他每次都需要两倍的钱来填补他所拿走的</w:t>
        <w:br/>
        <w:t>Right,</w:t>
      </w:r>
      <w:r>
        <w:t xml:space="preserve"> 'cause</w:t>
      </w:r>
      <w:r>
        <w:t xml:space="preserve"> he'd</w:t>
      </w:r>
      <w:r>
        <w:t xml:space="preserve"> always</w:t>
      </w:r>
      <w:r>
        <w:t xml:space="preserve"> need</w:t>
      </w:r>
      <w:r>
        <w:t xml:space="preserve"> twice</w:t>
      </w:r>
      <w:r>
        <w:t xml:space="preserve"> as</w:t>
      </w:r>
      <w:r>
        <w:t xml:space="preserve"> much</w:t>
      </w:r>
      <w:r>
        <w:t xml:space="preserve"> to</w:t>
      </w:r>
      <w:r>
        <w:t xml:space="preserve"> replace</w:t>
      </w:r>
      <w:r>
        <w:t xml:space="preserve"> what</w:t>
      </w:r>
      <w:r>
        <w:t xml:space="preserve"> he'd</w:t>
      </w:r>
      <w:r>
        <w:t xml:space="preserve"> taken.</w:t>
        <w:br/>
        <w:t>终究将会耗尽资源...</w:t>
        <w:br/>
        <w:t>You</w:t>
      </w:r>
      <w:r>
        <w:t xml:space="preserve"> run</w:t>
      </w:r>
      <w:r>
        <w:t xml:space="preserve"> out</w:t>
      </w:r>
      <w:r>
        <w:t xml:space="preserve"> of</w:t>
      </w:r>
      <w:r>
        <w:t xml:space="preserve"> resources...</w:t>
        <w:br/>
        <w:t>金字塔就会倒塌</w:t>
        <w:br/>
        <w:t>the</w:t>
      </w:r>
      <w:r>
        <w:t xml:space="preserve"> pyramid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collapses.</w:t>
        <w:br/>
        <w:t>这个时候所有的一切都会败露</w:t>
        <w:br/>
        <w:t>And,</w:t>
      </w:r>
      <w:r>
        <w:t xml:space="preserve"> by</w:t>
      </w:r>
      <w:r>
        <w:t xml:space="preserve"> the</w:t>
      </w:r>
      <w:r>
        <w:t xml:space="preserve"> time</w:t>
      </w:r>
      <w:r>
        <w:t xml:space="preserve"> it</w:t>
      </w:r>
      <w:r>
        <w:t xml:space="preserve"> all</w:t>
      </w:r>
      <w:r>
        <w:t xml:space="preserve"> crashes</w:t>
      </w:r>
      <w:r>
        <w:t xml:space="preserve"> down,</w:t>
        <w:br/>
        <w:t>Riley使用了一种长&amp;hearts;期&amp;hearts;的诈骗行为</w:t>
        <w:br/>
        <w:t>Riley's</w:t>
      </w:r>
      <w:r>
        <w:t xml:space="preserve"> long</w:t>
      </w:r>
      <w:r>
        <w:t xml:space="preserve"> gone.</w:t>
        <w:br/>
        <w:t>你是说他向Smith-Waterson的投资者发送请求</w:t>
        <w:br/>
        <w:t>So</w:t>
      </w:r>
      <w:r>
        <w:t xml:space="preserve"> you're</w:t>
      </w:r>
      <w:r>
        <w:t xml:space="preserve"> saying</w:t>
      </w:r>
      <w:r>
        <w:t xml:space="preserve"> he</w:t>
      </w:r>
      <w:r>
        <w:t xml:space="preserve"> made</w:t>
      </w:r>
      <w:r>
        <w:t xml:space="preserve"> solicitations</w:t>
      </w:r>
      <w:r>
        <w:t xml:space="preserve"> to</w:t>
      </w:r>
      <w:r>
        <w:t xml:space="preserve"> Smith-Waterson's</w:t>
      </w:r>
      <w:r>
        <w:t xml:space="preserve"> investors.</w:t>
        <w:br/>
        <w:t>我想知道他是怎么获得名单的</w:t>
        <w:br/>
        <w:t>I'd</w:t>
      </w:r>
      <w:r>
        <w:t xml:space="preserve"> like</w:t>
      </w:r>
      <w:r>
        <w:t xml:space="preserve"> to</w:t>
      </w:r>
      <w:r>
        <w:t xml:space="preserve"> know</w:t>
      </w:r>
      <w:r>
        <w:t xml:space="preserve"> how</w:t>
      </w:r>
      <w:r>
        <w:t xml:space="preserve"> he</w:t>
      </w:r>
      <w:r>
        <w:t xml:space="preserve"> got</w:t>
      </w:r>
      <w:r>
        <w:t xml:space="preserve"> that</w:t>
      </w:r>
      <w:r>
        <w:t xml:space="preserve"> list.</w:t>
        <w:br/>
        <w:t>那不会太难查出</w:t>
        <w:br/>
        <w:t>That</w:t>
      </w:r>
      <w:r>
        <w:t xml:space="preserve"> shouldn't</w:t>
      </w:r>
      <w:r>
        <w:t xml:space="preserve"> be</w:t>
      </w:r>
      <w:r>
        <w:t xml:space="preserve"> too</w:t>
      </w:r>
      <w:r>
        <w:t xml:space="preserve"> hard</w:t>
      </w:r>
      <w:r>
        <w:t xml:space="preserve"> to</w:t>
      </w:r>
      <w:r>
        <w:t xml:space="preserve"> figure</w:t>
      </w:r>
      <w:r>
        <w:t xml:space="preserve"> out.</w:t>
        <w:br/>
        <w:t>我看看我能发现什么</w:t>
        <w:br/>
        <w:t>Let</w:t>
      </w:r>
      <w:r>
        <w:t xml:space="preserve"> me</w:t>
      </w:r>
      <w:r>
        <w:t xml:space="preserve"> see</w:t>
      </w:r>
      <w:r>
        <w:t xml:space="preserve"> what</w:t>
      </w:r>
      <w:r>
        <w:t xml:space="preserve"> I</w:t>
      </w:r>
      <w:r>
        <w:t xml:space="preserve"> can</w:t>
      </w:r>
      <w:r>
        <w:t xml:space="preserve"> do.</w:t>
        <w:br/>
        <w:t>Lisa</w:t>
      </w:r>
      <w:r>
        <w:t xml:space="preserve"> Bayle被害的案件...</w:t>
        <w:br/>
        <w:t>The</w:t>
      </w:r>
      <w:r>
        <w:t xml:space="preserve"> Lisa</w:t>
      </w:r>
      <w:r>
        <w:t xml:space="preserve"> Bayle</w:t>
      </w:r>
      <w:r>
        <w:t xml:space="preserve"> murder</w:t>
      </w:r>
      <w:r>
        <w:t xml:space="preserve"> case...</w:t>
        <w:br/>
        <w:t>我需要你来看看这些证据</w:t>
        <w:br/>
        <w:t>I</w:t>
      </w:r>
      <w:r>
        <w:t xml:space="preserve"> need</w:t>
      </w:r>
      <w:r>
        <w:t xml:space="preserve"> you</w:t>
      </w:r>
      <w:r>
        <w:t xml:space="preserve"> to</w:t>
      </w:r>
      <w:r>
        <w:t xml:space="preserve"> look</w:t>
      </w:r>
      <w:r>
        <w:t xml:space="preserve"> at</w:t>
      </w:r>
      <w:r>
        <w:t xml:space="preserve"> the</w:t>
      </w:r>
      <w:r>
        <w:t xml:space="preserve"> evidence</w:t>
        <w:br/>
        <w:t>能否发现我是否漏掉了什么</w:t>
        <w:br/>
        <w:t>and</w:t>
      </w:r>
      <w:r>
        <w:t xml:space="preserve"> just</w:t>
      </w:r>
      <w:r>
        <w:t xml:space="preserve"> see</w:t>
      </w:r>
      <w:r>
        <w:t xml:space="preserve"> if</w:t>
      </w:r>
      <w:r>
        <w:t xml:space="preserve"> there's</w:t>
      </w:r>
      <w:r>
        <w:t xml:space="preserve"> something</w:t>
      </w:r>
      <w:r>
        <w:t xml:space="preserve"> I'm</w:t>
      </w:r>
      <w:r>
        <w:t xml:space="preserve"> missing.</w:t>
        <w:br/>
        <w:t>我并不了解司法证据的评估</w:t>
        <w:br/>
        <w:t>I</w:t>
      </w:r>
      <w:r>
        <w:t xml:space="preserve"> have</w:t>
      </w:r>
      <w:r>
        <w:t xml:space="preserve"> no</w:t>
      </w:r>
      <w:r>
        <w:t xml:space="preserve"> idea</w:t>
      </w:r>
      <w:r>
        <w:t xml:space="preserve"> how</w:t>
      </w:r>
      <w:r>
        <w:t xml:space="preserve"> to</w:t>
      </w:r>
      <w:r>
        <w:t xml:space="preserve"> evaluate</w:t>
      </w:r>
      <w:r>
        <w:t xml:space="preserve"> forensic</w:t>
      </w:r>
      <w:r>
        <w:t xml:space="preserve"> evidence.</w:t>
        <w:br/>
        <w:t>Charlie</w:t>
      </w:r>
      <w:r>
        <w:t xml:space="preserve"> 仅仅和逻辑有关</w:t>
        <w:br/>
        <w:t>Well,</w:t>
      </w:r>
      <w:r>
        <w:t xml:space="preserve"> it's</w:t>
      </w:r>
      <w:r>
        <w:t xml:space="preserve"> just</w:t>
      </w:r>
      <w:r>
        <w:t xml:space="preserve"> logic,</w:t>
      </w:r>
      <w:r>
        <w:t xml:space="preserve"> Charlie.</w:t>
        <w:br/>
        <w:t>你不是对这个很在行吗</w:t>
        <w:br/>
        <w:t>You're</w:t>
      </w:r>
      <w:r>
        <w:t xml:space="preserve"> trained</w:t>
      </w:r>
      <w:r>
        <w:t xml:space="preserve"> in</w:t>
      </w:r>
      <w:r>
        <w:t xml:space="preserve"> that.</w:t>
        <w:br/>
        <w:t>你能够找出矛盾的地方</w:t>
      </w:r>
      <w:r>
        <w:t xml:space="preserve"> 不是吗?</w:t>
        <w:br/>
        <w:t>You</w:t>
      </w:r>
      <w:r>
        <w:t xml:space="preserve"> know</w:t>
      </w:r>
      <w:r>
        <w:t xml:space="preserve"> how</w:t>
      </w:r>
      <w:r>
        <w:t xml:space="preserve"> to</w:t>
      </w:r>
      <w:r>
        <w:t xml:space="preserve"> spot</w:t>
      </w:r>
      <w:r>
        <w:t xml:space="preserve"> inconsistencies,</w:t>
      </w:r>
      <w:r>
        <w:t xml:space="preserve"> right?</w:t>
        <w:br/>
        <w:t>这就像一个数学家在某个方面有所突破</w:t>
        <w:br/>
        <w:t>I</w:t>
      </w:r>
      <w:r>
        <w:t xml:space="preserve"> mean,</w:t>
      </w:r>
      <w:r>
        <w:t xml:space="preserve"> it's</w:t>
      </w:r>
      <w:r>
        <w:t xml:space="preserve"> like</w:t>
      </w:r>
      <w:r>
        <w:t xml:space="preserve"> when</w:t>
      </w:r>
      <w:r>
        <w:t xml:space="preserve"> a</w:t>
      </w:r>
      <w:r>
        <w:t xml:space="preserve"> mathematician</w:t>
      </w:r>
      <w:r>
        <w:t xml:space="preserve"> makes</w:t>
      </w:r>
      <w:r>
        <w:t xml:space="preserve"> a</w:t>
      </w:r>
      <w:r>
        <w:t xml:space="preserve"> breakthrough.</w:t>
        <w:br/>
        <w:t>他会让他的同伴...</w:t>
      </w:r>
      <w:r>
        <w:t xml:space="preserve"> -</w:t>
      </w:r>
      <w:r>
        <w:t xml:space="preserve"> 是的</w:t>
        <w:br/>
        <w:t>He</w:t>
      </w:r>
      <w:r>
        <w:t xml:space="preserve"> gets</w:t>
      </w:r>
      <w:r>
        <w:t xml:space="preserve"> his</w:t>
      </w:r>
      <w:r>
        <w:t xml:space="preserve"> peers...</w:t>
      </w:r>
      <w:r>
        <w:t xml:space="preserve"> -</w:t>
      </w:r>
      <w:r>
        <w:t xml:space="preserve"> Right.</w:t>
        <w:br/>
        <w:t>来看看他的发现是否合理</w:t>
        <w:br/>
        <w:t>Peer</w:t>
      </w:r>
      <w:r>
        <w:t xml:space="preserve"> review</w:t>
      </w:r>
      <w:r>
        <w:t xml:space="preserve"> to</w:t>
      </w:r>
      <w:r>
        <w:t xml:space="preserve"> check</w:t>
      </w:r>
      <w:r>
        <w:t xml:space="preserve"> his</w:t>
      </w:r>
      <w:r>
        <w:t xml:space="preserve"> findings.</w:t>
        <w:br/>
        <w:t>我们是会这样</w:t>
        <w:br/>
        <w:t>It's</w:t>
      </w:r>
      <w:r>
        <w:t xml:space="preserve"> what</w:t>
      </w:r>
      <w:r>
        <w:t xml:space="preserve"> we</w:t>
      </w:r>
      <w:r>
        <w:t xml:space="preserve"> do.</w:t>
        <w:br/>
        <w:t>那么就帮我一个忙</w:t>
      </w:r>
      <w:r>
        <w:t xml:space="preserve"> 看看我是否犯了什么错误</w:t>
        <w:br/>
        <w:t>Well,</w:t>
      </w:r>
      <w:r>
        <w:t xml:space="preserve"> just</w:t>
      </w:r>
      <w:r>
        <w:t xml:space="preserve"> do</w:t>
      </w:r>
      <w:r>
        <w:t xml:space="preserve"> me</w:t>
      </w:r>
      <w:r>
        <w:t xml:space="preserve"> a</w:t>
      </w:r>
      <w:r>
        <w:t xml:space="preserve"> favor</w:t>
      </w:r>
      <w:r>
        <w:t xml:space="preserve"> and</w:t>
      </w:r>
      <w:r>
        <w:t xml:space="preserve"> see</w:t>
      </w:r>
      <w:r>
        <w:t xml:space="preserve"> if</w:t>
      </w:r>
      <w:r>
        <w:t xml:space="preserve"> I</w:t>
      </w:r>
      <w:r>
        <w:t xml:space="preserve"> made</w:t>
      </w:r>
      <w:r>
        <w:t xml:space="preserve"> any</w:t>
      </w:r>
      <w:r>
        <w:t xml:space="preserve"> mistakes.</w:t>
        <w:br/>
        <w:t>定罪的证据有些什么?</w:t>
        <w:br/>
        <w:t>What</w:t>
      </w:r>
      <w:r>
        <w:t xml:space="preserve"> incriminating</w:t>
      </w:r>
      <w:r>
        <w:t xml:space="preserve"> evidence</w:t>
      </w:r>
      <w:r>
        <w:t xml:space="preserve"> was</w:t>
      </w:r>
      <w:r>
        <w:t xml:space="preserve"> there?</w:t>
        <w:br/>
        <w:t>首先我们有认罪的资料</w:t>
        <w:br/>
        <w:t>First</w:t>
      </w:r>
      <w:r>
        <w:t xml:space="preserve"> of</w:t>
      </w:r>
      <w:r>
        <w:t xml:space="preserve"> all,</w:t>
      </w:r>
      <w:r>
        <w:t xml:space="preserve"> we</w:t>
      </w:r>
      <w:r>
        <w:t xml:space="preserve"> got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confession,</w:t>
        <w:br/>
        <w:t>还有指纹以及目击证明</w:t>
        <w:br/>
        <w:t>we</w:t>
      </w:r>
      <w:r>
        <w:t xml:space="preserve"> got</w:t>
      </w:r>
      <w:r>
        <w:t xml:space="preserve"> a</w:t>
      </w:r>
      <w:r>
        <w:t xml:space="preserve"> fingerprint,</w:t>
      </w:r>
      <w:r>
        <w:t xml:space="preserve"> we</w:t>
      </w:r>
      <w:r>
        <w:t xml:space="preserve"> got</w:t>
      </w:r>
      <w:r>
        <w:t xml:space="preserve"> an</w:t>
      </w:r>
      <w:r>
        <w:t xml:space="preserve"> eyewitness</w:t>
      </w:r>
      <w:r>
        <w:t xml:space="preserve"> account.</w:t>
        <w:br/>
        <w:t>我会尝试将方法&amp;hearts;论&amp;hearts;用在上面</w:t>
        <w:br/>
        <w:t>I'll</w:t>
      </w:r>
      <w:r>
        <w:t xml:space="preserve"> try</w:t>
      </w:r>
      <w:r>
        <w:t xml:space="preserve"> to</w:t>
      </w:r>
      <w:r>
        <w:t xml:space="preserve"> understand</w:t>
      </w:r>
      <w:r>
        <w:t xml:space="preserve"> the</w:t>
      </w:r>
      <w:r>
        <w:t xml:space="preserve"> methodology</w:t>
      </w:r>
      <w:r>
        <w:t xml:space="preserve"> behind</w:t>
      </w:r>
      <w:r>
        <w:t xml:space="preserve"> each</w:t>
      </w:r>
      <w:r>
        <w:t xml:space="preserve"> of</w:t>
      </w:r>
      <w:r>
        <w:t xml:space="preserve"> those.</w:t>
        <w:br/>
        <w:t>太好了</w:t>
      </w:r>
      <w:r>
        <w:t xml:space="preserve"> 谢谢你</w:t>
      </w:r>
      <w:r>
        <w:t xml:space="preserve"> -</w:t>
      </w:r>
      <w:r>
        <w:t xml:space="preserve"> 不客气</w:t>
        <w:br/>
        <w:t>Great.</w:t>
      </w:r>
      <w:r>
        <w:t xml:space="preserve"> Thanks.</w:t>
      </w:r>
      <w:r>
        <w:t xml:space="preserve"> -</w:t>
      </w:r>
      <w:r>
        <w:t xml:space="preserve"> No</w:t>
      </w:r>
      <w:r>
        <w:t xml:space="preserve"> problem.</w:t>
        <w:br/>
        <w:t>我发现了Riley得到</w:t>
      </w:r>
      <w:r>
        <w:t xml:space="preserve"> Smith-Waterson邮件名单的途径</w:t>
        <w:br/>
        <w:t>I</w:t>
      </w:r>
      <w:r>
        <w:t xml:space="preserve"> got</w:t>
      </w:r>
      <w:r>
        <w:t xml:space="preserve"> a</w:t>
      </w:r>
      <w:r>
        <w:t xml:space="preserve"> line</w:t>
      </w:r>
      <w:r>
        <w:t xml:space="preserve"> on</w:t>
      </w:r>
      <w:r>
        <w:t xml:space="preserve"> how</w:t>
      </w:r>
      <w:r>
        <w:t xml:space="preserve"> Riley</w:t>
      </w:r>
      <w:r>
        <w:t xml:space="preserve"> got</w:t>
      </w:r>
      <w:r>
        <w:t xml:space="preserve"> Smith-Waterson's</w:t>
      </w:r>
      <w:r>
        <w:t xml:space="preserve"> mailing</w:t>
      </w:r>
      <w:r>
        <w:t xml:space="preserve"> list.</w:t>
        <w:br/>
        <w:t>他的女朋友</w:t>
      </w:r>
      <w:r>
        <w:t xml:space="preserve"> Mikelle</w:t>
      </w:r>
      <w:r>
        <w:t xml:space="preserve"> Peters</w:t>
      </w:r>
      <w:r>
        <w:t xml:space="preserve"> </w:t>
      </w:r>
      <w:r>
        <w:t xml:space="preserve"> 在那里工作</w:t>
        <w:br/>
        <w:t>His</w:t>
      </w:r>
      <w:r>
        <w:t xml:space="preserve"> girlfriend,</w:t>
      </w:r>
      <w:r>
        <w:t xml:space="preserve"> Mikelle</w:t>
      </w:r>
      <w:r>
        <w:t xml:space="preserve"> Peters,</w:t>
      </w:r>
      <w:r>
        <w:t xml:space="preserve"> works</w:t>
      </w:r>
      <w:r>
        <w:t xml:space="preserve"> there.</w:t>
        <w:br/>
        <w:t>你给了Trevor你们公&amp;hearts;司&amp;hearts;的电子邮件地址名单</w:t>
        <w:br/>
        <w:t>You</w:t>
      </w:r>
      <w:r>
        <w:t xml:space="preserve"> gave</w:t>
      </w:r>
      <w:r>
        <w:t xml:space="preserve"> Trevor</w:t>
      </w:r>
      <w:r>
        <w:t xml:space="preserve"> a</w:t>
      </w:r>
      <w:r>
        <w:t xml:space="preserve"> list</w:t>
      </w:r>
      <w:r>
        <w:t xml:space="preserve"> of</w:t>
      </w:r>
      <w:r>
        <w:t xml:space="preserve"> your</w:t>
      </w:r>
      <w:r>
        <w:t xml:space="preserve"> company's</w:t>
      </w:r>
      <w:r>
        <w:t xml:space="preserve"> client</w:t>
      </w:r>
      <w:r>
        <w:t xml:space="preserve"> e-mail</w:t>
      </w:r>
      <w:r>
        <w:t xml:space="preserve"> addresses.</w:t>
        <w:br/>
        <w:t>他说没有人会注意到</w:t>
        <w:br/>
        <w:t>He</w:t>
      </w:r>
      <w:r>
        <w:t xml:space="preserve"> said</w:t>
      </w:r>
      <w:r>
        <w:t xml:space="preserve"> no</w:t>
      </w:r>
      <w:r>
        <w:t xml:space="preserve"> one</w:t>
      </w:r>
      <w:r>
        <w:t xml:space="preserve"> would</w:t>
      </w:r>
      <w:r>
        <w:t xml:space="preserve"> notice.</w:t>
        <w:br/>
        <w:t>这个该死的家伙</w:t>
        <w:br/>
        <w:t>Damn</w:t>
      </w:r>
      <w:r>
        <w:t xml:space="preserve"> him.</w:t>
        <w:br/>
        <w:t>他说如果我不给他名单</w:t>
        <w:br/>
        <w:t>He</w:t>
      </w:r>
      <w:r>
        <w:t xml:space="preserve"> said</w:t>
      </w:r>
      <w:r>
        <w:t xml:space="preserve"> if</w:t>
      </w:r>
      <w:r>
        <w:t xml:space="preserve"> I</w:t>
      </w:r>
      <w:r>
        <w:t xml:space="preserve"> didn't</w:t>
      </w:r>
      <w:r>
        <w:t xml:space="preserve"> give</w:t>
      </w:r>
      <w:r>
        <w:t xml:space="preserve"> him</w:t>
      </w:r>
      <w:r>
        <w:t xml:space="preserve"> that</w:t>
      </w:r>
      <w:r>
        <w:t xml:space="preserve"> list,</w:t>
        <w:br/>
        <w:t>他就会向公&amp;hearts;司&amp;hearts;告发关于我的事情</w:t>
        <w:br/>
        <w:t>he'd</w:t>
      </w:r>
      <w:r>
        <w:t xml:space="preserve"> tell</w:t>
      </w:r>
      <w:r>
        <w:t xml:space="preserve"> them</w:t>
      </w:r>
      <w:r>
        <w:t xml:space="preserve"> about</w:t>
      </w:r>
      <w:r>
        <w:t xml:space="preserve"> me.</w:t>
        <w:br/>
        <w:t>就是说你也被勒索了?</w:t>
        <w:br/>
        <w:t>So</w:t>
      </w:r>
      <w:r>
        <w:t xml:space="preserve"> you</w:t>
      </w:r>
      <w:r>
        <w:t xml:space="preserve"> were</w:t>
      </w:r>
      <w:r>
        <w:t xml:space="preserve"> blackmailed?</w:t>
        <w:br/>
        <w:t>听着</w:t>
      </w:r>
      <w:r>
        <w:t xml:space="preserve"> 你明白你在这里的处境吗?</w:t>
        <w:br/>
        <w:t>Listen,</w:t>
      </w:r>
      <w:r>
        <w:t xml:space="preserve"> you</w:t>
      </w:r>
      <w:r>
        <w:t xml:space="preserve"> understand</w:t>
      </w:r>
      <w:r>
        <w:t xml:space="preserve"> what</w:t>
      </w:r>
      <w:r>
        <w:t xml:space="preserve"> you're</w:t>
      </w:r>
      <w:r>
        <w:t xml:space="preserve"> facing</w:t>
      </w:r>
      <w:r>
        <w:t xml:space="preserve"> here?</w:t>
        <w:br/>
        <w:t>你是这起诈骗的从犯</w:t>
        <w:br/>
        <w:t>You're</w:t>
      </w:r>
      <w:r>
        <w:t xml:space="preserve"> an</w:t>
      </w:r>
      <w:r>
        <w:t xml:space="preserve"> accessory</w:t>
      </w:r>
      <w:r>
        <w:t xml:space="preserve"> to</w:t>
      </w:r>
      <w:r>
        <w:t xml:space="preserve"> fraud.</w:t>
        <w:br/>
        <w:t>并且是起始的关键</w:t>
        <w:br/>
        <w:t>That's</w:t>
      </w:r>
      <w:r>
        <w:t xml:space="preserve"> just</w:t>
      </w:r>
      <w:r>
        <w:t xml:space="preserve"> for</w:t>
      </w:r>
      <w:r>
        <w:t xml:space="preserve"> starters.</w:t>
        <w:br/>
        <w:t>他发现了...</w:t>
        <w:br/>
        <w:t>He</w:t>
      </w:r>
      <w:r>
        <w:t xml:space="preserve"> found</w:t>
      </w:r>
      <w:r>
        <w:t xml:space="preserve"> out...</w:t>
        <w:br/>
        <w:t>天知道他是怎么发现的...</w:t>
        <w:br/>
        <w:t>God</w:t>
      </w:r>
      <w:r>
        <w:t xml:space="preserve"> knows</w:t>
      </w:r>
      <w:r>
        <w:t xml:space="preserve"> how...</w:t>
        <w:br/>
        <w:t>我并没有从大学毕业</w:t>
        <w:br/>
        <w:t>that</w:t>
      </w:r>
      <w:r>
        <w:t xml:space="preserve"> I</w:t>
      </w:r>
      <w:r>
        <w:t xml:space="preserve"> didn't</w:t>
      </w:r>
      <w:r>
        <w:t xml:space="preserve"> graduate</w:t>
      </w:r>
      <w:r>
        <w:t xml:space="preserve"> from</w:t>
      </w:r>
      <w:r>
        <w:t xml:space="preserve"> college.</w:t>
        <w:br/>
        <w:t>我在我的简历上撒了谎</w:t>
      </w:r>
      <w:r>
        <w:t xml:space="preserve"> 而得到这份工作</w:t>
        <w:br/>
        <w:t>I</w:t>
      </w:r>
      <w:r>
        <w:t xml:space="preserve"> lied</w:t>
      </w:r>
      <w:r>
        <w:t xml:space="preserve"> on</w:t>
      </w:r>
      <w:r>
        <w:t xml:space="preserve"> my</w:t>
      </w:r>
      <w:r>
        <w:t xml:space="preserve"> resume</w:t>
      </w:r>
      <w:r>
        <w:t xml:space="preserve"> to</w:t>
      </w:r>
      <w:r>
        <w:t xml:space="preserve"> get</w:t>
      </w:r>
      <w:r>
        <w:t xml:space="preserve"> this</w:t>
      </w:r>
      <w:r>
        <w:t xml:space="preserve"> job.</w:t>
        <w:br/>
        <w:t>他用这个恐吓你</w:t>
      </w:r>
      <w:r>
        <w:t xml:space="preserve"> 你就保持和他的关系?</w:t>
        <w:br/>
        <w:t>He</w:t>
      </w:r>
      <w:r>
        <w:t xml:space="preserve"> threatens</w:t>
      </w:r>
      <w:r>
        <w:t xml:space="preserve"> to</w:t>
      </w:r>
      <w:r>
        <w:t xml:space="preserve"> expose</w:t>
      </w:r>
      <w:r>
        <w:t xml:space="preserve"> you,you</w:t>
      </w:r>
      <w:r>
        <w:t xml:space="preserve"> kept</w:t>
      </w:r>
      <w:r>
        <w:t xml:space="preserve"> dating</w:t>
      </w:r>
      <w:r>
        <w:t xml:space="preserve"> him?</w:t>
        <w:br/>
        <w:t>他很有钱</w:t>
        <w:br/>
        <w:t>He</w:t>
      </w:r>
      <w:r>
        <w:t xml:space="preserve"> had</w:t>
      </w:r>
      <w:r>
        <w:t xml:space="preserve"> money,</w:t>
        <w:br/>
        <w:t>在我身上花了很多钱</w:t>
        <w:br/>
        <w:t>spent</w:t>
      </w:r>
      <w:r>
        <w:t xml:space="preserve"> lots</w:t>
      </w:r>
      <w:r>
        <w:t xml:space="preserve"> of</w:t>
      </w:r>
      <w:r>
        <w:t xml:space="preserve"> it</w:t>
      </w:r>
      <w:r>
        <w:t xml:space="preserve"> on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me.</w:t>
        <w:br/>
        <w:t>你知道一个叫做Jose</w:t>
      </w:r>
      <w:r>
        <w:t xml:space="preserve"> Salazar的人吗?</w:t>
        <w:br/>
        <w:t>You</w:t>
      </w:r>
      <w:r>
        <w:t xml:space="preserve"> know</w:t>
      </w:r>
      <w:r>
        <w:t xml:space="preserve"> someone</w:t>
      </w:r>
      <w:r>
        <w:t xml:space="preserve"> named</w:t>
      </w:r>
      <w:r>
        <w:t xml:space="preserve"> Jose</w:t>
      </w:r>
      <w:r>
        <w:t xml:space="preserve"> Salazar?</w:t>
        <w:br/>
        <w:t>谁?</w:t>
        <w:br/>
        <w:t>Who?</w:t>
        <w:br/>
        <w:t>Jose</w:t>
      </w:r>
      <w:r>
        <w:t xml:space="preserve"> Salazar</w:t>
        <w:br/>
        <w:t>Jose</w:t>
      </w:r>
      <w:r>
        <w:t xml:space="preserve"> Salazar.</w:t>
        <w:br/>
        <w:t>Oh</w:t>
      </w:r>
      <w:r>
        <w:t xml:space="preserve"> </w:t>
      </w:r>
      <w:r>
        <w:t xml:space="preserve"> yeah</w:t>
      </w:r>
      <w:r>
        <w:t xml:space="preserve"> </w:t>
      </w:r>
      <w:r>
        <w:t xml:space="preserve"> 那个电工</w:t>
        <w:br/>
        <w:t>Oh,</w:t>
      </w:r>
      <w:r>
        <w:t xml:space="preserve"> yeah,</w:t>
      </w:r>
      <w:r>
        <w:t xml:space="preserve"> the</w:t>
      </w:r>
      <w:r>
        <w:t xml:space="preserve"> electrician.</w:t>
        <w:br/>
        <w:t>我想Trevor对他玩了什么诡计</w:t>
        <w:br/>
        <w:t>I</w:t>
      </w:r>
      <w:r>
        <w:t xml:space="preserve"> think</w:t>
      </w:r>
      <w:r>
        <w:t xml:space="preserve"> Trevor</w:t>
      </w:r>
      <w:r>
        <w:t xml:space="preserve"> scammed</w:t>
      </w:r>
      <w:r>
        <w:t xml:space="preserve"> him</w:t>
      </w:r>
      <w:r>
        <w:t xml:space="preserve"> or</w:t>
      </w:r>
      <w:r>
        <w:t xml:space="preserve"> something.</w:t>
        <w:br/>
        <w:t>告诉我你认识他们其中的某些人吗</w:t>
        <w:br/>
        <w:t>Just</w:t>
      </w:r>
      <w:r>
        <w:t xml:space="preserve"> tell</w:t>
      </w:r>
      <w:r>
        <w:t xml:space="preserve"> me</w:t>
      </w:r>
      <w:r>
        <w:t xml:space="preserve"> if</w:t>
      </w:r>
      <w:r>
        <w:t xml:space="preserve"> you</w:t>
      </w:r>
      <w:r>
        <w:t xml:space="preserve"> recognize</w:t>
      </w:r>
      <w:r>
        <w:t xml:space="preserve"> any</w:t>
      </w:r>
      <w:r>
        <w:t xml:space="preserve"> of</w:t>
      </w:r>
      <w:r>
        <w:t xml:space="preserve"> them,</w:t>
        <w:br/>
        <w:t>耐心点仔细看</w:t>
        <w:br/>
        <w:t>but</w:t>
      </w:r>
      <w:r>
        <w:t xml:space="preserve"> take</w:t>
      </w:r>
      <w:r>
        <w:t xml:space="preserve"> your</w:t>
      </w:r>
      <w:r>
        <w:t xml:space="preserve"> time.</w:t>
        <w:br/>
        <w:t>怎么样?</w:t>
        <w:br/>
        <w:t>What</w:t>
      </w:r>
      <w:r>
        <w:t xml:space="preserve"> do</w:t>
      </w:r>
      <w:r>
        <w:t xml:space="preserve"> you</w:t>
      </w:r>
      <w:r>
        <w:t xml:space="preserve"> think?</w:t>
        <w:br/>
        <w:t>从左数的第二个</w:t>
        <w:br/>
        <w:t>The</w:t>
      </w:r>
      <w:r>
        <w:t xml:space="preserve"> second</w:t>
      </w:r>
      <w:r>
        <w:t xml:space="preserve"> from</w:t>
      </w:r>
      <w:r>
        <w:t xml:space="preserve"> the</w:t>
      </w:r>
      <w:r>
        <w:t xml:space="preserve"> left.</w:t>
        <w:br/>
        <w:t>你能指出来吗?</w:t>
        <w:br/>
        <w:t>Can</w:t>
      </w:r>
      <w:r>
        <w:t xml:space="preserve"> you</w:t>
      </w:r>
      <w:r>
        <w:t xml:space="preserve"> point</w:t>
      </w:r>
      <w:r>
        <w:t xml:space="preserve"> to</w:t>
      </w:r>
      <w:r>
        <w:t xml:space="preserve"> him?</w:t>
        <w:br/>
        <w:t>第二号&amp;hearts;</w:t>
        <w:br/>
        <w:t>Number</w:t>
      </w:r>
      <w:r>
        <w:t xml:space="preserve"> two.</w:t>
        <w:br/>
        <w:t>我需要你签名</w:t>
        <w:br/>
        <w:t>Okay,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sign</w:t>
      </w:r>
      <w:r>
        <w:t xml:space="preserve"> it</w:t>
        <w:br/>
        <w:t>表示这个人是</w:t>
        <w:br/>
        <w:t>to</w:t>
      </w:r>
      <w:r>
        <w:t xml:space="preserve"> show</w:t>
      </w:r>
      <w:r>
        <w:t xml:space="preserve"> that</w:t>
      </w:r>
      <w:r>
        <w:t xml:space="preserve"> this</w:t>
      </w:r>
      <w:r>
        <w:t xml:space="preserve"> is</w:t>
      </w:r>
      <w:r>
        <w:t xml:space="preserve"> the</w:t>
      </w:r>
      <w:r>
        <w:t xml:space="preserve"> man</w:t>
      </w:r>
      <w:r>
        <w:t xml:space="preserve"> you're</w:t>
      </w:r>
      <w:r>
        <w:t xml:space="preserve"> identifying</w:t>
        <w:br/>
        <w:t>你在Trevor</w:t>
      </w:r>
      <w:r>
        <w:t xml:space="preserve"> Riley被害的早晨</w:t>
      </w:r>
      <w:r>
        <w:t xml:space="preserve"> 在他的公&amp;hearts;寓&amp;hearts;里见到</w:t>
        <w:br/>
        <w:t>as</w:t>
      </w:r>
      <w:r>
        <w:t xml:space="preserve"> the</w:t>
      </w:r>
      <w:r>
        <w:t xml:space="preserve"> one</w:t>
      </w:r>
      <w:r>
        <w:t xml:space="preserve"> you</w:t>
      </w:r>
      <w:r>
        <w:t xml:space="preserve"> saw</w:t>
      </w:r>
      <w:r>
        <w:t xml:space="preserve"> in</w:t>
      </w:r>
      <w:r>
        <w:t xml:space="preserve"> Trevor</w:t>
      </w:r>
      <w:r>
        <w:t xml:space="preserve"> Riley's</w:t>
      </w:r>
      <w:r>
        <w:t xml:space="preserve"> apartment</w:t>
      </w:r>
      <w:r>
        <w:t xml:space="preserve"> on</w:t>
      </w:r>
      <w:r>
        <w:t xml:space="preserve"> the</w:t>
      </w:r>
      <w:r>
        <w:t xml:space="preserve"> morning</w:t>
      </w:r>
      <w:r>
        <w:t xml:space="preserve"> he</w:t>
      </w:r>
      <w:r>
        <w:t xml:space="preserve"> was</w:t>
      </w:r>
      <w:r>
        <w:t xml:space="preserve"> killed.</w:t>
        <w:br/>
        <w:t>Hey</w:t>
      </w:r>
      <w:r>
        <w:t xml:space="preserve"> </w:t>
      </w:r>
      <w:r>
        <w:t xml:space="preserve"> Jose</w:t>
      </w:r>
      <w:r>
        <w:t xml:space="preserve"> 我们又有一些问题要问你</w:t>
      </w:r>
      <w:r>
        <w:t xml:space="preserve"> </w:t>
        <w:br/>
        <w:t>Hey,</w:t>
      </w:r>
      <w:r>
        <w:t xml:space="preserve"> Jose,</w:t>
      </w:r>
      <w:r>
        <w:t xml:space="preserve"> got</w:t>
      </w:r>
      <w:r>
        <w:t xml:space="preserve"> a</w:t>
      </w:r>
      <w:r>
        <w:t xml:space="preserve"> couple</w:t>
      </w:r>
      <w:r>
        <w:t xml:space="preserve"> more</w:t>
      </w:r>
      <w:r>
        <w:t xml:space="preserve"> questions</w:t>
      </w:r>
      <w:r>
        <w:t xml:space="preserve"> for</w:t>
      </w:r>
      <w:r>
        <w:t xml:space="preserve"> you.</w:t>
        <w:br/>
        <w:t>Aw</w:t>
      </w:r>
      <w:r>
        <w:t xml:space="preserve"> 别这样</w:t>
        <w:br/>
        <w:t>Aw,</w:t>
      </w:r>
      <w:r>
        <w:t xml:space="preserve"> don't</w:t>
      </w:r>
      <w:r>
        <w:t xml:space="preserve"> do</w:t>
      </w:r>
      <w:r>
        <w:t xml:space="preserve"> this.</w:t>
        <w:br/>
        <w:t>你去右边</w:t>
      </w:r>
      <w:r>
        <w:t xml:space="preserve"> -</w:t>
      </w:r>
      <w:r>
        <w:t xml:space="preserve"> 我去了!</w:t>
        <w:br/>
        <w:t>You</w:t>
      </w:r>
      <w:r>
        <w:t xml:space="preserve"> go</w:t>
      </w:r>
      <w:r>
        <w:t xml:space="preserve"> right.</w:t>
      </w:r>
      <w:r>
        <w:t xml:space="preserve"> -</w:t>
      </w:r>
      <w:r>
        <w:t xml:space="preserve"> I'm</w:t>
      </w:r>
      <w:r>
        <w:t xml:space="preserve"> on</w:t>
      </w:r>
      <w:r>
        <w:t xml:space="preserve"> it!</w:t>
        <w:br/>
        <w:t>Stay</w:t>
      </w:r>
      <w:r>
        <w:t xml:space="preserve"> down!</w:t>
        <w:br/>
        <w:t>Stay</w:t>
      </w:r>
      <w:r>
        <w:t xml:space="preserve"> down!</w:t>
        <w:br/>
        <w:t>他说他能添一个零</w:t>
        <w:br/>
        <w:t>He</w:t>
      </w:r>
      <w:r>
        <w:t xml:space="preserve"> said</w:t>
      </w:r>
      <w:r>
        <w:t xml:space="preserve"> he</w:t>
      </w:r>
      <w:r>
        <w:t xml:space="preserve"> could</w:t>
      </w:r>
      <w:r>
        <w:t xml:space="preserve"> add</w:t>
      </w:r>
      <w:r>
        <w:t xml:space="preserve"> a</w:t>
      </w:r>
      <w:r>
        <w:t xml:space="preserve"> zero.</w:t>
        <w:br/>
        <w:t>到哪里?</w:t>
        <w:br/>
        <w:t>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what?</w:t>
        <w:br/>
        <w:t>我的8000美元</w:t>
        <w:br/>
        <w:t>To</w:t>
      </w:r>
      <w:r>
        <w:t xml:space="preserve"> my</w:t>
      </w:r>
      <w:r>
        <w:t xml:space="preserve"> $8,000.</w:t>
        <w:br/>
        <w:t>17年的存款</w:t>
        <w:br/>
        <w:t>17</w:t>
      </w:r>
      <w:r>
        <w:t xml:space="preserve"> years</w:t>
      </w:r>
      <w:r>
        <w:t xml:space="preserve"> of</w:t>
      </w:r>
      <w:r>
        <w:t xml:space="preserve"> savings.</w:t>
        <w:br/>
        <w:t>然后你发现他将带着你的钱离开那里</w:t>
        <w:br/>
        <w:t>Then</w:t>
      </w:r>
      <w:r>
        <w:t xml:space="preserve"> you</w:t>
      </w:r>
      <w:r>
        <w:t xml:space="preserve"> find</w:t>
      </w:r>
      <w:r>
        <w:t xml:space="preserve"> out</w:t>
      </w:r>
      <w:r>
        <w:t xml:space="preserve"> he's</w:t>
      </w:r>
      <w:r>
        <w:t xml:space="preserve"> about</w:t>
      </w:r>
      <w:r>
        <w:t xml:space="preserve"> to</w:t>
      </w:r>
      <w:r>
        <w:t xml:space="preserve"> leave</w:t>
      </w:r>
      <w:r>
        <w:t xml:space="preserve"> town</w:t>
      </w:r>
      <w:r>
        <w:t xml:space="preserve"> with</w:t>
      </w:r>
      <w:r>
        <w:t xml:space="preserve"> your</w:t>
      </w:r>
      <w:r>
        <w:t xml:space="preserve"> money.</w:t>
        <w:br/>
        <w:t>不</w:t>
      </w:r>
      <w:r>
        <w:t xml:space="preserve"> 那些是你们告诉我的</w:t>
        <w:br/>
        <w:t>No,</w:t>
      </w:r>
      <w:r>
        <w:t xml:space="preserve"> that's</w:t>
      </w:r>
      <w:r>
        <w:t xml:space="preserve"> what</w:t>
      </w:r>
      <w:r>
        <w:t xml:space="preserve"> you're</w:t>
      </w:r>
      <w:r>
        <w:t xml:space="preserve"> telling</w:t>
      </w:r>
      <w:r>
        <w:t xml:space="preserve"> me.</w:t>
        <w:br/>
        <w:t>我并不知道他的行动</w:t>
        <w:br/>
        <w:t>I</w:t>
      </w:r>
      <w:r>
        <w:t xml:space="preserve"> didn't</w:t>
      </w:r>
      <w:r>
        <w:t xml:space="preserve"> know</w:t>
      </w:r>
      <w:r>
        <w:t xml:space="preserve"> he</w:t>
      </w:r>
      <w:r>
        <w:t xml:space="preserve"> was</w:t>
      </w:r>
      <w:r>
        <w:t xml:space="preserve"> moving.</w:t>
        <w:br/>
        <w:t>我们有指纹</w:t>
        <w:br/>
        <w:t>We've</w:t>
      </w:r>
      <w:r>
        <w:t xml:space="preserve"> got</w:t>
      </w:r>
      <w:r>
        <w:t xml:space="preserve"> prints,</w:t>
        <w:br/>
        <w:t>在你的货车的后面</w:t>
        <w:br/>
        <w:t>we've</w:t>
      </w:r>
      <w:r>
        <w:t xml:space="preserve"> got</w:t>
      </w:r>
      <w:r>
        <w:t xml:space="preserve"> the</w:t>
      </w:r>
      <w:r>
        <w:t xml:space="preserve"> right</w:t>
      </w:r>
      <w:r>
        <w:t xml:space="preserve"> gauge</w:t>
      </w:r>
      <w:r>
        <w:t xml:space="preserve"> wire</w:t>
      </w:r>
      <w:r>
        <w:t xml:space="preserve"> in</w:t>
      </w:r>
      <w:r>
        <w:t xml:space="preserve"> the</w:t>
      </w:r>
      <w:r>
        <w:t xml:space="preserve"> back</w:t>
      </w:r>
      <w:r>
        <w:t xml:space="preserve"> of</w:t>
      </w:r>
      <w:r>
        <w:t xml:space="preserve"> your</w:t>
      </w:r>
      <w:r>
        <w:t xml:space="preserve"> truck,</w:t>
        <w:br/>
        <w:t>发现了合适的金属线</w:t>
      </w:r>
      <w:r>
        <w:t xml:space="preserve"> 我们还有目击证人证明你的谎言</w:t>
        <w:br/>
        <w:t>we</w:t>
      </w:r>
      <w:r>
        <w:t xml:space="preserve"> got</w:t>
      </w:r>
      <w:r>
        <w:t xml:space="preserve"> an</w:t>
      </w:r>
      <w:r>
        <w:t xml:space="preserve"> eyewitness</w:t>
      </w:r>
      <w:r>
        <w:t xml:space="preserve"> that</w:t>
      </w:r>
      <w:r>
        <w:t xml:space="preserve"> makes</w:t>
      </w:r>
      <w:r>
        <w:t xml:space="preserve"> a</w:t>
      </w:r>
      <w:r>
        <w:t xml:space="preserve"> liar</w:t>
      </w:r>
      <w:r>
        <w:t xml:space="preserve"> out</w:t>
      </w:r>
      <w:r>
        <w:t xml:space="preserve"> of</w:t>
      </w:r>
      <w:r>
        <w:t xml:space="preserve"> you.</w:t>
        <w:br/>
        <w:t>Riley死的那个早晨</w:t>
        <w:br/>
        <w:t>The</w:t>
      </w:r>
      <w:r>
        <w:t xml:space="preserve"> morning</w:t>
      </w:r>
      <w:r>
        <w:t xml:space="preserve"> that</w:t>
      </w:r>
      <w:r>
        <w:t xml:space="preserve"> Riley</w:t>
      </w:r>
      <w:r>
        <w:t xml:space="preserve"> died,</w:t>
        <w:br/>
        <w:t>我在击球笼俱乐部</w:t>
        <w:br/>
        <w:t>I</w:t>
      </w:r>
      <w:r>
        <w:t xml:space="preserve"> was</w:t>
      </w:r>
      <w:r>
        <w:t xml:space="preserve"> at</w:t>
      </w:r>
      <w:r>
        <w:t xml:space="preserve"> the</w:t>
      </w:r>
      <w:r>
        <w:t xml:space="preserve"> batting</w:t>
      </w:r>
      <w:r>
        <w:t xml:space="preserve"> cages.</w:t>
        <w:br/>
        <w:t>你可以去问那里的每个人</w:t>
        <w:br/>
        <w:t>You</w:t>
      </w:r>
      <w:r>
        <w:t xml:space="preserve"> can</w:t>
      </w:r>
      <w:r>
        <w:t xml:space="preserve"> ask</w:t>
      </w:r>
      <w:r>
        <w:t xml:space="preserve"> anyone</w:t>
      </w:r>
      <w:r>
        <w:t xml:space="preserve"> there.</w:t>
        <w:br/>
        <w:t>我们去问了</w:t>
        <w:br/>
        <w:t>We</w:t>
      </w:r>
      <w:r>
        <w:t xml:space="preserve"> did.</w:t>
        <w:br/>
        <w:t>那里的经理并不记得你</w:t>
        <w:br/>
        <w:t>The</w:t>
      </w:r>
      <w:r>
        <w:t xml:space="preserve"> manager</w:t>
      </w:r>
      <w:r>
        <w:t xml:space="preserve"> doesn't</w:t>
      </w:r>
      <w:r>
        <w:t xml:space="preserve"> remember</w:t>
      </w:r>
      <w:r>
        <w:t xml:space="preserve"> you.</w:t>
        <w:br/>
        <w:t>你知道一个叫做Lisa</w:t>
      </w:r>
      <w:r>
        <w:t xml:space="preserve"> Bayle的女人吗?</w:t>
        <w:br/>
        <w:t>You</w:t>
      </w:r>
      <w:r>
        <w:t xml:space="preserve"> know</w:t>
      </w:r>
      <w:r>
        <w:t xml:space="preserve"> a</w:t>
      </w:r>
      <w:r>
        <w:t xml:space="preserve"> woman</w:t>
      </w:r>
      <w:r>
        <w:t xml:space="preserve"> named</w:t>
      </w:r>
      <w:r>
        <w:t xml:space="preserve"> Lisa</w:t>
      </w:r>
      <w:r>
        <w:t xml:space="preserve"> Bayle?</w:t>
        <w:br/>
        <w:t>2004年4月9日</w:t>
      </w:r>
      <w:r>
        <w:t xml:space="preserve"> 你在哪里?</w:t>
        <w:br/>
        <w:t>April</w:t>
      </w:r>
      <w:r>
        <w:t xml:space="preserve"> 9,</w:t>
      </w:r>
      <w:r>
        <w:t xml:space="preserve"> 2004...where</w:t>
      </w:r>
      <w:r>
        <w:t xml:space="preserve"> were</w:t>
      </w:r>
      <w:r>
        <w:t xml:space="preserve"> you?</w:t>
        <w:br/>
        <w:t>在San</w:t>
      </w:r>
      <w:r>
        <w:t xml:space="preserve"> Diego</w:t>
        <w:br/>
        <w:t>In</w:t>
      </w:r>
      <w:r>
        <w:t xml:space="preserve"> San</w:t>
      </w:r>
      <w:r>
        <w:t xml:space="preserve"> Diego.</w:t>
        <w:br/>
        <w:t>花了一个星期在一个大工程上</w:t>
      </w:r>
      <w:r>
        <w:t xml:space="preserve"> ...</w:t>
        <w:br/>
        <w:t>Spent</w:t>
      </w:r>
      <w:r>
        <w:t xml:space="preserve"> the</w:t>
      </w:r>
      <w:r>
        <w:t xml:space="preserve"> week</w:t>
      </w:r>
      <w:r>
        <w:t xml:space="preserve"> on</w:t>
      </w:r>
      <w:r>
        <w:t xml:space="preserve"> a</w:t>
      </w:r>
      <w:r>
        <w:t xml:space="preserve"> big</w:t>
      </w:r>
      <w:r>
        <w:t xml:space="preserve"> job...</w:t>
        <w:br/>
        <w:t>一个公&amp;hearts;寓&amp;hearts;的布线</w:t>
        <w:br/>
        <w:t>wiring</w:t>
      </w:r>
      <w:r>
        <w:t xml:space="preserve"> apartments.</w:t>
        <w:br/>
        <w:t>我并不知道你们说的是谁</w:t>
        <w:br/>
        <w:t>And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who</w:t>
      </w:r>
      <w:r>
        <w:t xml:space="preserve"> you're</w:t>
      </w:r>
      <w:r>
        <w:t xml:space="preserve"> talking</w:t>
      </w:r>
      <w:r>
        <w:t xml:space="preserve"> about.</w:t>
        <w:br/>
        <w:t>我不知道</w:t>
        <w:br/>
        <w:t>I</w:t>
      </w:r>
      <w:r>
        <w:t xml:space="preserve"> don't</w:t>
      </w:r>
      <w:r>
        <w:t xml:space="preserve"> know.</w:t>
        <w:br/>
        <w:t>你认为他认出了她的名字吗?</w:t>
        <w:br/>
        <w:t>You</w:t>
      </w:r>
      <w:r>
        <w:t xml:space="preserve"> think</w:t>
      </w:r>
      <w:r>
        <w:t xml:space="preserve"> he</w:t>
      </w:r>
      <w:r>
        <w:t xml:space="preserve"> recognized</w:t>
      </w:r>
      <w:r>
        <w:t xml:space="preserve"> 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name?</w:t>
        <w:br/>
        <w:t>很难说</w:t>
        <w:br/>
        <w:t>Hard</w:t>
      </w:r>
      <w:r>
        <w:t xml:space="preserve"> to</w:t>
      </w:r>
      <w:r>
        <w:t xml:space="preserve"> say.</w:t>
        <w:br/>
        <w:t>他好像有反映</w:t>
        <w:br/>
        <w:t>He</w:t>
      </w:r>
      <w:r>
        <w:t xml:space="preserve"> reacted.</w:t>
        <w:br/>
        <w:t>他有动机杀害Riley</w:t>
        <w:br/>
        <w:t>And</w:t>
      </w:r>
      <w:r>
        <w:t xml:space="preserve"> he's</w:t>
      </w:r>
      <w:r>
        <w:t xml:space="preserve"> got</w:t>
      </w:r>
      <w:r>
        <w:t xml:space="preserve"> motive</w:t>
      </w:r>
      <w:r>
        <w:t xml:space="preserve"> for</w:t>
      </w:r>
      <w:r>
        <w:t xml:space="preserve"> killing</w:t>
      </w:r>
      <w:r>
        <w:t xml:space="preserve"> Riley,</w:t>
        <w:br/>
        <w:t>有一个目击证人证明当时他在案发现场</w:t>
        <w:br/>
        <w:t>an</w:t>
      </w:r>
      <w:r>
        <w:t xml:space="preserve"> eyewitness</w:t>
      </w:r>
      <w:r>
        <w:t xml:space="preserve"> put</w:t>
      </w:r>
      <w:r>
        <w:t xml:space="preserve"> him</w:t>
      </w:r>
      <w:r>
        <w:t xml:space="preserve"> at</w:t>
      </w:r>
      <w:r>
        <w:t xml:space="preserve"> the</w:t>
      </w:r>
      <w:r>
        <w:t xml:space="preserve"> scene,</w:t>
        <w:br/>
        <w:t>他恐吓了受害者</w:t>
      </w:r>
      <w:r>
        <w:t xml:space="preserve"> 他对自己的去向撒了谎</w:t>
        <w:br/>
        <w:t>he</w:t>
      </w:r>
      <w:r>
        <w:t xml:space="preserve"> threatened</w:t>
      </w:r>
      <w:r>
        <w:t xml:space="preserve"> the</w:t>
      </w:r>
      <w:r>
        <w:t xml:space="preserve"> victim,</w:t>
      </w:r>
      <w:r>
        <w:t xml:space="preserve"> he</w:t>
      </w:r>
      <w:r>
        <w:t xml:space="preserve"> lied</w:t>
      </w:r>
      <w:r>
        <w:t xml:space="preserve"> about</w:t>
      </w:r>
      <w:r>
        <w:t xml:space="preserve"> his</w:t>
      </w:r>
      <w:r>
        <w:t xml:space="preserve"> alibi.</w:t>
        <w:br/>
        <w:t>这些说明进展不错</w:t>
        <w:br/>
        <w:t>Yeah,</w:t>
      </w:r>
      <w:r>
        <w:t xml:space="preserve"> that's</w:t>
      </w:r>
      <w:r>
        <w:t xml:space="preserve"> all</w:t>
      </w:r>
      <w:r>
        <w:t xml:space="preserve"> good,</w:t>
        <w:br/>
        <w:t>但是Lisa</w:t>
      </w:r>
      <w:r>
        <w:t xml:space="preserve"> Bayle案同样的行为</w:t>
        <w:br/>
        <w:t>but</w:t>
      </w:r>
      <w:r>
        <w:t xml:space="preserve"> all</w:t>
      </w:r>
      <w:r>
        <w:t xml:space="preserve"> we've</w:t>
      </w:r>
      <w:r>
        <w:t xml:space="preserve"> got</w:t>
      </w:r>
      <w:r>
        <w:t xml:space="preserve"> on</w:t>
      </w:r>
      <w:r>
        <w:t xml:space="preserve"> Lisa</w:t>
      </w:r>
      <w:r>
        <w:t xml:space="preserve"> Bayle</w:t>
      </w:r>
      <w:r>
        <w:t xml:space="preserve"> is</w:t>
      </w:r>
      <w:r>
        <w:t xml:space="preserve"> a</w:t>
      </w:r>
      <w:r>
        <w:t xml:space="preserve"> similar</w:t>
      </w:r>
      <w:r>
        <w:t xml:space="preserve"> M.O.</w:t>
        <w:br/>
        <w:t>可能是巧合</w:t>
        <w:br/>
        <w:t>Could</w:t>
      </w:r>
      <w:r>
        <w:t xml:space="preserve"> be</w:t>
      </w:r>
      <w:r>
        <w:t xml:space="preserve"> coincidence.</w:t>
        <w:br/>
        <w:t>Yeah...</w:t>
      </w:r>
      <w:r>
        <w:t xml:space="preserve"> I</w:t>
      </w:r>
      <w:r>
        <w:t xml:space="preserve"> mean...</w:t>
        <w:br/>
        <w:t>Yeah...</w:t>
      </w:r>
      <w:r>
        <w:t xml:space="preserve"> I</w:t>
      </w:r>
      <w:r>
        <w:t xml:space="preserve"> mean...</w:t>
        <w:br/>
        <w:t>我觉得不是这样的</w:t>
        <w:br/>
        <w:t>my</w:t>
      </w:r>
      <w:r>
        <w:t xml:space="preserve"> gut</w:t>
      </w:r>
      <w:r>
        <w:t xml:space="preserve"> says</w:t>
      </w:r>
      <w:r>
        <w:t xml:space="preserve"> no,</w:t>
        <w:br/>
        <w:t>我让Charlie对这些做了数学上的分&amp;hearts;析&amp;hearts;</w:t>
        <w:br/>
        <w:t>but</w:t>
      </w:r>
      <w:r>
        <w:t xml:space="preserve"> I</w:t>
      </w:r>
      <w:r>
        <w:t xml:space="preserve"> asked</w:t>
      </w:r>
      <w:r>
        <w:t xml:space="preserve"> Charlie</w:t>
      </w:r>
      <w:r>
        <w:t xml:space="preserve"> to</w:t>
      </w:r>
      <w:r>
        <w:t xml:space="preserve"> run</w:t>
      </w:r>
      <w:r>
        <w:t xml:space="preserve"> some</w:t>
      </w:r>
      <w:r>
        <w:t xml:space="preserve"> numbers</w:t>
      </w:r>
      <w:r>
        <w:t xml:space="preserve"> on</w:t>
      </w:r>
      <w:r>
        <w:t xml:space="preserve"> it.</w:t>
        <w:br/>
        <w:t>我去看看他是否发现了什么</w:t>
      </w:r>
      <w:r>
        <w:t xml:space="preserve"> -</w:t>
      </w:r>
      <w:r>
        <w:t xml:space="preserve"> Okay.</w:t>
        <w:br/>
        <w:t>I'm</w:t>
      </w:r>
      <w:r>
        <w:t xml:space="preserve"> going</w:t>
      </w:r>
      <w:r>
        <w:t xml:space="preserve"> to</w:t>
      </w:r>
      <w:r>
        <w:t xml:space="preserve"> go</w:t>
      </w:r>
      <w:r>
        <w:t xml:space="preserve"> see</w:t>
      </w:r>
      <w:r>
        <w:t xml:space="preserve"> if</w:t>
      </w:r>
      <w:r>
        <w:t xml:space="preserve"> I</w:t>
      </w:r>
      <w:r>
        <w:t xml:space="preserve"> can</w:t>
      </w:r>
      <w:r>
        <w:t xml:space="preserve"> track</w:t>
      </w:r>
      <w:r>
        <w:t xml:space="preserve"> him</w:t>
      </w:r>
      <w:r>
        <w:t xml:space="preserve"> down.</w:t>
      </w:r>
      <w:r>
        <w:t xml:space="preserve"> -</w:t>
      </w:r>
      <w:r>
        <w:t xml:space="preserve"> Okay.</w:t>
        <w:br/>
        <w:t>那么这两种谋杀案由两个不同的人做的几率是多大?</w:t>
        <w:br/>
        <w:t>So</w:t>
      </w:r>
      <w:r>
        <w:t xml:space="preserve"> what's</w:t>
      </w:r>
      <w:r>
        <w:t xml:space="preserve"> the</w:t>
      </w:r>
      <w:r>
        <w:t xml:space="preserve"> possibility</w:t>
      </w:r>
      <w:r>
        <w:t xml:space="preserve"> that</w:t>
      </w:r>
      <w:r>
        <w:t xml:space="preserve"> these</w:t>
      </w:r>
      <w:r>
        <w:t xml:space="preserve"> two</w:t>
      </w:r>
      <w:r>
        <w:t xml:space="preserve"> murders</w:t>
      </w:r>
      <w:r>
        <w:t xml:space="preserve"> could</w:t>
      </w:r>
      <w:r>
        <w:t xml:space="preserve"> have</w:t>
      </w:r>
      <w:r>
        <w:t xml:space="preserve"> been</w:t>
      </w:r>
      <w:r>
        <w:t xml:space="preserve"> done</w:t>
      </w:r>
      <w:r>
        <w:t xml:space="preserve"> by</w:t>
      </w:r>
      <w:r>
        <w:t xml:space="preserve"> different</w:t>
      </w:r>
      <w:r>
        <w:t xml:space="preserve"> people?</w:t>
        <w:br/>
        <w:t>Okay...</w:t>
      </w:r>
      <w:r>
        <w:t xml:space="preserve"> </w:t>
        <w:br/>
        <w:t>Okay...</w:t>
        <w:br/>
        <w:t>根据FBI的纪录在全国</w:t>
        <w:br/>
        <w:t>according</w:t>
      </w:r>
      <w:r>
        <w:t xml:space="preserve"> to</w:t>
      </w:r>
      <w:r>
        <w:t xml:space="preserve"> the</w:t>
      </w:r>
      <w:r>
        <w:t xml:space="preserve"> FBI's</w:t>
      </w:r>
      <w:r>
        <w:t xml:space="preserve"> crime</w:t>
      </w:r>
      <w:r>
        <w:t xml:space="preserve"> stats,</w:t>
      </w:r>
      <w:r>
        <w:t xml:space="preserve"> in</w:t>
      </w:r>
      <w:r>
        <w:t xml:space="preserve"> the</w:t>
      </w:r>
      <w:r>
        <w:t xml:space="preserve"> entire</w:t>
      </w:r>
      <w:r>
        <w:t xml:space="preserve"> country,</w:t>
        <w:br/>
        <w:t>每年会有3至4个人死于绞杀</w:t>
        <w:br/>
        <w:t>three</w:t>
      </w:r>
      <w:r>
        <w:t xml:space="preserve"> or</w:t>
      </w:r>
      <w:r>
        <w:t xml:space="preserve"> four</w:t>
      </w:r>
      <w:r>
        <w:t xml:space="preserve"> people</w:t>
      </w:r>
      <w:r>
        <w:t xml:space="preserve"> are</w:t>
      </w:r>
      <w:r>
        <w:t xml:space="preserve"> killed</w:t>
      </w:r>
      <w:r>
        <w:t xml:space="preserve"> with</w:t>
      </w:r>
      <w:r>
        <w:t xml:space="preserve"> a</w:t>
      </w:r>
      <w:r>
        <w:t xml:space="preserve"> garrote</w:t>
      </w:r>
      <w:r>
        <w:t xml:space="preserve"> every</w:t>
      </w:r>
      <w:r>
        <w:t xml:space="preserve"> year.</w:t>
        <w:br/>
        <w:t>在洛杉矶全国百分之五的谋杀</w:t>
        <w:br/>
        <w:t>Five</w:t>
      </w:r>
      <w:r>
        <w:t xml:space="preserve"> percent</w:t>
      </w:r>
      <w:r>
        <w:t xml:space="preserve"> of</w:t>
      </w:r>
      <w:r>
        <w:t xml:space="preserve"> total</w:t>
      </w:r>
      <w:r>
        <w:t xml:space="preserve"> murders</w:t>
      </w:r>
      <w:r>
        <w:t xml:space="preserve"> in</w:t>
      </w:r>
      <w:r>
        <w:t xml:space="preserve"> the</w:t>
      </w:r>
      <w:r>
        <w:t xml:space="preserve"> United</w:t>
      </w:r>
      <w:r>
        <w:t xml:space="preserve"> States</w:t>
      </w:r>
      <w:r>
        <w:t xml:space="preserve"> take</w:t>
      </w:r>
      <w:r>
        <w:t xml:space="preserve"> place</w:t>
      </w:r>
      <w:r>
        <w:t xml:space="preserve"> in</w:t>
      </w:r>
      <w:r>
        <w:t xml:space="preserve"> Los</w:t>
      </w:r>
      <w:r>
        <w:t xml:space="preserve"> Angeles.</w:t>
        <w:br/>
        <w:t>那么假设他并没有从前一个谋杀者那里得到作案方法</w:t>
        <w:br/>
        <w:t>So,</w:t>
      </w:r>
      <w:r>
        <w:t xml:space="preserve"> assuming</w:t>
      </w:r>
      <w:r>
        <w:t xml:space="preserve"> that</w:t>
      </w:r>
      <w:r>
        <w:t xml:space="preserve"> he</w:t>
      </w:r>
      <w:r>
        <w:t xml:space="preserve"> didn't</w:t>
      </w:r>
      <w:r>
        <w:t xml:space="preserve"> get</w:t>
      </w:r>
      <w:r>
        <w:t xml:space="preserve"> the</w:t>
      </w:r>
      <w:r>
        <w:t xml:space="preserve"> idea</w:t>
      </w:r>
      <w:r>
        <w:t xml:space="preserve"> from</w:t>
      </w:r>
      <w:r>
        <w:t xml:space="preserve"> the</w:t>
      </w:r>
      <w:r>
        <w:t xml:space="preserve"> first</w:t>
      </w:r>
      <w:r>
        <w:t xml:space="preserve"> killer,</w:t>
        <w:br/>
        <w:t>这里4.9%的可能性这是巧合</w:t>
        <w:br/>
        <w:t>there's</w:t>
      </w:r>
      <w:r>
        <w:t xml:space="preserve"> a</w:t>
      </w:r>
      <w:r>
        <w:t xml:space="preserve"> 4.9%</w:t>
      </w:r>
      <w:r>
        <w:t xml:space="preserve"> chance</w:t>
      </w:r>
      <w:r>
        <w:t xml:space="preserve"> that</w:t>
      </w:r>
      <w:r>
        <w:t xml:space="preserve"> this</w:t>
      </w:r>
      <w:r>
        <w:t xml:space="preserve"> is</w:t>
      </w:r>
      <w:r>
        <w:t xml:space="preserve"> a</w:t>
      </w:r>
      <w:r>
        <w:t xml:space="preserve"> coincidence.</w:t>
        <w:br/>
        <w:t>我知道这非常的低</w:t>
        <w:br/>
        <w:t>Yeah,</w:t>
      </w:r>
      <w:r>
        <w:t xml:space="preserve"> I</w:t>
      </w:r>
      <w:r>
        <w:t xml:space="preserve"> knew</w:t>
      </w:r>
      <w:r>
        <w:t xml:space="preserve"> it</w:t>
      </w:r>
      <w:r>
        <w:t xml:space="preserve"> would</w:t>
      </w:r>
      <w:r>
        <w:t xml:space="preserve"> be</w:t>
      </w:r>
    </w:p>
    <w:p>
      <w:r>
        <w:t xml:space="preserve"> slim.</w:t>
        <w:br/>
        <w:t>你打算怎么做?</w:t>
        <w:br/>
        <w:t>What</w:t>
      </w:r>
      <w:r>
        <w:t xml:space="preserve"> are</w:t>
      </w:r>
      <w:r>
        <w:t xml:space="preserve"> you</w:t>
      </w:r>
      <w:r>
        <w:t xml:space="preserve"> going</w:t>
      </w:r>
      <w:r>
        <w:t xml:space="preserve"> to</w:t>
      </w:r>
      <w:r>
        <w:t xml:space="preserve"> do?</w:t>
        <w:br/>
        <w:t>我将以杀害Trevor</w:t>
      </w:r>
      <w:r>
        <w:t xml:space="preserve"> Riley而逮捕Jose</w:t>
      </w:r>
      <w:r>
        <w:t xml:space="preserve"> Salazar</w:t>
        <w:br/>
        <w:t>Well,</w:t>
      </w:r>
      <w:r>
        <w:t xml:space="preserve"> I'm</w:t>
      </w:r>
      <w:r>
        <w:t xml:space="preserve"> going</w:t>
      </w:r>
      <w:r>
        <w:t xml:space="preserve"> to</w:t>
      </w:r>
      <w:r>
        <w:t xml:space="preserve"> hold</w:t>
      </w:r>
      <w:r>
        <w:t xml:space="preserve"> Jose</w:t>
      </w:r>
      <w:r>
        <w:t xml:space="preserve"> Salazar</w:t>
      </w:r>
      <w:r>
        <w:t xml:space="preserve"> for</w:t>
      </w:r>
      <w:r>
        <w:t xml:space="preserve"> the</w:t>
      </w:r>
      <w:r>
        <w:t xml:space="preserve"> murder</w:t>
      </w:r>
      <w:r>
        <w:t xml:space="preserve"> of</w:t>
      </w:r>
      <w:r>
        <w:t xml:space="preserve"> Trevor</w:t>
      </w:r>
      <w:r>
        <w:t xml:space="preserve"> Riley,</w:t>
        <w:br/>
        <w:t>然后看看能否和Lisa</w:t>
      </w:r>
      <w:r>
        <w:t xml:space="preserve"> Bayle联&amp;hearts;系&amp;hearts;起来</w:t>
        <w:br/>
        <w:t>and</w:t>
      </w:r>
      <w:r>
        <w:t xml:space="preserve"> see</w:t>
      </w:r>
      <w:r>
        <w:t xml:space="preserve"> if</w:t>
      </w:r>
      <w:r>
        <w:t xml:space="preserve"> I</w:t>
      </w:r>
      <w:r>
        <w:t xml:space="preserve"> can</w:t>
      </w:r>
      <w:r>
        <w:t xml:space="preserve"> link</w:t>
      </w:r>
      <w:r>
        <w:t xml:space="preserve"> him</w:t>
      </w:r>
      <w:r>
        <w:t xml:space="preserve"> to</w:t>
      </w:r>
      <w:r>
        <w:t xml:space="preserve"> Lisa</w:t>
      </w:r>
      <w:r>
        <w:t xml:space="preserve"> Bayle.</w:t>
        <w:br/>
        <w:br/>
        <w:t>最后看看Cliff</w:t>
      </w:r>
      <w:r>
        <w:t xml:space="preserve"> Howard被投入监狱是否冤枉</w:t>
        <w:br/>
        <w:t>And</w:t>
      </w:r>
      <w:r>
        <w:t xml:space="preserve"> if</w:t>
      </w:r>
      <w:r>
        <w:t xml:space="preserve"> Cliff</w:t>
      </w:r>
      <w:r>
        <w:t xml:space="preserve"> Howard's</w:t>
      </w:r>
      <w:r>
        <w:t xml:space="preserve"> in</w:t>
      </w:r>
      <w:r>
        <w:t xml:space="preserve"> jail</w:t>
      </w:r>
      <w:r>
        <w:t xml:space="preserve"> by</w:t>
      </w:r>
      <w:r>
        <w:t xml:space="preserve"> mistake,</w:t>
        <w:br/>
        <w:t>我来确定一下</w:t>
        <w:br/>
        <w:t>I'm</w:t>
      </w:r>
      <w:r>
        <w:t xml:space="preserve"> going</w:t>
      </w:r>
      <w:r>
        <w:t xml:space="preserve"> to</w:t>
      </w:r>
      <w:r>
        <w:t xml:space="preserve"> fix</w:t>
      </w:r>
      <w:r>
        <w:t xml:space="preserve"> it.</w:t>
        <w:br/>
        <w:t>为什么我要再一次重复?</w:t>
        <w:br/>
        <w:t>Why</w:t>
      </w:r>
      <w:r>
        <w:t xml:space="preserve"> do</w:t>
      </w:r>
      <w:r>
        <w:t xml:space="preserve"> I</w:t>
      </w:r>
      <w:r>
        <w:t xml:space="preserve"> have</w:t>
      </w:r>
      <w:r>
        <w:t xml:space="preserve"> to</w:t>
      </w:r>
      <w:r>
        <w:t xml:space="preserve"> tell</w:t>
      </w:r>
      <w:r>
        <w:t xml:space="preserve"> you</w:t>
      </w:r>
      <w:r>
        <w:t xml:space="preserve"> all</w:t>
      </w:r>
      <w:r>
        <w:t xml:space="preserve"> over</w:t>
      </w:r>
      <w:r>
        <w:t xml:space="preserve"> again?</w:t>
        <w:br/>
        <w:t>因为我需要你告诉我真实的情况</w:t>
      </w:r>
      <w:r>
        <w:t xml:space="preserve"> 关于Lisa</w:t>
      </w:r>
      <w:r>
        <w:t xml:space="preserve"> Bayle发生了什么</w:t>
        <w:br/>
        <w:t>Because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tell</w:t>
      </w:r>
      <w:r>
        <w:t xml:space="preserve"> me</w:t>
      </w:r>
      <w:r>
        <w:t xml:space="preserve"> the</w:t>
      </w:r>
      <w:r>
        <w:t xml:space="preserve"> truth</w:t>
      </w:r>
      <w:r>
        <w:t xml:space="preserve"> about</w:t>
      </w:r>
      <w:r>
        <w:t xml:space="preserve"> what</w:t>
      </w:r>
      <w:r>
        <w:t xml:space="preserve"> happened</w:t>
      </w:r>
      <w:r>
        <w:t xml:space="preserve"> to</w:t>
      </w:r>
      <w:r>
        <w:t xml:space="preserve"> Lisa</w:t>
      </w:r>
      <w:r>
        <w:t xml:space="preserve"> Bayle.</w:t>
        <w:br/>
        <w:t>我告诉过你</w:t>
        <w:br/>
        <w:t>I</w:t>
      </w:r>
      <w:r>
        <w:t xml:space="preserve"> told</w:t>
      </w:r>
      <w:r>
        <w:t xml:space="preserve"> you.</w:t>
        <w:br/>
        <w:t>我告诉过每个人</w:t>
        <w:br/>
        <w:t>I</w:t>
      </w:r>
      <w:r>
        <w:t xml:space="preserve"> told</w:t>
      </w:r>
      <w:r>
        <w:t xml:space="preserve"> everyone.</w:t>
        <w:br/>
        <w:t>我杀了她</w:t>
      </w:r>
      <w:r>
        <w:t xml:space="preserve"> </w:t>
      </w:r>
      <w:r>
        <w:t xml:space="preserve"> 我对发生的这些表示忏悔</w:t>
        <w:br/>
        <w:t>I</w:t>
      </w:r>
      <w:r>
        <w:t xml:space="preserve"> killed</w:t>
      </w:r>
      <w:r>
        <w:t xml:space="preserve"> her,</w:t>
      </w:r>
      <w:r>
        <w:t xml:space="preserve"> and</w:t>
      </w:r>
      <w:r>
        <w:t xml:space="preserve"> I'm</w:t>
      </w:r>
      <w:r>
        <w:t xml:space="preserve"> sorry.</w:t>
        <w:br/>
        <w:t>请你再一次重复</w:t>
        <w:br/>
        <w:t>Okay,</w:t>
      </w:r>
      <w:r>
        <w:t xml:space="preserve"> please</w:t>
      </w:r>
      <w:r>
        <w:t xml:space="preserve"> take</w:t>
      </w:r>
      <w:r>
        <w:t xml:space="preserve"> me</w:t>
      </w:r>
      <w:r>
        <w:t xml:space="preserve"> through</w:t>
      </w:r>
      <w:r>
        <w:t xml:space="preserve"> it</w:t>
      </w:r>
      <w:r>
        <w:t xml:space="preserve"> one</w:t>
      </w:r>
      <w:r>
        <w:t xml:space="preserve"> more</w:t>
      </w:r>
      <w:r>
        <w:t xml:space="preserve"> time.</w:t>
        <w:br/>
        <w:t>我需要一辆汽车</w:t>
        <w:br/>
        <w:t>I</w:t>
      </w:r>
      <w:r>
        <w:t xml:space="preserve"> needed</w:t>
      </w:r>
      <w:r>
        <w:t xml:space="preserve"> a</w:t>
      </w:r>
      <w:r>
        <w:t xml:space="preserve"> car.</w:t>
        <w:br/>
        <w:t>她迷路了</w:t>
      </w:r>
      <w:r>
        <w:t xml:space="preserve"> 向我打听怎么走</w:t>
        <w:br/>
        <w:t>She</w:t>
      </w:r>
      <w:r>
        <w:t xml:space="preserve"> was</w:t>
      </w:r>
      <w:r>
        <w:t xml:space="preserve"> lost,</w:t>
      </w:r>
      <w:r>
        <w:t xml:space="preserve"> she</w:t>
      </w:r>
      <w:r>
        <w:t xml:space="preserve"> asked</w:t>
      </w:r>
      <w:r>
        <w:t xml:space="preserve"> for</w:t>
      </w:r>
      <w:r>
        <w:t xml:space="preserve"> directions.</w:t>
        <w:br/>
        <w:t>我将装听不到</w:t>
        <w:br/>
        <w:t>I</w:t>
      </w:r>
      <w:r>
        <w:t xml:space="preserve"> pretended</w:t>
      </w:r>
      <w:r>
        <w:t xml:space="preserve"> I</w:t>
      </w:r>
      <w:r>
        <w:t xml:space="preserve"> didn't</w:t>
      </w:r>
      <w:r>
        <w:t xml:space="preserve"> hear.</w:t>
        <w:br/>
        <w:t>她从车里下来</w:t>
        <w:br/>
        <w:t>She</w:t>
      </w:r>
      <w:r>
        <w:t xml:space="preserve"> got</w:t>
      </w:r>
      <w:r>
        <w:t xml:space="preserve"> out</w:t>
      </w:r>
      <w:r>
        <w:t xml:space="preserve"> of</w:t>
      </w:r>
      <w:r>
        <w:t xml:space="preserve"> the</w:t>
      </w:r>
      <w:r>
        <w:t xml:space="preserve"> car.</w:t>
        <w:br/>
        <w:t>我从后面跟上她</w:t>
      </w:r>
      <w:r>
        <w:t xml:space="preserve"> </w:t>
        <w:br/>
        <w:t>I</w:t>
      </w:r>
      <w:r>
        <w:t xml:space="preserve"> came</w:t>
      </w:r>
      <w:r>
        <w:t xml:space="preserve"> up</w:t>
      </w:r>
      <w:r>
        <w:t xml:space="preserve"> behind</w:t>
      </w:r>
      <w:r>
        <w:t xml:space="preserve"> her,</w:t>
        <w:br/>
        <w:t>用金属线扼住她的脖子</w:t>
        <w:br/>
        <w:t>wrapped</w:t>
      </w:r>
      <w:r>
        <w:t xml:space="preserve"> the</w:t>
      </w:r>
      <w:r>
        <w:t xml:space="preserve"> wire</w:t>
      </w:r>
      <w:r>
        <w:t xml:space="preserve"> around</w:t>
      </w:r>
      <w:r>
        <w:t xml:space="preserve"> her</w:t>
      </w:r>
      <w:r>
        <w:t xml:space="preserve"> neck,</w:t>
        <w:br/>
        <w:t>将我的膝盖压在她的背上</w:t>
      </w:r>
      <w:r>
        <w:t xml:space="preserve"> 用力的拉</w:t>
        <w:br/>
        <w:t>pushed</w:t>
      </w:r>
      <w:r>
        <w:t xml:space="preserve"> my</w:t>
      </w:r>
      <w:r>
        <w:t xml:space="preserve"> knee</w:t>
      </w:r>
      <w:r>
        <w:t xml:space="preserve"> into</w:t>
      </w:r>
      <w:r>
        <w:t xml:space="preserve"> her</w:t>
      </w:r>
      <w:r>
        <w:t xml:space="preserve"> back</w:t>
      </w:r>
      <w:r>
        <w:t xml:space="preserve"> and</w:t>
      </w:r>
      <w:r>
        <w:t xml:space="preserve"> pulled.</w:t>
        <w:br/>
        <w:t>她的脚抬了起来</w:t>
        <w:br/>
        <w:t>Her</w:t>
      </w:r>
      <w:r>
        <w:t xml:space="preserve"> feet</w:t>
      </w:r>
      <w:r>
        <w:t xml:space="preserve"> lifted</w:t>
      </w:r>
      <w:r>
        <w:t xml:space="preserve"> off</w:t>
      </w:r>
      <w:r>
        <w:t xml:space="preserve"> the</w:t>
      </w:r>
      <w:r>
        <w:t xml:space="preserve"> ground.</w:t>
        <w:br/>
        <w:t>我将她的尸体放在后座</w:t>
        <w:br/>
        <w:t>I</w:t>
      </w:r>
      <w:r>
        <w:t xml:space="preserve"> put</w:t>
      </w:r>
      <w:r>
        <w:t xml:space="preserve"> her</w:t>
      </w:r>
      <w:r>
        <w:t xml:space="preserve"> body</w:t>
      </w:r>
      <w:r>
        <w:t xml:space="preserve"> in</w:t>
      </w:r>
      <w:r>
        <w:t xml:space="preserve"> the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https://d.book118.com/648106024127006032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4810602412700603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